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D055E9B" w14:textId="2B109089" w:rsidR="002B5A82" w:rsidRDefault="002B5A82" w:rsidP="004B6334">
      <w:pPr>
        <w:spacing w:after="0" w:line="240" w:lineRule="auto"/>
        <w:jc w:val="center"/>
        <w:rPr>
          <w:b/>
          <w:bCs/>
          <w:szCs w:val="24"/>
        </w:rPr>
      </w:pPr>
      <w:r w:rsidRPr="002B5A82">
        <w:rPr>
          <w:b/>
          <w:bCs/>
          <w:szCs w:val="24"/>
        </w:rPr>
        <w:t xml:space="preserve">SOSIALISASI RANCANG BANGUN SISTEM AKSES RUANGAN BERBASIS RFID DENGAN SOLENOID DOOR LOCK MENGGUNAKAN ARDUINO UNO </w:t>
      </w:r>
      <w:r w:rsidR="00C14152">
        <w:rPr>
          <w:b/>
          <w:bCs/>
          <w:szCs w:val="24"/>
        </w:rPr>
        <w:t>YANG DI IMPLEMENTASIKAN DI DINAS KOMUNIKASI DAN INFORMATIKA KABUPATEN TANGERANG</w:t>
      </w:r>
    </w:p>
    <w:p w14:paraId="44E3CCF3" w14:textId="50F408E0" w:rsidR="004B6334" w:rsidRDefault="004B6334" w:rsidP="004B6334">
      <w:pPr>
        <w:spacing w:after="0" w:line="240" w:lineRule="auto"/>
        <w:jc w:val="center"/>
        <w:rPr>
          <w:bCs/>
        </w:rPr>
      </w:pPr>
      <w:proofErr w:type="spellStart"/>
      <w:r w:rsidRPr="004B6334">
        <w:rPr>
          <w:bCs/>
        </w:rPr>
        <w:t>Disusun</w:t>
      </w:r>
      <w:proofErr w:type="spellEnd"/>
      <w:r w:rsidRPr="004B6334">
        <w:rPr>
          <w:bCs/>
        </w:rPr>
        <w:t xml:space="preserve"> </w:t>
      </w:r>
      <w:proofErr w:type="spellStart"/>
      <w:r w:rsidRPr="004B6334">
        <w:rPr>
          <w:bCs/>
        </w:rPr>
        <w:t>untuk</w:t>
      </w:r>
      <w:proofErr w:type="spellEnd"/>
      <w:r w:rsidRPr="004B6334">
        <w:rPr>
          <w:bCs/>
        </w:rPr>
        <w:t xml:space="preserve"> </w:t>
      </w:r>
      <w:proofErr w:type="spellStart"/>
      <w:r w:rsidRPr="004B6334">
        <w:rPr>
          <w:bCs/>
        </w:rPr>
        <w:t>memenuhi</w:t>
      </w:r>
      <w:proofErr w:type="spellEnd"/>
      <w:r w:rsidRPr="004B6334">
        <w:rPr>
          <w:bCs/>
        </w:rPr>
        <w:t xml:space="preserve"> </w:t>
      </w:r>
      <w:proofErr w:type="spellStart"/>
      <w:r>
        <w:rPr>
          <w:bCs/>
        </w:rPr>
        <w:t>laporan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kegiatan</w:t>
      </w:r>
      <w:proofErr w:type="spellEnd"/>
      <w:r>
        <w:rPr>
          <w:bCs/>
        </w:rPr>
        <w:t xml:space="preserve"> KUKERTA </w:t>
      </w:r>
    </w:p>
    <w:p w14:paraId="723A6DE7" w14:textId="77777777" w:rsidR="004B6334" w:rsidRPr="004B6334" w:rsidRDefault="004B6334" w:rsidP="004B6334">
      <w:pPr>
        <w:spacing w:after="0" w:line="240" w:lineRule="auto"/>
        <w:jc w:val="center"/>
        <w:rPr>
          <w:bCs/>
        </w:rPr>
      </w:pPr>
      <w:r>
        <w:rPr>
          <w:bCs/>
        </w:rPr>
        <w:t xml:space="preserve">pada Program Studi </w:t>
      </w:r>
      <w:proofErr w:type="spellStart"/>
      <w:r>
        <w:rPr>
          <w:bCs/>
        </w:rPr>
        <w:t>Informatika</w:t>
      </w:r>
      <w:proofErr w:type="spellEnd"/>
    </w:p>
    <w:p w14:paraId="469718C6" w14:textId="77777777" w:rsidR="004B6334" w:rsidRPr="004B6334" w:rsidRDefault="004B6334" w:rsidP="004B6334">
      <w:pPr>
        <w:spacing w:after="200" w:line="240" w:lineRule="auto"/>
        <w:rPr>
          <w:b/>
          <w:sz w:val="28"/>
          <w:szCs w:val="24"/>
        </w:rPr>
      </w:pPr>
    </w:p>
    <w:p w14:paraId="2D9E4676" w14:textId="77777777" w:rsidR="004B6334" w:rsidRPr="004B6334" w:rsidRDefault="004B6334" w:rsidP="004B6334">
      <w:pPr>
        <w:spacing w:after="480" w:line="240" w:lineRule="auto"/>
        <w:rPr>
          <w:sz w:val="28"/>
          <w:szCs w:val="24"/>
        </w:rPr>
      </w:pPr>
      <w:r>
        <w:rPr>
          <w:noProof/>
        </w:rPr>
        <w:drawing>
          <wp:anchor distT="0" distB="0" distL="114300" distR="114300" simplePos="0" relativeHeight="251658752" behindDoc="0" locked="0" layoutInCell="1" allowOverlap="1" wp14:anchorId="077081A0" wp14:editId="367F4966">
            <wp:simplePos x="0" y="0"/>
            <wp:positionH relativeFrom="column">
              <wp:posOffset>1275080</wp:posOffset>
            </wp:positionH>
            <wp:positionV relativeFrom="paragraph">
              <wp:posOffset>337820</wp:posOffset>
            </wp:positionV>
            <wp:extent cx="2484994" cy="2952750"/>
            <wp:effectExtent l="0" t="0" r="0" b="0"/>
            <wp:wrapNone/>
            <wp:docPr id="752762818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52762818" name="Picture 752762818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2484994" cy="29527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C01F13D" w14:textId="77777777" w:rsidR="004B6334" w:rsidRDefault="004B6334">
      <w:pPr>
        <w:spacing w:after="360" w:line="240" w:lineRule="auto"/>
        <w:jc w:val="center"/>
      </w:pPr>
    </w:p>
    <w:p w14:paraId="619078DD" w14:textId="77777777" w:rsidR="004B6334" w:rsidRDefault="004B6334">
      <w:pPr>
        <w:spacing w:after="360" w:line="240" w:lineRule="auto"/>
        <w:jc w:val="center"/>
      </w:pPr>
    </w:p>
    <w:p w14:paraId="7E79AFF7" w14:textId="77777777" w:rsidR="004B6334" w:rsidRDefault="004B6334">
      <w:pPr>
        <w:spacing w:after="360" w:line="240" w:lineRule="auto"/>
        <w:jc w:val="center"/>
      </w:pPr>
    </w:p>
    <w:p w14:paraId="1D609656" w14:textId="77777777" w:rsidR="004B6334" w:rsidRDefault="004B6334">
      <w:pPr>
        <w:spacing w:after="360" w:line="240" w:lineRule="auto"/>
        <w:jc w:val="center"/>
      </w:pPr>
    </w:p>
    <w:p w14:paraId="1D74219C" w14:textId="77777777" w:rsidR="004B6334" w:rsidRDefault="004B6334">
      <w:pPr>
        <w:spacing w:after="360" w:line="240" w:lineRule="auto"/>
        <w:jc w:val="center"/>
      </w:pPr>
    </w:p>
    <w:p w14:paraId="0B3A1246" w14:textId="77777777" w:rsidR="004B6334" w:rsidRDefault="004B6334">
      <w:pPr>
        <w:spacing w:after="360" w:line="240" w:lineRule="auto"/>
        <w:jc w:val="center"/>
      </w:pPr>
    </w:p>
    <w:p w14:paraId="4DDBCE89" w14:textId="77777777" w:rsidR="004B6334" w:rsidRDefault="004B6334" w:rsidP="004B6334">
      <w:pPr>
        <w:spacing w:after="360" w:line="240" w:lineRule="auto"/>
      </w:pPr>
    </w:p>
    <w:p w14:paraId="048F4613" w14:textId="77777777" w:rsidR="004B6334" w:rsidRDefault="004B6334" w:rsidP="004B6334">
      <w:pPr>
        <w:spacing w:after="360" w:line="240" w:lineRule="auto"/>
      </w:pPr>
    </w:p>
    <w:p w14:paraId="077FF463" w14:textId="77777777" w:rsidR="00255FB3" w:rsidRDefault="00000000">
      <w:pPr>
        <w:spacing w:after="0" w:line="240" w:lineRule="auto"/>
        <w:jc w:val="center"/>
      </w:pPr>
      <w:proofErr w:type="spellStart"/>
      <w:r>
        <w:t>Disusun</w:t>
      </w:r>
      <w:proofErr w:type="spellEnd"/>
      <w:r>
        <w:t xml:space="preserve"> oleh:</w:t>
      </w:r>
    </w:p>
    <w:p w14:paraId="52CF3741" w14:textId="6F4693FF" w:rsidR="00255FB3" w:rsidRDefault="00000000">
      <w:pPr>
        <w:spacing w:after="0" w:line="240" w:lineRule="auto"/>
        <w:jc w:val="center"/>
      </w:pPr>
      <w:proofErr w:type="gramStart"/>
      <w:r>
        <w:t>Nama :</w:t>
      </w:r>
      <w:proofErr w:type="gramEnd"/>
      <w:r>
        <w:t xml:space="preserve"> </w:t>
      </w:r>
      <w:r w:rsidR="0049564F">
        <w:t>Rizky Teguh Nurhilmanny</w:t>
      </w:r>
    </w:p>
    <w:p w14:paraId="7287A8C7" w14:textId="76F06911" w:rsidR="00255FB3" w:rsidRDefault="00000000">
      <w:pPr>
        <w:spacing w:after="480" w:line="240" w:lineRule="auto"/>
        <w:jc w:val="center"/>
      </w:pPr>
      <w:proofErr w:type="gramStart"/>
      <w:r>
        <w:t>NIM :</w:t>
      </w:r>
      <w:proofErr w:type="gramEnd"/>
      <w:r>
        <w:t xml:space="preserve"> </w:t>
      </w:r>
      <w:r w:rsidR="0049564F">
        <w:t>231730050</w:t>
      </w:r>
    </w:p>
    <w:p w14:paraId="5962D746" w14:textId="77777777" w:rsidR="004B6334" w:rsidRDefault="004B6334">
      <w:pPr>
        <w:spacing w:after="480" w:line="240" w:lineRule="auto"/>
        <w:jc w:val="center"/>
      </w:pPr>
    </w:p>
    <w:p w14:paraId="3FE9715F" w14:textId="77777777" w:rsidR="004B6334" w:rsidRDefault="004B6334">
      <w:pPr>
        <w:spacing w:after="480" w:line="240" w:lineRule="auto"/>
        <w:jc w:val="center"/>
      </w:pPr>
    </w:p>
    <w:p w14:paraId="79AF1449" w14:textId="77777777" w:rsidR="00255FB3" w:rsidRPr="004B6334" w:rsidRDefault="00000000">
      <w:pPr>
        <w:spacing w:after="0" w:line="240" w:lineRule="auto"/>
        <w:jc w:val="center"/>
        <w:rPr>
          <w:sz w:val="28"/>
          <w:szCs w:val="24"/>
        </w:rPr>
      </w:pPr>
      <w:r w:rsidRPr="004B6334">
        <w:rPr>
          <w:b/>
          <w:sz w:val="28"/>
          <w:szCs w:val="24"/>
        </w:rPr>
        <w:t>PROGRAM STUDI INFORMATIKA</w:t>
      </w:r>
    </w:p>
    <w:p w14:paraId="4CAA3F5C" w14:textId="77777777" w:rsidR="00255FB3" w:rsidRPr="004B6334" w:rsidRDefault="00000000">
      <w:pPr>
        <w:spacing w:after="0" w:line="240" w:lineRule="auto"/>
        <w:jc w:val="center"/>
        <w:rPr>
          <w:sz w:val="28"/>
          <w:szCs w:val="24"/>
        </w:rPr>
      </w:pPr>
      <w:r w:rsidRPr="004B6334">
        <w:rPr>
          <w:b/>
          <w:sz w:val="28"/>
          <w:szCs w:val="24"/>
        </w:rPr>
        <w:t>FAKULTAS SAINS DAN TEKNOLOGI</w:t>
      </w:r>
    </w:p>
    <w:p w14:paraId="3A4D9C97" w14:textId="77777777" w:rsidR="00255FB3" w:rsidRPr="004B6334" w:rsidRDefault="00000000">
      <w:pPr>
        <w:spacing w:after="0" w:line="240" w:lineRule="auto"/>
        <w:jc w:val="center"/>
        <w:rPr>
          <w:sz w:val="28"/>
          <w:szCs w:val="24"/>
        </w:rPr>
      </w:pPr>
      <w:r w:rsidRPr="004B6334">
        <w:rPr>
          <w:b/>
          <w:sz w:val="28"/>
          <w:szCs w:val="24"/>
        </w:rPr>
        <w:t>UNIVERSITAS ISLAM NEGERI</w:t>
      </w:r>
    </w:p>
    <w:p w14:paraId="4E7D2379" w14:textId="77777777" w:rsidR="00255FB3" w:rsidRPr="004B6334" w:rsidRDefault="00000000">
      <w:pPr>
        <w:spacing w:after="0" w:line="240" w:lineRule="auto"/>
        <w:jc w:val="center"/>
        <w:rPr>
          <w:sz w:val="28"/>
          <w:szCs w:val="24"/>
        </w:rPr>
      </w:pPr>
      <w:r w:rsidRPr="004B6334">
        <w:rPr>
          <w:b/>
          <w:sz w:val="28"/>
          <w:szCs w:val="24"/>
        </w:rPr>
        <w:t>SULTAN MAULANA HASANUDDIN BANTEN</w:t>
      </w:r>
    </w:p>
    <w:p w14:paraId="31C6B1E6" w14:textId="5AB1858A" w:rsidR="00255FB3" w:rsidRPr="004B6334" w:rsidRDefault="0049564F">
      <w:pPr>
        <w:spacing w:after="0" w:line="240" w:lineRule="auto"/>
        <w:jc w:val="center"/>
        <w:rPr>
          <w:sz w:val="28"/>
          <w:szCs w:val="24"/>
        </w:rPr>
      </w:pPr>
      <w:r>
        <w:rPr>
          <w:b/>
          <w:sz w:val="28"/>
          <w:szCs w:val="24"/>
        </w:rPr>
        <w:t>2026</w:t>
      </w:r>
    </w:p>
    <w:p w14:paraId="2EA38F56" w14:textId="77777777" w:rsidR="00255FB3" w:rsidRDefault="00000000" w:rsidP="004B6334">
      <w:pPr>
        <w:jc w:val="center"/>
      </w:pPr>
      <w:r>
        <w:br w:type="page"/>
      </w:r>
      <w:r>
        <w:rPr>
          <w:b/>
        </w:rPr>
        <w:lastRenderedPageBreak/>
        <w:t>HALAMAN PENGESAHAN</w:t>
      </w:r>
    </w:p>
    <w:p w14:paraId="53BE945B" w14:textId="77777777" w:rsidR="00255FB3" w:rsidRDefault="00000000">
      <w:pPr>
        <w:jc w:val="both"/>
      </w:pPr>
      <w:proofErr w:type="spellStart"/>
      <w:r>
        <w:t>Laporan</w:t>
      </w:r>
      <w:proofErr w:type="spellEnd"/>
      <w:r>
        <w:t xml:space="preserve"> </w:t>
      </w:r>
      <w:proofErr w:type="spellStart"/>
      <w:r>
        <w:t>individu</w:t>
      </w:r>
      <w:proofErr w:type="spellEnd"/>
      <w:r>
        <w:t xml:space="preserve"> KUKERTA </w:t>
      </w:r>
      <w:proofErr w:type="spellStart"/>
      <w:r>
        <w:t>ini</w:t>
      </w:r>
      <w:proofErr w:type="spellEnd"/>
      <w:r>
        <w:t xml:space="preserve"> </w:t>
      </w:r>
      <w:proofErr w:type="spellStart"/>
      <w:r>
        <w:t>telah</w:t>
      </w:r>
      <w:proofErr w:type="spellEnd"/>
      <w:r>
        <w:t xml:space="preserve"> </w:t>
      </w:r>
      <w:proofErr w:type="spellStart"/>
      <w:r>
        <w:t>disusun</w:t>
      </w:r>
      <w:proofErr w:type="spellEnd"/>
      <w:r>
        <w:t xml:space="preserve"> oleh: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1951"/>
        <w:gridCol w:w="284"/>
        <w:gridCol w:w="5918"/>
      </w:tblGrid>
      <w:tr w:rsidR="00010C2F" w14:paraId="28833C51" w14:textId="77777777" w:rsidTr="00010C2F">
        <w:trPr>
          <w:cantSplit/>
        </w:trPr>
        <w:tc>
          <w:tcPr>
            <w:tcW w:w="1951" w:type="dxa"/>
          </w:tcPr>
          <w:p w14:paraId="514E5727" w14:textId="77777777" w:rsidR="00010C2F" w:rsidRDefault="00010C2F" w:rsidP="00010C2F">
            <w:pPr>
              <w:keepLines/>
            </w:pPr>
            <w:r>
              <w:t>Nama</w:t>
            </w:r>
          </w:p>
        </w:tc>
        <w:tc>
          <w:tcPr>
            <w:tcW w:w="284" w:type="dxa"/>
          </w:tcPr>
          <w:p w14:paraId="457242D1" w14:textId="77777777" w:rsidR="00010C2F" w:rsidRDefault="00010C2F" w:rsidP="00010C2F">
            <w:pPr>
              <w:keepLines/>
            </w:pPr>
            <w:r>
              <w:t>:</w:t>
            </w:r>
          </w:p>
        </w:tc>
        <w:tc>
          <w:tcPr>
            <w:tcW w:w="5918" w:type="dxa"/>
          </w:tcPr>
          <w:p w14:paraId="4B7A28FD" w14:textId="3C655B6B" w:rsidR="00010C2F" w:rsidRDefault="0049564F" w:rsidP="00010C2F">
            <w:pPr>
              <w:keepLines/>
            </w:pPr>
            <w:r>
              <w:t>Rizky Teguh Nurhilmanny</w:t>
            </w:r>
          </w:p>
        </w:tc>
      </w:tr>
      <w:tr w:rsidR="00010C2F" w14:paraId="09921870" w14:textId="77777777" w:rsidTr="00010C2F">
        <w:trPr>
          <w:cantSplit/>
        </w:trPr>
        <w:tc>
          <w:tcPr>
            <w:tcW w:w="1951" w:type="dxa"/>
          </w:tcPr>
          <w:p w14:paraId="4DADB110" w14:textId="77777777" w:rsidR="00010C2F" w:rsidRDefault="00010C2F" w:rsidP="00010C2F">
            <w:pPr>
              <w:keepLines/>
            </w:pPr>
            <w:r>
              <w:t>NIM</w:t>
            </w:r>
          </w:p>
        </w:tc>
        <w:tc>
          <w:tcPr>
            <w:tcW w:w="284" w:type="dxa"/>
          </w:tcPr>
          <w:p w14:paraId="1B6E9126" w14:textId="77777777" w:rsidR="00010C2F" w:rsidRDefault="00010C2F" w:rsidP="00010C2F">
            <w:pPr>
              <w:keepLines/>
            </w:pPr>
            <w:r>
              <w:t>:</w:t>
            </w:r>
          </w:p>
        </w:tc>
        <w:tc>
          <w:tcPr>
            <w:tcW w:w="5918" w:type="dxa"/>
          </w:tcPr>
          <w:p w14:paraId="7BC32C94" w14:textId="16B1AF5A" w:rsidR="00010C2F" w:rsidRDefault="0049564F" w:rsidP="00010C2F">
            <w:pPr>
              <w:keepLines/>
            </w:pPr>
            <w:r>
              <w:t>231730050</w:t>
            </w:r>
          </w:p>
        </w:tc>
      </w:tr>
      <w:tr w:rsidR="00010C2F" w14:paraId="2ED2CE07" w14:textId="77777777" w:rsidTr="00010C2F">
        <w:trPr>
          <w:cantSplit/>
        </w:trPr>
        <w:tc>
          <w:tcPr>
            <w:tcW w:w="1951" w:type="dxa"/>
          </w:tcPr>
          <w:p w14:paraId="44C03F1A" w14:textId="77777777" w:rsidR="00010C2F" w:rsidRDefault="00010C2F" w:rsidP="00010C2F">
            <w:pPr>
              <w:keepLines/>
            </w:pPr>
            <w:r>
              <w:t>Program Studi</w:t>
            </w:r>
          </w:p>
        </w:tc>
        <w:tc>
          <w:tcPr>
            <w:tcW w:w="284" w:type="dxa"/>
          </w:tcPr>
          <w:p w14:paraId="1E41AE0D" w14:textId="77777777" w:rsidR="00010C2F" w:rsidRDefault="00010C2F" w:rsidP="00010C2F">
            <w:pPr>
              <w:keepLines/>
            </w:pPr>
            <w:r>
              <w:t>:</w:t>
            </w:r>
          </w:p>
        </w:tc>
        <w:tc>
          <w:tcPr>
            <w:tcW w:w="5918" w:type="dxa"/>
          </w:tcPr>
          <w:p w14:paraId="58BEE7E3" w14:textId="77777777" w:rsidR="00010C2F" w:rsidRDefault="00010C2F" w:rsidP="00010C2F">
            <w:pPr>
              <w:keepLines/>
            </w:pPr>
            <w:proofErr w:type="spellStart"/>
            <w:r>
              <w:t>Informatika</w:t>
            </w:r>
            <w:proofErr w:type="spellEnd"/>
          </w:p>
        </w:tc>
      </w:tr>
      <w:tr w:rsidR="00010C2F" w14:paraId="6BBE099F" w14:textId="77777777" w:rsidTr="00010C2F">
        <w:trPr>
          <w:cantSplit/>
        </w:trPr>
        <w:tc>
          <w:tcPr>
            <w:tcW w:w="1951" w:type="dxa"/>
          </w:tcPr>
          <w:p w14:paraId="68369EDC" w14:textId="77777777" w:rsidR="00010C2F" w:rsidRDefault="00010C2F" w:rsidP="00010C2F">
            <w:pPr>
              <w:keepLines/>
            </w:pPr>
            <w:proofErr w:type="spellStart"/>
            <w:r>
              <w:t>Fakultas</w:t>
            </w:r>
            <w:proofErr w:type="spellEnd"/>
          </w:p>
        </w:tc>
        <w:tc>
          <w:tcPr>
            <w:tcW w:w="284" w:type="dxa"/>
          </w:tcPr>
          <w:p w14:paraId="1279403B" w14:textId="77777777" w:rsidR="00010C2F" w:rsidRDefault="00010C2F" w:rsidP="00010C2F">
            <w:pPr>
              <w:keepLines/>
            </w:pPr>
            <w:r>
              <w:t>:</w:t>
            </w:r>
          </w:p>
        </w:tc>
        <w:tc>
          <w:tcPr>
            <w:tcW w:w="5918" w:type="dxa"/>
          </w:tcPr>
          <w:p w14:paraId="50A1D6E6" w14:textId="77777777" w:rsidR="00010C2F" w:rsidRDefault="00010C2F" w:rsidP="00010C2F">
            <w:pPr>
              <w:keepLines/>
            </w:pPr>
            <w:r>
              <w:t xml:space="preserve">Sains dan </w:t>
            </w:r>
            <w:proofErr w:type="spellStart"/>
            <w:r>
              <w:t>Teknologi</w:t>
            </w:r>
            <w:proofErr w:type="spellEnd"/>
          </w:p>
        </w:tc>
      </w:tr>
      <w:tr w:rsidR="00010C2F" w14:paraId="7614FBCE" w14:textId="77777777" w:rsidTr="00010C2F">
        <w:trPr>
          <w:cantSplit/>
        </w:trPr>
        <w:tc>
          <w:tcPr>
            <w:tcW w:w="1951" w:type="dxa"/>
          </w:tcPr>
          <w:p w14:paraId="74841152" w14:textId="77777777" w:rsidR="00010C2F" w:rsidRDefault="00010C2F" w:rsidP="00010C2F">
            <w:pPr>
              <w:keepLines/>
            </w:pPr>
            <w:proofErr w:type="spellStart"/>
            <w:r>
              <w:t>Judul</w:t>
            </w:r>
            <w:proofErr w:type="spellEnd"/>
            <w:r>
              <w:t xml:space="preserve"> </w:t>
            </w:r>
            <w:proofErr w:type="spellStart"/>
            <w:r>
              <w:t>Kegiatan</w:t>
            </w:r>
            <w:proofErr w:type="spellEnd"/>
          </w:p>
        </w:tc>
        <w:tc>
          <w:tcPr>
            <w:tcW w:w="284" w:type="dxa"/>
          </w:tcPr>
          <w:p w14:paraId="09995AAC" w14:textId="77777777" w:rsidR="00010C2F" w:rsidRDefault="00010C2F" w:rsidP="00010C2F">
            <w:pPr>
              <w:keepLines/>
            </w:pPr>
          </w:p>
          <w:p w14:paraId="5B3830E7" w14:textId="77777777" w:rsidR="00010C2F" w:rsidRDefault="00010C2F" w:rsidP="00010C2F">
            <w:pPr>
              <w:keepLines/>
            </w:pPr>
            <w:r>
              <w:t>:</w:t>
            </w:r>
          </w:p>
        </w:tc>
        <w:tc>
          <w:tcPr>
            <w:tcW w:w="5918" w:type="dxa"/>
          </w:tcPr>
          <w:p w14:paraId="15B90582" w14:textId="75F92867" w:rsidR="00010C2F" w:rsidRDefault="00010C2F" w:rsidP="00010C2F">
            <w:pPr>
              <w:keepLines/>
            </w:pPr>
            <w:proofErr w:type="spellStart"/>
            <w:r>
              <w:t>Sosialisasi</w:t>
            </w:r>
            <w:proofErr w:type="spellEnd"/>
            <w:r>
              <w:t xml:space="preserve"> </w:t>
            </w:r>
            <w:r w:rsidR="0049564F" w:rsidRPr="002B5A82">
              <w:rPr>
                <w:b/>
                <w:bCs/>
                <w:szCs w:val="24"/>
              </w:rPr>
              <w:t>SOSIALISASI RANCANG BANGUN SISTEM AKSES RUANGAN BERBASIS RFID DENGAN SOLENOID DOOR LOCK MENGGUNAKAN ARDUINO UNO</w:t>
            </w:r>
            <w:r>
              <w:t xml:space="preserve"> </w:t>
            </w:r>
            <w:proofErr w:type="spellStart"/>
            <w:r>
              <w:t>kepada</w:t>
            </w:r>
            <w:proofErr w:type="spellEnd"/>
            <w:r>
              <w:t xml:space="preserve"> </w:t>
            </w:r>
            <w:proofErr w:type="spellStart"/>
            <w:r w:rsidR="00EE511B">
              <w:t>Diskominfo</w:t>
            </w:r>
            <w:proofErr w:type="spellEnd"/>
            <w:r w:rsidR="00EE511B">
              <w:t xml:space="preserve"> </w:t>
            </w:r>
            <w:proofErr w:type="spellStart"/>
            <w:proofErr w:type="gramStart"/>
            <w:r w:rsidR="00EE511B">
              <w:t>Kab,Tangerang</w:t>
            </w:r>
            <w:proofErr w:type="spellEnd"/>
            <w:proofErr w:type="gramEnd"/>
          </w:p>
        </w:tc>
      </w:tr>
      <w:tr w:rsidR="00010C2F" w14:paraId="2EBB9165" w14:textId="77777777" w:rsidTr="00010C2F">
        <w:trPr>
          <w:cantSplit/>
        </w:trPr>
        <w:tc>
          <w:tcPr>
            <w:tcW w:w="1951" w:type="dxa"/>
          </w:tcPr>
          <w:p w14:paraId="1E0CF4CA" w14:textId="77777777" w:rsidR="00010C2F" w:rsidRDefault="00010C2F" w:rsidP="00010C2F">
            <w:pPr>
              <w:keepLines/>
            </w:pPr>
            <w:proofErr w:type="spellStart"/>
            <w:r>
              <w:t>Tempat</w:t>
            </w:r>
            <w:proofErr w:type="spellEnd"/>
            <w:r>
              <w:t xml:space="preserve"> </w:t>
            </w:r>
            <w:proofErr w:type="spellStart"/>
            <w:r>
              <w:t>Kegiatan</w:t>
            </w:r>
            <w:proofErr w:type="spellEnd"/>
          </w:p>
        </w:tc>
        <w:tc>
          <w:tcPr>
            <w:tcW w:w="284" w:type="dxa"/>
          </w:tcPr>
          <w:p w14:paraId="7217B309" w14:textId="77777777" w:rsidR="00010C2F" w:rsidRDefault="00010C2F" w:rsidP="00010C2F">
            <w:pPr>
              <w:keepLines/>
            </w:pPr>
            <w:r>
              <w:t>:</w:t>
            </w:r>
          </w:p>
        </w:tc>
        <w:tc>
          <w:tcPr>
            <w:tcW w:w="5918" w:type="dxa"/>
          </w:tcPr>
          <w:p w14:paraId="123C4F51" w14:textId="61784509" w:rsidR="00010C2F" w:rsidRDefault="0049564F" w:rsidP="00010C2F">
            <w:pPr>
              <w:keepLines/>
            </w:pPr>
            <w:r>
              <w:t xml:space="preserve">Kantor Dinas dan </w:t>
            </w:r>
            <w:proofErr w:type="spellStart"/>
            <w:r>
              <w:t>Informatika</w:t>
            </w:r>
            <w:proofErr w:type="spellEnd"/>
            <w:r>
              <w:t xml:space="preserve">, </w:t>
            </w:r>
            <w:proofErr w:type="spellStart"/>
            <w:r>
              <w:t>Kabupaten</w:t>
            </w:r>
            <w:proofErr w:type="spellEnd"/>
            <w:r>
              <w:t xml:space="preserve"> Tangerang</w:t>
            </w:r>
          </w:p>
        </w:tc>
      </w:tr>
      <w:tr w:rsidR="00010C2F" w14:paraId="2B22D622" w14:textId="77777777" w:rsidTr="00010C2F">
        <w:trPr>
          <w:cantSplit/>
        </w:trPr>
        <w:tc>
          <w:tcPr>
            <w:tcW w:w="1951" w:type="dxa"/>
          </w:tcPr>
          <w:p w14:paraId="6CC5A7A8" w14:textId="77777777" w:rsidR="00010C2F" w:rsidRDefault="00010C2F" w:rsidP="00010C2F">
            <w:pPr>
              <w:keepLines/>
            </w:pPr>
            <w:r>
              <w:t xml:space="preserve">Waktu </w:t>
            </w:r>
            <w:proofErr w:type="spellStart"/>
            <w:r>
              <w:t>Kegiatan</w:t>
            </w:r>
            <w:proofErr w:type="spellEnd"/>
          </w:p>
        </w:tc>
        <w:tc>
          <w:tcPr>
            <w:tcW w:w="284" w:type="dxa"/>
          </w:tcPr>
          <w:p w14:paraId="75BDBB4F" w14:textId="77777777" w:rsidR="00010C2F" w:rsidRDefault="00010C2F" w:rsidP="00010C2F">
            <w:pPr>
              <w:keepLines/>
            </w:pPr>
            <w:r>
              <w:t>:</w:t>
            </w:r>
          </w:p>
        </w:tc>
        <w:tc>
          <w:tcPr>
            <w:tcW w:w="5918" w:type="dxa"/>
          </w:tcPr>
          <w:p w14:paraId="0AC7B978" w14:textId="60AAB32B" w:rsidR="00010C2F" w:rsidRDefault="00EE511B" w:rsidP="00010C2F">
            <w:pPr>
              <w:keepLines/>
            </w:pPr>
            <w:r>
              <w:t xml:space="preserve">20 </w:t>
            </w:r>
            <w:proofErr w:type="spellStart"/>
            <w:r>
              <w:t>Februari</w:t>
            </w:r>
            <w:proofErr w:type="spellEnd"/>
            <w:r>
              <w:t xml:space="preserve"> – 20 Juli 2026</w:t>
            </w:r>
          </w:p>
        </w:tc>
      </w:tr>
    </w:tbl>
    <w:p w14:paraId="727DB043" w14:textId="77777777" w:rsidR="00010C2F" w:rsidRDefault="00000000" w:rsidP="00010C2F">
      <w:pPr>
        <w:spacing w:after="360"/>
        <w:jc w:val="both"/>
      </w:pPr>
      <w:proofErr w:type="spellStart"/>
      <w:r>
        <w:t>Laporan</w:t>
      </w:r>
      <w:proofErr w:type="spellEnd"/>
      <w:r>
        <w:t xml:space="preserve"> </w:t>
      </w:r>
      <w:proofErr w:type="spellStart"/>
      <w:r>
        <w:t>ini</w:t>
      </w:r>
      <w:proofErr w:type="spellEnd"/>
      <w:r>
        <w:t xml:space="preserve"> </w:t>
      </w:r>
      <w:proofErr w:type="spellStart"/>
      <w:r>
        <w:t>telah</w:t>
      </w:r>
      <w:proofErr w:type="spellEnd"/>
      <w:r>
        <w:t xml:space="preserve"> </w:t>
      </w:r>
      <w:proofErr w:type="spellStart"/>
      <w:r>
        <w:t>diperiksa</w:t>
      </w:r>
      <w:proofErr w:type="spellEnd"/>
      <w:r>
        <w:t xml:space="preserve"> dan </w:t>
      </w:r>
      <w:proofErr w:type="spellStart"/>
      <w:r>
        <w:t>disahkan</w:t>
      </w:r>
      <w:proofErr w:type="spellEnd"/>
      <w:r>
        <w:t xml:space="preserve"> </w:t>
      </w:r>
      <w:proofErr w:type="spellStart"/>
      <w:r>
        <w:t>sebagai</w:t>
      </w:r>
      <w:proofErr w:type="spellEnd"/>
      <w:r>
        <w:t xml:space="preserve"> </w:t>
      </w:r>
      <w:proofErr w:type="spellStart"/>
      <w:r>
        <w:t>laporan</w:t>
      </w:r>
      <w:proofErr w:type="spellEnd"/>
      <w:r>
        <w:t xml:space="preserve"> </w:t>
      </w:r>
      <w:proofErr w:type="spellStart"/>
      <w:r>
        <w:t>pelaksanaan</w:t>
      </w:r>
      <w:proofErr w:type="spellEnd"/>
      <w:r>
        <w:t xml:space="preserve"> </w:t>
      </w:r>
      <w:proofErr w:type="spellStart"/>
      <w:r>
        <w:t>kegiatan</w:t>
      </w:r>
      <w:proofErr w:type="spellEnd"/>
      <w:r>
        <w:t xml:space="preserve"> KUKERTA pada Program Studi </w:t>
      </w:r>
      <w:proofErr w:type="spellStart"/>
      <w:r>
        <w:t>Informatika</w:t>
      </w:r>
      <w:proofErr w:type="spellEnd"/>
      <w:r>
        <w:t>.</w:t>
      </w:r>
    </w:p>
    <w:p w14:paraId="5ADFF958" w14:textId="3FFB8B20" w:rsidR="00255FB3" w:rsidRDefault="00EE511B">
      <w:pPr>
        <w:spacing w:after="360"/>
        <w:jc w:val="right"/>
      </w:pPr>
      <w:r>
        <w:t>Tangerang</w:t>
      </w:r>
      <w:r w:rsidR="00000000">
        <w:t xml:space="preserve">, </w:t>
      </w:r>
      <w:r>
        <w:t>31 Juli 2026</w:t>
      </w:r>
    </w:p>
    <w:tbl>
      <w:tblPr>
        <w:tblW w:w="0" w:type="auto"/>
        <w:jc w:val="center"/>
        <w:tblBorders>
          <w:top w:val="nil"/>
          <w:left w:val="nil"/>
          <w:bottom w:val="nil"/>
          <w:right w:val="nil"/>
          <w:insideH w:val="nil"/>
          <w:insideV w:val="nil"/>
        </w:tblBorders>
        <w:tblLook w:val="04A0" w:firstRow="1" w:lastRow="0" w:firstColumn="1" w:lastColumn="0" w:noHBand="0" w:noVBand="1"/>
      </w:tblPr>
      <w:tblGrid>
        <w:gridCol w:w="3968"/>
        <w:gridCol w:w="3968"/>
      </w:tblGrid>
      <w:tr w:rsidR="00255FB3" w14:paraId="565C1EF6" w14:textId="77777777">
        <w:trPr>
          <w:cantSplit/>
          <w:jc w:val="center"/>
        </w:trPr>
        <w:tc>
          <w:tcPr>
            <w:tcW w:w="3968" w:type="dxa"/>
            <w:vAlign w:val="center"/>
          </w:tcPr>
          <w:p w14:paraId="5D6D7A50" w14:textId="79D8CB3B" w:rsidR="00255FB3" w:rsidRDefault="00000000">
            <w:pPr>
              <w:keepLines/>
              <w:jc w:val="center"/>
            </w:pPr>
            <w:r>
              <w:t xml:space="preserve">Dosen </w:t>
            </w:r>
            <w:proofErr w:type="spellStart"/>
            <w:r>
              <w:t>Pembimbing</w:t>
            </w:r>
            <w:proofErr w:type="spellEnd"/>
            <w:r>
              <w:t>,</w:t>
            </w:r>
          </w:p>
        </w:tc>
        <w:tc>
          <w:tcPr>
            <w:tcW w:w="3968" w:type="dxa"/>
            <w:vAlign w:val="center"/>
          </w:tcPr>
          <w:p w14:paraId="4BFA24A1" w14:textId="77777777" w:rsidR="00255FB3" w:rsidRDefault="00000000">
            <w:pPr>
              <w:keepLines/>
              <w:jc w:val="center"/>
            </w:pPr>
            <w:proofErr w:type="spellStart"/>
            <w:r>
              <w:t>Mahasiswa</w:t>
            </w:r>
            <w:proofErr w:type="spellEnd"/>
            <w:r>
              <w:t>,</w:t>
            </w:r>
          </w:p>
        </w:tc>
      </w:tr>
      <w:tr w:rsidR="00255FB3" w14:paraId="0C94B042" w14:textId="77777777">
        <w:trPr>
          <w:cantSplit/>
          <w:jc w:val="center"/>
        </w:trPr>
        <w:tc>
          <w:tcPr>
            <w:tcW w:w="3968" w:type="dxa"/>
            <w:vAlign w:val="center"/>
          </w:tcPr>
          <w:p w14:paraId="271CA17B" w14:textId="3079761A" w:rsidR="00255FB3" w:rsidRDefault="00000000">
            <w:pPr>
              <w:keepLines/>
              <w:jc w:val="center"/>
            </w:pPr>
            <w:r>
              <w:br/>
            </w:r>
            <w:r>
              <w:br/>
            </w:r>
            <w:r>
              <w:br/>
            </w:r>
            <w:r w:rsidR="00C14152" w:rsidRPr="00C14152">
              <w:t xml:space="preserve">Reza Syafrizal, </w:t>
            </w:r>
            <w:proofErr w:type="spellStart"/>
            <w:proofErr w:type="gramStart"/>
            <w:r w:rsidR="00C14152" w:rsidRPr="00C14152">
              <w:t>M.Kom</w:t>
            </w:r>
            <w:proofErr w:type="spellEnd"/>
            <w:proofErr w:type="gramEnd"/>
            <w:r w:rsidR="00C14152" w:rsidRPr="00C14152">
              <w:t>.</w:t>
            </w:r>
            <w:r>
              <w:br/>
              <w:t xml:space="preserve">NIP/NIDN. </w:t>
            </w:r>
            <w:r w:rsidR="00C14152" w:rsidRPr="00C14152">
              <w:t>198503242019031005</w:t>
            </w:r>
          </w:p>
        </w:tc>
        <w:tc>
          <w:tcPr>
            <w:tcW w:w="3968" w:type="dxa"/>
            <w:vAlign w:val="center"/>
          </w:tcPr>
          <w:p w14:paraId="106BA48F" w14:textId="240D7A45" w:rsidR="00255FB3" w:rsidRDefault="00000000">
            <w:pPr>
              <w:keepLines/>
              <w:jc w:val="center"/>
            </w:pPr>
            <w:r>
              <w:br/>
            </w:r>
            <w:r>
              <w:br/>
            </w:r>
            <w:r>
              <w:br/>
            </w:r>
            <w:r w:rsidR="0049564F">
              <w:t>Rizky Teguh Nurhilmanny</w:t>
            </w:r>
            <w:r>
              <w:br/>
              <w:t>NIM.</w:t>
            </w:r>
            <w:r w:rsidR="0049564F">
              <w:t xml:space="preserve"> 231730050</w:t>
            </w:r>
          </w:p>
        </w:tc>
      </w:tr>
    </w:tbl>
    <w:p w14:paraId="3F3A9131" w14:textId="77777777" w:rsidR="00010C2F" w:rsidRDefault="00010C2F">
      <w:pPr>
        <w:spacing w:after="0"/>
        <w:jc w:val="center"/>
      </w:pPr>
    </w:p>
    <w:p w14:paraId="44E0EE00" w14:textId="77777777" w:rsidR="00255FB3" w:rsidRDefault="00000000">
      <w:pPr>
        <w:spacing w:after="0"/>
        <w:jc w:val="center"/>
      </w:pPr>
      <w:proofErr w:type="spellStart"/>
      <w:r>
        <w:t>Mengetahui</w:t>
      </w:r>
      <w:proofErr w:type="spellEnd"/>
      <w:r>
        <w:t>,</w:t>
      </w:r>
    </w:p>
    <w:p w14:paraId="041750BE" w14:textId="77777777" w:rsidR="00255FB3" w:rsidRDefault="00000000">
      <w:pPr>
        <w:spacing w:after="720"/>
        <w:jc w:val="center"/>
      </w:pPr>
      <w:proofErr w:type="spellStart"/>
      <w:r>
        <w:t>Ketua</w:t>
      </w:r>
      <w:proofErr w:type="spellEnd"/>
      <w:r>
        <w:t xml:space="preserve"> Program Studi </w:t>
      </w:r>
      <w:proofErr w:type="spellStart"/>
      <w:r>
        <w:t>Informatika</w:t>
      </w:r>
      <w:proofErr w:type="spellEnd"/>
    </w:p>
    <w:p w14:paraId="0D813B3B" w14:textId="3D4159B8" w:rsidR="00255FB3" w:rsidRDefault="00C14152">
      <w:pPr>
        <w:spacing w:after="0" w:line="240" w:lineRule="auto"/>
        <w:jc w:val="center"/>
      </w:pPr>
      <w:r w:rsidRPr="00C14152">
        <w:t>Ahmad Tabrani, M.</w:t>
      </w:r>
      <w:proofErr w:type="gramStart"/>
      <w:r w:rsidRPr="00C14152">
        <w:t>T.I</w:t>
      </w:r>
      <w:proofErr w:type="gramEnd"/>
      <w:r>
        <w:br/>
        <w:t xml:space="preserve">NIP/NIDN. </w:t>
      </w:r>
      <w:r w:rsidRPr="00C14152">
        <w:t>198509172018011002</w:t>
      </w:r>
    </w:p>
    <w:p w14:paraId="31C9EE5F" w14:textId="77777777" w:rsidR="00255FB3" w:rsidRDefault="00000000">
      <w:r>
        <w:br w:type="page"/>
      </w:r>
    </w:p>
    <w:p w14:paraId="2ACA853C" w14:textId="77777777" w:rsidR="00255FB3" w:rsidRDefault="00000000">
      <w:pPr>
        <w:spacing w:after="360" w:line="240" w:lineRule="auto"/>
        <w:jc w:val="center"/>
      </w:pPr>
      <w:r>
        <w:rPr>
          <w:b/>
        </w:rPr>
        <w:lastRenderedPageBreak/>
        <w:t>KATA PENGANTAR</w:t>
      </w:r>
    </w:p>
    <w:p w14:paraId="366616A7" w14:textId="00B5FE61" w:rsidR="00255FB3" w:rsidRDefault="00000000">
      <w:pPr>
        <w:ind w:firstLine="567"/>
        <w:jc w:val="both"/>
      </w:pPr>
      <w:r>
        <w:t xml:space="preserve">Puji </w:t>
      </w:r>
      <w:proofErr w:type="spellStart"/>
      <w:r>
        <w:t>syukur</w:t>
      </w:r>
      <w:proofErr w:type="spellEnd"/>
      <w:r>
        <w:t xml:space="preserve"> </w:t>
      </w:r>
      <w:proofErr w:type="spellStart"/>
      <w:r>
        <w:t>penulis</w:t>
      </w:r>
      <w:proofErr w:type="spellEnd"/>
      <w:r>
        <w:t xml:space="preserve"> </w:t>
      </w:r>
      <w:proofErr w:type="spellStart"/>
      <w:r>
        <w:t>panjatkan</w:t>
      </w:r>
      <w:proofErr w:type="spellEnd"/>
      <w:r>
        <w:t xml:space="preserve"> </w:t>
      </w:r>
      <w:proofErr w:type="spellStart"/>
      <w:r>
        <w:t>ke</w:t>
      </w:r>
      <w:proofErr w:type="spellEnd"/>
      <w:r>
        <w:t xml:space="preserve"> </w:t>
      </w:r>
      <w:proofErr w:type="spellStart"/>
      <w:r>
        <w:t>hadirat</w:t>
      </w:r>
      <w:proofErr w:type="spellEnd"/>
      <w:r>
        <w:t xml:space="preserve"> Allah SWT </w:t>
      </w:r>
      <w:proofErr w:type="spellStart"/>
      <w:r>
        <w:t>karena</w:t>
      </w:r>
      <w:proofErr w:type="spellEnd"/>
      <w:r>
        <w:t xml:space="preserve"> </w:t>
      </w:r>
      <w:proofErr w:type="spellStart"/>
      <w:r>
        <w:t>atas</w:t>
      </w:r>
      <w:proofErr w:type="spellEnd"/>
      <w:r>
        <w:t xml:space="preserve"> </w:t>
      </w:r>
      <w:proofErr w:type="spellStart"/>
      <w:r>
        <w:t>rahmat</w:t>
      </w:r>
      <w:proofErr w:type="spellEnd"/>
      <w:r>
        <w:t xml:space="preserve"> dan </w:t>
      </w:r>
      <w:proofErr w:type="spellStart"/>
      <w:r>
        <w:t>karunia</w:t>
      </w:r>
      <w:proofErr w:type="spellEnd"/>
      <w:r>
        <w:t xml:space="preserve">-Nya, </w:t>
      </w:r>
      <w:proofErr w:type="spellStart"/>
      <w:r>
        <w:t>penulis</w:t>
      </w:r>
      <w:proofErr w:type="spellEnd"/>
      <w:r>
        <w:t xml:space="preserve"> </w:t>
      </w:r>
      <w:proofErr w:type="spellStart"/>
      <w:r>
        <w:t>dapat</w:t>
      </w:r>
      <w:proofErr w:type="spellEnd"/>
      <w:r>
        <w:t xml:space="preserve"> </w:t>
      </w:r>
      <w:proofErr w:type="spellStart"/>
      <w:r>
        <w:t>menyelesaikan</w:t>
      </w:r>
      <w:proofErr w:type="spellEnd"/>
      <w:r>
        <w:t xml:space="preserve"> </w:t>
      </w:r>
      <w:proofErr w:type="spellStart"/>
      <w:r>
        <w:t>laporan</w:t>
      </w:r>
      <w:proofErr w:type="spellEnd"/>
      <w:r>
        <w:t xml:space="preserve"> </w:t>
      </w:r>
      <w:proofErr w:type="spellStart"/>
      <w:r>
        <w:t>individu</w:t>
      </w:r>
      <w:proofErr w:type="spellEnd"/>
      <w:r>
        <w:t xml:space="preserve"> KUKERTA yang </w:t>
      </w:r>
      <w:proofErr w:type="spellStart"/>
      <w:r>
        <w:t>berjudul</w:t>
      </w:r>
      <w:proofErr w:type="spellEnd"/>
      <w:r>
        <w:t xml:space="preserve"> “</w:t>
      </w:r>
      <w:r w:rsidR="0049564F" w:rsidRPr="002B5A82">
        <w:rPr>
          <w:b/>
          <w:bCs/>
          <w:szCs w:val="24"/>
        </w:rPr>
        <w:t>SOSIALISASI RANCANG BANGUN SISTEM AKSES RUANGAN BERBASIS RFID DENGAN SOLENOID DOOR LOCK MENGGUNAKAN ARDUINO UNO</w:t>
      </w:r>
      <w:r>
        <w:t xml:space="preserve">” </w:t>
      </w:r>
      <w:proofErr w:type="spellStart"/>
      <w:r>
        <w:t>dengan</w:t>
      </w:r>
      <w:proofErr w:type="spellEnd"/>
      <w:r>
        <w:t xml:space="preserve"> </w:t>
      </w:r>
      <w:proofErr w:type="spellStart"/>
      <w:r>
        <w:t>baik</w:t>
      </w:r>
      <w:proofErr w:type="spellEnd"/>
      <w:r>
        <w:t>.</w:t>
      </w:r>
    </w:p>
    <w:p w14:paraId="057FE5EE" w14:textId="332FA10B" w:rsidR="00255FB3" w:rsidRDefault="00000000">
      <w:pPr>
        <w:ind w:firstLine="567"/>
        <w:jc w:val="both"/>
      </w:pPr>
      <w:proofErr w:type="spellStart"/>
      <w:r>
        <w:t>Laporan</w:t>
      </w:r>
      <w:proofErr w:type="spellEnd"/>
      <w:r>
        <w:t xml:space="preserve"> </w:t>
      </w:r>
      <w:proofErr w:type="spellStart"/>
      <w:r>
        <w:t>ini</w:t>
      </w:r>
      <w:proofErr w:type="spellEnd"/>
      <w:r>
        <w:t xml:space="preserve"> </w:t>
      </w:r>
      <w:proofErr w:type="spellStart"/>
      <w:r>
        <w:t>disusun</w:t>
      </w:r>
      <w:proofErr w:type="spellEnd"/>
      <w:r>
        <w:t xml:space="preserve"> </w:t>
      </w:r>
      <w:proofErr w:type="spellStart"/>
      <w:r>
        <w:t>sebagai</w:t>
      </w:r>
      <w:proofErr w:type="spellEnd"/>
      <w:r>
        <w:t xml:space="preserve"> </w:t>
      </w:r>
      <w:proofErr w:type="spellStart"/>
      <w:r>
        <w:t>bentuk</w:t>
      </w:r>
      <w:proofErr w:type="spellEnd"/>
      <w:r>
        <w:t xml:space="preserve"> </w:t>
      </w:r>
      <w:proofErr w:type="spellStart"/>
      <w:r>
        <w:t>pertanggungjawaban</w:t>
      </w:r>
      <w:proofErr w:type="spellEnd"/>
      <w:r>
        <w:t xml:space="preserve"> </w:t>
      </w:r>
      <w:proofErr w:type="spellStart"/>
      <w:r>
        <w:t>atas</w:t>
      </w:r>
      <w:proofErr w:type="spellEnd"/>
      <w:r>
        <w:t xml:space="preserve"> </w:t>
      </w:r>
      <w:proofErr w:type="spellStart"/>
      <w:r>
        <w:t>pelaksanaan</w:t>
      </w:r>
      <w:proofErr w:type="spellEnd"/>
      <w:r>
        <w:t xml:space="preserve"> </w:t>
      </w:r>
      <w:proofErr w:type="spellStart"/>
      <w:r>
        <w:t>kegiatan</w:t>
      </w:r>
      <w:proofErr w:type="spellEnd"/>
      <w:r>
        <w:t xml:space="preserve"> KUKERTA yang </w:t>
      </w:r>
      <w:proofErr w:type="spellStart"/>
      <w:r>
        <w:t>dilakukan</w:t>
      </w:r>
      <w:proofErr w:type="spellEnd"/>
      <w:r>
        <w:t xml:space="preserve"> </w:t>
      </w:r>
      <w:proofErr w:type="spellStart"/>
      <w:r>
        <w:t>melalui</w:t>
      </w:r>
      <w:proofErr w:type="spellEnd"/>
      <w:r>
        <w:t xml:space="preserve"> </w:t>
      </w:r>
      <w:proofErr w:type="spellStart"/>
      <w:r w:rsidR="00C5092F">
        <w:t>pembuatan</w:t>
      </w:r>
      <w:proofErr w:type="spellEnd"/>
      <w:r>
        <w:t xml:space="preserve"> </w:t>
      </w:r>
      <w:proofErr w:type="spellStart"/>
      <w:r w:rsidR="00C5092F">
        <w:t>sistem</w:t>
      </w:r>
      <w:proofErr w:type="spellEnd"/>
      <w:r w:rsidR="00C5092F">
        <w:t xml:space="preserve"> </w:t>
      </w:r>
      <w:proofErr w:type="spellStart"/>
      <w:r w:rsidR="00C5092F">
        <w:t>akses</w:t>
      </w:r>
      <w:proofErr w:type="spellEnd"/>
      <w:r w:rsidR="00C5092F">
        <w:t xml:space="preserve"> </w:t>
      </w:r>
      <w:proofErr w:type="spellStart"/>
      <w:r w:rsidR="00C5092F">
        <w:t>ruangan</w:t>
      </w:r>
      <w:proofErr w:type="spellEnd"/>
      <w:r w:rsidR="00C5092F">
        <w:t xml:space="preserve"> </w:t>
      </w:r>
      <w:proofErr w:type="spellStart"/>
      <w:r w:rsidR="00C5092F">
        <w:t>berbasis</w:t>
      </w:r>
      <w:proofErr w:type="spellEnd"/>
      <w:r w:rsidR="00C5092F">
        <w:t xml:space="preserve"> RFID </w:t>
      </w:r>
      <w:proofErr w:type="spellStart"/>
      <w:r w:rsidR="00C5092F">
        <w:t>dengan</w:t>
      </w:r>
      <w:proofErr w:type="spellEnd"/>
      <w:r w:rsidR="00C5092F">
        <w:t xml:space="preserve"> Solenoid Door Lock </w:t>
      </w:r>
      <w:proofErr w:type="spellStart"/>
      <w:r w:rsidR="00C5092F">
        <w:t>menggunakan</w:t>
      </w:r>
      <w:proofErr w:type="spellEnd"/>
      <w:r w:rsidR="00C5092F">
        <w:t xml:space="preserve"> Arduino Uno</w:t>
      </w:r>
      <w:r>
        <w:t xml:space="preserve">. </w:t>
      </w:r>
      <w:proofErr w:type="spellStart"/>
      <w:r>
        <w:t>Kegiatan</w:t>
      </w:r>
      <w:proofErr w:type="spellEnd"/>
      <w:r>
        <w:t xml:space="preserve"> </w:t>
      </w:r>
      <w:proofErr w:type="spellStart"/>
      <w:r>
        <w:t>ini</w:t>
      </w:r>
      <w:proofErr w:type="spellEnd"/>
      <w:r>
        <w:t xml:space="preserve"> </w:t>
      </w:r>
      <w:proofErr w:type="spellStart"/>
      <w:r>
        <w:t>diharapkan</w:t>
      </w:r>
      <w:proofErr w:type="spellEnd"/>
      <w:r>
        <w:t xml:space="preserve"> </w:t>
      </w:r>
      <w:proofErr w:type="spellStart"/>
      <w:r>
        <w:t>dapat</w:t>
      </w:r>
      <w:proofErr w:type="spellEnd"/>
      <w:r>
        <w:t xml:space="preserve"> </w:t>
      </w:r>
      <w:proofErr w:type="spellStart"/>
      <w:r>
        <w:t>membantu</w:t>
      </w:r>
      <w:proofErr w:type="spellEnd"/>
      <w:r>
        <w:t xml:space="preserve"> </w:t>
      </w:r>
      <w:proofErr w:type="spellStart"/>
      <w:r>
        <w:t>peserta</w:t>
      </w:r>
      <w:proofErr w:type="spellEnd"/>
      <w:r>
        <w:t xml:space="preserve"> </w:t>
      </w:r>
      <w:proofErr w:type="spellStart"/>
      <w:r>
        <w:t>memahami</w:t>
      </w:r>
      <w:proofErr w:type="spellEnd"/>
      <w:r>
        <w:t xml:space="preserve"> </w:t>
      </w:r>
      <w:proofErr w:type="spellStart"/>
      <w:r>
        <w:t>manfaat</w:t>
      </w:r>
      <w:proofErr w:type="spellEnd"/>
      <w:r>
        <w:t xml:space="preserve">, </w:t>
      </w:r>
      <w:proofErr w:type="spellStart"/>
      <w:r>
        <w:t>alur</w:t>
      </w:r>
      <w:proofErr w:type="spellEnd"/>
      <w:r>
        <w:t xml:space="preserve"> </w:t>
      </w:r>
      <w:proofErr w:type="spellStart"/>
      <w:r>
        <w:t>penggunaan</w:t>
      </w:r>
      <w:proofErr w:type="spellEnd"/>
      <w:r>
        <w:t xml:space="preserve">, </w:t>
      </w:r>
      <w:proofErr w:type="spellStart"/>
      <w:r>
        <w:t>serta</w:t>
      </w:r>
      <w:proofErr w:type="spellEnd"/>
      <w:r>
        <w:t xml:space="preserve"> </w:t>
      </w:r>
      <w:proofErr w:type="spellStart"/>
      <w:r>
        <w:t>penerapan</w:t>
      </w:r>
      <w:proofErr w:type="spellEnd"/>
      <w:r>
        <w:t xml:space="preserve"> </w:t>
      </w:r>
      <w:r w:rsidR="00C5092F">
        <w:t>program</w:t>
      </w:r>
      <w:r>
        <w:t xml:space="preserve"> yang </w:t>
      </w:r>
      <w:proofErr w:type="spellStart"/>
      <w:r>
        <w:t>telah</w:t>
      </w:r>
      <w:proofErr w:type="spellEnd"/>
      <w:r>
        <w:t xml:space="preserve"> </w:t>
      </w:r>
      <w:proofErr w:type="spellStart"/>
      <w:r>
        <w:t>dikembangkan</w:t>
      </w:r>
      <w:proofErr w:type="spellEnd"/>
      <w:r>
        <w:t xml:space="preserve"> </w:t>
      </w:r>
      <w:proofErr w:type="spellStart"/>
      <w:r>
        <w:t>sesuai</w:t>
      </w:r>
      <w:proofErr w:type="spellEnd"/>
      <w:r>
        <w:t xml:space="preserve"> </w:t>
      </w:r>
      <w:proofErr w:type="spellStart"/>
      <w:r>
        <w:t>kebutuhan</w:t>
      </w:r>
      <w:proofErr w:type="spellEnd"/>
      <w:r>
        <w:t xml:space="preserve"> </w:t>
      </w:r>
      <w:proofErr w:type="spellStart"/>
      <w:r>
        <w:t>pengguna</w:t>
      </w:r>
      <w:proofErr w:type="spellEnd"/>
      <w:r>
        <w:t>.</w:t>
      </w:r>
    </w:p>
    <w:p w14:paraId="16A48619" w14:textId="77777777" w:rsidR="00255FB3" w:rsidRDefault="00000000">
      <w:pPr>
        <w:ind w:firstLine="567"/>
        <w:jc w:val="both"/>
      </w:pPr>
      <w:proofErr w:type="spellStart"/>
      <w:r>
        <w:t>Penulis</w:t>
      </w:r>
      <w:proofErr w:type="spellEnd"/>
      <w:r>
        <w:t xml:space="preserve"> </w:t>
      </w:r>
      <w:proofErr w:type="spellStart"/>
      <w:r>
        <w:t>mengucapkan</w:t>
      </w:r>
      <w:proofErr w:type="spellEnd"/>
      <w:r>
        <w:t xml:space="preserve"> </w:t>
      </w:r>
      <w:proofErr w:type="spellStart"/>
      <w:r>
        <w:t>terima</w:t>
      </w:r>
      <w:proofErr w:type="spellEnd"/>
      <w:r>
        <w:t xml:space="preserve"> </w:t>
      </w:r>
      <w:proofErr w:type="spellStart"/>
      <w:r>
        <w:t>kasih</w:t>
      </w:r>
      <w:proofErr w:type="spellEnd"/>
      <w:r>
        <w:t xml:space="preserve"> </w:t>
      </w:r>
      <w:proofErr w:type="spellStart"/>
      <w:r>
        <w:t>kepada</w:t>
      </w:r>
      <w:proofErr w:type="spellEnd"/>
      <w:r>
        <w:t xml:space="preserve"> </w:t>
      </w:r>
      <w:proofErr w:type="spellStart"/>
      <w:r>
        <w:t>semua</w:t>
      </w:r>
      <w:proofErr w:type="spellEnd"/>
      <w:r>
        <w:t xml:space="preserve"> </w:t>
      </w:r>
      <w:proofErr w:type="spellStart"/>
      <w:r>
        <w:t>pihak</w:t>
      </w:r>
      <w:proofErr w:type="spellEnd"/>
      <w:r>
        <w:t xml:space="preserve"> yang </w:t>
      </w:r>
      <w:proofErr w:type="spellStart"/>
      <w:r>
        <w:t>telah</w:t>
      </w:r>
      <w:proofErr w:type="spellEnd"/>
      <w:r>
        <w:t xml:space="preserve"> </w:t>
      </w:r>
      <w:proofErr w:type="spellStart"/>
      <w:r>
        <w:t>memberikan</w:t>
      </w:r>
      <w:proofErr w:type="spellEnd"/>
      <w:r>
        <w:t xml:space="preserve"> </w:t>
      </w:r>
      <w:proofErr w:type="spellStart"/>
      <w:r>
        <w:t>bantuan</w:t>
      </w:r>
      <w:proofErr w:type="spellEnd"/>
      <w:r>
        <w:t xml:space="preserve">, </w:t>
      </w:r>
      <w:proofErr w:type="spellStart"/>
      <w:r>
        <w:t>arahan</w:t>
      </w:r>
      <w:proofErr w:type="spellEnd"/>
      <w:r>
        <w:t xml:space="preserve">, dan </w:t>
      </w:r>
      <w:proofErr w:type="spellStart"/>
      <w:r>
        <w:t>dukungan</w:t>
      </w:r>
      <w:proofErr w:type="spellEnd"/>
      <w:r>
        <w:t xml:space="preserve"> </w:t>
      </w:r>
      <w:proofErr w:type="spellStart"/>
      <w:r>
        <w:t>selama</w:t>
      </w:r>
      <w:proofErr w:type="spellEnd"/>
      <w:r>
        <w:t xml:space="preserve"> </w:t>
      </w:r>
      <w:proofErr w:type="spellStart"/>
      <w:r>
        <w:t>kegiatan</w:t>
      </w:r>
      <w:proofErr w:type="spellEnd"/>
      <w:r>
        <w:t xml:space="preserve"> </w:t>
      </w:r>
      <w:proofErr w:type="spellStart"/>
      <w:r>
        <w:t>berlangsung</w:t>
      </w:r>
      <w:proofErr w:type="spellEnd"/>
      <w:r>
        <w:t xml:space="preserve"> </w:t>
      </w:r>
      <w:proofErr w:type="spellStart"/>
      <w:r>
        <w:t>hingga</w:t>
      </w:r>
      <w:proofErr w:type="spellEnd"/>
      <w:r>
        <w:t xml:space="preserve"> </w:t>
      </w:r>
      <w:proofErr w:type="spellStart"/>
      <w:r>
        <w:t>penyusunan</w:t>
      </w:r>
      <w:proofErr w:type="spellEnd"/>
      <w:r>
        <w:t xml:space="preserve"> </w:t>
      </w:r>
      <w:proofErr w:type="spellStart"/>
      <w:r>
        <w:t>laporan</w:t>
      </w:r>
      <w:proofErr w:type="spellEnd"/>
      <w:r>
        <w:t xml:space="preserve"> </w:t>
      </w:r>
      <w:proofErr w:type="spellStart"/>
      <w:r>
        <w:t>ini</w:t>
      </w:r>
      <w:proofErr w:type="spellEnd"/>
      <w:r>
        <w:t xml:space="preserve">, </w:t>
      </w:r>
      <w:proofErr w:type="spellStart"/>
      <w:r>
        <w:t>terutama</w:t>
      </w:r>
      <w:proofErr w:type="spellEnd"/>
      <w:r>
        <w:t xml:space="preserve"> </w:t>
      </w:r>
      <w:proofErr w:type="spellStart"/>
      <w:r>
        <w:t>kepada</w:t>
      </w:r>
      <w:proofErr w:type="spellEnd"/>
      <w:r>
        <w:t>:</w:t>
      </w:r>
    </w:p>
    <w:p w14:paraId="2DFEA1A9" w14:textId="77777777" w:rsidR="00C5092F" w:rsidRDefault="00C14152" w:rsidP="00C5092F">
      <w:pPr>
        <w:pStyle w:val="ListParagraph"/>
        <w:numPr>
          <w:ilvl w:val="0"/>
          <w:numId w:val="31"/>
        </w:numPr>
        <w:spacing w:after="60"/>
        <w:jc w:val="both"/>
      </w:pPr>
      <w:r w:rsidRPr="00C14152">
        <w:t>Ahmad Tabrani, M.T.I</w:t>
      </w:r>
    </w:p>
    <w:p w14:paraId="56E823FF" w14:textId="77777777" w:rsidR="00C5092F" w:rsidRDefault="0049564F" w:rsidP="00C5092F">
      <w:pPr>
        <w:pStyle w:val="ListParagraph"/>
        <w:numPr>
          <w:ilvl w:val="0"/>
          <w:numId w:val="31"/>
        </w:numPr>
        <w:spacing w:after="60"/>
        <w:jc w:val="both"/>
      </w:pPr>
      <w:r>
        <w:t xml:space="preserve">Budi </w:t>
      </w:r>
      <w:proofErr w:type="gramStart"/>
      <w:r>
        <w:t>Kurniawan,  ST</w:t>
      </w:r>
      <w:proofErr w:type="gramEnd"/>
    </w:p>
    <w:p w14:paraId="64A9B23B" w14:textId="03185100" w:rsidR="00255FB3" w:rsidRDefault="00000000" w:rsidP="00C5092F">
      <w:pPr>
        <w:pStyle w:val="ListParagraph"/>
        <w:numPr>
          <w:ilvl w:val="0"/>
          <w:numId w:val="31"/>
        </w:numPr>
        <w:spacing w:after="60"/>
        <w:jc w:val="both"/>
      </w:pPr>
      <w:proofErr w:type="spellStart"/>
      <w:r>
        <w:t>Semua</w:t>
      </w:r>
      <w:proofErr w:type="spellEnd"/>
      <w:r>
        <w:t xml:space="preserve"> </w:t>
      </w:r>
      <w:proofErr w:type="spellStart"/>
      <w:r>
        <w:t>pihak</w:t>
      </w:r>
      <w:proofErr w:type="spellEnd"/>
      <w:r>
        <w:t xml:space="preserve"> yang </w:t>
      </w:r>
      <w:proofErr w:type="spellStart"/>
      <w:r>
        <w:t>telah</w:t>
      </w:r>
      <w:proofErr w:type="spellEnd"/>
      <w:r>
        <w:t xml:space="preserve"> </w:t>
      </w:r>
      <w:proofErr w:type="spellStart"/>
      <w:r>
        <w:t>membantu</w:t>
      </w:r>
      <w:proofErr w:type="spellEnd"/>
      <w:r>
        <w:t xml:space="preserve"> </w:t>
      </w:r>
      <w:proofErr w:type="spellStart"/>
      <w:r>
        <w:t>pelaksanaan</w:t>
      </w:r>
      <w:proofErr w:type="spellEnd"/>
      <w:r>
        <w:t xml:space="preserve"> </w:t>
      </w:r>
      <w:proofErr w:type="spellStart"/>
      <w:r>
        <w:t>kegiatan</w:t>
      </w:r>
      <w:proofErr w:type="spellEnd"/>
      <w:r>
        <w:t xml:space="preserve"> KUKERTA.</w:t>
      </w:r>
    </w:p>
    <w:p w14:paraId="5D276B75" w14:textId="77777777" w:rsidR="00255FB3" w:rsidRDefault="00000000">
      <w:pPr>
        <w:ind w:firstLine="567"/>
        <w:jc w:val="both"/>
      </w:pPr>
      <w:proofErr w:type="spellStart"/>
      <w:r>
        <w:t>Penulis</w:t>
      </w:r>
      <w:proofErr w:type="spellEnd"/>
      <w:r>
        <w:t xml:space="preserve"> </w:t>
      </w:r>
      <w:proofErr w:type="spellStart"/>
      <w:r>
        <w:t>menyadari</w:t>
      </w:r>
      <w:proofErr w:type="spellEnd"/>
      <w:r>
        <w:t xml:space="preserve"> </w:t>
      </w:r>
      <w:proofErr w:type="spellStart"/>
      <w:r>
        <w:t>bahwa</w:t>
      </w:r>
      <w:proofErr w:type="spellEnd"/>
      <w:r>
        <w:t xml:space="preserve"> </w:t>
      </w:r>
      <w:proofErr w:type="spellStart"/>
      <w:r>
        <w:t>laporan</w:t>
      </w:r>
      <w:proofErr w:type="spellEnd"/>
      <w:r>
        <w:t xml:space="preserve"> </w:t>
      </w:r>
      <w:proofErr w:type="spellStart"/>
      <w:r>
        <w:t>ini</w:t>
      </w:r>
      <w:proofErr w:type="spellEnd"/>
      <w:r>
        <w:t xml:space="preserve"> </w:t>
      </w:r>
      <w:proofErr w:type="spellStart"/>
      <w:r>
        <w:t>masih</w:t>
      </w:r>
      <w:proofErr w:type="spellEnd"/>
      <w:r>
        <w:t xml:space="preserve"> </w:t>
      </w:r>
      <w:proofErr w:type="spellStart"/>
      <w:r>
        <w:t>memiliki</w:t>
      </w:r>
      <w:proofErr w:type="spellEnd"/>
      <w:r>
        <w:t xml:space="preserve"> </w:t>
      </w:r>
      <w:proofErr w:type="spellStart"/>
      <w:r>
        <w:t>kekurangan</w:t>
      </w:r>
      <w:proofErr w:type="spellEnd"/>
      <w:r>
        <w:t xml:space="preserve">. Oleh </w:t>
      </w:r>
      <w:proofErr w:type="spellStart"/>
      <w:r>
        <w:t>karena</w:t>
      </w:r>
      <w:proofErr w:type="spellEnd"/>
      <w:r>
        <w:t xml:space="preserve"> </w:t>
      </w:r>
      <w:proofErr w:type="spellStart"/>
      <w:r>
        <w:t>itu</w:t>
      </w:r>
      <w:proofErr w:type="spellEnd"/>
      <w:r>
        <w:t xml:space="preserve">, </w:t>
      </w:r>
      <w:proofErr w:type="spellStart"/>
      <w:r>
        <w:t>kritik</w:t>
      </w:r>
      <w:proofErr w:type="spellEnd"/>
      <w:r>
        <w:t xml:space="preserve"> dan saran yang </w:t>
      </w:r>
      <w:proofErr w:type="spellStart"/>
      <w:r>
        <w:t>membangun</w:t>
      </w:r>
      <w:proofErr w:type="spellEnd"/>
      <w:r>
        <w:t xml:space="preserve"> sangat </w:t>
      </w:r>
      <w:proofErr w:type="spellStart"/>
      <w:r>
        <w:t>diharapkan</w:t>
      </w:r>
      <w:proofErr w:type="spellEnd"/>
      <w:r>
        <w:t xml:space="preserve"> agar </w:t>
      </w:r>
      <w:proofErr w:type="spellStart"/>
      <w:r>
        <w:t>laporan</w:t>
      </w:r>
      <w:proofErr w:type="spellEnd"/>
      <w:r>
        <w:t xml:space="preserve"> </w:t>
      </w:r>
      <w:proofErr w:type="spellStart"/>
      <w:r>
        <w:t>ini</w:t>
      </w:r>
      <w:proofErr w:type="spellEnd"/>
      <w:r>
        <w:t xml:space="preserve"> </w:t>
      </w:r>
      <w:proofErr w:type="spellStart"/>
      <w:r>
        <w:t>dapat</w:t>
      </w:r>
      <w:proofErr w:type="spellEnd"/>
      <w:r>
        <w:t xml:space="preserve"> </w:t>
      </w:r>
      <w:proofErr w:type="spellStart"/>
      <w:r>
        <w:t>menjadi</w:t>
      </w:r>
      <w:proofErr w:type="spellEnd"/>
      <w:r>
        <w:t xml:space="preserve"> </w:t>
      </w:r>
      <w:proofErr w:type="spellStart"/>
      <w:r>
        <w:t>lebih</w:t>
      </w:r>
      <w:proofErr w:type="spellEnd"/>
      <w:r>
        <w:t xml:space="preserve"> </w:t>
      </w:r>
      <w:proofErr w:type="spellStart"/>
      <w:r>
        <w:t>baik</w:t>
      </w:r>
      <w:proofErr w:type="spellEnd"/>
      <w:r>
        <w:t xml:space="preserve">. </w:t>
      </w:r>
      <w:proofErr w:type="spellStart"/>
      <w:r>
        <w:t>Semoga</w:t>
      </w:r>
      <w:proofErr w:type="spellEnd"/>
      <w:r>
        <w:t xml:space="preserve"> </w:t>
      </w:r>
      <w:proofErr w:type="spellStart"/>
      <w:r>
        <w:t>laporan</w:t>
      </w:r>
      <w:proofErr w:type="spellEnd"/>
      <w:r>
        <w:t xml:space="preserve"> </w:t>
      </w:r>
      <w:proofErr w:type="spellStart"/>
      <w:r>
        <w:t>ini</w:t>
      </w:r>
      <w:proofErr w:type="spellEnd"/>
      <w:r>
        <w:t xml:space="preserve"> </w:t>
      </w:r>
      <w:proofErr w:type="spellStart"/>
      <w:r>
        <w:t>dapat</w:t>
      </w:r>
      <w:proofErr w:type="spellEnd"/>
      <w:r>
        <w:t xml:space="preserve"> </w:t>
      </w:r>
      <w:proofErr w:type="spellStart"/>
      <w:r>
        <w:t>memberikan</w:t>
      </w:r>
      <w:proofErr w:type="spellEnd"/>
      <w:r>
        <w:t xml:space="preserve"> </w:t>
      </w:r>
      <w:proofErr w:type="spellStart"/>
      <w:r>
        <w:t>manfaat</w:t>
      </w:r>
      <w:proofErr w:type="spellEnd"/>
      <w:r>
        <w:t xml:space="preserve"> </w:t>
      </w:r>
      <w:proofErr w:type="spellStart"/>
      <w:r>
        <w:t>bagi</w:t>
      </w:r>
      <w:proofErr w:type="spellEnd"/>
      <w:r>
        <w:t xml:space="preserve"> </w:t>
      </w:r>
      <w:proofErr w:type="spellStart"/>
      <w:r>
        <w:t>pembaca</w:t>
      </w:r>
      <w:proofErr w:type="spellEnd"/>
      <w:r>
        <w:t xml:space="preserve"> dan </w:t>
      </w:r>
      <w:proofErr w:type="spellStart"/>
      <w:r>
        <w:t>pihak-pihak</w:t>
      </w:r>
      <w:proofErr w:type="spellEnd"/>
      <w:r>
        <w:t xml:space="preserve"> yang </w:t>
      </w:r>
      <w:proofErr w:type="spellStart"/>
      <w:r>
        <w:t>membutuhkan</w:t>
      </w:r>
      <w:proofErr w:type="spellEnd"/>
      <w:r>
        <w:t>.</w:t>
      </w:r>
    </w:p>
    <w:p w14:paraId="475705E4" w14:textId="77777777" w:rsidR="00C5092F" w:rsidRDefault="00C5092F">
      <w:pPr>
        <w:ind w:firstLine="567"/>
        <w:jc w:val="both"/>
      </w:pPr>
    </w:p>
    <w:p w14:paraId="4C52422B" w14:textId="26630579" w:rsidR="00255FB3" w:rsidRDefault="00C5092F">
      <w:pPr>
        <w:spacing w:after="720"/>
        <w:jc w:val="right"/>
      </w:pPr>
      <w:proofErr w:type="spellStart"/>
      <w:r>
        <w:t>Kabupaten</w:t>
      </w:r>
      <w:proofErr w:type="spellEnd"/>
      <w:r>
        <w:t xml:space="preserve"> Tangerang,</w:t>
      </w:r>
      <w:r w:rsidR="00EE511B">
        <w:t>31</w:t>
      </w:r>
      <w:r>
        <w:t xml:space="preserve"> Juli 2026</w:t>
      </w:r>
    </w:p>
    <w:p w14:paraId="0AC13D39" w14:textId="77777777" w:rsidR="00255FB3" w:rsidRDefault="00000000">
      <w:pPr>
        <w:jc w:val="right"/>
      </w:pPr>
      <w:proofErr w:type="spellStart"/>
      <w:r>
        <w:t>Penulis</w:t>
      </w:r>
      <w:proofErr w:type="spellEnd"/>
    </w:p>
    <w:p w14:paraId="32565FC4" w14:textId="77777777" w:rsidR="00255FB3" w:rsidRDefault="00000000">
      <w:r>
        <w:br w:type="page"/>
      </w:r>
    </w:p>
    <w:p w14:paraId="36A4B48D" w14:textId="77777777" w:rsidR="00255FB3" w:rsidRDefault="00000000">
      <w:pPr>
        <w:spacing w:after="360" w:line="240" w:lineRule="auto"/>
        <w:jc w:val="center"/>
      </w:pPr>
      <w:r>
        <w:rPr>
          <w:b/>
        </w:rPr>
        <w:lastRenderedPageBreak/>
        <w:t>DAFTAR ISI</w:t>
      </w:r>
    </w:p>
    <w:p w14:paraId="67AF5099" w14:textId="77777777" w:rsidR="00255FB3" w:rsidRDefault="00000000">
      <w:pPr>
        <w:spacing w:after="40" w:line="240" w:lineRule="auto"/>
      </w:pPr>
      <w:r>
        <w:t>HALAMAN JUDUL ....................</w:t>
      </w:r>
      <w:r w:rsidR="00C20B68">
        <w:t>....................................</w:t>
      </w:r>
      <w:r>
        <w:t xml:space="preserve">..................................... </w:t>
      </w:r>
      <w:proofErr w:type="spellStart"/>
      <w:r>
        <w:t>i</w:t>
      </w:r>
      <w:proofErr w:type="spellEnd"/>
    </w:p>
    <w:p w14:paraId="4BB3F372" w14:textId="77777777" w:rsidR="00255FB3" w:rsidRDefault="00000000">
      <w:pPr>
        <w:spacing w:after="40" w:line="240" w:lineRule="auto"/>
      </w:pPr>
      <w:r>
        <w:t>HALAMAN PENGESAHAN .......</w:t>
      </w:r>
      <w:r w:rsidR="00C20B68">
        <w:t>..........................</w:t>
      </w:r>
      <w:r>
        <w:t>............................................. ii</w:t>
      </w:r>
    </w:p>
    <w:p w14:paraId="518F2B8A" w14:textId="77777777" w:rsidR="00255FB3" w:rsidRDefault="00000000">
      <w:pPr>
        <w:spacing w:after="40" w:line="240" w:lineRule="auto"/>
      </w:pPr>
      <w:r>
        <w:t>KATA PENGANTAR ..................</w:t>
      </w:r>
      <w:r w:rsidR="00C20B68">
        <w:t>.................................</w:t>
      </w:r>
      <w:r>
        <w:t>...................................... iii</w:t>
      </w:r>
    </w:p>
    <w:p w14:paraId="7C861FC6" w14:textId="77777777" w:rsidR="00255FB3" w:rsidRDefault="00000000">
      <w:pPr>
        <w:spacing w:after="40" w:line="240" w:lineRule="auto"/>
      </w:pPr>
      <w:r>
        <w:t>DAFTAR ISI ..............................</w:t>
      </w:r>
      <w:r w:rsidR="00C20B68">
        <w:t>............................................</w:t>
      </w:r>
      <w:r>
        <w:t>.............................. iv</w:t>
      </w:r>
    </w:p>
    <w:p w14:paraId="407DFC8B" w14:textId="77777777" w:rsidR="00255FB3" w:rsidRDefault="00000000">
      <w:pPr>
        <w:spacing w:after="40" w:line="240" w:lineRule="auto"/>
      </w:pPr>
      <w:r>
        <w:t>BAB I PENDAHULUAN ............</w:t>
      </w:r>
      <w:r w:rsidR="00C20B68">
        <w:t>................................</w:t>
      </w:r>
      <w:r>
        <w:t>......................................... 1</w:t>
      </w:r>
    </w:p>
    <w:p w14:paraId="3C4E4606" w14:textId="77777777" w:rsidR="00255FB3" w:rsidRDefault="00000000">
      <w:pPr>
        <w:spacing w:after="40" w:line="240" w:lineRule="auto"/>
      </w:pPr>
      <w:r>
        <w:t xml:space="preserve">1.1 Latar </w:t>
      </w:r>
      <w:proofErr w:type="spellStart"/>
      <w:r>
        <w:t>Belakang</w:t>
      </w:r>
      <w:proofErr w:type="spellEnd"/>
      <w:r>
        <w:t xml:space="preserve"> .................</w:t>
      </w:r>
      <w:r w:rsidR="00C20B68">
        <w:t>.......................................</w:t>
      </w:r>
      <w:r>
        <w:t>................................... [</w:t>
      </w:r>
      <w:proofErr w:type="spellStart"/>
      <w:r>
        <w:t>hal</w:t>
      </w:r>
      <w:proofErr w:type="spellEnd"/>
      <w:r>
        <w:t>]</w:t>
      </w:r>
    </w:p>
    <w:p w14:paraId="21E132BE" w14:textId="77777777" w:rsidR="00255FB3" w:rsidRDefault="00000000">
      <w:pPr>
        <w:spacing w:after="40" w:line="240" w:lineRule="auto"/>
      </w:pPr>
      <w:r>
        <w:t xml:space="preserve">1.2 </w:t>
      </w:r>
      <w:proofErr w:type="spellStart"/>
      <w:r>
        <w:t>Rumusan</w:t>
      </w:r>
      <w:proofErr w:type="spellEnd"/>
      <w:r>
        <w:t xml:space="preserve"> Masalah ...............</w:t>
      </w:r>
      <w:r w:rsidR="00C20B68">
        <w:t>...................................</w:t>
      </w:r>
      <w:r>
        <w:t>.................................... [</w:t>
      </w:r>
      <w:proofErr w:type="spellStart"/>
      <w:r>
        <w:t>hal</w:t>
      </w:r>
      <w:proofErr w:type="spellEnd"/>
      <w:r>
        <w:t>]</w:t>
      </w:r>
    </w:p>
    <w:p w14:paraId="57645F57" w14:textId="77777777" w:rsidR="00255FB3" w:rsidRDefault="00000000">
      <w:pPr>
        <w:spacing w:after="40" w:line="240" w:lineRule="auto"/>
      </w:pPr>
      <w:r>
        <w:t xml:space="preserve">1.3 Tujuan </w:t>
      </w:r>
      <w:proofErr w:type="spellStart"/>
      <w:r>
        <w:t>Kegiatan</w:t>
      </w:r>
      <w:proofErr w:type="spellEnd"/>
      <w:r>
        <w:t xml:space="preserve"> ...........................</w:t>
      </w:r>
      <w:r w:rsidR="00C20B68">
        <w:t>......................................</w:t>
      </w:r>
      <w:r>
        <w:t>........................ [</w:t>
      </w:r>
      <w:proofErr w:type="spellStart"/>
      <w:r>
        <w:t>hal</w:t>
      </w:r>
      <w:proofErr w:type="spellEnd"/>
      <w:r>
        <w:t>]</w:t>
      </w:r>
    </w:p>
    <w:p w14:paraId="40AA6EE9" w14:textId="77777777" w:rsidR="00255FB3" w:rsidRDefault="00000000">
      <w:pPr>
        <w:spacing w:after="40" w:line="240" w:lineRule="auto"/>
      </w:pPr>
      <w:r>
        <w:t xml:space="preserve">1.4 Manfaat </w:t>
      </w:r>
      <w:proofErr w:type="spellStart"/>
      <w:r>
        <w:t>Kegiatan</w:t>
      </w:r>
      <w:proofErr w:type="spellEnd"/>
      <w:r>
        <w:t xml:space="preserve"> ...........................</w:t>
      </w:r>
      <w:r w:rsidR="00C20B68">
        <w:t>.....................................</w:t>
      </w:r>
      <w:r>
        <w:t>....................... [</w:t>
      </w:r>
      <w:proofErr w:type="spellStart"/>
      <w:r>
        <w:t>hal</w:t>
      </w:r>
      <w:proofErr w:type="spellEnd"/>
      <w:r>
        <w:t>]</w:t>
      </w:r>
    </w:p>
    <w:p w14:paraId="656DC678" w14:textId="128650A4" w:rsidR="00255FB3" w:rsidRDefault="00000000">
      <w:pPr>
        <w:spacing w:after="40" w:line="240" w:lineRule="auto"/>
      </w:pPr>
      <w:r>
        <w:t>BAB II GAMBARAN UMUM KEGIATAN DAN SASARAN .....................[</w:t>
      </w:r>
      <w:proofErr w:type="spellStart"/>
      <w:r>
        <w:t>hal</w:t>
      </w:r>
      <w:proofErr w:type="spellEnd"/>
      <w:r>
        <w:t>]</w:t>
      </w:r>
    </w:p>
    <w:p w14:paraId="3F63E407" w14:textId="675409A1" w:rsidR="00255FB3" w:rsidRDefault="00000000">
      <w:pPr>
        <w:spacing w:after="40" w:line="240" w:lineRule="auto"/>
      </w:pPr>
      <w:r>
        <w:t>2.1 Gambaran Umum Project/Program/Aplikasi.........</w:t>
      </w:r>
      <w:r w:rsidR="0005349B">
        <w:t xml:space="preserve">  </w:t>
      </w:r>
      <w:r>
        <w:t>.................................... [</w:t>
      </w:r>
      <w:proofErr w:type="spellStart"/>
      <w:r>
        <w:t>hal</w:t>
      </w:r>
      <w:proofErr w:type="spellEnd"/>
      <w:r>
        <w:t>]</w:t>
      </w:r>
    </w:p>
    <w:p w14:paraId="762FB2BC" w14:textId="77777777" w:rsidR="00255FB3" w:rsidRDefault="00000000">
      <w:pPr>
        <w:spacing w:after="40" w:line="240" w:lineRule="auto"/>
      </w:pPr>
      <w:r>
        <w:t xml:space="preserve">2.2 </w:t>
      </w:r>
      <w:proofErr w:type="spellStart"/>
      <w:r>
        <w:t>Kebutuhan</w:t>
      </w:r>
      <w:proofErr w:type="spellEnd"/>
      <w:r>
        <w:t xml:space="preserve"> Pengguna ..................</w:t>
      </w:r>
      <w:r w:rsidR="00C20B68">
        <w:t>..................................</w:t>
      </w:r>
      <w:r>
        <w:t>.............................. [</w:t>
      </w:r>
      <w:proofErr w:type="spellStart"/>
      <w:r>
        <w:t>hal</w:t>
      </w:r>
      <w:proofErr w:type="spellEnd"/>
      <w:r>
        <w:t>]</w:t>
      </w:r>
    </w:p>
    <w:p w14:paraId="1EE8E078" w14:textId="77777777" w:rsidR="00255FB3" w:rsidRDefault="00000000">
      <w:pPr>
        <w:spacing w:after="40" w:line="240" w:lineRule="auto"/>
      </w:pPr>
      <w:r>
        <w:t xml:space="preserve">2.3 </w:t>
      </w:r>
      <w:proofErr w:type="spellStart"/>
      <w:r>
        <w:t>Sasaran</w:t>
      </w:r>
      <w:proofErr w:type="spellEnd"/>
      <w:r>
        <w:t xml:space="preserve"> Kegiatan ........................</w:t>
      </w:r>
      <w:r w:rsidR="00C20B68">
        <w:t>......................................</w:t>
      </w:r>
      <w:r>
        <w:t>.......................... [</w:t>
      </w:r>
      <w:proofErr w:type="spellStart"/>
      <w:r>
        <w:t>hal</w:t>
      </w:r>
      <w:proofErr w:type="spellEnd"/>
      <w:r>
        <w:t>]</w:t>
      </w:r>
    </w:p>
    <w:p w14:paraId="66F80CF8" w14:textId="77777777" w:rsidR="00255FB3" w:rsidRDefault="00000000">
      <w:pPr>
        <w:spacing w:after="40" w:line="240" w:lineRule="auto"/>
      </w:pPr>
      <w:r>
        <w:t>BAB III METODE PELAKSANAAN KEGIATAN ..........</w:t>
      </w:r>
      <w:r w:rsidR="00C20B68">
        <w:t>....</w:t>
      </w:r>
      <w:r>
        <w:t>......................... [</w:t>
      </w:r>
      <w:proofErr w:type="spellStart"/>
      <w:r>
        <w:t>hal</w:t>
      </w:r>
      <w:proofErr w:type="spellEnd"/>
      <w:r>
        <w:t>]</w:t>
      </w:r>
    </w:p>
    <w:p w14:paraId="55167AD5" w14:textId="77777777" w:rsidR="00255FB3" w:rsidRDefault="00000000">
      <w:pPr>
        <w:spacing w:after="40" w:line="240" w:lineRule="auto"/>
      </w:pPr>
      <w:r>
        <w:t>BAB IV HASIL DAN DOKUMENTASI KEGIATAN ...............</w:t>
      </w:r>
      <w:r w:rsidR="00C20B68">
        <w:t>.</w:t>
      </w:r>
      <w:r>
        <w:t>.................. [</w:t>
      </w:r>
      <w:proofErr w:type="spellStart"/>
      <w:r>
        <w:t>hal</w:t>
      </w:r>
      <w:proofErr w:type="spellEnd"/>
      <w:r>
        <w:t>]</w:t>
      </w:r>
    </w:p>
    <w:p w14:paraId="5A731711" w14:textId="77777777" w:rsidR="00255FB3" w:rsidRDefault="00000000">
      <w:pPr>
        <w:spacing w:after="40" w:line="240" w:lineRule="auto"/>
      </w:pPr>
      <w:r>
        <w:t>BAB V PENUTUP .........................................</w:t>
      </w:r>
      <w:r w:rsidR="00C20B68">
        <w:t>..................................</w:t>
      </w:r>
      <w:r>
        <w:t>................ [</w:t>
      </w:r>
      <w:proofErr w:type="spellStart"/>
      <w:r>
        <w:t>hal</w:t>
      </w:r>
      <w:proofErr w:type="spellEnd"/>
      <w:r>
        <w:t>]</w:t>
      </w:r>
    </w:p>
    <w:p w14:paraId="0C48D147" w14:textId="77777777" w:rsidR="00255FB3" w:rsidRDefault="00000000">
      <w:pPr>
        <w:spacing w:after="40" w:line="240" w:lineRule="auto"/>
      </w:pPr>
      <w:r>
        <w:t>DAFTAR PUSTAKA .............................</w:t>
      </w:r>
      <w:r w:rsidR="00C20B68">
        <w:t>...............................</w:t>
      </w:r>
      <w:r>
        <w:t>........................... [</w:t>
      </w:r>
      <w:proofErr w:type="spellStart"/>
      <w:r>
        <w:t>hal</w:t>
      </w:r>
      <w:proofErr w:type="spellEnd"/>
      <w:r>
        <w:t>]</w:t>
      </w:r>
    </w:p>
    <w:p w14:paraId="60914C0F" w14:textId="77777777" w:rsidR="00255FB3" w:rsidRDefault="00000000">
      <w:pPr>
        <w:spacing w:after="40" w:line="240" w:lineRule="auto"/>
      </w:pPr>
      <w:r>
        <w:t>LAMPIRAN ...................................</w:t>
      </w:r>
      <w:r w:rsidR="00C20B68">
        <w:t>.......................................</w:t>
      </w:r>
      <w:r>
        <w:t>........................... [</w:t>
      </w:r>
      <w:proofErr w:type="spellStart"/>
      <w:r>
        <w:t>hal</w:t>
      </w:r>
      <w:proofErr w:type="spellEnd"/>
      <w:r>
        <w:t>]</w:t>
      </w:r>
    </w:p>
    <w:p w14:paraId="411FCF4A" w14:textId="77777777" w:rsidR="00C20B68" w:rsidRDefault="00C20B68">
      <w:pPr>
        <w:spacing w:after="200" w:line="276" w:lineRule="auto"/>
      </w:pPr>
      <w:r>
        <w:br w:type="page"/>
      </w:r>
    </w:p>
    <w:p w14:paraId="0A2A3815" w14:textId="5AA1F7FE" w:rsidR="00207B40" w:rsidRDefault="00207B40" w:rsidP="00C5092F">
      <w:pPr>
        <w:pStyle w:val="Heading1"/>
        <w:jc w:val="center"/>
      </w:pPr>
      <w:r>
        <w:lastRenderedPageBreak/>
        <w:t>BAB I</w:t>
      </w:r>
      <w:r w:rsidR="00C5092F">
        <w:br/>
      </w:r>
      <w:r>
        <w:t>PENDAHULUAN</w:t>
      </w:r>
    </w:p>
    <w:p w14:paraId="10B63155" w14:textId="77777777" w:rsidR="00207B40" w:rsidRDefault="00207B40" w:rsidP="00207B40"/>
    <w:p w14:paraId="388F4A18" w14:textId="77777777" w:rsidR="00207B40" w:rsidRDefault="00207B40" w:rsidP="00C5092F">
      <w:pPr>
        <w:pStyle w:val="Heading2"/>
      </w:pPr>
      <w:r>
        <w:t xml:space="preserve">1.1 Latar </w:t>
      </w:r>
      <w:proofErr w:type="spellStart"/>
      <w:r>
        <w:t>Belakang</w:t>
      </w:r>
      <w:proofErr w:type="spellEnd"/>
    </w:p>
    <w:p w14:paraId="627D8113" w14:textId="59585162" w:rsidR="005C0DA6" w:rsidRDefault="005C0DA6" w:rsidP="005C0DA6">
      <w:pPr>
        <w:spacing w:after="0"/>
        <w:ind w:firstLine="720"/>
        <w:jc w:val="both"/>
      </w:pPr>
      <w:r>
        <w:t xml:space="preserve">Kuliah Kerja </w:t>
      </w:r>
      <w:proofErr w:type="spellStart"/>
      <w:r>
        <w:t>Nyata</w:t>
      </w:r>
      <w:proofErr w:type="spellEnd"/>
      <w:r>
        <w:t xml:space="preserve"> (KUKERTA) </w:t>
      </w:r>
      <w:proofErr w:type="spellStart"/>
      <w:r>
        <w:t>merupakan</w:t>
      </w:r>
      <w:proofErr w:type="spellEnd"/>
      <w:r>
        <w:t xml:space="preserve"> salah </w:t>
      </w:r>
      <w:proofErr w:type="spellStart"/>
      <w:r>
        <w:t>satu</w:t>
      </w:r>
      <w:proofErr w:type="spellEnd"/>
      <w:r>
        <w:t xml:space="preserve"> </w:t>
      </w:r>
      <w:proofErr w:type="spellStart"/>
      <w:r>
        <w:t>kegiatan</w:t>
      </w:r>
      <w:proofErr w:type="spellEnd"/>
      <w:r>
        <w:t xml:space="preserve"> </w:t>
      </w:r>
      <w:proofErr w:type="spellStart"/>
      <w:r>
        <w:t>akademik</w:t>
      </w:r>
      <w:proofErr w:type="spellEnd"/>
      <w:r>
        <w:t xml:space="preserve"> yang </w:t>
      </w:r>
      <w:proofErr w:type="spellStart"/>
      <w:r>
        <w:t>bertujuan</w:t>
      </w:r>
      <w:proofErr w:type="spellEnd"/>
      <w:r>
        <w:t xml:space="preserve"> </w:t>
      </w:r>
      <w:proofErr w:type="spellStart"/>
      <w:r>
        <w:t>untuk</w:t>
      </w:r>
      <w:proofErr w:type="spellEnd"/>
      <w:r>
        <w:t xml:space="preserve"> </w:t>
      </w:r>
      <w:proofErr w:type="spellStart"/>
      <w:r>
        <w:t>memberikan</w:t>
      </w:r>
      <w:proofErr w:type="spellEnd"/>
      <w:r>
        <w:t xml:space="preserve"> </w:t>
      </w:r>
      <w:proofErr w:type="spellStart"/>
      <w:r>
        <w:t>pengalaman</w:t>
      </w:r>
      <w:proofErr w:type="spellEnd"/>
      <w:r>
        <w:t xml:space="preserve"> </w:t>
      </w:r>
      <w:proofErr w:type="spellStart"/>
      <w:r>
        <w:t>kepada</w:t>
      </w:r>
      <w:proofErr w:type="spellEnd"/>
      <w:r>
        <w:t xml:space="preserve"> </w:t>
      </w:r>
      <w:proofErr w:type="spellStart"/>
      <w:r>
        <w:t>mahasiswa</w:t>
      </w:r>
      <w:proofErr w:type="spellEnd"/>
      <w:r>
        <w:t xml:space="preserve"> </w:t>
      </w:r>
      <w:proofErr w:type="spellStart"/>
      <w:r>
        <w:t>dalam</w:t>
      </w:r>
      <w:proofErr w:type="spellEnd"/>
      <w:r>
        <w:t xml:space="preserve"> </w:t>
      </w:r>
      <w:proofErr w:type="spellStart"/>
      <w:r>
        <w:t>menerapkan</w:t>
      </w:r>
      <w:proofErr w:type="spellEnd"/>
      <w:r>
        <w:t xml:space="preserve"> </w:t>
      </w:r>
      <w:proofErr w:type="spellStart"/>
      <w:r>
        <w:t>pengetahuan</w:t>
      </w:r>
      <w:proofErr w:type="spellEnd"/>
      <w:r>
        <w:t xml:space="preserve"> dan </w:t>
      </w:r>
      <w:proofErr w:type="spellStart"/>
      <w:r>
        <w:t>keterampilan</w:t>
      </w:r>
      <w:proofErr w:type="spellEnd"/>
      <w:r>
        <w:t xml:space="preserve"> yang </w:t>
      </w:r>
      <w:proofErr w:type="spellStart"/>
      <w:r>
        <w:t>dimiliki</w:t>
      </w:r>
      <w:proofErr w:type="spellEnd"/>
      <w:r>
        <w:t xml:space="preserve"> </w:t>
      </w:r>
      <w:proofErr w:type="spellStart"/>
      <w:r>
        <w:t>melalui</w:t>
      </w:r>
      <w:proofErr w:type="spellEnd"/>
      <w:r>
        <w:t xml:space="preserve"> </w:t>
      </w:r>
      <w:proofErr w:type="spellStart"/>
      <w:r>
        <w:t>kegiatan</w:t>
      </w:r>
      <w:proofErr w:type="spellEnd"/>
      <w:r>
        <w:t xml:space="preserve"> yang </w:t>
      </w:r>
      <w:proofErr w:type="spellStart"/>
      <w:r>
        <w:t>bermanfaat</w:t>
      </w:r>
      <w:proofErr w:type="spellEnd"/>
      <w:r>
        <w:t xml:space="preserve"> </w:t>
      </w:r>
      <w:proofErr w:type="spellStart"/>
      <w:r>
        <w:t>bagi</w:t>
      </w:r>
      <w:proofErr w:type="spellEnd"/>
      <w:r>
        <w:t xml:space="preserve"> </w:t>
      </w:r>
      <w:proofErr w:type="spellStart"/>
      <w:r>
        <w:t>lingkungan</w:t>
      </w:r>
      <w:proofErr w:type="spellEnd"/>
      <w:r>
        <w:t xml:space="preserve"> </w:t>
      </w:r>
      <w:proofErr w:type="spellStart"/>
      <w:r>
        <w:t>sekitar</w:t>
      </w:r>
      <w:proofErr w:type="spellEnd"/>
      <w:r>
        <w:t xml:space="preserve">. </w:t>
      </w:r>
      <w:proofErr w:type="spellStart"/>
      <w:r>
        <w:t>Dalam</w:t>
      </w:r>
      <w:proofErr w:type="spellEnd"/>
      <w:r>
        <w:t xml:space="preserve"> </w:t>
      </w:r>
      <w:proofErr w:type="spellStart"/>
      <w:r>
        <w:t>pelaksanaannya</w:t>
      </w:r>
      <w:proofErr w:type="spellEnd"/>
      <w:r>
        <w:t xml:space="preserve">, </w:t>
      </w:r>
      <w:proofErr w:type="spellStart"/>
      <w:r>
        <w:t>kegiatan</w:t>
      </w:r>
      <w:proofErr w:type="spellEnd"/>
      <w:r>
        <w:t xml:space="preserve"> KUKERTA </w:t>
      </w:r>
      <w:proofErr w:type="spellStart"/>
      <w:r>
        <w:t>dapat</w:t>
      </w:r>
      <w:proofErr w:type="spellEnd"/>
      <w:r>
        <w:t xml:space="preserve"> </w:t>
      </w:r>
      <w:proofErr w:type="spellStart"/>
      <w:r>
        <w:t>dilakukan</w:t>
      </w:r>
      <w:proofErr w:type="spellEnd"/>
      <w:r>
        <w:t xml:space="preserve"> </w:t>
      </w:r>
      <w:proofErr w:type="spellStart"/>
      <w:r>
        <w:t>melalui</w:t>
      </w:r>
      <w:proofErr w:type="spellEnd"/>
      <w:r>
        <w:t xml:space="preserve"> </w:t>
      </w:r>
      <w:proofErr w:type="spellStart"/>
      <w:r>
        <w:t>kegiatan</w:t>
      </w:r>
      <w:proofErr w:type="spellEnd"/>
      <w:r>
        <w:t xml:space="preserve"> </w:t>
      </w:r>
      <w:proofErr w:type="spellStart"/>
      <w:r>
        <w:t>perancangan</w:t>
      </w:r>
      <w:proofErr w:type="spellEnd"/>
      <w:r>
        <w:t xml:space="preserve"> </w:t>
      </w:r>
      <w:proofErr w:type="spellStart"/>
      <w:r>
        <w:t>sistem</w:t>
      </w:r>
      <w:proofErr w:type="spellEnd"/>
      <w:r>
        <w:t xml:space="preserve">, </w:t>
      </w:r>
      <w:proofErr w:type="spellStart"/>
      <w:r>
        <w:t>sosialisasi</w:t>
      </w:r>
      <w:proofErr w:type="spellEnd"/>
      <w:r>
        <w:t xml:space="preserve">, </w:t>
      </w:r>
      <w:proofErr w:type="spellStart"/>
      <w:r>
        <w:t>pendampingan</w:t>
      </w:r>
      <w:proofErr w:type="spellEnd"/>
      <w:r>
        <w:t xml:space="preserve">, </w:t>
      </w:r>
      <w:proofErr w:type="spellStart"/>
      <w:r>
        <w:t>edukasi</w:t>
      </w:r>
      <w:proofErr w:type="spellEnd"/>
      <w:r>
        <w:t xml:space="preserve">, </w:t>
      </w:r>
      <w:proofErr w:type="spellStart"/>
      <w:r>
        <w:t>maupun</w:t>
      </w:r>
      <w:proofErr w:type="spellEnd"/>
      <w:r>
        <w:t xml:space="preserve"> </w:t>
      </w:r>
      <w:proofErr w:type="spellStart"/>
      <w:r>
        <w:t>pengenalan</w:t>
      </w:r>
      <w:proofErr w:type="spellEnd"/>
      <w:r>
        <w:t xml:space="preserve"> </w:t>
      </w:r>
      <w:proofErr w:type="spellStart"/>
      <w:r>
        <w:t>suatu</w:t>
      </w:r>
      <w:proofErr w:type="spellEnd"/>
      <w:r>
        <w:t xml:space="preserve"> </w:t>
      </w:r>
      <w:proofErr w:type="spellStart"/>
      <w:r>
        <w:t>inovasi</w:t>
      </w:r>
      <w:proofErr w:type="spellEnd"/>
      <w:r>
        <w:t xml:space="preserve"> </w:t>
      </w:r>
      <w:proofErr w:type="spellStart"/>
      <w:r>
        <w:t>kepada</w:t>
      </w:r>
      <w:proofErr w:type="spellEnd"/>
      <w:r>
        <w:t xml:space="preserve"> </w:t>
      </w:r>
      <w:proofErr w:type="spellStart"/>
      <w:r>
        <w:t>sasaran</w:t>
      </w:r>
      <w:proofErr w:type="spellEnd"/>
      <w:r>
        <w:t xml:space="preserve"> </w:t>
      </w:r>
      <w:proofErr w:type="spellStart"/>
      <w:r>
        <w:t>tertentu</w:t>
      </w:r>
      <w:proofErr w:type="spellEnd"/>
      <w:r>
        <w:t>.</w:t>
      </w:r>
    </w:p>
    <w:p w14:paraId="03F2D0F4" w14:textId="26AA91F4" w:rsidR="005C0DA6" w:rsidRDefault="005C0DA6" w:rsidP="005C0DA6">
      <w:pPr>
        <w:spacing w:after="0"/>
        <w:ind w:firstLine="720"/>
        <w:jc w:val="both"/>
      </w:pPr>
      <w:r>
        <w:t xml:space="preserve">Pada Program Studi </w:t>
      </w:r>
      <w:proofErr w:type="spellStart"/>
      <w:r>
        <w:t>Informatika</w:t>
      </w:r>
      <w:proofErr w:type="spellEnd"/>
      <w:r>
        <w:t xml:space="preserve">, </w:t>
      </w:r>
      <w:proofErr w:type="spellStart"/>
      <w:r>
        <w:t>kegiatan</w:t>
      </w:r>
      <w:proofErr w:type="spellEnd"/>
      <w:r>
        <w:t xml:space="preserve"> KUKERTA </w:t>
      </w:r>
      <w:proofErr w:type="spellStart"/>
      <w:r>
        <w:t>diarahkan</w:t>
      </w:r>
      <w:proofErr w:type="spellEnd"/>
      <w:r>
        <w:t xml:space="preserve"> pada </w:t>
      </w:r>
      <w:proofErr w:type="spellStart"/>
      <w:r>
        <w:t>penerapan</w:t>
      </w:r>
      <w:proofErr w:type="spellEnd"/>
      <w:r>
        <w:t xml:space="preserve"> </w:t>
      </w:r>
      <w:proofErr w:type="spellStart"/>
      <w:r>
        <w:t>teknologi</w:t>
      </w:r>
      <w:proofErr w:type="spellEnd"/>
      <w:r>
        <w:t xml:space="preserve"> </w:t>
      </w:r>
      <w:proofErr w:type="spellStart"/>
      <w:r>
        <w:t>informasi</w:t>
      </w:r>
      <w:proofErr w:type="spellEnd"/>
      <w:r>
        <w:t xml:space="preserve"> yang </w:t>
      </w:r>
      <w:proofErr w:type="spellStart"/>
      <w:r>
        <w:t>sesuai</w:t>
      </w:r>
      <w:proofErr w:type="spellEnd"/>
      <w:r>
        <w:t xml:space="preserve"> </w:t>
      </w:r>
      <w:proofErr w:type="spellStart"/>
      <w:r>
        <w:t>dengan</w:t>
      </w:r>
      <w:proofErr w:type="spellEnd"/>
      <w:r>
        <w:t xml:space="preserve"> </w:t>
      </w:r>
      <w:proofErr w:type="spellStart"/>
      <w:r>
        <w:t>kebutuhan</w:t>
      </w:r>
      <w:proofErr w:type="spellEnd"/>
      <w:r>
        <w:t xml:space="preserve"> </w:t>
      </w:r>
      <w:r w:rsidR="004606EC">
        <w:t xml:space="preserve">Dinas </w:t>
      </w:r>
      <w:proofErr w:type="spellStart"/>
      <w:r w:rsidR="004606EC">
        <w:t>Komunikasi</w:t>
      </w:r>
      <w:proofErr w:type="spellEnd"/>
      <w:r w:rsidR="004606EC">
        <w:t xml:space="preserve"> dan </w:t>
      </w:r>
      <w:proofErr w:type="spellStart"/>
      <w:r w:rsidR="004606EC">
        <w:t>Informatika</w:t>
      </w:r>
      <w:proofErr w:type="spellEnd"/>
      <w:r w:rsidR="004606EC">
        <w:t xml:space="preserve"> </w:t>
      </w:r>
      <w:proofErr w:type="spellStart"/>
      <w:r w:rsidR="004606EC">
        <w:t>Kabupaten</w:t>
      </w:r>
      <w:proofErr w:type="spellEnd"/>
      <w:r w:rsidR="004606EC">
        <w:t xml:space="preserve"> Tangerang</w:t>
      </w:r>
      <w:r>
        <w:t xml:space="preserve">. Salah </w:t>
      </w:r>
      <w:proofErr w:type="spellStart"/>
      <w:r>
        <w:t>satu</w:t>
      </w:r>
      <w:proofErr w:type="spellEnd"/>
      <w:r>
        <w:t xml:space="preserve"> </w:t>
      </w:r>
      <w:proofErr w:type="spellStart"/>
      <w:r>
        <w:t>bentuk</w:t>
      </w:r>
      <w:proofErr w:type="spellEnd"/>
      <w:r>
        <w:t xml:space="preserve"> </w:t>
      </w:r>
      <w:proofErr w:type="spellStart"/>
      <w:r>
        <w:t>kegiatan</w:t>
      </w:r>
      <w:proofErr w:type="spellEnd"/>
      <w:r>
        <w:t xml:space="preserve"> yang </w:t>
      </w:r>
      <w:proofErr w:type="spellStart"/>
      <w:r>
        <w:t>dapat</w:t>
      </w:r>
      <w:proofErr w:type="spellEnd"/>
      <w:r>
        <w:t xml:space="preserve"> </w:t>
      </w:r>
      <w:proofErr w:type="spellStart"/>
      <w:r>
        <w:t>dilakukan</w:t>
      </w:r>
      <w:proofErr w:type="spellEnd"/>
      <w:r>
        <w:t xml:space="preserve"> </w:t>
      </w:r>
      <w:proofErr w:type="spellStart"/>
      <w:r>
        <w:t>adalah</w:t>
      </w:r>
      <w:proofErr w:type="spellEnd"/>
      <w:r>
        <w:t xml:space="preserve"> </w:t>
      </w:r>
      <w:proofErr w:type="spellStart"/>
      <w:r>
        <w:t>rancang</w:t>
      </w:r>
      <w:proofErr w:type="spellEnd"/>
      <w:r>
        <w:t xml:space="preserve"> </w:t>
      </w:r>
      <w:proofErr w:type="spellStart"/>
      <w:r>
        <w:t>bangun</w:t>
      </w:r>
      <w:proofErr w:type="spellEnd"/>
      <w:r>
        <w:t xml:space="preserve"> dan </w:t>
      </w:r>
      <w:proofErr w:type="spellStart"/>
      <w:r>
        <w:t>sosialisasi</w:t>
      </w:r>
      <w:proofErr w:type="spellEnd"/>
      <w:r>
        <w:t xml:space="preserve"> project, program, </w:t>
      </w:r>
      <w:proofErr w:type="spellStart"/>
      <w:r>
        <w:t>atau</w:t>
      </w:r>
      <w:proofErr w:type="spellEnd"/>
      <w:r>
        <w:t xml:space="preserve"> </w:t>
      </w:r>
      <w:proofErr w:type="spellStart"/>
      <w:r>
        <w:t>aplikasi</w:t>
      </w:r>
      <w:proofErr w:type="spellEnd"/>
      <w:r>
        <w:t xml:space="preserve"> yang </w:t>
      </w:r>
      <w:proofErr w:type="spellStart"/>
      <w:r>
        <w:t>dikembangkan</w:t>
      </w:r>
      <w:proofErr w:type="spellEnd"/>
      <w:r>
        <w:t xml:space="preserve"> oleh </w:t>
      </w:r>
      <w:proofErr w:type="spellStart"/>
      <w:r>
        <w:t>mahasiswa</w:t>
      </w:r>
      <w:proofErr w:type="spellEnd"/>
      <w:r>
        <w:t xml:space="preserve">. </w:t>
      </w:r>
      <w:proofErr w:type="spellStart"/>
      <w:r>
        <w:t>Melalui</w:t>
      </w:r>
      <w:proofErr w:type="spellEnd"/>
      <w:r>
        <w:t xml:space="preserve"> </w:t>
      </w:r>
      <w:proofErr w:type="spellStart"/>
      <w:r>
        <w:t>kegiatan</w:t>
      </w:r>
      <w:proofErr w:type="spellEnd"/>
      <w:r>
        <w:t xml:space="preserve"> </w:t>
      </w:r>
      <w:proofErr w:type="spellStart"/>
      <w:r>
        <w:t>ini</w:t>
      </w:r>
      <w:proofErr w:type="spellEnd"/>
      <w:r>
        <w:t xml:space="preserve">, </w:t>
      </w:r>
      <w:proofErr w:type="spellStart"/>
      <w:r>
        <w:t>mahasiswa</w:t>
      </w:r>
      <w:proofErr w:type="spellEnd"/>
      <w:r>
        <w:t xml:space="preserve"> </w:t>
      </w:r>
      <w:proofErr w:type="spellStart"/>
      <w:r>
        <w:t>tidak</w:t>
      </w:r>
      <w:proofErr w:type="spellEnd"/>
      <w:r>
        <w:t xml:space="preserve"> </w:t>
      </w:r>
      <w:proofErr w:type="spellStart"/>
      <w:r>
        <w:t>hanya</w:t>
      </w:r>
      <w:proofErr w:type="spellEnd"/>
      <w:r>
        <w:t xml:space="preserve"> </w:t>
      </w:r>
      <w:proofErr w:type="spellStart"/>
      <w:r>
        <w:t>dituntut</w:t>
      </w:r>
      <w:proofErr w:type="spellEnd"/>
      <w:r>
        <w:t xml:space="preserve"> </w:t>
      </w:r>
      <w:proofErr w:type="spellStart"/>
      <w:r>
        <w:t>untuk</w:t>
      </w:r>
      <w:proofErr w:type="spellEnd"/>
      <w:r>
        <w:t xml:space="preserve"> </w:t>
      </w:r>
      <w:proofErr w:type="spellStart"/>
      <w:r>
        <w:t>membuat</w:t>
      </w:r>
      <w:proofErr w:type="spellEnd"/>
      <w:r>
        <w:t xml:space="preserve"> </w:t>
      </w:r>
      <w:proofErr w:type="spellStart"/>
      <w:r>
        <w:t>luaran</w:t>
      </w:r>
      <w:proofErr w:type="spellEnd"/>
      <w:r>
        <w:t xml:space="preserve"> </w:t>
      </w:r>
      <w:proofErr w:type="spellStart"/>
      <w:r>
        <w:t>berbasis</w:t>
      </w:r>
      <w:proofErr w:type="spellEnd"/>
      <w:r>
        <w:t xml:space="preserve"> </w:t>
      </w:r>
      <w:proofErr w:type="spellStart"/>
      <w:r>
        <w:t>teknologi</w:t>
      </w:r>
      <w:proofErr w:type="spellEnd"/>
      <w:r>
        <w:t xml:space="preserve"> yang </w:t>
      </w:r>
      <w:proofErr w:type="spellStart"/>
      <w:r>
        <w:t>fungsional</w:t>
      </w:r>
      <w:proofErr w:type="spellEnd"/>
      <w:r>
        <w:t xml:space="preserve">, </w:t>
      </w:r>
      <w:proofErr w:type="spellStart"/>
      <w:r>
        <w:t>tetapi</w:t>
      </w:r>
      <w:proofErr w:type="spellEnd"/>
      <w:r>
        <w:t xml:space="preserve"> juga </w:t>
      </w:r>
      <w:proofErr w:type="spellStart"/>
      <w:r>
        <w:t>mampu</w:t>
      </w:r>
      <w:proofErr w:type="spellEnd"/>
      <w:r>
        <w:t xml:space="preserve"> </w:t>
      </w:r>
      <w:proofErr w:type="spellStart"/>
      <w:r>
        <w:t>menjelaskan</w:t>
      </w:r>
      <w:proofErr w:type="spellEnd"/>
      <w:r>
        <w:t xml:space="preserve"> </w:t>
      </w:r>
      <w:proofErr w:type="spellStart"/>
      <w:r>
        <w:t>cara</w:t>
      </w:r>
      <w:proofErr w:type="spellEnd"/>
      <w:r>
        <w:t xml:space="preserve"> </w:t>
      </w:r>
      <w:proofErr w:type="spellStart"/>
      <w:r>
        <w:t>penggunaan</w:t>
      </w:r>
      <w:proofErr w:type="spellEnd"/>
      <w:r>
        <w:t xml:space="preserve">, </w:t>
      </w:r>
      <w:proofErr w:type="spellStart"/>
      <w:r>
        <w:t>manfaat</w:t>
      </w:r>
      <w:proofErr w:type="spellEnd"/>
      <w:r>
        <w:t xml:space="preserve">, dan </w:t>
      </w:r>
      <w:proofErr w:type="spellStart"/>
      <w:r>
        <w:t>alur</w:t>
      </w:r>
      <w:proofErr w:type="spellEnd"/>
      <w:r>
        <w:t xml:space="preserve"> </w:t>
      </w:r>
      <w:proofErr w:type="spellStart"/>
      <w:r>
        <w:t>kerja</w:t>
      </w:r>
      <w:proofErr w:type="spellEnd"/>
      <w:r>
        <w:t xml:space="preserve"> </w:t>
      </w:r>
      <w:proofErr w:type="spellStart"/>
      <w:r>
        <w:t>luaran</w:t>
      </w:r>
      <w:proofErr w:type="spellEnd"/>
      <w:r>
        <w:t xml:space="preserve"> </w:t>
      </w:r>
      <w:proofErr w:type="spellStart"/>
      <w:r>
        <w:t>tersebut</w:t>
      </w:r>
      <w:proofErr w:type="spellEnd"/>
      <w:r>
        <w:t xml:space="preserve"> </w:t>
      </w:r>
      <w:proofErr w:type="spellStart"/>
      <w:r>
        <w:t>kepada</w:t>
      </w:r>
      <w:proofErr w:type="spellEnd"/>
      <w:r>
        <w:t xml:space="preserve"> </w:t>
      </w:r>
      <w:proofErr w:type="spellStart"/>
      <w:r>
        <w:t>calon</w:t>
      </w:r>
      <w:proofErr w:type="spellEnd"/>
      <w:r>
        <w:t xml:space="preserve"> </w:t>
      </w:r>
      <w:proofErr w:type="spellStart"/>
      <w:r>
        <w:t>pengguna</w:t>
      </w:r>
      <w:proofErr w:type="spellEnd"/>
      <w:r>
        <w:t>.</w:t>
      </w:r>
    </w:p>
    <w:p w14:paraId="583BE078" w14:textId="579870AE" w:rsidR="005C0DA6" w:rsidRDefault="005C0DA6" w:rsidP="005C0DA6">
      <w:pPr>
        <w:spacing w:after="0"/>
        <w:ind w:firstLine="720"/>
        <w:jc w:val="both"/>
      </w:pPr>
      <w:proofErr w:type="spellStart"/>
      <w:r>
        <w:t>Keamanan</w:t>
      </w:r>
      <w:proofErr w:type="spellEnd"/>
      <w:r>
        <w:t xml:space="preserve"> </w:t>
      </w:r>
      <w:proofErr w:type="spellStart"/>
      <w:r>
        <w:t>ruangan</w:t>
      </w:r>
      <w:proofErr w:type="spellEnd"/>
      <w:r>
        <w:t xml:space="preserve"> </w:t>
      </w:r>
      <w:proofErr w:type="spellStart"/>
      <w:r>
        <w:t>merupakan</w:t>
      </w:r>
      <w:proofErr w:type="spellEnd"/>
      <w:r>
        <w:t xml:space="preserve"> </w:t>
      </w:r>
      <w:proofErr w:type="spellStart"/>
      <w:r>
        <w:t>aspek</w:t>
      </w:r>
      <w:proofErr w:type="spellEnd"/>
      <w:r>
        <w:t xml:space="preserve"> </w:t>
      </w:r>
      <w:proofErr w:type="spellStart"/>
      <w:r>
        <w:t>penting</w:t>
      </w:r>
      <w:proofErr w:type="spellEnd"/>
      <w:r>
        <w:t xml:space="preserve"> </w:t>
      </w:r>
      <w:proofErr w:type="spellStart"/>
      <w:r>
        <w:t>dalam</w:t>
      </w:r>
      <w:proofErr w:type="spellEnd"/>
      <w:r>
        <w:t xml:space="preserve"> </w:t>
      </w:r>
      <w:proofErr w:type="spellStart"/>
      <w:r>
        <w:t>berbagai</w:t>
      </w:r>
      <w:proofErr w:type="spellEnd"/>
      <w:r>
        <w:t xml:space="preserve"> </w:t>
      </w:r>
      <w:proofErr w:type="spellStart"/>
      <w:r>
        <w:t>institusi</w:t>
      </w:r>
      <w:proofErr w:type="spellEnd"/>
      <w:r>
        <w:t xml:space="preserve">, </w:t>
      </w:r>
      <w:proofErr w:type="spellStart"/>
      <w:r>
        <w:t>baik</w:t>
      </w:r>
      <w:proofErr w:type="spellEnd"/>
      <w:r>
        <w:t xml:space="preserve"> </w:t>
      </w:r>
      <w:proofErr w:type="spellStart"/>
      <w:r>
        <w:t>pemerintahan</w:t>
      </w:r>
      <w:proofErr w:type="spellEnd"/>
      <w:r>
        <w:t xml:space="preserve">, </w:t>
      </w:r>
      <w:proofErr w:type="spellStart"/>
      <w:r>
        <w:t>pendidikan</w:t>
      </w:r>
      <w:proofErr w:type="spellEnd"/>
      <w:r>
        <w:t xml:space="preserve">, </w:t>
      </w:r>
      <w:proofErr w:type="spellStart"/>
      <w:r>
        <w:t>maupun</w:t>
      </w:r>
      <w:proofErr w:type="spellEnd"/>
      <w:r>
        <w:t xml:space="preserve"> </w:t>
      </w:r>
      <w:proofErr w:type="spellStart"/>
      <w:r>
        <w:t>swasta</w:t>
      </w:r>
      <w:proofErr w:type="spellEnd"/>
      <w:r>
        <w:t xml:space="preserve">. </w:t>
      </w:r>
      <w:proofErr w:type="spellStart"/>
      <w:r>
        <w:t>Sistem</w:t>
      </w:r>
      <w:proofErr w:type="spellEnd"/>
      <w:r>
        <w:t xml:space="preserve"> </w:t>
      </w:r>
      <w:proofErr w:type="spellStart"/>
      <w:r>
        <w:t>keamanan</w:t>
      </w:r>
      <w:proofErr w:type="spellEnd"/>
      <w:r>
        <w:t xml:space="preserve"> </w:t>
      </w:r>
      <w:proofErr w:type="spellStart"/>
      <w:r>
        <w:t>tradisional</w:t>
      </w:r>
      <w:proofErr w:type="spellEnd"/>
      <w:r>
        <w:t xml:space="preserve"> yang </w:t>
      </w:r>
      <w:proofErr w:type="spellStart"/>
      <w:r>
        <w:t>menggunakan</w:t>
      </w:r>
      <w:proofErr w:type="spellEnd"/>
      <w:r>
        <w:t xml:space="preserve"> </w:t>
      </w:r>
      <w:proofErr w:type="spellStart"/>
      <w:r>
        <w:t>kunci</w:t>
      </w:r>
      <w:proofErr w:type="spellEnd"/>
      <w:r>
        <w:t xml:space="preserve"> </w:t>
      </w:r>
      <w:proofErr w:type="spellStart"/>
      <w:r>
        <w:t>mekanis</w:t>
      </w:r>
      <w:proofErr w:type="spellEnd"/>
      <w:r>
        <w:t xml:space="preserve"> </w:t>
      </w:r>
      <w:proofErr w:type="spellStart"/>
      <w:r>
        <w:t>memiliki</w:t>
      </w:r>
      <w:proofErr w:type="spellEnd"/>
      <w:r>
        <w:t xml:space="preserve"> </w:t>
      </w:r>
      <w:proofErr w:type="spellStart"/>
      <w:r>
        <w:t>kelemahan</w:t>
      </w:r>
      <w:proofErr w:type="spellEnd"/>
      <w:r>
        <w:t xml:space="preserve"> </w:t>
      </w:r>
      <w:proofErr w:type="spellStart"/>
      <w:r>
        <w:t>berupa</w:t>
      </w:r>
      <w:proofErr w:type="spellEnd"/>
      <w:r>
        <w:t xml:space="preserve"> </w:t>
      </w:r>
      <w:proofErr w:type="spellStart"/>
      <w:r>
        <w:t>risiko</w:t>
      </w:r>
      <w:proofErr w:type="spellEnd"/>
      <w:r>
        <w:t xml:space="preserve"> </w:t>
      </w:r>
      <w:proofErr w:type="spellStart"/>
      <w:r>
        <w:t>duplikasi</w:t>
      </w:r>
      <w:proofErr w:type="spellEnd"/>
      <w:r>
        <w:t xml:space="preserve"> </w:t>
      </w:r>
      <w:proofErr w:type="spellStart"/>
      <w:r>
        <w:t>kunci</w:t>
      </w:r>
      <w:proofErr w:type="spellEnd"/>
      <w:r>
        <w:t xml:space="preserve">, </w:t>
      </w:r>
      <w:proofErr w:type="spellStart"/>
      <w:r>
        <w:t>kehilangan</w:t>
      </w:r>
      <w:proofErr w:type="spellEnd"/>
      <w:r>
        <w:t xml:space="preserve"> </w:t>
      </w:r>
      <w:proofErr w:type="spellStart"/>
      <w:r>
        <w:t>kunci</w:t>
      </w:r>
      <w:proofErr w:type="spellEnd"/>
      <w:r>
        <w:t xml:space="preserve">, dan </w:t>
      </w:r>
      <w:proofErr w:type="spellStart"/>
      <w:r>
        <w:t>tidak</w:t>
      </w:r>
      <w:proofErr w:type="spellEnd"/>
      <w:r>
        <w:t xml:space="preserve"> </w:t>
      </w:r>
      <w:proofErr w:type="spellStart"/>
      <w:r>
        <w:t>adanya</w:t>
      </w:r>
      <w:proofErr w:type="spellEnd"/>
      <w:r>
        <w:t xml:space="preserve"> </w:t>
      </w:r>
      <w:proofErr w:type="spellStart"/>
      <w:r>
        <w:t>sistem</w:t>
      </w:r>
      <w:proofErr w:type="spellEnd"/>
      <w:r>
        <w:t xml:space="preserve"> </w:t>
      </w:r>
      <w:proofErr w:type="spellStart"/>
      <w:r>
        <w:t>pelacakan</w:t>
      </w:r>
      <w:proofErr w:type="spellEnd"/>
      <w:r>
        <w:t xml:space="preserve"> </w:t>
      </w:r>
      <w:proofErr w:type="spellStart"/>
      <w:r>
        <w:t>akses</w:t>
      </w:r>
      <w:proofErr w:type="spellEnd"/>
      <w:r>
        <w:t xml:space="preserve">. </w:t>
      </w:r>
      <w:proofErr w:type="spellStart"/>
      <w:r>
        <w:t>Menurut</w:t>
      </w:r>
      <w:proofErr w:type="spellEnd"/>
      <w:r>
        <w:t xml:space="preserve"> Parthasarathy et al. (2020), </w:t>
      </w:r>
      <w:proofErr w:type="spellStart"/>
      <w:r>
        <w:t>sistem</w:t>
      </w:r>
      <w:proofErr w:type="spellEnd"/>
      <w:r>
        <w:t xml:space="preserve"> </w:t>
      </w:r>
      <w:proofErr w:type="spellStart"/>
      <w:r>
        <w:t>akses</w:t>
      </w:r>
      <w:proofErr w:type="spellEnd"/>
      <w:r>
        <w:t xml:space="preserve"> </w:t>
      </w:r>
      <w:proofErr w:type="spellStart"/>
      <w:r>
        <w:t>berbasis</w:t>
      </w:r>
      <w:proofErr w:type="spellEnd"/>
      <w:r>
        <w:t xml:space="preserve"> RFID </w:t>
      </w:r>
      <w:proofErr w:type="spellStart"/>
      <w:r>
        <w:t>menawarkan</w:t>
      </w:r>
      <w:proofErr w:type="spellEnd"/>
      <w:r>
        <w:t xml:space="preserve"> </w:t>
      </w:r>
      <w:proofErr w:type="spellStart"/>
      <w:r>
        <w:t>solusi</w:t>
      </w:r>
      <w:proofErr w:type="spellEnd"/>
      <w:r>
        <w:t xml:space="preserve"> </w:t>
      </w:r>
      <w:proofErr w:type="spellStart"/>
      <w:r>
        <w:t>kontrol</w:t>
      </w:r>
      <w:proofErr w:type="spellEnd"/>
      <w:r>
        <w:t xml:space="preserve"> </w:t>
      </w:r>
      <w:proofErr w:type="spellStart"/>
      <w:r>
        <w:t>akses</w:t>
      </w:r>
      <w:proofErr w:type="spellEnd"/>
      <w:r>
        <w:t xml:space="preserve"> yang </w:t>
      </w:r>
      <w:proofErr w:type="spellStart"/>
      <w:r>
        <w:t>lebih</w:t>
      </w:r>
      <w:proofErr w:type="spellEnd"/>
      <w:r>
        <w:t xml:space="preserve"> </w:t>
      </w:r>
      <w:proofErr w:type="spellStart"/>
      <w:r>
        <w:t>efisien</w:t>
      </w:r>
      <w:proofErr w:type="spellEnd"/>
      <w:r>
        <w:t xml:space="preserve"> dan </w:t>
      </w:r>
      <w:proofErr w:type="spellStart"/>
      <w:r>
        <w:t>aman</w:t>
      </w:r>
      <w:proofErr w:type="spellEnd"/>
      <w:r>
        <w:t xml:space="preserve"> </w:t>
      </w:r>
      <w:proofErr w:type="spellStart"/>
      <w:r>
        <w:t>dibandingkan</w:t>
      </w:r>
      <w:proofErr w:type="spellEnd"/>
      <w:r>
        <w:t xml:space="preserve"> </w:t>
      </w:r>
      <w:proofErr w:type="spellStart"/>
      <w:r>
        <w:t>sistem</w:t>
      </w:r>
      <w:proofErr w:type="spellEnd"/>
      <w:r>
        <w:t xml:space="preserve"> </w:t>
      </w:r>
      <w:proofErr w:type="spellStart"/>
      <w:r>
        <w:t>kunci</w:t>
      </w:r>
      <w:proofErr w:type="spellEnd"/>
      <w:r>
        <w:t xml:space="preserve"> </w:t>
      </w:r>
      <w:proofErr w:type="spellStart"/>
      <w:r>
        <w:t>tradisional</w:t>
      </w:r>
      <w:proofErr w:type="spellEnd"/>
      <w:r>
        <w:t xml:space="preserve">, </w:t>
      </w:r>
      <w:proofErr w:type="spellStart"/>
      <w:r>
        <w:t>karena</w:t>
      </w:r>
      <w:proofErr w:type="spellEnd"/>
      <w:r>
        <w:t xml:space="preserve"> </w:t>
      </w:r>
      <w:proofErr w:type="spellStart"/>
      <w:r>
        <w:t>setiap</w:t>
      </w:r>
      <w:proofErr w:type="spellEnd"/>
      <w:r>
        <w:t xml:space="preserve"> tag RFID </w:t>
      </w:r>
      <w:proofErr w:type="spellStart"/>
      <w:r>
        <w:t>memiliki</w:t>
      </w:r>
      <w:proofErr w:type="spellEnd"/>
      <w:r>
        <w:t xml:space="preserve"> </w:t>
      </w:r>
      <w:proofErr w:type="spellStart"/>
      <w:r>
        <w:t>identifikasi</w:t>
      </w:r>
      <w:proofErr w:type="spellEnd"/>
      <w:r>
        <w:t xml:space="preserve"> </w:t>
      </w:r>
      <w:proofErr w:type="spellStart"/>
      <w:r>
        <w:t>unik</w:t>
      </w:r>
      <w:proofErr w:type="spellEnd"/>
      <w:r>
        <w:t xml:space="preserve"> yang </w:t>
      </w:r>
      <w:proofErr w:type="spellStart"/>
      <w:r>
        <w:t>sulit</w:t>
      </w:r>
      <w:proofErr w:type="spellEnd"/>
      <w:r>
        <w:t xml:space="preserve"> </w:t>
      </w:r>
      <w:proofErr w:type="spellStart"/>
      <w:r>
        <w:t>diduplikasi</w:t>
      </w:r>
      <w:proofErr w:type="spellEnd"/>
      <w:r>
        <w:t>.</w:t>
      </w:r>
    </w:p>
    <w:p w14:paraId="2393FD89" w14:textId="0E27B9AD" w:rsidR="005C0DA6" w:rsidRDefault="005C0DA6" w:rsidP="005C0DA6">
      <w:pPr>
        <w:spacing w:after="0"/>
        <w:ind w:firstLine="720"/>
        <w:jc w:val="both"/>
      </w:pPr>
      <w:proofErr w:type="spellStart"/>
      <w:r>
        <w:t>Berdasarkan</w:t>
      </w:r>
      <w:proofErr w:type="spellEnd"/>
      <w:r>
        <w:t xml:space="preserve"> </w:t>
      </w:r>
      <w:proofErr w:type="spellStart"/>
      <w:r>
        <w:t>hal</w:t>
      </w:r>
      <w:proofErr w:type="spellEnd"/>
      <w:r>
        <w:t xml:space="preserve"> </w:t>
      </w:r>
      <w:proofErr w:type="spellStart"/>
      <w:r>
        <w:t>tersebut</w:t>
      </w:r>
      <w:proofErr w:type="spellEnd"/>
      <w:r>
        <w:t xml:space="preserve">, </w:t>
      </w:r>
      <w:proofErr w:type="spellStart"/>
      <w:r>
        <w:t>penulis</w:t>
      </w:r>
      <w:proofErr w:type="spellEnd"/>
      <w:r>
        <w:t xml:space="preserve"> </w:t>
      </w:r>
      <w:proofErr w:type="spellStart"/>
      <w:r>
        <w:t>mengembangkan</w:t>
      </w:r>
      <w:proofErr w:type="spellEnd"/>
      <w:r>
        <w:t xml:space="preserve"> </w:t>
      </w:r>
      <w:proofErr w:type="spellStart"/>
      <w:r>
        <w:t>sistem</w:t>
      </w:r>
      <w:proofErr w:type="spellEnd"/>
      <w:r>
        <w:t xml:space="preserve"> </w:t>
      </w:r>
      <w:proofErr w:type="spellStart"/>
      <w:r>
        <w:t>akses</w:t>
      </w:r>
      <w:proofErr w:type="spellEnd"/>
      <w:r>
        <w:t xml:space="preserve"> </w:t>
      </w:r>
      <w:proofErr w:type="spellStart"/>
      <w:r>
        <w:t>ruangan</w:t>
      </w:r>
      <w:proofErr w:type="spellEnd"/>
      <w:r>
        <w:t xml:space="preserve"> </w:t>
      </w:r>
      <w:proofErr w:type="spellStart"/>
      <w:r>
        <w:t>berbasis</w:t>
      </w:r>
      <w:proofErr w:type="spellEnd"/>
      <w:r>
        <w:t xml:space="preserve"> RFID </w:t>
      </w:r>
      <w:proofErr w:type="spellStart"/>
      <w:r>
        <w:t>dengan</w:t>
      </w:r>
      <w:proofErr w:type="spellEnd"/>
      <w:r>
        <w:t xml:space="preserve"> solenoid door lock </w:t>
      </w:r>
      <w:proofErr w:type="spellStart"/>
      <w:r>
        <w:t>menggunakan</w:t>
      </w:r>
      <w:proofErr w:type="spellEnd"/>
      <w:r>
        <w:t xml:space="preserve"> Arduino Uno </w:t>
      </w:r>
      <w:proofErr w:type="spellStart"/>
      <w:r>
        <w:t>sebagai</w:t>
      </w:r>
      <w:proofErr w:type="spellEnd"/>
      <w:r>
        <w:t xml:space="preserve"> </w:t>
      </w:r>
      <w:proofErr w:type="spellStart"/>
      <w:r>
        <w:t>bagian</w:t>
      </w:r>
      <w:proofErr w:type="spellEnd"/>
      <w:r>
        <w:t xml:space="preserve"> </w:t>
      </w:r>
      <w:proofErr w:type="spellStart"/>
      <w:r>
        <w:t>dari</w:t>
      </w:r>
      <w:proofErr w:type="spellEnd"/>
      <w:r>
        <w:t xml:space="preserve"> </w:t>
      </w:r>
      <w:proofErr w:type="spellStart"/>
      <w:r>
        <w:t>luaran</w:t>
      </w:r>
      <w:proofErr w:type="spellEnd"/>
      <w:r>
        <w:t xml:space="preserve"> </w:t>
      </w:r>
      <w:proofErr w:type="spellStart"/>
      <w:r>
        <w:t>kegiatan</w:t>
      </w:r>
      <w:proofErr w:type="spellEnd"/>
      <w:r>
        <w:t xml:space="preserve"> KUKERTA. </w:t>
      </w:r>
      <w:proofErr w:type="spellStart"/>
      <w:r>
        <w:t>Sistem</w:t>
      </w:r>
      <w:proofErr w:type="spellEnd"/>
      <w:r>
        <w:t xml:space="preserve"> </w:t>
      </w:r>
      <w:proofErr w:type="spellStart"/>
      <w:r>
        <w:t>ini</w:t>
      </w:r>
      <w:proofErr w:type="spellEnd"/>
      <w:r>
        <w:t xml:space="preserve"> </w:t>
      </w:r>
      <w:proofErr w:type="spellStart"/>
      <w:r>
        <w:t>dirancang</w:t>
      </w:r>
      <w:proofErr w:type="spellEnd"/>
      <w:r>
        <w:t xml:space="preserve"> </w:t>
      </w:r>
      <w:proofErr w:type="spellStart"/>
      <w:r>
        <w:t>untuk</w:t>
      </w:r>
      <w:proofErr w:type="spellEnd"/>
      <w:r>
        <w:t xml:space="preserve"> </w:t>
      </w:r>
      <w:proofErr w:type="spellStart"/>
      <w:r>
        <w:t>menggantikan</w:t>
      </w:r>
      <w:proofErr w:type="spellEnd"/>
      <w:r>
        <w:t xml:space="preserve"> </w:t>
      </w:r>
      <w:proofErr w:type="spellStart"/>
      <w:r>
        <w:t>sistem</w:t>
      </w:r>
      <w:proofErr w:type="spellEnd"/>
      <w:r>
        <w:t xml:space="preserve"> </w:t>
      </w:r>
      <w:proofErr w:type="spellStart"/>
      <w:r>
        <w:t>kunci</w:t>
      </w:r>
      <w:proofErr w:type="spellEnd"/>
      <w:r>
        <w:t xml:space="preserve"> manual </w:t>
      </w:r>
      <w:proofErr w:type="spellStart"/>
      <w:r>
        <w:t>dengan</w:t>
      </w:r>
      <w:proofErr w:type="spellEnd"/>
      <w:r>
        <w:t xml:space="preserve"> </w:t>
      </w:r>
      <w:proofErr w:type="spellStart"/>
      <w:r>
        <w:t>sistem</w:t>
      </w:r>
      <w:proofErr w:type="spellEnd"/>
      <w:r>
        <w:t xml:space="preserve"> </w:t>
      </w:r>
      <w:proofErr w:type="spellStart"/>
      <w:r>
        <w:t>elektronik</w:t>
      </w:r>
      <w:proofErr w:type="spellEnd"/>
      <w:r>
        <w:t xml:space="preserve"> yang </w:t>
      </w:r>
      <w:proofErr w:type="spellStart"/>
      <w:r>
        <w:t>lebih</w:t>
      </w:r>
      <w:proofErr w:type="spellEnd"/>
      <w:r>
        <w:t xml:space="preserve"> </w:t>
      </w:r>
      <w:proofErr w:type="spellStart"/>
      <w:r>
        <w:t>aman</w:t>
      </w:r>
      <w:proofErr w:type="spellEnd"/>
      <w:r>
        <w:t xml:space="preserve"> dan </w:t>
      </w:r>
      <w:proofErr w:type="spellStart"/>
      <w:r>
        <w:t>efisien</w:t>
      </w:r>
      <w:proofErr w:type="spellEnd"/>
      <w:r>
        <w:t xml:space="preserve">. </w:t>
      </w:r>
      <w:proofErr w:type="spellStart"/>
      <w:r>
        <w:t>Secara</w:t>
      </w:r>
      <w:proofErr w:type="spellEnd"/>
      <w:r>
        <w:t xml:space="preserve"> </w:t>
      </w:r>
      <w:proofErr w:type="spellStart"/>
      <w:r>
        <w:t>teknis</w:t>
      </w:r>
      <w:proofErr w:type="spellEnd"/>
      <w:r>
        <w:t xml:space="preserve">, RFID reader MFRC522 </w:t>
      </w:r>
      <w:proofErr w:type="spellStart"/>
      <w:r>
        <w:t>digunakan</w:t>
      </w:r>
      <w:proofErr w:type="spellEnd"/>
      <w:r>
        <w:t xml:space="preserve"> </w:t>
      </w:r>
      <w:proofErr w:type="spellStart"/>
      <w:r>
        <w:t>untuk</w:t>
      </w:r>
      <w:proofErr w:type="spellEnd"/>
      <w:r>
        <w:t xml:space="preserve"> </w:t>
      </w:r>
      <w:proofErr w:type="spellStart"/>
      <w:r>
        <w:t>membaca</w:t>
      </w:r>
      <w:proofErr w:type="spellEnd"/>
      <w:r>
        <w:t xml:space="preserve"> tag RFID yang </w:t>
      </w:r>
      <w:proofErr w:type="spellStart"/>
      <w:r>
        <w:t>telah</w:t>
      </w:r>
      <w:proofErr w:type="spellEnd"/>
      <w:r>
        <w:t xml:space="preserve"> </w:t>
      </w:r>
      <w:proofErr w:type="spellStart"/>
      <w:r>
        <w:t>terdaftar</w:t>
      </w:r>
      <w:proofErr w:type="spellEnd"/>
      <w:r>
        <w:t xml:space="preserve">, Arduino Uno </w:t>
      </w:r>
      <w:proofErr w:type="spellStart"/>
      <w:r>
        <w:t>berfungsi</w:t>
      </w:r>
      <w:proofErr w:type="spellEnd"/>
      <w:r>
        <w:t xml:space="preserve"> </w:t>
      </w:r>
      <w:proofErr w:type="spellStart"/>
      <w:r>
        <w:t>sebagai</w:t>
      </w:r>
      <w:proofErr w:type="spellEnd"/>
      <w:r>
        <w:t xml:space="preserve"> </w:t>
      </w:r>
      <w:proofErr w:type="spellStart"/>
      <w:r>
        <w:t>pengontrol</w:t>
      </w:r>
      <w:proofErr w:type="spellEnd"/>
      <w:r>
        <w:t xml:space="preserve"> </w:t>
      </w:r>
      <w:proofErr w:type="spellStart"/>
      <w:r>
        <w:t>utama</w:t>
      </w:r>
      <w:proofErr w:type="spellEnd"/>
      <w:r>
        <w:t xml:space="preserve">, dan solenoid door lock </w:t>
      </w:r>
      <w:proofErr w:type="spellStart"/>
      <w:r>
        <w:t>bertindak</w:t>
      </w:r>
      <w:proofErr w:type="spellEnd"/>
      <w:r>
        <w:t xml:space="preserve"> </w:t>
      </w:r>
      <w:proofErr w:type="spellStart"/>
      <w:r>
        <w:t>sebagai</w:t>
      </w:r>
      <w:proofErr w:type="spellEnd"/>
      <w:r>
        <w:t xml:space="preserve"> </w:t>
      </w:r>
      <w:proofErr w:type="spellStart"/>
      <w:r>
        <w:t>mekanisme</w:t>
      </w:r>
      <w:proofErr w:type="spellEnd"/>
      <w:r>
        <w:t xml:space="preserve"> </w:t>
      </w:r>
      <w:proofErr w:type="spellStart"/>
      <w:r>
        <w:t>pengunci</w:t>
      </w:r>
      <w:proofErr w:type="spellEnd"/>
      <w:r>
        <w:t xml:space="preserve"> </w:t>
      </w:r>
      <w:proofErr w:type="spellStart"/>
      <w:r>
        <w:t>pintu</w:t>
      </w:r>
      <w:proofErr w:type="spellEnd"/>
      <w:r>
        <w:t xml:space="preserve"> </w:t>
      </w:r>
      <w:proofErr w:type="spellStart"/>
      <w:r>
        <w:t>otomatis</w:t>
      </w:r>
      <w:proofErr w:type="spellEnd"/>
      <w:r>
        <w:t xml:space="preserve">. </w:t>
      </w:r>
      <w:proofErr w:type="spellStart"/>
      <w:r>
        <w:t>Untuk</w:t>
      </w:r>
      <w:proofErr w:type="spellEnd"/>
      <w:r>
        <w:t xml:space="preserve"> </w:t>
      </w:r>
      <w:proofErr w:type="spellStart"/>
      <w:r>
        <w:t>melengkapi</w:t>
      </w:r>
      <w:proofErr w:type="spellEnd"/>
      <w:r>
        <w:t xml:space="preserve"> </w:t>
      </w:r>
      <w:proofErr w:type="spellStart"/>
      <w:r>
        <w:t>fungsionalitasnya</w:t>
      </w:r>
      <w:proofErr w:type="spellEnd"/>
      <w:r>
        <w:t xml:space="preserve">, </w:t>
      </w:r>
      <w:proofErr w:type="spellStart"/>
      <w:r>
        <w:t>sistem</w:t>
      </w:r>
      <w:proofErr w:type="spellEnd"/>
      <w:r>
        <w:t xml:space="preserve"> </w:t>
      </w:r>
      <w:proofErr w:type="spellStart"/>
      <w:r>
        <w:t>ini</w:t>
      </w:r>
      <w:proofErr w:type="spellEnd"/>
      <w:r>
        <w:t xml:space="preserve"> juga </w:t>
      </w:r>
      <w:proofErr w:type="spellStart"/>
      <w:r>
        <w:t>telah</w:t>
      </w:r>
      <w:proofErr w:type="spellEnd"/>
      <w:r>
        <w:t xml:space="preserve"> </w:t>
      </w:r>
      <w:proofErr w:type="spellStart"/>
      <w:r>
        <w:t>disinkronisasikan</w:t>
      </w:r>
      <w:proofErr w:type="spellEnd"/>
      <w:r>
        <w:t xml:space="preserve"> </w:t>
      </w:r>
      <w:proofErr w:type="spellStart"/>
      <w:r>
        <w:t>dengan</w:t>
      </w:r>
      <w:proofErr w:type="spellEnd"/>
      <w:r>
        <w:t xml:space="preserve"> </w:t>
      </w:r>
      <w:proofErr w:type="spellStart"/>
      <w:r>
        <w:t>antarmuka</w:t>
      </w:r>
      <w:proofErr w:type="spellEnd"/>
      <w:r>
        <w:t xml:space="preserve"> </w:t>
      </w:r>
      <w:proofErr w:type="spellStart"/>
      <w:r>
        <w:t>berbasis</w:t>
      </w:r>
      <w:proofErr w:type="spellEnd"/>
      <w:r>
        <w:t xml:space="preserve"> web agar </w:t>
      </w:r>
      <w:proofErr w:type="spellStart"/>
      <w:r>
        <w:t>akses</w:t>
      </w:r>
      <w:proofErr w:type="spellEnd"/>
      <w:r>
        <w:t xml:space="preserve"> </w:t>
      </w:r>
      <w:proofErr w:type="spellStart"/>
      <w:r>
        <w:t>ruangan</w:t>
      </w:r>
      <w:proofErr w:type="spellEnd"/>
      <w:r>
        <w:t xml:space="preserve"> </w:t>
      </w:r>
      <w:proofErr w:type="spellStart"/>
      <w:r>
        <w:t>dapat</w:t>
      </w:r>
      <w:proofErr w:type="spellEnd"/>
      <w:r>
        <w:t xml:space="preserve"> </w:t>
      </w:r>
      <w:proofErr w:type="spellStart"/>
      <w:r>
        <w:t>dikontrol</w:t>
      </w:r>
      <w:proofErr w:type="spellEnd"/>
      <w:r>
        <w:t xml:space="preserve"> </w:t>
      </w:r>
      <w:proofErr w:type="spellStart"/>
      <w:r>
        <w:t>secara</w:t>
      </w:r>
      <w:proofErr w:type="spellEnd"/>
      <w:r>
        <w:t xml:space="preserve"> </w:t>
      </w:r>
      <w:proofErr w:type="spellStart"/>
      <w:r>
        <w:t>lebih</w:t>
      </w:r>
      <w:proofErr w:type="spellEnd"/>
      <w:r>
        <w:t xml:space="preserve"> </w:t>
      </w:r>
      <w:proofErr w:type="spellStart"/>
      <w:r>
        <w:t>terintegrasi</w:t>
      </w:r>
      <w:proofErr w:type="spellEnd"/>
      <w:r>
        <w:t>.</w:t>
      </w:r>
    </w:p>
    <w:p w14:paraId="3C0F6E3D" w14:textId="06317747" w:rsidR="00207B40" w:rsidRDefault="005C0DA6" w:rsidP="005C0DA6">
      <w:pPr>
        <w:spacing w:after="0"/>
        <w:ind w:firstLine="720"/>
        <w:jc w:val="both"/>
      </w:pPr>
      <w:proofErr w:type="spellStart"/>
      <w:r>
        <w:lastRenderedPageBreak/>
        <w:t>Laporan</w:t>
      </w:r>
      <w:proofErr w:type="spellEnd"/>
      <w:r>
        <w:t xml:space="preserve"> </w:t>
      </w:r>
      <w:proofErr w:type="spellStart"/>
      <w:r>
        <w:t>ini</w:t>
      </w:r>
      <w:proofErr w:type="spellEnd"/>
      <w:r>
        <w:t xml:space="preserve"> </w:t>
      </w:r>
      <w:proofErr w:type="spellStart"/>
      <w:r>
        <w:t>disusun</w:t>
      </w:r>
      <w:proofErr w:type="spellEnd"/>
      <w:r>
        <w:t xml:space="preserve"> </w:t>
      </w:r>
      <w:proofErr w:type="spellStart"/>
      <w:r>
        <w:t>untuk</w:t>
      </w:r>
      <w:proofErr w:type="spellEnd"/>
      <w:r>
        <w:t xml:space="preserve"> </w:t>
      </w:r>
      <w:proofErr w:type="spellStart"/>
      <w:r>
        <w:t>mendeskripsikan</w:t>
      </w:r>
      <w:proofErr w:type="spellEnd"/>
      <w:r>
        <w:t xml:space="preserve"> </w:t>
      </w:r>
      <w:proofErr w:type="spellStart"/>
      <w:r>
        <w:t>keseluruhan</w:t>
      </w:r>
      <w:proofErr w:type="spellEnd"/>
      <w:r>
        <w:t xml:space="preserve"> proses </w:t>
      </w:r>
      <w:proofErr w:type="spellStart"/>
      <w:r>
        <w:t>pelaksanaan</w:t>
      </w:r>
      <w:proofErr w:type="spellEnd"/>
      <w:r>
        <w:t xml:space="preserve"> </w:t>
      </w:r>
      <w:proofErr w:type="spellStart"/>
      <w:r>
        <w:t>kegiatan</w:t>
      </w:r>
      <w:proofErr w:type="spellEnd"/>
      <w:r>
        <w:t xml:space="preserve">, </w:t>
      </w:r>
      <w:proofErr w:type="spellStart"/>
      <w:r>
        <w:t>mulai</w:t>
      </w:r>
      <w:proofErr w:type="spellEnd"/>
      <w:r>
        <w:t xml:space="preserve"> </w:t>
      </w:r>
      <w:proofErr w:type="spellStart"/>
      <w:r>
        <w:t>dari</w:t>
      </w:r>
      <w:proofErr w:type="spellEnd"/>
      <w:r>
        <w:t xml:space="preserve"> </w:t>
      </w:r>
      <w:proofErr w:type="spellStart"/>
      <w:r>
        <w:t>tahap</w:t>
      </w:r>
      <w:proofErr w:type="spellEnd"/>
      <w:r>
        <w:t xml:space="preserve"> </w:t>
      </w:r>
      <w:proofErr w:type="spellStart"/>
      <w:r>
        <w:t>rancang</w:t>
      </w:r>
      <w:proofErr w:type="spellEnd"/>
      <w:r>
        <w:t xml:space="preserve"> </w:t>
      </w:r>
      <w:proofErr w:type="spellStart"/>
      <w:r>
        <w:t>bangun</w:t>
      </w:r>
      <w:proofErr w:type="spellEnd"/>
      <w:r>
        <w:t xml:space="preserve">, </w:t>
      </w:r>
      <w:proofErr w:type="spellStart"/>
      <w:r>
        <w:t>pengujian</w:t>
      </w:r>
      <w:proofErr w:type="spellEnd"/>
      <w:r>
        <w:t xml:space="preserve"> </w:t>
      </w:r>
      <w:proofErr w:type="spellStart"/>
      <w:r>
        <w:t>alat</w:t>
      </w:r>
      <w:proofErr w:type="spellEnd"/>
      <w:r>
        <w:t xml:space="preserve"> dan </w:t>
      </w:r>
      <w:proofErr w:type="spellStart"/>
      <w:r>
        <w:t>sinkronisasi</w:t>
      </w:r>
      <w:proofErr w:type="spellEnd"/>
      <w:r>
        <w:t xml:space="preserve"> web, </w:t>
      </w:r>
      <w:proofErr w:type="spellStart"/>
      <w:r>
        <w:t>hingga</w:t>
      </w:r>
      <w:proofErr w:type="spellEnd"/>
      <w:r>
        <w:t xml:space="preserve"> </w:t>
      </w:r>
      <w:proofErr w:type="spellStart"/>
      <w:r>
        <w:t>kegiatan</w:t>
      </w:r>
      <w:proofErr w:type="spellEnd"/>
      <w:r>
        <w:t xml:space="preserve"> </w:t>
      </w:r>
      <w:proofErr w:type="spellStart"/>
      <w:r>
        <w:t>sosialisasi</w:t>
      </w:r>
      <w:proofErr w:type="spellEnd"/>
      <w:r>
        <w:t xml:space="preserve"> </w:t>
      </w:r>
      <w:proofErr w:type="spellStart"/>
      <w:r>
        <w:t>Sistem</w:t>
      </w:r>
      <w:proofErr w:type="spellEnd"/>
      <w:r>
        <w:t xml:space="preserve"> Akses </w:t>
      </w:r>
      <w:proofErr w:type="spellStart"/>
      <w:r>
        <w:t>Ruangan</w:t>
      </w:r>
      <w:proofErr w:type="spellEnd"/>
      <w:r>
        <w:t xml:space="preserve"> </w:t>
      </w:r>
      <w:proofErr w:type="spellStart"/>
      <w:r>
        <w:t>Berbasis</w:t>
      </w:r>
      <w:proofErr w:type="spellEnd"/>
      <w:r>
        <w:t xml:space="preserve"> RFID </w:t>
      </w:r>
      <w:proofErr w:type="spellStart"/>
      <w:r>
        <w:t>dengan</w:t>
      </w:r>
      <w:proofErr w:type="spellEnd"/>
      <w:r>
        <w:t xml:space="preserve"> Solenoid Door Lock </w:t>
      </w:r>
      <w:proofErr w:type="spellStart"/>
      <w:r>
        <w:t>Menggunakan</w:t>
      </w:r>
      <w:proofErr w:type="spellEnd"/>
      <w:r>
        <w:t xml:space="preserve"> Arduino Uno </w:t>
      </w:r>
      <w:proofErr w:type="spellStart"/>
      <w:r>
        <w:t>kepada</w:t>
      </w:r>
      <w:proofErr w:type="spellEnd"/>
      <w:r>
        <w:t xml:space="preserve"> </w:t>
      </w:r>
      <w:r w:rsidR="00905A57">
        <w:t xml:space="preserve">Dinas </w:t>
      </w:r>
      <w:proofErr w:type="spellStart"/>
      <w:r w:rsidR="00905A57">
        <w:t>Komunikasi</w:t>
      </w:r>
      <w:proofErr w:type="spellEnd"/>
      <w:r w:rsidR="00905A57">
        <w:t xml:space="preserve"> dan </w:t>
      </w:r>
      <w:proofErr w:type="spellStart"/>
      <w:r w:rsidR="00905A57">
        <w:t>Informatika</w:t>
      </w:r>
      <w:proofErr w:type="spellEnd"/>
      <w:r w:rsidR="00905A57">
        <w:t xml:space="preserve"> </w:t>
      </w:r>
      <w:proofErr w:type="spellStart"/>
      <w:r w:rsidR="00905A57">
        <w:t>Kabupaten</w:t>
      </w:r>
      <w:proofErr w:type="spellEnd"/>
      <w:r w:rsidR="00905A57">
        <w:t xml:space="preserve"> Tangerang</w:t>
      </w:r>
      <w:r>
        <w:t xml:space="preserve">. </w:t>
      </w:r>
      <w:proofErr w:type="spellStart"/>
      <w:r>
        <w:t>Rangkaian</w:t>
      </w:r>
      <w:proofErr w:type="spellEnd"/>
      <w:r>
        <w:t xml:space="preserve"> </w:t>
      </w:r>
      <w:proofErr w:type="spellStart"/>
      <w:r>
        <w:t>kegiatan</w:t>
      </w:r>
      <w:proofErr w:type="spellEnd"/>
      <w:r>
        <w:t xml:space="preserve"> </w:t>
      </w:r>
      <w:proofErr w:type="spellStart"/>
      <w:r>
        <w:t>ini</w:t>
      </w:r>
      <w:proofErr w:type="spellEnd"/>
      <w:r>
        <w:t xml:space="preserve"> </w:t>
      </w:r>
      <w:proofErr w:type="spellStart"/>
      <w:r>
        <w:t>dilaksanakan</w:t>
      </w:r>
      <w:proofErr w:type="spellEnd"/>
      <w:r>
        <w:t xml:space="preserve"> agar </w:t>
      </w:r>
      <w:proofErr w:type="spellStart"/>
      <w:r>
        <w:t>luaran</w:t>
      </w:r>
      <w:proofErr w:type="spellEnd"/>
      <w:r>
        <w:t xml:space="preserve"> </w:t>
      </w:r>
      <w:proofErr w:type="spellStart"/>
      <w:r>
        <w:t>teknologi</w:t>
      </w:r>
      <w:proofErr w:type="spellEnd"/>
      <w:r>
        <w:t xml:space="preserve"> yang </w:t>
      </w:r>
      <w:proofErr w:type="spellStart"/>
      <w:r>
        <w:t>dihasilkan</w:t>
      </w:r>
      <w:proofErr w:type="spellEnd"/>
      <w:r>
        <w:t xml:space="preserve"> </w:t>
      </w:r>
      <w:proofErr w:type="spellStart"/>
      <w:r>
        <w:t>dapat</w:t>
      </w:r>
      <w:proofErr w:type="spellEnd"/>
      <w:r>
        <w:t xml:space="preserve"> </w:t>
      </w:r>
      <w:proofErr w:type="spellStart"/>
      <w:r>
        <w:t>beroperasi</w:t>
      </w:r>
      <w:proofErr w:type="spellEnd"/>
      <w:r>
        <w:t xml:space="preserve"> </w:t>
      </w:r>
      <w:proofErr w:type="spellStart"/>
      <w:r>
        <w:t>dengan</w:t>
      </w:r>
      <w:proofErr w:type="spellEnd"/>
      <w:r>
        <w:t xml:space="preserve"> </w:t>
      </w:r>
      <w:proofErr w:type="spellStart"/>
      <w:r>
        <w:t>stabil</w:t>
      </w:r>
      <w:proofErr w:type="spellEnd"/>
      <w:r>
        <w:t xml:space="preserve">, </w:t>
      </w:r>
      <w:proofErr w:type="spellStart"/>
      <w:r>
        <w:t>serta</w:t>
      </w:r>
      <w:proofErr w:type="spellEnd"/>
      <w:r>
        <w:t xml:space="preserve"> </w:t>
      </w:r>
      <w:r w:rsidR="004606EC">
        <w:t xml:space="preserve">staff Dinas </w:t>
      </w:r>
      <w:proofErr w:type="spellStart"/>
      <w:r w:rsidR="004606EC">
        <w:t>Komunikasi</w:t>
      </w:r>
      <w:proofErr w:type="spellEnd"/>
      <w:r w:rsidR="004606EC">
        <w:t xml:space="preserve"> dan </w:t>
      </w:r>
      <w:proofErr w:type="spellStart"/>
      <w:r w:rsidR="004606EC">
        <w:t>Informatika</w:t>
      </w:r>
      <w:proofErr w:type="spellEnd"/>
      <w:r w:rsidR="004606EC">
        <w:t xml:space="preserve"> </w:t>
      </w:r>
      <w:proofErr w:type="spellStart"/>
      <w:r w:rsidR="004606EC">
        <w:t>Kabupaten</w:t>
      </w:r>
      <w:proofErr w:type="spellEnd"/>
      <w:r w:rsidR="004606EC">
        <w:t xml:space="preserve"> Tangerang </w:t>
      </w:r>
      <w:proofErr w:type="spellStart"/>
      <w:r>
        <w:t>dapat</w:t>
      </w:r>
      <w:proofErr w:type="spellEnd"/>
      <w:r>
        <w:t xml:space="preserve"> </w:t>
      </w:r>
      <w:proofErr w:type="spellStart"/>
      <w:r>
        <w:t>memahami</w:t>
      </w:r>
      <w:proofErr w:type="spellEnd"/>
      <w:r>
        <w:t xml:space="preserve"> </w:t>
      </w:r>
      <w:proofErr w:type="spellStart"/>
      <w:r>
        <w:t>fungsi</w:t>
      </w:r>
      <w:proofErr w:type="spellEnd"/>
      <w:r>
        <w:t xml:space="preserve">, </w:t>
      </w:r>
      <w:proofErr w:type="spellStart"/>
      <w:r>
        <w:t>manfaat</w:t>
      </w:r>
      <w:proofErr w:type="spellEnd"/>
      <w:r>
        <w:t xml:space="preserve">, dan </w:t>
      </w:r>
      <w:proofErr w:type="spellStart"/>
      <w:r>
        <w:t>cara</w:t>
      </w:r>
      <w:proofErr w:type="spellEnd"/>
      <w:r>
        <w:t xml:space="preserve"> </w:t>
      </w:r>
      <w:proofErr w:type="spellStart"/>
      <w:r>
        <w:t>penggunaan</w:t>
      </w:r>
      <w:proofErr w:type="spellEnd"/>
      <w:r>
        <w:t xml:space="preserve"> </w:t>
      </w:r>
      <w:proofErr w:type="spellStart"/>
      <w:r>
        <w:t>sistem</w:t>
      </w:r>
      <w:proofErr w:type="spellEnd"/>
      <w:r>
        <w:t xml:space="preserve"> </w:t>
      </w:r>
      <w:proofErr w:type="spellStart"/>
      <w:r>
        <w:t>keamanan</w:t>
      </w:r>
      <w:proofErr w:type="spellEnd"/>
      <w:r>
        <w:t xml:space="preserve"> </w:t>
      </w:r>
      <w:proofErr w:type="spellStart"/>
      <w:r>
        <w:t>tersebut</w:t>
      </w:r>
      <w:proofErr w:type="spellEnd"/>
      <w:r>
        <w:t xml:space="preserve"> </w:t>
      </w:r>
      <w:proofErr w:type="spellStart"/>
      <w:r>
        <w:t>sehingga</w:t>
      </w:r>
      <w:proofErr w:type="spellEnd"/>
      <w:r>
        <w:t xml:space="preserve"> </w:t>
      </w:r>
      <w:proofErr w:type="spellStart"/>
      <w:r>
        <w:t>dapat</w:t>
      </w:r>
      <w:proofErr w:type="spellEnd"/>
      <w:r>
        <w:t xml:space="preserve"> </w:t>
      </w:r>
      <w:proofErr w:type="spellStart"/>
      <w:r>
        <w:t>diaplikasikan</w:t>
      </w:r>
      <w:proofErr w:type="spellEnd"/>
      <w:r>
        <w:t xml:space="preserve"> </w:t>
      </w:r>
      <w:proofErr w:type="spellStart"/>
      <w:r>
        <w:t>secara</w:t>
      </w:r>
      <w:proofErr w:type="spellEnd"/>
      <w:r>
        <w:t xml:space="preserve"> </w:t>
      </w:r>
      <w:proofErr w:type="spellStart"/>
      <w:r>
        <w:t>tepat</w:t>
      </w:r>
      <w:proofErr w:type="spellEnd"/>
      <w:r>
        <w:t xml:space="preserve"> dan </w:t>
      </w:r>
      <w:proofErr w:type="spellStart"/>
      <w:r>
        <w:t>efektif</w:t>
      </w:r>
      <w:proofErr w:type="spellEnd"/>
      <w:r>
        <w:t>.</w:t>
      </w:r>
    </w:p>
    <w:p w14:paraId="71C98ED8" w14:textId="77777777" w:rsidR="004606EC" w:rsidRDefault="004606EC" w:rsidP="005C0DA6">
      <w:pPr>
        <w:spacing w:after="0"/>
        <w:ind w:firstLine="720"/>
        <w:jc w:val="both"/>
      </w:pPr>
    </w:p>
    <w:p w14:paraId="3704E098" w14:textId="77777777" w:rsidR="00207B40" w:rsidRDefault="00207B40" w:rsidP="00207B40">
      <w:pPr>
        <w:spacing w:after="0"/>
        <w:jc w:val="center"/>
      </w:pPr>
      <w:r>
        <w:rPr>
          <w:b/>
        </w:rPr>
        <w:t xml:space="preserve">1.2 </w:t>
      </w:r>
      <w:proofErr w:type="spellStart"/>
      <w:r>
        <w:rPr>
          <w:b/>
        </w:rPr>
        <w:t>Rumusan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Masalah</w:t>
      </w:r>
      <w:proofErr w:type="spellEnd"/>
    </w:p>
    <w:p w14:paraId="5128F72B" w14:textId="77777777" w:rsidR="00207B40" w:rsidRDefault="00207B40" w:rsidP="00207B40">
      <w:pPr>
        <w:spacing w:after="0"/>
        <w:ind w:firstLine="720"/>
        <w:jc w:val="both"/>
      </w:pPr>
      <w:proofErr w:type="spellStart"/>
      <w:r>
        <w:t>Rumusan</w:t>
      </w:r>
      <w:proofErr w:type="spellEnd"/>
      <w:r>
        <w:t xml:space="preserve"> </w:t>
      </w:r>
      <w:proofErr w:type="spellStart"/>
      <w:r>
        <w:t>masalah</w:t>
      </w:r>
      <w:proofErr w:type="spellEnd"/>
      <w:r>
        <w:t xml:space="preserve"> </w:t>
      </w:r>
      <w:proofErr w:type="spellStart"/>
      <w:r>
        <w:t>dalam</w:t>
      </w:r>
      <w:proofErr w:type="spellEnd"/>
      <w:r>
        <w:t xml:space="preserve"> </w:t>
      </w:r>
      <w:proofErr w:type="spellStart"/>
      <w:r>
        <w:t>laporan</w:t>
      </w:r>
      <w:proofErr w:type="spellEnd"/>
      <w:r>
        <w:t xml:space="preserve"> </w:t>
      </w:r>
      <w:proofErr w:type="spellStart"/>
      <w:r>
        <w:t>ini</w:t>
      </w:r>
      <w:proofErr w:type="spellEnd"/>
      <w:r>
        <w:t xml:space="preserve"> </w:t>
      </w:r>
      <w:proofErr w:type="spellStart"/>
      <w:r>
        <w:t>adalah</w:t>
      </w:r>
      <w:proofErr w:type="spellEnd"/>
      <w:r>
        <w:t xml:space="preserve"> </w:t>
      </w:r>
      <w:proofErr w:type="spellStart"/>
      <w:r>
        <w:t>sebagai</w:t>
      </w:r>
      <w:proofErr w:type="spellEnd"/>
      <w:r>
        <w:t xml:space="preserve"> </w:t>
      </w:r>
      <w:proofErr w:type="spellStart"/>
      <w:r>
        <w:t>berikut</w:t>
      </w:r>
      <w:proofErr w:type="spellEnd"/>
      <w:r>
        <w:t>:</w:t>
      </w:r>
    </w:p>
    <w:p w14:paraId="098712AB" w14:textId="4B4237F6" w:rsidR="004D24DB" w:rsidRDefault="00207B40" w:rsidP="004D24DB">
      <w:pPr>
        <w:pStyle w:val="ListParagraph"/>
        <w:numPr>
          <w:ilvl w:val="0"/>
          <w:numId w:val="28"/>
        </w:numPr>
        <w:spacing w:after="0"/>
        <w:jc w:val="both"/>
      </w:pPr>
      <w:proofErr w:type="spellStart"/>
      <w:r>
        <w:t>Bagaimana</w:t>
      </w:r>
      <w:proofErr w:type="spellEnd"/>
      <w:r>
        <w:t xml:space="preserve"> </w:t>
      </w:r>
      <w:proofErr w:type="spellStart"/>
      <w:r>
        <w:t>pelaksanaan</w:t>
      </w:r>
      <w:proofErr w:type="spellEnd"/>
      <w:r>
        <w:t xml:space="preserve"> </w:t>
      </w:r>
      <w:proofErr w:type="spellStart"/>
      <w:r>
        <w:t>kegiatan</w:t>
      </w:r>
      <w:proofErr w:type="spellEnd"/>
      <w:r>
        <w:t xml:space="preserve"> </w:t>
      </w:r>
      <w:proofErr w:type="spellStart"/>
      <w:r>
        <w:t>sosialisasi</w:t>
      </w:r>
      <w:proofErr w:type="spellEnd"/>
      <w:r>
        <w:t xml:space="preserve"> </w:t>
      </w:r>
      <w:proofErr w:type="spellStart"/>
      <w:r>
        <w:t>Rancang</w:t>
      </w:r>
      <w:proofErr w:type="spellEnd"/>
      <w:r>
        <w:t xml:space="preserve"> </w:t>
      </w:r>
      <w:proofErr w:type="spellStart"/>
      <w:r>
        <w:t>Bangun</w:t>
      </w:r>
      <w:proofErr w:type="spellEnd"/>
      <w:r>
        <w:t xml:space="preserve"> </w:t>
      </w:r>
      <w:proofErr w:type="spellStart"/>
      <w:r>
        <w:t>Sistem</w:t>
      </w:r>
      <w:proofErr w:type="spellEnd"/>
      <w:r>
        <w:t xml:space="preserve"> Akses </w:t>
      </w:r>
      <w:proofErr w:type="spellStart"/>
      <w:r>
        <w:t>Ruangan</w:t>
      </w:r>
      <w:proofErr w:type="spellEnd"/>
      <w:r>
        <w:t xml:space="preserve"> </w:t>
      </w:r>
      <w:proofErr w:type="spellStart"/>
      <w:r>
        <w:t>Berbasis</w:t>
      </w:r>
      <w:proofErr w:type="spellEnd"/>
      <w:r>
        <w:t xml:space="preserve"> RFID </w:t>
      </w:r>
      <w:proofErr w:type="spellStart"/>
      <w:r>
        <w:t>dengan</w:t>
      </w:r>
      <w:proofErr w:type="spellEnd"/>
      <w:r>
        <w:t xml:space="preserve"> Solenoid Door Lock </w:t>
      </w:r>
      <w:proofErr w:type="spellStart"/>
      <w:r>
        <w:t>Menggunakan</w:t>
      </w:r>
      <w:proofErr w:type="spellEnd"/>
      <w:r>
        <w:t xml:space="preserve"> Arduino Uno </w:t>
      </w:r>
      <w:proofErr w:type="spellStart"/>
      <w:r>
        <w:t>kepada</w:t>
      </w:r>
      <w:proofErr w:type="spellEnd"/>
      <w:r>
        <w:t xml:space="preserve"> </w:t>
      </w:r>
      <w:r w:rsidR="004606EC">
        <w:t xml:space="preserve">Dinas </w:t>
      </w:r>
      <w:proofErr w:type="spellStart"/>
      <w:r w:rsidR="004606EC">
        <w:t>Komunikasi</w:t>
      </w:r>
      <w:proofErr w:type="spellEnd"/>
      <w:r w:rsidR="004606EC">
        <w:t xml:space="preserve"> dan </w:t>
      </w:r>
      <w:proofErr w:type="spellStart"/>
      <w:r w:rsidR="004606EC">
        <w:t>Informatika</w:t>
      </w:r>
      <w:proofErr w:type="spellEnd"/>
      <w:r w:rsidR="004606EC">
        <w:t xml:space="preserve"> </w:t>
      </w:r>
      <w:proofErr w:type="spellStart"/>
      <w:r w:rsidR="004606EC">
        <w:t>Kabupaten</w:t>
      </w:r>
      <w:proofErr w:type="spellEnd"/>
      <w:r w:rsidR="004606EC">
        <w:t xml:space="preserve"> Tangerang</w:t>
      </w:r>
      <w:r>
        <w:t>?</w:t>
      </w:r>
    </w:p>
    <w:p w14:paraId="73ACBB1F" w14:textId="77777777" w:rsidR="004D24DB" w:rsidRDefault="00207B40" w:rsidP="004D24DB">
      <w:pPr>
        <w:pStyle w:val="ListParagraph"/>
        <w:numPr>
          <w:ilvl w:val="0"/>
          <w:numId w:val="28"/>
        </w:numPr>
        <w:spacing w:after="0"/>
        <w:jc w:val="both"/>
      </w:pPr>
      <w:r>
        <w:t xml:space="preserve">Apa </w:t>
      </w:r>
      <w:proofErr w:type="spellStart"/>
      <w:r>
        <w:t>saja</w:t>
      </w:r>
      <w:proofErr w:type="spellEnd"/>
      <w:r>
        <w:t xml:space="preserve"> </w:t>
      </w:r>
      <w:proofErr w:type="spellStart"/>
      <w:r>
        <w:t>materi</w:t>
      </w:r>
      <w:proofErr w:type="spellEnd"/>
      <w:r>
        <w:t xml:space="preserve"> yang </w:t>
      </w:r>
      <w:proofErr w:type="spellStart"/>
      <w:r>
        <w:t>disampaikan</w:t>
      </w:r>
      <w:proofErr w:type="spellEnd"/>
      <w:r>
        <w:t xml:space="preserve"> </w:t>
      </w:r>
      <w:proofErr w:type="spellStart"/>
      <w:r>
        <w:t>dalam</w:t>
      </w:r>
      <w:proofErr w:type="spellEnd"/>
      <w:r>
        <w:t xml:space="preserve"> </w:t>
      </w:r>
      <w:proofErr w:type="spellStart"/>
      <w:r>
        <w:t>kegiatan</w:t>
      </w:r>
      <w:proofErr w:type="spellEnd"/>
      <w:r>
        <w:t xml:space="preserve"> </w:t>
      </w:r>
      <w:proofErr w:type="spellStart"/>
      <w:r>
        <w:t>sosialisasi</w:t>
      </w:r>
      <w:proofErr w:type="spellEnd"/>
      <w:r>
        <w:t xml:space="preserve"> </w:t>
      </w:r>
      <w:proofErr w:type="spellStart"/>
      <w:r>
        <w:t>tersebut</w:t>
      </w:r>
      <w:proofErr w:type="spellEnd"/>
      <w:r>
        <w:t>?</w:t>
      </w:r>
    </w:p>
    <w:p w14:paraId="54D19E21" w14:textId="43321718" w:rsidR="00207B40" w:rsidRDefault="00207B40" w:rsidP="004D24DB">
      <w:pPr>
        <w:pStyle w:val="ListParagraph"/>
        <w:numPr>
          <w:ilvl w:val="0"/>
          <w:numId w:val="28"/>
        </w:numPr>
        <w:spacing w:after="0"/>
        <w:jc w:val="both"/>
      </w:pPr>
      <w:proofErr w:type="spellStart"/>
      <w:r>
        <w:t>Bagaimana</w:t>
      </w:r>
      <w:proofErr w:type="spellEnd"/>
      <w:r>
        <w:t xml:space="preserve"> </w:t>
      </w:r>
      <w:proofErr w:type="spellStart"/>
      <w:r>
        <w:t>hasil</w:t>
      </w:r>
      <w:proofErr w:type="spellEnd"/>
      <w:r>
        <w:t xml:space="preserve"> dan </w:t>
      </w:r>
      <w:proofErr w:type="spellStart"/>
      <w:r>
        <w:t>dokumentasi</w:t>
      </w:r>
      <w:proofErr w:type="spellEnd"/>
      <w:r>
        <w:t xml:space="preserve"> </w:t>
      </w:r>
      <w:proofErr w:type="spellStart"/>
      <w:r>
        <w:t>dari</w:t>
      </w:r>
      <w:proofErr w:type="spellEnd"/>
      <w:r>
        <w:t xml:space="preserve"> </w:t>
      </w:r>
      <w:proofErr w:type="spellStart"/>
      <w:r>
        <w:t>pelaksanaan</w:t>
      </w:r>
      <w:proofErr w:type="spellEnd"/>
      <w:r>
        <w:t xml:space="preserve"> </w:t>
      </w:r>
      <w:proofErr w:type="spellStart"/>
      <w:r>
        <w:t>kegiatan</w:t>
      </w:r>
      <w:proofErr w:type="spellEnd"/>
      <w:r>
        <w:t xml:space="preserve"> </w:t>
      </w:r>
      <w:proofErr w:type="spellStart"/>
      <w:r>
        <w:t>sosialisasi</w:t>
      </w:r>
      <w:proofErr w:type="spellEnd"/>
      <w:r>
        <w:t>?</w:t>
      </w:r>
    </w:p>
    <w:p w14:paraId="18D80D2D" w14:textId="77777777" w:rsidR="004D24DB" w:rsidRDefault="004D24DB" w:rsidP="00207B40">
      <w:pPr>
        <w:spacing w:after="0"/>
        <w:jc w:val="center"/>
        <w:rPr>
          <w:b/>
        </w:rPr>
      </w:pPr>
    </w:p>
    <w:p w14:paraId="08AC283D" w14:textId="6E60F65C" w:rsidR="00207B40" w:rsidRDefault="00207B40" w:rsidP="00207B40">
      <w:pPr>
        <w:spacing w:after="0"/>
        <w:jc w:val="center"/>
      </w:pPr>
      <w:r>
        <w:rPr>
          <w:b/>
        </w:rPr>
        <w:t xml:space="preserve">1.3 Tujuan </w:t>
      </w:r>
      <w:proofErr w:type="spellStart"/>
      <w:r>
        <w:rPr>
          <w:b/>
        </w:rPr>
        <w:t>Kegiatan</w:t>
      </w:r>
      <w:proofErr w:type="spellEnd"/>
    </w:p>
    <w:p w14:paraId="4F90743E" w14:textId="77777777" w:rsidR="00207B40" w:rsidRDefault="00207B40" w:rsidP="00207B40">
      <w:pPr>
        <w:spacing w:after="0"/>
        <w:ind w:firstLine="720"/>
        <w:jc w:val="both"/>
      </w:pPr>
      <w:r>
        <w:t xml:space="preserve">Tujuan </w:t>
      </w:r>
      <w:proofErr w:type="spellStart"/>
      <w:r>
        <w:t>dari</w:t>
      </w:r>
      <w:proofErr w:type="spellEnd"/>
      <w:r>
        <w:t xml:space="preserve"> </w:t>
      </w:r>
      <w:proofErr w:type="spellStart"/>
      <w:r>
        <w:t>kegiatan</w:t>
      </w:r>
      <w:proofErr w:type="spellEnd"/>
      <w:r>
        <w:t xml:space="preserve"> </w:t>
      </w:r>
      <w:proofErr w:type="spellStart"/>
      <w:r>
        <w:t>ini</w:t>
      </w:r>
      <w:proofErr w:type="spellEnd"/>
      <w:r>
        <w:t xml:space="preserve"> </w:t>
      </w:r>
      <w:proofErr w:type="spellStart"/>
      <w:r>
        <w:t>adalah</w:t>
      </w:r>
      <w:proofErr w:type="spellEnd"/>
      <w:r>
        <w:t xml:space="preserve"> </w:t>
      </w:r>
      <w:proofErr w:type="spellStart"/>
      <w:r>
        <w:t>sebagai</w:t>
      </w:r>
      <w:proofErr w:type="spellEnd"/>
      <w:r>
        <w:t xml:space="preserve"> </w:t>
      </w:r>
      <w:proofErr w:type="spellStart"/>
      <w:r>
        <w:t>berikut</w:t>
      </w:r>
      <w:proofErr w:type="spellEnd"/>
      <w:r>
        <w:t>:</w:t>
      </w:r>
    </w:p>
    <w:p w14:paraId="4AD61CCC" w14:textId="4BD9CE44" w:rsidR="004D24DB" w:rsidRDefault="00207B40" w:rsidP="004D24DB">
      <w:pPr>
        <w:pStyle w:val="ListParagraph"/>
        <w:numPr>
          <w:ilvl w:val="0"/>
          <w:numId w:val="29"/>
        </w:numPr>
        <w:spacing w:after="0"/>
        <w:jc w:val="both"/>
      </w:pPr>
      <w:proofErr w:type="spellStart"/>
      <w:r>
        <w:t>Menjelaskan</w:t>
      </w:r>
      <w:proofErr w:type="spellEnd"/>
      <w:r>
        <w:t xml:space="preserve"> </w:t>
      </w:r>
      <w:proofErr w:type="spellStart"/>
      <w:r>
        <w:t>pelaksanaan</w:t>
      </w:r>
      <w:proofErr w:type="spellEnd"/>
      <w:r>
        <w:t xml:space="preserve"> </w:t>
      </w:r>
      <w:proofErr w:type="spellStart"/>
      <w:r>
        <w:t>kegiatan</w:t>
      </w:r>
      <w:proofErr w:type="spellEnd"/>
      <w:r>
        <w:t xml:space="preserve"> </w:t>
      </w:r>
      <w:proofErr w:type="spellStart"/>
      <w:r>
        <w:t>sosialisasi</w:t>
      </w:r>
      <w:proofErr w:type="spellEnd"/>
      <w:r>
        <w:t xml:space="preserve"> </w:t>
      </w:r>
      <w:proofErr w:type="spellStart"/>
      <w:r>
        <w:t>Rancang</w:t>
      </w:r>
      <w:proofErr w:type="spellEnd"/>
      <w:r>
        <w:t xml:space="preserve"> </w:t>
      </w:r>
      <w:proofErr w:type="spellStart"/>
      <w:r>
        <w:t>Bangun</w:t>
      </w:r>
      <w:proofErr w:type="spellEnd"/>
      <w:r>
        <w:t xml:space="preserve"> </w:t>
      </w:r>
      <w:proofErr w:type="spellStart"/>
      <w:r>
        <w:t>Sistem</w:t>
      </w:r>
      <w:proofErr w:type="spellEnd"/>
      <w:r>
        <w:t xml:space="preserve"> Akses </w:t>
      </w:r>
      <w:proofErr w:type="spellStart"/>
      <w:r>
        <w:t>Ruangan</w:t>
      </w:r>
      <w:proofErr w:type="spellEnd"/>
      <w:r>
        <w:t xml:space="preserve"> </w:t>
      </w:r>
      <w:proofErr w:type="spellStart"/>
      <w:r>
        <w:t>Berbasis</w:t>
      </w:r>
      <w:proofErr w:type="spellEnd"/>
      <w:r>
        <w:t xml:space="preserve"> RFID </w:t>
      </w:r>
      <w:proofErr w:type="spellStart"/>
      <w:r>
        <w:t>dengan</w:t>
      </w:r>
      <w:proofErr w:type="spellEnd"/>
      <w:r>
        <w:t xml:space="preserve"> Solenoid Door Lock </w:t>
      </w:r>
      <w:proofErr w:type="spellStart"/>
      <w:r>
        <w:t>Menggunakan</w:t>
      </w:r>
      <w:proofErr w:type="spellEnd"/>
      <w:r>
        <w:t xml:space="preserve"> Arduino Uno </w:t>
      </w:r>
      <w:proofErr w:type="spellStart"/>
      <w:r>
        <w:t>kepada</w:t>
      </w:r>
      <w:proofErr w:type="spellEnd"/>
      <w:r>
        <w:t xml:space="preserve"> </w:t>
      </w:r>
      <w:r w:rsidR="00905A57">
        <w:t xml:space="preserve">Dinas </w:t>
      </w:r>
      <w:proofErr w:type="spellStart"/>
      <w:r w:rsidR="00905A57">
        <w:t>Komunikasi</w:t>
      </w:r>
      <w:proofErr w:type="spellEnd"/>
      <w:r w:rsidR="00905A57">
        <w:t xml:space="preserve"> dan </w:t>
      </w:r>
      <w:proofErr w:type="spellStart"/>
      <w:r w:rsidR="00905A57">
        <w:t>Informatika</w:t>
      </w:r>
      <w:proofErr w:type="spellEnd"/>
      <w:r w:rsidR="00905A57">
        <w:t xml:space="preserve"> </w:t>
      </w:r>
      <w:proofErr w:type="spellStart"/>
      <w:r w:rsidR="00905A57">
        <w:t>Kabupaten</w:t>
      </w:r>
      <w:proofErr w:type="spellEnd"/>
      <w:r w:rsidR="00905A57">
        <w:t xml:space="preserve"> Tangerang</w:t>
      </w:r>
      <w:r>
        <w:t>.</w:t>
      </w:r>
    </w:p>
    <w:p w14:paraId="5BEB5677" w14:textId="77777777" w:rsidR="004D24DB" w:rsidRDefault="00207B40" w:rsidP="004D24DB">
      <w:pPr>
        <w:pStyle w:val="ListParagraph"/>
        <w:numPr>
          <w:ilvl w:val="0"/>
          <w:numId w:val="29"/>
        </w:numPr>
        <w:spacing w:after="0"/>
        <w:jc w:val="both"/>
      </w:pPr>
      <w:proofErr w:type="spellStart"/>
      <w:r>
        <w:t>Memberikan</w:t>
      </w:r>
      <w:proofErr w:type="spellEnd"/>
      <w:r>
        <w:t xml:space="preserve"> </w:t>
      </w:r>
      <w:proofErr w:type="spellStart"/>
      <w:r>
        <w:t>pemahaman</w:t>
      </w:r>
      <w:proofErr w:type="spellEnd"/>
      <w:r>
        <w:t xml:space="preserve"> </w:t>
      </w:r>
      <w:proofErr w:type="spellStart"/>
      <w:r>
        <w:t>kepada</w:t>
      </w:r>
      <w:proofErr w:type="spellEnd"/>
      <w:r>
        <w:t xml:space="preserve"> </w:t>
      </w:r>
      <w:proofErr w:type="spellStart"/>
      <w:r>
        <w:t>peserta</w:t>
      </w:r>
      <w:proofErr w:type="spellEnd"/>
      <w:r>
        <w:t xml:space="preserve"> </w:t>
      </w:r>
      <w:proofErr w:type="spellStart"/>
      <w:r>
        <w:t>mengenai</w:t>
      </w:r>
      <w:proofErr w:type="spellEnd"/>
      <w:r>
        <w:t xml:space="preserve"> </w:t>
      </w:r>
      <w:proofErr w:type="spellStart"/>
      <w:r>
        <w:t>manfaat</w:t>
      </w:r>
      <w:proofErr w:type="spellEnd"/>
      <w:r>
        <w:t xml:space="preserve"> dan </w:t>
      </w:r>
      <w:proofErr w:type="spellStart"/>
      <w:r>
        <w:t>cara</w:t>
      </w:r>
      <w:proofErr w:type="spellEnd"/>
      <w:r>
        <w:t xml:space="preserve"> </w:t>
      </w:r>
      <w:proofErr w:type="spellStart"/>
      <w:r>
        <w:t>penggunaan</w:t>
      </w:r>
      <w:proofErr w:type="spellEnd"/>
      <w:r>
        <w:t xml:space="preserve"> </w:t>
      </w:r>
      <w:proofErr w:type="spellStart"/>
      <w:r>
        <w:t>sistem</w:t>
      </w:r>
      <w:proofErr w:type="spellEnd"/>
      <w:r>
        <w:t xml:space="preserve"> </w:t>
      </w:r>
      <w:proofErr w:type="spellStart"/>
      <w:r>
        <w:t>akses</w:t>
      </w:r>
      <w:proofErr w:type="spellEnd"/>
      <w:r>
        <w:t xml:space="preserve"> </w:t>
      </w:r>
      <w:proofErr w:type="spellStart"/>
      <w:r>
        <w:t>ruangan</w:t>
      </w:r>
      <w:proofErr w:type="spellEnd"/>
      <w:r>
        <w:t xml:space="preserve"> </w:t>
      </w:r>
      <w:proofErr w:type="spellStart"/>
      <w:r>
        <w:t>berbasis</w:t>
      </w:r>
      <w:proofErr w:type="spellEnd"/>
      <w:r>
        <w:t xml:space="preserve"> RFID yang </w:t>
      </w:r>
      <w:proofErr w:type="spellStart"/>
      <w:r>
        <w:t>disosialisasikan</w:t>
      </w:r>
      <w:proofErr w:type="spellEnd"/>
      <w:r>
        <w:t>.</w:t>
      </w:r>
    </w:p>
    <w:p w14:paraId="3109998C" w14:textId="6D25BDB2" w:rsidR="00207B40" w:rsidRDefault="00207B40" w:rsidP="004D24DB">
      <w:pPr>
        <w:pStyle w:val="ListParagraph"/>
        <w:numPr>
          <w:ilvl w:val="0"/>
          <w:numId w:val="29"/>
        </w:numPr>
        <w:spacing w:after="0"/>
        <w:jc w:val="both"/>
      </w:pPr>
      <w:proofErr w:type="spellStart"/>
      <w:r>
        <w:t>Mendokumentasikan</w:t>
      </w:r>
      <w:proofErr w:type="spellEnd"/>
      <w:r>
        <w:t xml:space="preserve"> </w:t>
      </w:r>
      <w:proofErr w:type="spellStart"/>
      <w:r>
        <w:t>hasil</w:t>
      </w:r>
      <w:proofErr w:type="spellEnd"/>
      <w:r>
        <w:t xml:space="preserve"> </w:t>
      </w:r>
      <w:proofErr w:type="spellStart"/>
      <w:r>
        <w:t>pelaksanaan</w:t>
      </w:r>
      <w:proofErr w:type="spellEnd"/>
      <w:r>
        <w:t xml:space="preserve"> </w:t>
      </w:r>
      <w:proofErr w:type="spellStart"/>
      <w:r>
        <w:t>kegiatan</w:t>
      </w:r>
      <w:proofErr w:type="spellEnd"/>
      <w:r>
        <w:t xml:space="preserve"> </w:t>
      </w:r>
      <w:proofErr w:type="spellStart"/>
      <w:r>
        <w:t>sosialisasi</w:t>
      </w:r>
      <w:proofErr w:type="spellEnd"/>
      <w:r>
        <w:t xml:space="preserve"> </w:t>
      </w:r>
      <w:proofErr w:type="spellStart"/>
      <w:r>
        <w:t>sebagai</w:t>
      </w:r>
      <w:proofErr w:type="spellEnd"/>
      <w:r>
        <w:t xml:space="preserve"> </w:t>
      </w:r>
      <w:proofErr w:type="spellStart"/>
      <w:r>
        <w:t>bentuk</w:t>
      </w:r>
      <w:proofErr w:type="spellEnd"/>
      <w:r>
        <w:t xml:space="preserve"> </w:t>
      </w:r>
      <w:proofErr w:type="spellStart"/>
      <w:r>
        <w:t>laporan</w:t>
      </w:r>
      <w:proofErr w:type="spellEnd"/>
      <w:r>
        <w:t xml:space="preserve"> </w:t>
      </w:r>
      <w:proofErr w:type="spellStart"/>
      <w:r>
        <w:t>kegiatan</w:t>
      </w:r>
      <w:proofErr w:type="spellEnd"/>
      <w:r>
        <w:t xml:space="preserve"> KUKERTA.</w:t>
      </w:r>
    </w:p>
    <w:p w14:paraId="0E1A85D7" w14:textId="77777777" w:rsidR="004D24DB" w:rsidRDefault="004D24DB" w:rsidP="00207B40">
      <w:pPr>
        <w:spacing w:after="0"/>
        <w:jc w:val="center"/>
        <w:rPr>
          <w:b/>
        </w:rPr>
      </w:pPr>
    </w:p>
    <w:p w14:paraId="5854523F" w14:textId="337E449A" w:rsidR="00207B40" w:rsidRDefault="00207B40" w:rsidP="00207B40">
      <w:pPr>
        <w:spacing w:after="0"/>
        <w:jc w:val="center"/>
      </w:pPr>
      <w:r>
        <w:rPr>
          <w:b/>
        </w:rPr>
        <w:t xml:space="preserve">1.4 Manfaat </w:t>
      </w:r>
      <w:proofErr w:type="spellStart"/>
      <w:r>
        <w:rPr>
          <w:b/>
        </w:rPr>
        <w:t>Kegiatan</w:t>
      </w:r>
      <w:proofErr w:type="spellEnd"/>
    </w:p>
    <w:p w14:paraId="35E4122E" w14:textId="69C7952B" w:rsidR="00207B40" w:rsidRDefault="00207B40" w:rsidP="00207B40">
      <w:pPr>
        <w:spacing w:after="0"/>
        <w:ind w:firstLine="720"/>
        <w:jc w:val="both"/>
      </w:pPr>
      <w:proofErr w:type="spellStart"/>
      <w:r>
        <w:t>Kegiatan</w:t>
      </w:r>
      <w:proofErr w:type="spellEnd"/>
      <w:r>
        <w:t xml:space="preserve"> </w:t>
      </w:r>
      <w:proofErr w:type="spellStart"/>
      <w:r>
        <w:t>ini</w:t>
      </w:r>
      <w:proofErr w:type="spellEnd"/>
      <w:r>
        <w:t xml:space="preserve"> </w:t>
      </w:r>
      <w:proofErr w:type="spellStart"/>
      <w:r>
        <w:t>diharapkan</w:t>
      </w:r>
      <w:proofErr w:type="spellEnd"/>
      <w:r>
        <w:t xml:space="preserve"> </w:t>
      </w:r>
      <w:proofErr w:type="spellStart"/>
      <w:r>
        <w:t>dapat</w:t>
      </w:r>
      <w:proofErr w:type="spellEnd"/>
      <w:r>
        <w:t xml:space="preserve"> </w:t>
      </w:r>
      <w:proofErr w:type="spellStart"/>
      <w:r>
        <w:t>memberikan</w:t>
      </w:r>
      <w:proofErr w:type="spellEnd"/>
      <w:r>
        <w:t xml:space="preserve"> </w:t>
      </w:r>
      <w:proofErr w:type="spellStart"/>
      <w:r>
        <w:t>manfaat</w:t>
      </w:r>
      <w:proofErr w:type="spellEnd"/>
      <w:r>
        <w:t xml:space="preserve"> </w:t>
      </w:r>
      <w:proofErr w:type="spellStart"/>
      <w:r>
        <w:t>bagi</w:t>
      </w:r>
      <w:proofErr w:type="spellEnd"/>
      <w:r>
        <w:t xml:space="preserve"> </w:t>
      </w:r>
      <w:proofErr w:type="spellStart"/>
      <w:r>
        <w:t>mahasiswa</w:t>
      </w:r>
      <w:proofErr w:type="spellEnd"/>
      <w:r>
        <w:t xml:space="preserve">, </w:t>
      </w:r>
      <w:proofErr w:type="spellStart"/>
      <w:r>
        <w:t>peserta</w:t>
      </w:r>
      <w:proofErr w:type="spellEnd"/>
      <w:r>
        <w:t xml:space="preserve">, dan Program Studi </w:t>
      </w:r>
      <w:proofErr w:type="spellStart"/>
      <w:r>
        <w:t>Informatika</w:t>
      </w:r>
      <w:proofErr w:type="spellEnd"/>
      <w:r>
        <w:t xml:space="preserve">. Bagi </w:t>
      </w:r>
      <w:proofErr w:type="spellStart"/>
      <w:r>
        <w:t>mahasiswa</w:t>
      </w:r>
      <w:proofErr w:type="spellEnd"/>
      <w:r>
        <w:t xml:space="preserve">, </w:t>
      </w:r>
      <w:proofErr w:type="spellStart"/>
      <w:r>
        <w:t>kegiatan</w:t>
      </w:r>
      <w:proofErr w:type="spellEnd"/>
      <w:r>
        <w:t xml:space="preserve"> </w:t>
      </w:r>
      <w:proofErr w:type="spellStart"/>
      <w:r>
        <w:t>ini</w:t>
      </w:r>
      <w:proofErr w:type="spellEnd"/>
      <w:r>
        <w:t xml:space="preserve"> </w:t>
      </w:r>
      <w:proofErr w:type="spellStart"/>
      <w:r>
        <w:t>menjadi</w:t>
      </w:r>
      <w:proofErr w:type="spellEnd"/>
      <w:r>
        <w:t xml:space="preserve"> </w:t>
      </w:r>
      <w:proofErr w:type="spellStart"/>
      <w:r>
        <w:t>sarana</w:t>
      </w:r>
      <w:proofErr w:type="spellEnd"/>
      <w:r>
        <w:t xml:space="preserve"> </w:t>
      </w:r>
      <w:proofErr w:type="spellStart"/>
      <w:r>
        <w:t>untuk</w:t>
      </w:r>
      <w:proofErr w:type="spellEnd"/>
      <w:r>
        <w:t xml:space="preserve"> </w:t>
      </w:r>
      <w:proofErr w:type="spellStart"/>
      <w:r>
        <w:t>melatih</w:t>
      </w:r>
      <w:proofErr w:type="spellEnd"/>
      <w:r>
        <w:t xml:space="preserve"> </w:t>
      </w:r>
      <w:proofErr w:type="spellStart"/>
      <w:r>
        <w:t>kemampuan</w:t>
      </w:r>
      <w:proofErr w:type="spellEnd"/>
      <w:r>
        <w:t xml:space="preserve"> </w:t>
      </w:r>
      <w:proofErr w:type="spellStart"/>
      <w:r>
        <w:t>komunikasi</w:t>
      </w:r>
      <w:proofErr w:type="spellEnd"/>
      <w:r>
        <w:t xml:space="preserve">, </w:t>
      </w:r>
      <w:proofErr w:type="spellStart"/>
      <w:r>
        <w:t>penyampaian</w:t>
      </w:r>
      <w:proofErr w:type="spellEnd"/>
      <w:r>
        <w:t xml:space="preserve"> </w:t>
      </w:r>
      <w:proofErr w:type="spellStart"/>
      <w:r>
        <w:t>materi</w:t>
      </w:r>
      <w:proofErr w:type="spellEnd"/>
      <w:r>
        <w:t xml:space="preserve">, dan </w:t>
      </w:r>
      <w:proofErr w:type="spellStart"/>
      <w:r>
        <w:t>penerapan</w:t>
      </w:r>
      <w:proofErr w:type="spellEnd"/>
      <w:r>
        <w:t xml:space="preserve"> </w:t>
      </w:r>
      <w:proofErr w:type="spellStart"/>
      <w:r>
        <w:t>hasil</w:t>
      </w:r>
      <w:proofErr w:type="spellEnd"/>
      <w:r>
        <w:t xml:space="preserve"> project/program/</w:t>
      </w:r>
      <w:proofErr w:type="spellStart"/>
      <w:r>
        <w:t>aplikasi</w:t>
      </w:r>
      <w:proofErr w:type="spellEnd"/>
      <w:r>
        <w:t xml:space="preserve"> </w:t>
      </w:r>
      <w:proofErr w:type="spellStart"/>
      <w:r>
        <w:t>kepada</w:t>
      </w:r>
      <w:proofErr w:type="spellEnd"/>
      <w:r>
        <w:t xml:space="preserve"> </w:t>
      </w:r>
      <w:proofErr w:type="spellStart"/>
      <w:r>
        <w:t>pengguna</w:t>
      </w:r>
      <w:proofErr w:type="spellEnd"/>
      <w:r>
        <w:t xml:space="preserve">. Bagi </w:t>
      </w:r>
      <w:r w:rsidR="00905A57">
        <w:t xml:space="preserve">Dinas Komunikasi dan </w:t>
      </w:r>
      <w:proofErr w:type="spellStart"/>
      <w:r w:rsidR="00905A57">
        <w:t>Informatika</w:t>
      </w:r>
      <w:proofErr w:type="spellEnd"/>
      <w:r w:rsidR="00905A57">
        <w:t xml:space="preserve"> </w:t>
      </w:r>
      <w:proofErr w:type="spellStart"/>
      <w:r w:rsidR="00905A57">
        <w:t>Kabupaten</w:t>
      </w:r>
      <w:proofErr w:type="spellEnd"/>
      <w:r w:rsidR="00905A57">
        <w:t xml:space="preserve"> Tangerang</w:t>
      </w:r>
      <w:r>
        <w:t xml:space="preserve">, </w:t>
      </w:r>
      <w:proofErr w:type="spellStart"/>
      <w:r>
        <w:t>kegiatan</w:t>
      </w:r>
      <w:proofErr w:type="spellEnd"/>
      <w:r>
        <w:t xml:space="preserve"> </w:t>
      </w:r>
      <w:proofErr w:type="spellStart"/>
      <w:r>
        <w:t>ini</w:t>
      </w:r>
      <w:proofErr w:type="spellEnd"/>
      <w:r>
        <w:t xml:space="preserve"> </w:t>
      </w:r>
      <w:proofErr w:type="spellStart"/>
      <w:r>
        <w:t>dapat</w:t>
      </w:r>
      <w:proofErr w:type="spellEnd"/>
      <w:r>
        <w:t xml:space="preserve"> </w:t>
      </w:r>
      <w:proofErr w:type="spellStart"/>
      <w:r>
        <w:t>membantu</w:t>
      </w:r>
      <w:proofErr w:type="spellEnd"/>
      <w:r>
        <w:t xml:space="preserve"> </w:t>
      </w:r>
      <w:proofErr w:type="spellStart"/>
      <w:r>
        <w:t>memahami</w:t>
      </w:r>
      <w:proofErr w:type="spellEnd"/>
      <w:r>
        <w:t xml:space="preserve"> </w:t>
      </w:r>
      <w:proofErr w:type="spellStart"/>
      <w:r>
        <w:t>cara</w:t>
      </w:r>
      <w:proofErr w:type="spellEnd"/>
      <w:r>
        <w:t xml:space="preserve"> </w:t>
      </w:r>
      <w:proofErr w:type="spellStart"/>
      <w:r>
        <w:t>penggunaan</w:t>
      </w:r>
      <w:proofErr w:type="spellEnd"/>
      <w:r>
        <w:t xml:space="preserve"> </w:t>
      </w:r>
      <w:proofErr w:type="spellStart"/>
      <w:r>
        <w:t>sistem</w:t>
      </w:r>
      <w:proofErr w:type="spellEnd"/>
      <w:r>
        <w:t xml:space="preserve"> </w:t>
      </w:r>
      <w:proofErr w:type="spellStart"/>
      <w:r>
        <w:t>akses</w:t>
      </w:r>
      <w:proofErr w:type="spellEnd"/>
      <w:r>
        <w:t xml:space="preserve"> </w:t>
      </w:r>
      <w:proofErr w:type="spellStart"/>
      <w:r>
        <w:t>ruangan</w:t>
      </w:r>
      <w:proofErr w:type="spellEnd"/>
      <w:r>
        <w:t xml:space="preserve"> </w:t>
      </w:r>
      <w:proofErr w:type="spellStart"/>
      <w:r>
        <w:t>berbasis</w:t>
      </w:r>
      <w:proofErr w:type="spellEnd"/>
      <w:r>
        <w:t xml:space="preserve"> RFID yang </w:t>
      </w:r>
      <w:proofErr w:type="spellStart"/>
      <w:r>
        <w:lastRenderedPageBreak/>
        <w:t>disosialisasikan</w:t>
      </w:r>
      <w:proofErr w:type="spellEnd"/>
      <w:r>
        <w:t xml:space="preserve">. Bagi Program Studi </w:t>
      </w:r>
      <w:proofErr w:type="spellStart"/>
      <w:r>
        <w:t>Informatika</w:t>
      </w:r>
      <w:proofErr w:type="spellEnd"/>
      <w:r>
        <w:t xml:space="preserve">, </w:t>
      </w:r>
      <w:proofErr w:type="spellStart"/>
      <w:r>
        <w:t>kegiatan</w:t>
      </w:r>
      <w:proofErr w:type="spellEnd"/>
      <w:r>
        <w:t xml:space="preserve"> </w:t>
      </w:r>
      <w:proofErr w:type="spellStart"/>
      <w:r>
        <w:t>ini</w:t>
      </w:r>
      <w:proofErr w:type="spellEnd"/>
      <w:r>
        <w:t xml:space="preserve"> </w:t>
      </w:r>
      <w:proofErr w:type="spellStart"/>
      <w:r>
        <w:t>dapat</w:t>
      </w:r>
      <w:proofErr w:type="spellEnd"/>
      <w:r>
        <w:t xml:space="preserve"> </w:t>
      </w:r>
      <w:proofErr w:type="spellStart"/>
      <w:r>
        <w:t>menjadi</w:t>
      </w:r>
      <w:proofErr w:type="spellEnd"/>
      <w:r>
        <w:t xml:space="preserve"> </w:t>
      </w:r>
      <w:proofErr w:type="spellStart"/>
      <w:r>
        <w:t>dokumentasi</w:t>
      </w:r>
      <w:proofErr w:type="spellEnd"/>
      <w:r>
        <w:t xml:space="preserve"> </w:t>
      </w:r>
      <w:proofErr w:type="spellStart"/>
      <w:r>
        <w:t>kegiatan</w:t>
      </w:r>
      <w:proofErr w:type="spellEnd"/>
      <w:r>
        <w:t xml:space="preserve"> </w:t>
      </w:r>
      <w:proofErr w:type="spellStart"/>
      <w:r>
        <w:t>mahasiswa</w:t>
      </w:r>
      <w:proofErr w:type="spellEnd"/>
      <w:r>
        <w:t xml:space="preserve"> </w:t>
      </w:r>
      <w:proofErr w:type="spellStart"/>
      <w:r>
        <w:t>dalam</w:t>
      </w:r>
      <w:proofErr w:type="spellEnd"/>
      <w:r>
        <w:t xml:space="preserve"> </w:t>
      </w:r>
      <w:proofErr w:type="spellStart"/>
      <w:r>
        <w:t>menerapkan</w:t>
      </w:r>
      <w:proofErr w:type="spellEnd"/>
      <w:r>
        <w:t xml:space="preserve"> </w:t>
      </w:r>
      <w:proofErr w:type="spellStart"/>
      <w:r>
        <w:t>ilmu</w:t>
      </w:r>
      <w:proofErr w:type="spellEnd"/>
      <w:r>
        <w:t xml:space="preserve"> </w:t>
      </w:r>
      <w:proofErr w:type="spellStart"/>
      <w:r>
        <w:t>teknologi</w:t>
      </w:r>
      <w:proofErr w:type="spellEnd"/>
      <w:r>
        <w:t xml:space="preserve"> </w:t>
      </w:r>
      <w:proofErr w:type="spellStart"/>
      <w:r>
        <w:t>informasi</w:t>
      </w:r>
      <w:proofErr w:type="spellEnd"/>
      <w:r>
        <w:t xml:space="preserve"> </w:t>
      </w:r>
      <w:proofErr w:type="spellStart"/>
      <w:r>
        <w:t>secara</w:t>
      </w:r>
      <w:proofErr w:type="spellEnd"/>
      <w:r>
        <w:t xml:space="preserve"> </w:t>
      </w:r>
      <w:proofErr w:type="spellStart"/>
      <w:r>
        <w:t>langsung</w:t>
      </w:r>
      <w:proofErr w:type="spellEnd"/>
      <w:r>
        <w:t>.</w:t>
      </w:r>
    </w:p>
    <w:p w14:paraId="099A39A5" w14:textId="77777777" w:rsidR="00207B40" w:rsidRDefault="00207B40" w:rsidP="00207B40">
      <w:r>
        <w:br w:type="page"/>
      </w:r>
    </w:p>
    <w:p w14:paraId="70FE4C56" w14:textId="22174341" w:rsidR="00207B40" w:rsidRDefault="00207B40" w:rsidP="00905A57">
      <w:pPr>
        <w:pStyle w:val="Heading1"/>
        <w:jc w:val="center"/>
      </w:pPr>
      <w:r>
        <w:lastRenderedPageBreak/>
        <w:t>BAB II</w:t>
      </w:r>
      <w:r w:rsidR="00905A57">
        <w:br/>
      </w:r>
      <w:r>
        <w:t>GAMBARAN UMUM KEGIATAN DAN SASARAN</w:t>
      </w:r>
    </w:p>
    <w:p w14:paraId="66C37627" w14:textId="77777777" w:rsidR="00207B40" w:rsidRDefault="00207B40" w:rsidP="00207B40"/>
    <w:p w14:paraId="73989A32" w14:textId="717BCB88" w:rsidR="00207B40" w:rsidRDefault="00207B40" w:rsidP="00905A57">
      <w:pPr>
        <w:pStyle w:val="Heading2"/>
      </w:pPr>
      <w:r>
        <w:t>2.1 Gambaran Umum Project</w:t>
      </w:r>
    </w:p>
    <w:p w14:paraId="40605CCF" w14:textId="77777777" w:rsidR="00207B40" w:rsidRDefault="00207B40" w:rsidP="00207B40">
      <w:pPr>
        <w:spacing w:after="0"/>
        <w:ind w:firstLine="720"/>
        <w:jc w:val="both"/>
      </w:pPr>
      <w:r>
        <w:t xml:space="preserve">Project yang </w:t>
      </w:r>
      <w:proofErr w:type="spellStart"/>
      <w:r>
        <w:t>disosialisasikan</w:t>
      </w:r>
      <w:proofErr w:type="spellEnd"/>
      <w:r>
        <w:t xml:space="preserve"> </w:t>
      </w:r>
      <w:proofErr w:type="spellStart"/>
      <w:r>
        <w:t>dalam</w:t>
      </w:r>
      <w:proofErr w:type="spellEnd"/>
      <w:r>
        <w:t xml:space="preserve"> </w:t>
      </w:r>
      <w:proofErr w:type="spellStart"/>
      <w:r>
        <w:t>kegiatan</w:t>
      </w:r>
      <w:proofErr w:type="spellEnd"/>
      <w:r>
        <w:t xml:space="preserve"> </w:t>
      </w:r>
      <w:proofErr w:type="spellStart"/>
      <w:r>
        <w:t>ini</w:t>
      </w:r>
      <w:proofErr w:type="spellEnd"/>
      <w:r>
        <w:t xml:space="preserve"> </w:t>
      </w:r>
      <w:proofErr w:type="spellStart"/>
      <w:r>
        <w:t>adalah</w:t>
      </w:r>
      <w:proofErr w:type="spellEnd"/>
      <w:r>
        <w:t xml:space="preserve"> </w:t>
      </w:r>
      <w:proofErr w:type="spellStart"/>
      <w:r>
        <w:t>Rancang</w:t>
      </w:r>
      <w:proofErr w:type="spellEnd"/>
      <w:r>
        <w:t xml:space="preserve"> </w:t>
      </w:r>
      <w:proofErr w:type="spellStart"/>
      <w:r>
        <w:t>Bangun</w:t>
      </w:r>
      <w:proofErr w:type="spellEnd"/>
      <w:r>
        <w:t xml:space="preserve"> </w:t>
      </w:r>
      <w:proofErr w:type="spellStart"/>
      <w:r>
        <w:t>Sistem</w:t>
      </w:r>
      <w:proofErr w:type="spellEnd"/>
      <w:r>
        <w:t xml:space="preserve"> Akses </w:t>
      </w:r>
      <w:proofErr w:type="spellStart"/>
      <w:r>
        <w:t>Ruangan</w:t>
      </w:r>
      <w:proofErr w:type="spellEnd"/>
      <w:r>
        <w:t xml:space="preserve"> </w:t>
      </w:r>
      <w:proofErr w:type="spellStart"/>
      <w:r>
        <w:t>Berbasis</w:t>
      </w:r>
      <w:proofErr w:type="spellEnd"/>
      <w:r>
        <w:t xml:space="preserve"> RFID </w:t>
      </w:r>
      <w:proofErr w:type="spellStart"/>
      <w:r>
        <w:t>dengan</w:t>
      </w:r>
      <w:proofErr w:type="spellEnd"/>
      <w:r>
        <w:t xml:space="preserve"> Solenoid Door Lock </w:t>
      </w:r>
      <w:proofErr w:type="spellStart"/>
      <w:r>
        <w:t>Menggunakan</w:t>
      </w:r>
      <w:proofErr w:type="spellEnd"/>
      <w:r>
        <w:t xml:space="preserve"> Arduino Uno yang </w:t>
      </w:r>
      <w:proofErr w:type="spellStart"/>
      <w:r>
        <w:t>dirancang</w:t>
      </w:r>
      <w:proofErr w:type="spellEnd"/>
      <w:r>
        <w:t xml:space="preserve"> </w:t>
      </w:r>
      <w:proofErr w:type="spellStart"/>
      <w:r>
        <w:t>untuk</w:t>
      </w:r>
      <w:proofErr w:type="spellEnd"/>
      <w:r>
        <w:t xml:space="preserve"> </w:t>
      </w:r>
      <w:proofErr w:type="spellStart"/>
      <w:r>
        <w:t>membantu</w:t>
      </w:r>
      <w:proofErr w:type="spellEnd"/>
      <w:r>
        <w:t xml:space="preserve"> </w:t>
      </w:r>
      <w:proofErr w:type="spellStart"/>
      <w:r>
        <w:t>meningkatkan</w:t>
      </w:r>
      <w:proofErr w:type="spellEnd"/>
      <w:r>
        <w:t xml:space="preserve"> </w:t>
      </w:r>
      <w:proofErr w:type="spellStart"/>
      <w:r>
        <w:t>keamanan</w:t>
      </w:r>
      <w:proofErr w:type="spellEnd"/>
      <w:r>
        <w:t xml:space="preserve"> </w:t>
      </w:r>
      <w:proofErr w:type="spellStart"/>
      <w:r>
        <w:t>ruangan</w:t>
      </w:r>
      <w:proofErr w:type="spellEnd"/>
      <w:r>
        <w:t xml:space="preserve"> di </w:t>
      </w:r>
      <w:proofErr w:type="spellStart"/>
      <w:r>
        <w:t>berbagai</w:t>
      </w:r>
      <w:proofErr w:type="spellEnd"/>
      <w:r>
        <w:t xml:space="preserve"> </w:t>
      </w:r>
      <w:proofErr w:type="spellStart"/>
      <w:r>
        <w:t>fasilitas</w:t>
      </w:r>
      <w:proofErr w:type="spellEnd"/>
      <w:r>
        <w:t xml:space="preserve"> </w:t>
      </w:r>
      <w:proofErr w:type="spellStart"/>
      <w:r>
        <w:t>publik</w:t>
      </w:r>
      <w:proofErr w:type="spellEnd"/>
      <w:r>
        <w:t xml:space="preserve"> dan </w:t>
      </w:r>
      <w:proofErr w:type="spellStart"/>
      <w:r>
        <w:t>swasta</w:t>
      </w:r>
      <w:proofErr w:type="spellEnd"/>
      <w:r>
        <w:t xml:space="preserve">. </w:t>
      </w:r>
      <w:proofErr w:type="spellStart"/>
      <w:r>
        <w:t>Sistem</w:t>
      </w:r>
      <w:proofErr w:type="spellEnd"/>
      <w:r>
        <w:t xml:space="preserve"> </w:t>
      </w:r>
      <w:proofErr w:type="spellStart"/>
      <w:r>
        <w:t>ini</w:t>
      </w:r>
      <w:proofErr w:type="spellEnd"/>
      <w:r>
        <w:t xml:space="preserve"> </w:t>
      </w:r>
      <w:proofErr w:type="spellStart"/>
      <w:r>
        <w:t>ditujukan</w:t>
      </w:r>
      <w:proofErr w:type="spellEnd"/>
      <w:r>
        <w:t xml:space="preserve"> agar </w:t>
      </w:r>
      <w:proofErr w:type="spellStart"/>
      <w:r>
        <w:t>pengguna</w:t>
      </w:r>
      <w:proofErr w:type="spellEnd"/>
      <w:r>
        <w:t xml:space="preserve"> </w:t>
      </w:r>
      <w:proofErr w:type="spellStart"/>
      <w:r>
        <w:t>dapat</w:t>
      </w:r>
      <w:proofErr w:type="spellEnd"/>
      <w:r>
        <w:t xml:space="preserve"> </w:t>
      </w:r>
      <w:proofErr w:type="spellStart"/>
      <w:r>
        <w:t>mengontrol</w:t>
      </w:r>
      <w:proofErr w:type="spellEnd"/>
      <w:r>
        <w:t xml:space="preserve"> </w:t>
      </w:r>
      <w:proofErr w:type="spellStart"/>
      <w:r>
        <w:t>akses</w:t>
      </w:r>
      <w:proofErr w:type="spellEnd"/>
      <w:r>
        <w:t xml:space="preserve"> </w:t>
      </w:r>
      <w:proofErr w:type="spellStart"/>
      <w:r>
        <w:t>masuk</w:t>
      </w:r>
      <w:proofErr w:type="spellEnd"/>
      <w:r>
        <w:t xml:space="preserve"> </w:t>
      </w:r>
      <w:proofErr w:type="spellStart"/>
      <w:r>
        <w:t>ke</w:t>
      </w:r>
      <w:proofErr w:type="spellEnd"/>
      <w:r>
        <w:t xml:space="preserve"> </w:t>
      </w:r>
      <w:proofErr w:type="spellStart"/>
      <w:r>
        <w:t>ruangan</w:t>
      </w:r>
      <w:proofErr w:type="spellEnd"/>
      <w:r>
        <w:t xml:space="preserve"> </w:t>
      </w:r>
      <w:proofErr w:type="spellStart"/>
      <w:r>
        <w:t>tertentu</w:t>
      </w:r>
      <w:proofErr w:type="spellEnd"/>
      <w:r>
        <w:t xml:space="preserve"> </w:t>
      </w:r>
      <w:proofErr w:type="spellStart"/>
      <w:r>
        <w:t>secara</w:t>
      </w:r>
      <w:proofErr w:type="spellEnd"/>
      <w:r>
        <w:t xml:space="preserve"> </w:t>
      </w:r>
      <w:proofErr w:type="spellStart"/>
      <w:r>
        <w:t>otomatis</w:t>
      </w:r>
      <w:proofErr w:type="spellEnd"/>
      <w:r>
        <w:t xml:space="preserve"> dan </w:t>
      </w:r>
      <w:proofErr w:type="spellStart"/>
      <w:r>
        <w:t>terintegrasi</w:t>
      </w:r>
      <w:proofErr w:type="spellEnd"/>
      <w:r>
        <w:t xml:space="preserve">, </w:t>
      </w:r>
      <w:proofErr w:type="spellStart"/>
      <w:r>
        <w:t>mengurangi</w:t>
      </w:r>
      <w:proofErr w:type="spellEnd"/>
      <w:r>
        <w:t xml:space="preserve"> </w:t>
      </w:r>
      <w:proofErr w:type="spellStart"/>
      <w:r>
        <w:t>risiko</w:t>
      </w:r>
      <w:proofErr w:type="spellEnd"/>
      <w:r>
        <w:t xml:space="preserve"> </w:t>
      </w:r>
      <w:proofErr w:type="spellStart"/>
      <w:r>
        <w:t>akses</w:t>
      </w:r>
      <w:proofErr w:type="spellEnd"/>
      <w:r>
        <w:t xml:space="preserve"> </w:t>
      </w:r>
      <w:proofErr w:type="spellStart"/>
      <w:r>
        <w:t>tidak</w:t>
      </w:r>
      <w:proofErr w:type="spellEnd"/>
      <w:r>
        <w:t xml:space="preserve"> </w:t>
      </w:r>
      <w:proofErr w:type="spellStart"/>
      <w:r>
        <w:t>sah</w:t>
      </w:r>
      <w:proofErr w:type="spellEnd"/>
      <w:r>
        <w:t>.</w:t>
      </w:r>
    </w:p>
    <w:p w14:paraId="4BD559B9" w14:textId="77777777" w:rsidR="00207B40" w:rsidRDefault="00207B40" w:rsidP="00207B40">
      <w:pPr>
        <w:spacing w:after="0"/>
        <w:ind w:firstLine="720"/>
        <w:jc w:val="both"/>
      </w:pPr>
      <w:proofErr w:type="spellStart"/>
      <w:r>
        <w:t>Sistem</w:t>
      </w:r>
      <w:proofErr w:type="spellEnd"/>
      <w:r>
        <w:t xml:space="preserve"> </w:t>
      </w:r>
      <w:proofErr w:type="spellStart"/>
      <w:r>
        <w:t>ini</w:t>
      </w:r>
      <w:proofErr w:type="spellEnd"/>
      <w:r>
        <w:t xml:space="preserve"> </w:t>
      </w:r>
      <w:proofErr w:type="spellStart"/>
      <w:r>
        <w:t>terdiri</w:t>
      </w:r>
      <w:proofErr w:type="spellEnd"/>
      <w:r>
        <w:t xml:space="preserve"> </w:t>
      </w:r>
      <w:proofErr w:type="spellStart"/>
      <w:r>
        <w:t>dari</w:t>
      </w:r>
      <w:proofErr w:type="spellEnd"/>
      <w:r>
        <w:t xml:space="preserve"> </w:t>
      </w:r>
      <w:proofErr w:type="spellStart"/>
      <w:r>
        <w:t>beberapa</w:t>
      </w:r>
      <w:proofErr w:type="spellEnd"/>
      <w:r>
        <w:t xml:space="preserve"> </w:t>
      </w:r>
      <w:proofErr w:type="spellStart"/>
      <w:r>
        <w:t>komponen</w:t>
      </w:r>
      <w:proofErr w:type="spellEnd"/>
      <w:r>
        <w:t xml:space="preserve"> </w:t>
      </w:r>
      <w:proofErr w:type="spellStart"/>
      <w:r>
        <w:t>utama</w:t>
      </w:r>
      <w:proofErr w:type="spellEnd"/>
      <w:r>
        <w:t xml:space="preserve">, </w:t>
      </w:r>
      <w:proofErr w:type="spellStart"/>
      <w:r>
        <w:t>yaitu</w:t>
      </w:r>
      <w:proofErr w:type="spellEnd"/>
      <w:r>
        <w:t>:</w:t>
      </w:r>
    </w:p>
    <w:p w14:paraId="3CD658F3" w14:textId="77777777" w:rsidR="004D24DB" w:rsidRDefault="00207B40" w:rsidP="004D24DB">
      <w:pPr>
        <w:pStyle w:val="ListParagraph"/>
        <w:numPr>
          <w:ilvl w:val="0"/>
          <w:numId w:val="27"/>
        </w:numPr>
        <w:spacing w:after="0"/>
        <w:jc w:val="both"/>
      </w:pPr>
      <w:r>
        <w:t xml:space="preserve">Arduino Uno </w:t>
      </w:r>
      <w:proofErr w:type="spellStart"/>
      <w:r>
        <w:t>sebagai</w:t>
      </w:r>
      <w:proofErr w:type="spellEnd"/>
      <w:r>
        <w:t xml:space="preserve"> </w:t>
      </w:r>
      <w:proofErr w:type="spellStart"/>
      <w:r>
        <w:t>mikrokontroler</w:t>
      </w:r>
      <w:proofErr w:type="spellEnd"/>
      <w:r>
        <w:t xml:space="preserve"> </w:t>
      </w:r>
      <w:proofErr w:type="spellStart"/>
      <w:r>
        <w:t>utama</w:t>
      </w:r>
      <w:proofErr w:type="spellEnd"/>
      <w:r>
        <w:t xml:space="preserve"> yang </w:t>
      </w:r>
      <w:proofErr w:type="spellStart"/>
      <w:r>
        <w:t>mengolah</w:t>
      </w:r>
      <w:proofErr w:type="spellEnd"/>
      <w:r>
        <w:t xml:space="preserve"> data </w:t>
      </w:r>
      <w:proofErr w:type="spellStart"/>
      <w:r>
        <w:t>dari</w:t>
      </w:r>
      <w:proofErr w:type="spellEnd"/>
      <w:r>
        <w:t xml:space="preserve"> RFID reader dan </w:t>
      </w:r>
      <w:proofErr w:type="spellStart"/>
      <w:r>
        <w:t>mengontrol</w:t>
      </w:r>
      <w:proofErr w:type="spellEnd"/>
      <w:r>
        <w:t xml:space="preserve"> solenoid door lock.</w:t>
      </w:r>
    </w:p>
    <w:p w14:paraId="36B5B9FF" w14:textId="77777777" w:rsidR="004D24DB" w:rsidRDefault="00207B40" w:rsidP="004D24DB">
      <w:pPr>
        <w:pStyle w:val="ListParagraph"/>
        <w:numPr>
          <w:ilvl w:val="0"/>
          <w:numId w:val="27"/>
        </w:numPr>
        <w:spacing w:after="0"/>
        <w:jc w:val="both"/>
      </w:pPr>
      <w:r>
        <w:t xml:space="preserve">RFID Reader MFRC522 yang </w:t>
      </w:r>
      <w:proofErr w:type="spellStart"/>
      <w:r>
        <w:t>berfungsi</w:t>
      </w:r>
      <w:proofErr w:type="spellEnd"/>
      <w:r>
        <w:t xml:space="preserve"> </w:t>
      </w:r>
      <w:proofErr w:type="spellStart"/>
      <w:r>
        <w:t>membaca</w:t>
      </w:r>
      <w:proofErr w:type="spellEnd"/>
      <w:r>
        <w:t xml:space="preserve"> tag RFID </w:t>
      </w:r>
      <w:proofErr w:type="spellStart"/>
      <w:r>
        <w:t>dengan</w:t>
      </w:r>
      <w:proofErr w:type="spellEnd"/>
      <w:r>
        <w:t xml:space="preserve"> </w:t>
      </w:r>
      <w:proofErr w:type="spellStart"/>
      <w:r>
        <w:t>frekuensi</w:t>
      </w:r>
      <w:proofErr w:type="spellEnd"/>
      <w:r>
        <w:t xml:space="preserve"> 13,56 </w:t>
      </w:r>
      <w:proofErr w:type="spellStart"/>
      <w:r>
        <w:t>MHz.</w:t>
      </w:r>
      <w:proofErr w:type="spellEnd"/>
    </w:p>
    <w:p w14:paraId="0360785E" w14:textId="77777777" w:rsidR="004D24DB" w:rsidRDefault="00207B40" w:rsidP="004D24DB">
      <w:pPr>
        <w:pStyle w:val="ListParagraph"/>
        <w:numPr>
          <w:ilvl w:val="0"/>
          <w:numId w:val="27"/>
        </w:numPr>
        <w:spacing w:after="0"/>
        <w:jc w:val="both"/>
      </w:pPr>
      <w:r>
        <w:t xml:space="preserve">Solenoid Door Lock </w:t>
      </w:r>
      <w:proofErr w:type="spellStart"/>
      <w:r>
        <w:t>sebagai</w:t>
      </w:r>
      <w:proofErr w:type="spellEnd"/>
      <w:r>
        <w:t xml:space="preserve"> </w:t>
      </w:r>
      <w:proofErr w:type="spellStart"/>
      <w:r>
        <w:t>mekanisme</w:t>
      </w:r>
      <w:proofErr w:type="spellEnd"/>
      <w:r>
        <w:t xml:space="preserve"> </w:t>
      </w:r>
      <w:proofErr w:type="spellStart"/>
      <w:r>
        <w:t>pengunci</w:t>
      </w:r>
      <w:proofErr w:type="spellEnd"/>
      <w:r>
        <w:t xml:space="preserve"> </w:t>
      </w:r>
      <w:proofErr w:type="spellStart"/>
      <w:r>
        <w:t>pintu</w:t>
      </w:r>
      <w:proofErr w:type="spellEnd"/>
      <w:r>
        <w:t xml:space="preserve"> yang </w:t>
      </w:r>
      <w:proofErr w:type="spellStart"/>
      <w:r>
        <w:t>aktif</w:t>
      </w:r>
      <w:proofErr w:type="spellEnd"/>
      <w:r>
        <w:t xml:space="preserve"> </w:t>
      </w:r>
      <w:proofErr w:type="spellStart"/>
      <w:r>
        <w:t>ketika</w:t>
      </w:r>
      <w:proofErr w:type="spellEnd"/>
      <w:r>
        <w:t xml:space="preserve"> </w:t>
      </w:r>
      <w:proofErr w:type="spellStart"/>
      <w:r>
        <w:t>menerima</w:t>
      </w:r>
      <w:proofErr w:type="spellEnd"/>
      <w:r>
        <w:t xml:space="preserve"> </w:t>
      </w:r>
      <w:proofErr w:type="spellStart"/>
      <w:r>
        <w:t>sinyal</w:t>
      </w:r>
      <w:proofErr w:type="spellEnd"/>
      <w:r>
        <w:t xml:space="preserve"> </w:t>
      </w:r>
      <w:proofErr w:type="spellStart"/>
      <w:r>
        <w:t>dari</w:t>
      </w:r>
      <w:proofErr w:type="spellEnd"/>
      <w:r>
        <w:t xml:space="preserve"> Arduino.</w:t>
      </w:r>
    </w:p>
    <w:p w14:paraId="3FA7CD65" w14:textId="77777777" w:rsidR="004D24DB" w:rsidRDefault="00207B40" w:rsidP="004D24DB">
      <w:pPr>
        <w:pStyle w:val="ListParagraph"/>
        <w:numPr>
          <w:ilvl w:val="0"/>
          <w:numId w:val="27"/>
        </w:numPr>
        <w:spacing w:after="0"/>
        <w:jc w:val="both"/>
      </w:pPr>
      <w:r>
        <w:t xml:space="preserve">Relay Module </w:t>
      </w:r>
      <w:proofErr w:type="spellStart"/>
      <w:r>
        <w:t>sebagai</w:t>
      </w:r>
      <w:proofErr w:type="spellEnd"/>
      <w:r>
        <w:t xml:space="preserve"> </w:t>
      </w:r>
      <w:proofErr w:type="spellStart"/>
      <w:r>
        <w:t>saklar</w:t>
      </w:r>
      <w:proofErr w:type="spellEnd"/>
      <w:r>
        <w:t xml:space="preserve"> </w:t>
      </w:r>
      <w:proofErr w:type="spellStart"/>
      <w:r>
        <w:t>elektronik</w:t>
      </w:r>
      <w:proofErr w:type="spellEnd"/>
      <w:r>
        <w:t xml:space="preserve"> </w:t>
      </w:r>
      <w:proofErr w:type="spellStart"/>
      <w:r>
        <w:t>untuk</w:t>
      </w:r>
      <w:proofErr w:type="spellEnd"/>
      <w:r>
        <w:t xml:space="preserve"> </w:t>
      </w:r>
      <w:proofErr w:type="spellStart"/>
      <w:r>
        <w:t>mengontrol</w:t>
      </w:r>
      <w:proofErr w:type="spellEnd"/>
      <w:r>
        <w:t xml:space="preserve"> solenoid door lock.</w:t>
      </w:r>
    </w:p>
    <w:p w14:paraId="10B49A80" w14:textId="60D75369" w:rsidR="00207B40" w:rsidRDefault="00207B40" w:rsidP="004D24DB">
      <w:pPr>
        <w:pStyle w:val="ListParagraph"/>
        <w:numPr>
          <w:ilvl w:val="0"/>
          <w:numId w:val="27"/>
        </w:numPr>
        <w:spacing w:after="0"/>
        <w:jc w:val="both"/>
      </w:pPr>
      <w:r>
        <w:t>RFID Tags (</w:t>
      </w:r>
      <w:proofErr w:type="spellStart"/>
      <w:r>
        <w:t>kartu</w:t>
      </w:r>
      <w:proofErr w:type="spellEnd"/>
      <w:r>
        <w:t xml:space="preserve"> </w:t>
      </w:r>
      <w:proofErr w:type="spellStart"/>
      <w:r>
        <w:t>atau</w:t>
      </w:r>
      <w:proofErr w:type="spellEnd"/>
      <w:r>
        <w:t xml:space="preserve"> </w:t>
      </w:r>
      <w:proofErr w:type="spellStart"/>
      <w:r>
        <w:t>gantungan</w:t>
      </w:r>
      <w:proofErr w:type="spellEnd"/>
      <w:r>
        <w:t xml:space="preserve"> </w:t>
      </w:r>
      <w:proofErr w:type="spellStart"/>
      <w:r>
        <w:t>kunci</w:t>
      </w:r>
      <w:proofErr w:type="spellEnd"/>
      <w:r>
        <w:t xml:space="preserve">) </w:t>
      </w:r>
      <w:proofErr w:type="spellStart"/>
      <w:r>
        <w:t>sebagai</w:t>
      </w:r>
      <w:proofErr w:type="spellEnd"/>
      <w:r>
        <w:t xml:space="preserve"> </w:t>
      </w:r>
      <w:proofErr w:type="spellStart"/>
      <w:r>
        <w:t>kunci</w:t>
      </w:r>
      <w:proofErr w:type="spellEnd"/>
      <w:r>
        <w:t xml:space="preserve"> digital yang </w:t>
      </w:r>
      <w:proofErr w:type="spellStart"/>
      <w:r>
        <w:t>berisi</w:t>
      </w:r>
      <w:proofErr w:type="spellEnd"/>
      <w:r>
        <w:t xml:space="preserve"> UID </w:t>
      </w:r>
      <w:proofErr w:type="spellStart"/>
      <w:r>
        <w:t>unik</w:t>
      </w:r>
      <w:proofErr w:type="spellEnd"/>
      <w:r>
        <w:t>.</w:t>
      </w:r>
    </w:p>
    <w:p w14:paraId="7B97D027" w14:textId="77777777" w:rsidR="00207B40" w:rsidRDefault="00207B40" w:rsidP="00207B40">
      <w:pPr>
        <w:spacing w:after="0"/>
        <w:ind w:firstLine="720"/>
        <w:jc w:val="both"/>
      </w:pPr>
      <w:proofErr w:type="spellStart"/>
      <w:r>
        <w:t>Menurut</w:t>
      </w:r>
      <w:proofErr w:type="spellEnd"/>
      <w:r>
        <w:t xml:space="preserve"> Ramzan et al. (2025), </w:t>
      </w:r>
      <w:proofErr w:type="spellStart"/>
      <w:r>
        <w:t>teknologi</w:t>
      </w:r>
      <w:proofErr w:type="spellEnd"/>
      <w:r>
        <w:t xml:space="preserve"> RFID </w:t>
      </w:r>
      <w:proofErr w:type="spellStart"/>
      <w:r>
        <w:t>telah</w:t>
      </w:r>
      <w:proofErr w:type="spellEnd"/>
      <w:r>
        <w:t xml:space="preserve"> </w:t>
      </w:r>
      <w:proofErr w:type="spellStart"/>
      <w:r>
        <w:t>banyak</w:t>
      </w:r>
      <w:proofErr w:type="spellEnd"/>
      <w:r>
        <w:t xml:space="preserve"> </w:t>
      </w:r>
      <w:proofErr w:type="spellStart"/>
      <w:r>
        <w:t>digunakan</w:t>
      </w:r>
      <w:proofErr w:type="spellEnd"/>
      <w:r>
        <w:t xml:space="preserve"> </w:t>
      </w:r>
      <w:proofErr w:type="spellStart"/>
      <w:r>
        <w:t>dalam</w:t>
      </w:r>
      <w:proofErr w:type="spellEnd"/>
      <w:r>
        <w:t xml:space="preserve"> </w:t>
      </w:r>
      <w:proofErr w:type="spellStart"/>
      <w:r>
        <w:t>berbagai</w:t>
      </w:r>
      <w:proofErr w:type="spellEnd"/>
      <w:r>
        <w:t xml:space="preserve"> </w:t>
      </w:r>
      <w:proofErr w:type="spellStart"/>
      <w:r>
        <w:t>sektor</w:t>
      </w:r>
      <w:proofErr w:type="spellEnd"/>
      <w:r>
        <w:t xml:space="preserve"> </w:t>
      </w:r>
      <w:proofErr w:type="spellStart"/>
      <w:r>
        <w:t>termasuk</w:t>
      </w:r>
      <w:proofErr w:type="spellEnd"/>
      <w:r>
        <w:t xml:space="preserve"> </w:t>
      </w:r>
      <w:proofErr w:type="spellStart"/>
      <w:r>
        <w:t>keamanan</w:t>
      </w:r>
      <w:proofErr w:type="spellEnd"/>
      <w:r>
        <w:t xml:space="preserve">, </w:t>
      </w:r>
      <w:proofErr w:type="spellStart"/>
      <w:r>
        <w:t>karena</w:t>
      </w:r>
      <w:proofErr w:type="spellEnd"/>
      <w:r>
        <w:t xml:space="preserve"> </w:t>
      </w:r>
      <w:proofErr w:type="spellStart"/>
      <w:r>
        <w:t>kemampuannya</w:t>
      </w:r>
      <w:proofErr w:type="spellEnd"/>
      <w:r>
        <w:t xml:space="preserve"> </w:t>
      </w:r>
      <w:proofErr w:type="spellStart"/>
      <w:r>
        <w:t>dalam</w:t>
      </w:r>
      <w:proofErr w:type="spellEnd"/>
      <w:r>
        <w:t xml:space="preserve"> </w:t>
      </w:r>
      <w:proofErr w:type="spellStart"/>
      <w:r>
        <w:t>identifikasi</w:t>
      </w:r>
      <w:proofErr w:type="spellEnd"/>
      <w:r>
        <w:t xml:space="preserve"> </w:t>
      </w:r>
      <w:proofErr w:type="spellStart"/>
      <w:r>
        <w:t>unik</w:t>
      </w:r>
      <w:proofErr w:type="spellEnd"/>
      <w:r>
        <w:t xml:space="preserve"> dan </w:t>
      </w:r>
      <w:proofErr w:type="spellStart"/>
      <w:r>
        <w:t>komunikasi</w:t>
      </w:r>
      <w:proofErr w:type="spellEnd"/>
      <w:r>
        <w:t xml:space="preserve"> </w:t>
      </w:r>
      <w:proofErr w:type="spellStart"/>
      <w:r>
        <w:t>tanpa</w:t>
      </w:r>
      <w:proofErr w:type="spellEnd"/>
      <w:r>
        <w:t xml:space="preserve"> </w:t>
      </w:r>
      <w:proofErr w:type="spellStart"/>
      <w:r>
        <w:t>kontak</w:t>
      </w:r>
      <w:proofErr w:type="spellEnd"/>
      <w:r>
        <w:t xml:space="preserve">. </w:t>
      </w:r>
      <w:proofErr w:type="spellStart"/>
      <w:r>
        <w:t>Sistem</w:t>
      </w:r>
      <w:proofErr w:type="spellEnd"/>
      <w:r>
        <w:t xml:space="preserve"> yang </w:t>
      </w:r>
      <w:proofErr w:type="spellStart"/>
      <w:r>
        <w:t>dikembangkan</w:t>
      </w:r>
      <w:proofErr w:type="spellEnd"/>
      <w:r>
        <w:t xml:space="preserve"> </w:t>
      </w:r>
      <w:proofErr w:type="spellStart"/>
      <w:r>
        <w:t>ini</w:t>
      </w:r>
      <w:proofErr w:type="spellEnd"/>
      <w:r>
        <w:t xml:space="preserve"> </w:t>
      </w:r>
      <w:proofErr w:type="spellStart"/>
      <w:r>
        <w:t>menggunakan</w:t>
      </w:r>
      <w:proofErr w:type="spellEnd"/>
      <w:r>
        <w:t xml:space="preserve"> </w:t>
      </w:r>
      <w:proofErr w:type="spellStart"/>
      <w:r>
        <w:t>protokol</w:t>
      </w:r>
      <w:proofErr w:type="spellEnd"/>
      <w:r>
        <w:t xml:space="preserve"> SPI (Serial Peripheral Interface) </w:t>
      </w:r>
      <w:proofErr w:type="spellStart"/>
      <w:r>
        <w:t>untuk</w:t>
      </w:r>
      <w:proofErr w:type="spellEnd"/>
      <w:r>
        <w:t xml:space="preserve"> </w:t>
      </w:r>
      <w:proofErr w:type="spellStart"/>
      <w:r>
        <w:t>komunikasi</w:t>
      </w:r>
      <w:proofErr w:type="spellEnd"/>
      <w:r>
        <w:t xml:space="preserve"> </w:t>
      </w:r>
      <w:proofErr w:type="spellStart"/>
      <w:r>
        <w:t>antara</w:t>
      </w:r>
      <w:proofErr w:type="spellEnd"/>
      <w:r>
        <w:t xml:space="preserve"> Arduino Uno dan </w:t>
      </w:r>
      <w:proofErr w:type="spellStart"/>
      <w:r>
        <w:t>modul</w:t>
      </w:r>
      <w:proofErr w:type="spellEnd"/>
      <w:r>
        <w:t xml:space="preserve"> RFID MFRC522, yang </w:t>
      </w:r>
      <w:proofErr w:type="spellStart"/>
      <w:r>
        <w:t>memungkinkan</w:t>
      </w:r>
      <w:proofErr w:type="spellEnd"/>
      <w:r>
        <w:t xml:space="preserve"> transfer data </w:t>
      </w:r>
      <w:proofErr w:type="spellStart"/>
      <w:r>
        <w:t>cepat</w:t>
      </w:r>
      <w:proofErr w:type="spellEnd"/>
      <w:r>
        <w:t xml:space="preserve"> </w:t>
      </w:r>
      <w:proofErr w:type="spellStart"/>
      <w:r>
        <w:t>dalam</w:t>
      </w:r>
      <w:proofErr w:type="spellEnd"/>
      <w:r>
        <w:t xml:space="preserve"> </w:t>
      </w:r>
      <w:proofErr w:type="spellStart"/>
      <w:r>
        <w:t>jarak</w:t>
      </w:r>
      <w:proofErr w:type="spellEnd"/>
      <w:r>
        <w:t xml:space="preserve"> </w:t>
      </w:r>
      <w:proofErr w:type="spellStart"/>
      <w:r>
        <w:t>dekat</w:t>
      </w:r>
      <w:proofErr w:type="spellEnd"/>
      <w:r>
        <w:t>.</w:t>
      </w:r>
    </w:p>
    <w:p w14:paraId="0A195617" w14:textId="77777777" w:rsidR="00207B40" w:rsidRDefault="00207B40" w:rsidP="00207B40">
      <w:pPr>
        <w:spacing w:after="0"/>
        <w:ind w:firstLine="720"/>
        <w:jc w:val="both"/>
      </w:pPr>
      <w:r>
        <w:t xml:space="preserve">Cara </w:t>
      </w:r>
      <w:proofErr w:type="spellStart"/>
      <w:r>
        <w:t>kerja</w:t>
      </w:r>
      <w:proofErr w:type="spellEnd"/>
      <w:r>
        <w:t xml:space="preserve"> </w:t>
      </w:r>
      <w:proofErr w:type="spellStart"/>
      <w:r>
        <w:t>sistem</w:t>
      </w:r>
      <w:proofErr w:type="spellEnd"/>
      <w:r>
        <w:t xml:space="preserve"> </w:t>
      </w:r>
      <w:proofErr w:type="spellStart"/>
      <w:r>
        <w:t>dimulai</w:t>
      </w:r>
      <w:proofErr w:type="spellEnd"/>
      <w:r>
        <w:t xml:space="preserve"> </w:t>
      </w:r>
      <w:proofErr w:type="spellStart"/>
      <w:r>
        <w:t>ketika</w:t>
      </w:r>
      <w:proofErr w:type="spellEnd"/>
      <w:r>
        <w:t xml:space="preserve"> </w:t>
      </w:r>
      <w:proofErr w:type="spellStart"/>
      <w:r>
        <w:t>pengguna</w:t>
      </w:r>
      <w:proofErr w:type="spellEnd"/>
      <w:r>
        <w:t xml:space="preserve"> </w:t>
      </w:r>
      <w:proofErr w:type="spellStart"/>
      <w:r>
        <w:t>mendekatkan</w:t>
      </w:r>
      <w:proofErr w:type="spellEnd"/>
      <w:r>
        <w:t xml:space="preserve"> tag RFID </w:t>
      </w:r>
      <w:proofErr w:type="spellStart"/>
      <w:r>
        <w:t>ke</w:t>
      </w:r>
      <w:proofErr w:type="spellEnd"/>
      <w:r>
        <w:t xml:space="preserve"> reader. Reader </w:t>
      </w:r>
      <w:proofErr w:type="spellStart"/>
      <w:r>
        <w:t>membaca</w:t>
      </w:r>
      <w:proofErr w:type="spellEnd"/>
      <w:r>
        <w:t xml:space="preserve"> UID tag dan </w:t>
      </w:r>
      <w:proofErr w:type="spellStart"/>
      <w:r>
        <w:t>mengirimkannya</w:t>
      </w:r>
      <w:proofErr w:type="spellEnd"/>
      <w:r>
        <w:t xml:space="preserve"> </w:t>
      </w:r>
      <w:proofErr w:type="spellStart"/>
      <w:r>
        <w:t>ke</w:t>
      </w:r>
      <w:proofErr w:type="spellEnd"/>
      <w:r>
        <w:t xml:space="preserve"> Arduino Uno. Arduino </w:t>
      </w:r>
      <w:proofErr w:type="spellStart"/>
      <w:r>
        <w:t>membandingkan</w:t>
      </w:r>
      <w:proofErr w:type="spellEnd"/>
      <w:r>
        <w:t xml:space="preserve"> UID </w:t>
      </w:r>
      <w:proofErr w:type="spellStart"/>
      <w:r>
        <w:t>tersebut</w:t>
      </w:r>
      <w:proofErr w:type="spellEnd"/>
      <w:r>
        <w:t xml:space="preserve"> </w:t>
      </w:r>
      <w:proofErr w:type="spellStart"/>
      <w:r>
        <w:t>dengan</w:t>
      </w:r>
      <w:proofErr w:type="spellEnd"/>
      <w:r>
        <w:t xml:space="preserve"> daftar UID yang </w:t>
      </w:r>
      <w:proofErr w:type="spellStart"/>
      <w:r>
        <w:t>telah</w:t>
      </w:r>
      <w:proofErr w:type="spellEnd"/>
      <w:r>
        <w:t xml:space="preserve"> </w:t>
      </w:r>
      <w:proofErr w:type="spellStart"/>
      <w:r>
        <w:t>terdaftar</w:t>
      </w:r>
      <w:proofErr w:type="spellEnd"/>
      <w:r>
        <w:t xml:space="preserve"> </w:t>
      </w:r>
      <w:proofErr w:type="spellStart"/>
      <w:r>
        <w:t>dalam</w:t>
      </w:r>
      <w:proofErr w:type="spellEnd"/>
      <w:r>
        <w:t xml:space="preserve"> </w:t>
      </w:r>
      <w:proofErr w:type="spellStart"/>
      <w:r>
        <w:t>memori</w:t>
      </w:r>
      <w:proofErr w:type="spellEnd"/>
      <w:r>
        <w:t xml:space="preserve">. Jika UID </w:t>
      </w:r>
      <w:proofErr w:type="spellStart"/>
      <w:r>
        <w:t>cocok</w:t>
      </w:r>
      <w:proofErr w:type="spellEnd"/>
      <w:r>
        <w:t xml:space="preserve">, Arduino </w:t>
      </w:r>
      <w:proofErr w:type="spellStart"/>
      <w:r>
        <w:t>mengirimkan</w:t>
      </w:r>
      <w:proofErr w:type="spellEnd"/>
      <w:r>
        <w:t xml:space="preserve"> </w:t>
      </w:r>
      <w:proofErr w:type="spellStart"/>
      <w:r>
        <w:t>sinyal</w:t>
      </w:r>
      <w:proofErr w:type="spellEnd"/>
      <w:r>
        <w:t xml:space="preserve"> </w:t>
      </w:r>
      <w:proofErr w:type="spellStart"/>
      <w:r>
        <w:t>ke</w:t>
      </w:r>
      <w:proofErr w:type="spellEnd"/>
      <w:r>
        <w:t xml:space="preserve"> relay </w:t>
      </w:r>
      <w:proofErr w:type="spellStart"/>
      <w:r>
        <w:t>untuk</w:t>
      </w:r>
      <w:proofErr w:type="spellEnd"/>
      <w:r>
        <w:t xml:space="preserve"> </w:t>
      </w:r>
      <w:proofErr w:type="spellStart"/>
      <w:r>
        <w:t>mengaktifkan</w:t>
      </w:r>
      <w:proofErr w:type="spellEnd"/>
      <w:r>
        <w:t xml:space="preserve"> solenoid door lock </w:t>
      </w:r>
      <w:proofErr w:type="spellStart"/>
      <w:r>
        <w:t>sehingga</w:t>
      </w:r>
      <w:proofErr w:type="spellEnd"/>
      <w:r>
        <w:t xml:space="preserve"> </w:t>
      </w:r>
      <w:proofErr w:type="spellStart"/>
      <w:r>
        <w:t>pintu</w:t>
      </w:r>
      <w:proofErr w:type="spellEnd"/>
      <w:r>
        <w:t xml:space="preserve"> </w:t>
      </w:r>
      <w:proofErr w:type="spellStart"/>
      <w:r>
        <w:t>terbuka</w:t>
      </w:r>
      <w:proofErr w:type="spellEnd"/>
      <w:r>
        <w:t xml:space="preserve"> </w:t>
      </w:r>
      <w:proofErr w:type="spellStart"/>
      <w:r>
        <w:t>selama</w:t>
      </w:r>
      <w:proofErr w:type="spellEnd"/>
      <w:r>
        <w:t xml:space="preserve"> </w:t>
      </w:r>
      <w:proofErr w:type="spellStart"/>
      <w:r>
        <w:t>beberapa</w:t>
      </w:r>
      <w:proofErr w:type="spellEnd"/>
      <w:r>
        <w:t xml:space="preserve"> </w:t>
      </w:r>
      <w:proofErr w:type="spellStart"/>
      <w:r>
        <w:t>detik</w:t>
      </w:r>
      <w:proofErr w:type="spellEnd"/>
      <w:r>
        <w:t xml:space="preserve">. Jika UID </w:t>
      </w:r>
      <w:proofErr w:type="spellStart"/>
      <w:r>
        <w:t>tidak</w:t>
      </w:r>
      <w:proofErr w:type="spellEnd"/>
      <w:r>
        <w:t xml:space="preserve"> </w:t>
      </w:r>
      <w:proofErr w:type="spellStart"/>
      <w:r>
        <w:t>cocok</w:t>
      </w:r>
      <w:proofErr w:type="spellEnd"/>
      <w:r>
        <w:t xml:space="preserve">, </w:t>
      </w:r>
      <w:proofErr w:type="spellStart"/>
      <w:r>
        <w:t>sistem</w:t>
      </w:r>
      <w:proofErr w:type="spellEnd"/>
      <w:r>
        <w:t xml:space="preserve"> </w:t>
      </w:r>
      <w:proofErr w:type="spellStart"/>
      <w:r>
        <w:t>menolak</w:t>
      </w:r>
      <w:proofErr w:type="spellEnd"/>
      <w:r>
        <w:t xml:space="preserve"> </w:t>
      </w:r>
      <w:proofErr w:type="spellStart"/>
      <w:r>
        <w:t>akses</w:t>
      </w:r>
      <w:proofErr w:type="spellEnd"/>
      <w:r>
        <w:t xml:space="preserve"> dan </w:t>
      </w:r>
      <w:proofErr w:type="spellStart"/>
      <w:r>
        <w:t>menampilkan</w:t>
      </w:r>
      <w:proofErr w:type="spellEnd"/>
      <w:r>
        <w:t xml:space="preserve"> </w:t>
      </w:r>
      <w:proofErr w:type="spellStart"/>
      <w:r>
        <w:t>pesan</w:t>
      </w:r>
      <w:proofErr w:type="spellEnd"/>
      <w:r>
        <w:t xml:space="preserve"> </w:t>
      </w:r>
      <w:proofErr w:type="spellStart"/>
      <w:r>
        <w:t>penolakan</w:t>
      </w:r>
      <w:proofErr w:type="spellEnd"/>
      <w:r>
        <w:t xml:space="preserve"> pada LCD.</w:t>
      </w:r>
    </w:p>
    <w:p w14:paraId="090875D1" w14:textId="77777777" w:rsidR="00207B40" w:rsidRDefault="00207B40" w:rsidP="004606EC">
      <w:pPr>
        <w:pStyle w:val="Heading2"/>
      </w:pPr>
      <w:r>
        <w:t xml:space="preserve">2.2 </w:t>
      </w:r>
      <w:proofErr w:type="spellStart"/>
      <w:r>
        <w:t>Kebutuhan</w:t>
      </w:r>
      <w:proofErr w:type="spellEnd"/>
      <w:r>
        <w:t xml:space="preserve"> </w:t>
      </w:r>
      <w:proofErr w:type="spellStart"/>
      <w:r>
        <w:t>Pengguna</w:t>
      </w:r>
      <w:proofErr w:type="spellEnd"/>
    </w:p>
    <w:p w14:paraId="249C9504" w14:textId="77777777" w:rsidR="00207B40" w:rsidRDefault="00207B40" w:rsidP="00207B40">
      <w:pPr>
        <w:spacing w:after="0"/>
        <w:ind w:firstLine="720"/>
        <w:jc w:val="both"/>
      </w:pPr>
      <w:proofErr w:type="spellStart"/>
      <w:r>
        <w:t>Kebutuhan</w:t>
      </w:r>
      <w:proofErr w:type="spellEnd"/>
      <w:r>
        <w:t xml:space="preserve"> </w:t>
      </w:r>
      <w:proofErr w:type="spellStart"/>
      <w:r>
        <w:t>pengguna</w:t>
      </w:r>
      <w:proofErr w:type="spellEnd"/>
      <w:r>
        <w:t xml:space="preserve"> yang </w:t>
      </w:r>
      <w:proofErr w:type="spellStart"/>
      <w:r>
        <w:t>menjadi</w:t>
      </w:r>
      <w:proofErr w:type="spellEnd"/>
      <w:r>
        <w:t xml:space="preserve"> </w:t>
      </w:r>
      <w:proofErr w:type="spellStart"/>
      <w:r>
        <w:t>alasan</w:t>
      </w:r>
      <w:proofErr w:type="spellEnd"/>
      <w:r>
        <w:t xml:space="preserve"> </w:t>
      </w:r>
      <w:proofErr w:type="spellStart"/>
      <w:r>
        <w:t>pentingnya</w:t>
      </w:r>
      <w:proofErr w:type="spellEnd"/>
      <w:r>
        <w:t xml:space="preserve"> </w:t>
      </w:r>
      <w:proofErr w:type="spellStart"/>
      <w:r>
        <w:t>kegiatan</w:t>
      </w:r>
      <w:proofErr w:type="spellEnd"/>
      <w:r>
        <w:t xml:space="preserve"> </w:t>
      </w:r>
      <w:proofErr w:type="spellStart"/>
      <w:r>
        <w:t>sosialisasi</w:t>
      </w:r>
      <w:proofErr w:type="spellEnd"/>
      <w:r>
        <w:t xml:space="preserve"> </w:t>
      </w:r>
      <w:proofErr w:type="spellStart"/>
      <w:r>
        <w:t>ini</w:t>
      </w:r>
      <w:proofErr w:type="spellEnd"/>
      <w:r>
        <w:t xml:space="preserve"> </w:t>
      </w:r>
      <w:proofErr w:type="spellStart"/>
      <w:r>
        <w:t>meliputi</w:t>
      </w:r>
      <w:proofErr w:type="spellEnd"/>
      <w:r>
        <w:t>:</w:t>
      </w:r>
    </w:p>
    <w:p w14:paraId="260D75E0" w14:textId="1650C43E" w:rsidR="00207B40" w:rsidRDefault="00207B40" w:rsidP="00905A57">
      <w:pPr>
        <w:pStyle w:val="ListParagraph"/>
        <w:numPr>
          <w:ilvl w:val="0"/>
          <w:numId w:val="32"/>
        </w:numPr>
        <w:spacing w:after="0"/>
        <w:jc w:val="both"/>
      </w:pPr>
      <w:proofErr w:type="spellStart"/>
      <w:r>
        <w:lastRenderedPageBreak/>
        <w:t>Kebutuhan</w:t>
      </w:r>
      <w:proofErr w:type="spellEnd"/>
      <w:r>
        <w:t xml:space="preserve"> </w:t>
      </w:r>
      <w:proofErr w:type="spellStart"/>
      <w:r>
        <w:t>akan</w:t>
      </w:r>
      <w:proofErr w:type="spellEnd"/>
      <w:r>
        <w:t xml:space="preserve"> </w:t>
      </w:r>
      <w:proofErr w:type="spellStart"/>
      <w:r>
        <w:t>sistem</w:t>
      </w:r>
      <w:proofErr w:type="spellEnd"/>
      <w:r>
        <w:t xml:space="preserve"> </w:t>
      </w:r>
      <w:proofErr w:type="spellStart"/>
      <w:r>
        <w:t>keamanan</w:t>
      </w:r>
      <w:proofErr w:type="spellEnd"/>
      <w:r>
        <w:t xml:space="preserve"> </w:t>
      </w:r>
      <w:proofErr w:type="spellStart"/>
      <w:r>
        <w:t>ruangan</w:t>
      </w:r>
      <w:proofErr w:type="spellEnd"/>
      <w:r>
        <w:t xml:space="preserve"> yang </w:t>
      </w:r>
      <w:proofErr w:type="spellStart"/>
      <w:r>
        <w:t>lebih</w:t>
      </w:r>
      <w:proofErr w:type="spellEnd"/>
      <w:r>
        <w:t xml:space="preserve"> </w:t>
      </w:r>
      <w:proofErr w:type="spellStart"/>
      <w:r>
        <w:t>baik</w:t>
      </w:r>
      <w:proofErr w:type="spellEnd"/>
      <w:r>
        <w:t xml:space="preserve"> </w:t>
      </w:r>
      <w:proofErr w:type="spellStart"/>
      <w:r>
        <w:t>dari</w:t>
      </w:r>
      <w:proofErr w:type="spellEnd"/>
      <w:r>
        <w:t xml:space="preserve"> </w:t>
      </w:r>
      <w:proofErr w:type="spellStart"/>
      <w:r>
        <w:t>sistem</w:t>
      </w:r>
      <w:proofErr w:type="spellEnd"/>
      <w:r>
        <w:t xml:space="preserve"> </w:t>
      </w:r>
      <w:proofErr w:type="spellStart"/>
      <w:r>
        <w:t>kunci</w:t>
      </w:r>
      <w:proofErr w:type="spellEnd"/>
      <w:r>
        <w:t xml:space="preserve"> manual</w:t>
      </w:r>
      <w:r w:rsidR="00905A57">
        <w:t xml:space="preserve"> di Dinas </w:t>
      </w:r>
      <w:proofErr w:type="spellStart"/>
      <w:r w:rsidR="00905A57">
        <w:t>Komunikasi</w:t>
      </w:r>
      <w:proofErr w:type="spellEnd"/>
      <w:r w:rsidR="00905A57">
        <w:t xml:space="preserve"> dan </w:t>
      </w:r>
      <w:proofErr w:type="spellStart"/>
      <w:r w:rsidR="00905A57">
        <w:t>Informatika</w:t>
      </w:r>
      <w:proofErr w:type="spellEnd"/>
      <w:r w:rsidR="00905A57">
        <w:t xml:space="preserve"> </w:t>
      </w:r>
      <w:proofErr w:type="spellStart"/>
      <w:r w:rsidR="00905A57">
        <w:t>Kabupaten</w:t>
      </w:r>
      <w:proofErr w:type="spellEnd"/>
      <w:r w:rsidR="00905A57">
        <w:t xml:space="preserve"> Tangerang</w:t>
      </w:r>
      <w:r>
        <w:t>.</w:t>
      </w:r>
    </w:p>
    <w:p w14:paraId="6D6FC76C" w14:textId="37BBE84A" w:rsidR="00207B40" w:rsidRDefault="00207B40" w:rsidP="00905A57">
      <w:pPr>
        <w:pStyle w:val="ListParagraph"/>
        <w:numPr>
          <w:ilvl w:val="0"/>
          <w:numId w:val="32"/>
        </w:numPr>
        <w:spacing w:after="0"/>
        <w:jc w:val="both"/>
      </w:pPr>
      <w:r>
        <w:t xml:space="preserve">Kendala </w:t>
      </w:r>
      <w:proofErr w:type="spellStart"/>
      <w:r>
        <w:t>pengguna</w:t>
      </w:r>
      <w:proofErr w:type="spellEnd"/>
      <w:r>
        <w:t xml:space="preserve"> yang </w:t>
      </w:r>
      <w:proofErr w:type="spellStart"/>
      <w:r>
        <w:t>belum</w:t>
      </w:r>
      <w:proofErr w:type="spellEnd"/>
      <w:r>
        <w:t xml:space="preserve"> familiar </w:t>
      </w:r>
      <w:proofErr w:type="spellStart"/>
      <w:r>
        <w:t>dengan</w:t>
      </w:r>
      <w:proofErr w:type="spellEnd"/>
      <w:r>
        <w:t xml:space="preserve"> </w:t>
      </w:r>
      <w:proofErr w:type="spellStart"/>
      <w:r>
        <w:t>teknologi</w:t>
      </w:r>
      <w:proofErr w:type="spellEnd"/>
      <w:r>
        <w:t xml:space="preserve"> </w:t>
      </w:r>
      <w:proofErr w:type="spellStart"/>
      <w:r>
        <w:t>kontrol</w:t>
      </w:r>
      <w:proofErr w:type="spellEnd"/>
      <w:r>
        <w:t xml:space="preserve"> </w:t>
      </w:r>
      <w:proofErr w:type="spellStart"/>
      <w:r>
        <w:t>akses</w:t>
      </w:r>
      <w:proofErr w:type="spellEnd"/>
      <w:r>
        <w:t xml:space="preserve"> </w:t>
      </w:r>
      <w:proofErr w:type="spellStart"/>
      <w:r>
        <w:t>elektronik</w:t>
      </w:r>
      <w:proofErr w:type="spellEnd"/>
      <w:r>
        <w:t xml:space="preserve"> dan </w:t>
      </w:r>
      <w:proofErr w:type="spellStart"/>
      <w:r>
        <w:t>memerlukan</w:t>
      </w:r>
      <w:proofErr w:type="spellEnd"/>
      <w:r>
        <w:t xml:space="preserve"> </w:t>
      </w:r>
      <w:proofErr w:type="spellStart"/>
      <w:r>
        <w:t>pemahaman</w:t>
      </w:r>
      <w:proofErr w:type="spellEnd"/>
      <w:r>
        <w:t xml:space="preserve"> </w:t>
      </w:r>
      <w:proofErr w:type="spellStart"/>
      <w:r>
        <w:t>mengenai</w:t>
      </w:r>
      <w:proofErr w:type="spellEnd"/>
      <w:r>
        <w:t xml:space="preserve"> </w:t>
      </w:r>
      <w:proofErr w:type="spellStart"/>
      <w:r>
        <w:t>cara</w:t>
      </w:r>
      <w:proofErr w:type="spellEnd"/>
      <w:r>
        <w:t xml:space="preserve"> </w:t>
      </w:r>
      <w:proofErr w:type="spellStart"/>
      <w:r>
        <w:t>kerja</w:t>
      </w:r>
      <w:proofErr w:type="spellEnd"/>
      <w:r>
        <w:t xml:space="preserve"> </w:t>
      </w:r>
      <w:proofErr w:type="spellStart"/>
      <w:r>
        <w:t>sistem</w:t>
      </w:r>
      <w:proofErr w:type="spellEnd"/>
      <w:r>
        <w:t xml:space="preserve"> RFID.</w:t>
      </w:r>
    </w:p>
    <w:p w14:paraId="74426B26" w14:textId="4BB7FBE9" w:rsidR="00207B40" w:rsidRDefault="00207B40" w:rsidP="00905A57">
      <w:pPr>
        <w:pStyle w:val="ListParagraph"/>
        <w:numPr>
          <w:ilvl w:val="0"/>
          <w:numId w:val="32"/>
        </w:numPr>
        <w:spacing w:after="0"/>
        <w:jc w:val="both"/>
      </w:pPr>
      <w:proofErr w:type="spellStart"/>
      <w:r>
        <w:t>Kebutuhan</w:t>
      </w:r>
      <w:proofErr w:type="spellEnd"/>
      <w:r>
        <w:t xml:space="preserve"> </w:t>
      </w:r>
      <w:proofErr w:type="spellStart"/>
      <w:r>
        <w:t>informasi</w:t>
      </w:r>
      <w:proofErr w:type="spellEnd"/>
      <w:r>
        <w:t xml:space="preserve"> </w:t>
      </w:r>
      <w:proofErr w:type="spellStart"/>
      <w:r>
        <w:t>mengenai</w:t>
      </w:r>
      <w:proofErr w:type="spellEnd"/>
      <w:r>
        <w:t xml:space="preserve"> </w:t>
      </w:r>
      <w:proofErr w:type="spellStart"/>
      <w:r>
        <w:t>komponen</w:t>
      </w:r>
      <w:proofErr w:type="spellEnd"/>
      <w:r>
        <w:t xml:space="preserve">, </w:t>
      </w:r>
      <w:proofErr w:type="spellStart"/>
      <w:r>
        <w:t>perakitan</w:t>
      </w:r>
      <w:proofErr w:type="spellEnd"/>
      <w:r>
        <w:t xml:space="preserve">, dan </w:t>
      </w:r>
      <w:proofErr w:type="spellStart"/>
      <w:r>
        <w:t>pemrograman</w:t>
      </w:r>
      <w:proofErr w:type="spellEnd"/>
      <w:r>
        <w:t xml:space="preserve"> </w:t>
      </w:r>
      <w:proofErr w:type="spellStart"/>
      <w:r>
        <w:t>sistem</w:t>
      </w:r>
      <w:proofErr w:type="spellEnd"/>
      <w:r>
        <w:t xml:space="preserve"> </w:t>
      </w:r>
      <w:proofErr w:type="spellStart"/>
      <w:r>
        <w:t>akses</w:t>
      </w:r>
      <w:proofErr w:type="spellEnd"/>
      <w:r>
        <w:t xml:space="preserve"> </w:t>
      </w:r>
      <w:proofErr w:type="spellStart"/>
      <w:r>
        <w:t>ruangan</w:t>
      </w:r>
      <w:proofErr w:type="spellEnd"/>
      <w:r>
        <w:t xml:space="preserve"> </w:t>
      </w:r>
      <w:proofErr w:type="spellStart"/>
      <w:r>
        <w:t>berbasis</w:t>
      </w:r>
      <w:proofErr w:type="spellEnd"/>
      <w:r>
        <w:t xml:space="preserve"> Arduino agar </w:t>
      </w:r>
      <w:proofErr w:type="spellStart"/>
      <w:r>
        <w:t>dapat</w:t>
      </w:r>
      <w:proofErr w:type="spellEnd"/>
      <w:r>
        <w:t xml:space="preserve"> </w:t>
      </w:r>
      <w:proofErr w:type="spellStart"/>
      <w:r>
        <w:t>dikembangkan</w:t>
      </w:r>
      <w:proofErr w:type="spellEnd"/>
      <w:r>
        <w:t xml:space="preserve"> </w:t>
      </w:r>
      <w:proofErr w:type="spellStart"/>
      <w:r>
        <w:t>lebih</w:t>
      </w:r>
      <w:proofErr w:type="spellEnd"/>
      <w:r>
        <w:t xml:space="preserve"> </w:t>
      </w:r>
      <w:proofErr w:type="spellStart"/>
      <w:r>
        <w:t>lanjut</w:t>
      </w:r>
      <w:proofErr w:type="spellEnd"/>
      <w:r>
        <w:t>.</w:t>
      </w:r>
    </w:p>
    <w:p w14:paraId="331586D1" w14:textId="04AB5AFB" w:rsidR="00207B40" w:rsidRDefault="00207B40" w:rsidP="00905A57">
      <w:pPr>
        <w:pStyle w:val="ListParagraph"/>
        <w:numPr>
          <w:ilvl w:val="0"/>
          <w:numId w:val="32"/>
        </w:numPr>
        <w:spacing w:after="0"/>
        <w:jc w:val="both"/>
      </w:pPr>
      <w:proofErr w:type="spellStart"/>
      <w:r>
        <w:t>Kebutuhan</w:t>
      </w:r>
      <w:proofErr w:type="spellEnd"/>
      <w:r>
        <w:t xml:space="preserve"> </w:t>
      </w:r>
      <w:proofErr w:type="spellStart"/>
      <w:r>
        <w:t>pemahaman</w:t>
      </w:r>
      <w:proofErr w:type="spellEnd"/>
      <w:r>
        <w:t xml:space="preserve"> </w:t>
      </w:r>
      <w:proofErr w:type="spellStart"/>
      <w:r>
        <w:t>terhadap</w:t>
      </w:r>
      <w:proofErr w:type="spellEnd"/>
      <w:r>
        <w:t xml:space="preserve"> </w:t>
      </w:r>
      <w:proofErr w:type="spellStart"/>
      <w:r>
        <w:t>manfaat</w:t>
      </w:r>
      <w:proofErr w:type="spellEnd"/>
      <w:r>
        <w:t xml:space="preserve"> </w:t>
      </w:r>
      <w:proofErr w:type="spellStart"/>
      <w:r>
        <w:t>sistem</w:t>
      </w:r>
      <w:proofErr w:type="spellEnd"/>
      <w:r>
        <w:t xml:space="preserve"> RFID </w:t>
      </w:r>
      <w:proofErr w:type="spellStart"/>
      <w:r>
        <w:t>dalam</w:t>
      </w:r>
      <w:proofErr w:type="spellEnd"/>
      <w:r>
        <w:t xml:space="preserve"> </w:t>
      </w:r>
      <w:proofErr w:type="spellStart"/>
      <w:r>
        <w:t>hal</w:t>
      </w:r>
      <w:proofErr w:type="spellEnd"/>
      <w:r>
        <w:t xml:space="preserve"> </w:t>
      </w:r>
      <w:proofErr w:type="spellStart"/>
      <w:r>
        <w:t>pelacakan</w:t>
      </w:r>
      <w:proofErr w:type="spellEnd"/>
      <w:r>
        <w:t xml:space="preserve"> </w:t>
      </w:r>
      <w:proofErr w:type="spellStart"/>
      <w:r>
        <w:t>akses</w:t>
      </w:r>
      <w:proofErr w:type="spellEnd"/>
      <w:r>
        <w:t xml:space="preserve">, </w:t>
      </w:r>
      <w:proofErr w:type="spellStart"/>
      <w:r>
        <w:t>efisiensi</w:t>
      </w:r>
      <w:proofErr w:type="spellEnd"/>
      <w:r>
        <w:t xml:space="preserve"> </w:t>
      </w:r>
      <w:proofErr w:type="spellStart"/>
      <w:r>
        <w:t>waktu</w:t>
      </w:r>
      <w:proofErr w:type="spellEnd"/>
      <w:r>
        <w:t xml:space="preserve">, dan </w:t>
      </w:r>
      <w:proofErr w:type="spellStart"/>
      <w:r>
        <w:t>pengurangan</w:t>
      </w:r>
      <w:proofErr w:type="spellEnd"/>
      <w:r>
        <w:t xml:space="preserve"> </w:t>
      </w:r>
      <w:proofErr w:type="spellStart"/>
      <w:r>
        <w:t>risiko</w:t>
      </w:r>
      <w:proofErr w:type="spellEnd"/>
      <w:r>
        <w:t xml:space="preserve"> </w:t>
      </w:r>
      <w:proofErr w:type="spellStart"/>
      <w:r>
        <w:t>kehilangan</w:t>
      </w:r>
      <w:proofErr w:type="spellEnd"/>
      <w:r>
        <w:t xml:space="preserve"> </w:t>
      </w:r>
      <w:proofErr w:type="spellStart"/>
      <w:r>
        <w:t>kunci</w:t>
      </w:r>
      <w:proofErr w:type="spellEnd"/>
      <w:r>
        <w:t>.</w:t>
      </w:r>
    </w:p>
    <w:p w14:paraId="4C2CC135" w14:textId="2699712C" w:rsidR="00905A57" w:rsidRPr="004606EC" w:rsidRDefault="00207B40" w:rsidP="004606EC">
      <w:pPr>
        <w:spacing w:after="0"/>
        <w:ind w:firstLine="720"/>
        <w:jc w:val="both"/>
      </w:pPr>
      <w:proofErr w:type="spellStart"/>
      <w:r>
        <w:t>Seperti</w:t>
      </w:r>
      <w:proofErr w:type="spellEnd"/>
      <w:r>
        <w:t xml:space="preserve"> yang </w:t>
      </w:r>
      <w:proofErr w:type="spellStart"/>
      <w:r>
        <w:t>dijelaskan</w:t>
      </w:r>
      <w:proofErr w:type="spellEnd"/>
      <w:r>
        <w:t xml:space="preserve"> oleh Parthasarathy et al. (2020), </w:t>
      </w:r>
      <w:proofErr w:type="spellStart"/>
      <w:r>
        <w:t>sistem</w:t>
      </w:r>
      <w:proofErr w:type="spellEnd"/>
      <w:r>
        <w:t xml:space="preserve"> </w:t>
      </w:r>
      <w:proofErr w:type="spellStart"/>
      <w:r>
        <w:t>akses</w:t>
      </w:r>
      <w:proofErr w:type="spellEnd"/>
      <w:r>
        <w:t xml:space="preserve"> </w:t>
      </w:r>
      <w:proofErr w:type="spellStart"/>
      <w:r>
        <w:t>berbasis</w:t>
      </w:r>
      <w:proofErr w:type="spellEnd"/>
      <w:r>
        <w:t xml:space="preserve"> RFID </w:t>
      </w:r>
      <w:proofErr w:type="spellStart"/>
      <w:r>
        <w:t>menawarkan</w:t>
      </w:r>
      <w:proofErr w:type="spellEnd"/>
      <w:r>
        <w:t xml:space="preserve"> </w:t>
      </w:r>
      <w:proofErr w:type="spellStart"/>
      <w:r>
        <w:t>keunggulan</w:t>
      </w:r>
      <w:proofErr w:type="spellEnd"/>
      <w:r>
        <w:t xml:space="preserve"> </w:t>
      </w:r>
      <w:proofErr w:type="spellStart"/>
      <w:r>
        <w:t>berupa</w:t>
      </w:r>
      <w:proofErr w:type="spellEnd"/>
      <w:r>
        <w:t xml:space="preserve"> </w:t>
      </w:r>
      <w:proofErr w:type="spellStart"/>
      <w:r>
        <w:t>kontrol</w:t>
      </w:r>
      <w:proofErr w:type="spellEnd"/>
      <w:r>
        <w:t xml:space="preserve"> </w:t>
      </w:r>
      <w:proofErr w:type="spellStart"/>
      <w:r>
        <w:t>akses</w:t>
      </w:r>
      <w:proofErr w:type="spellEnd"/>
      <w:r>
        <w:t xml:space="preserve"> </w:t>
      </w:r>
      <w:proofErr w:type="spellStart"/>
      <w:r>
        <w:t>berbasis</w:t>
      </w:r>
      <w:proofErr w:type="spellEnd"/>
      <w:r>
        <w:t xml:space="preserve"> </w:t>
      </w:r>
      <w:proofErr w:type="spellStart"/>
      <w:r>
        <w:t>waktu</w:t>
      </w:r>
      <w:proofErr w:type="spellEnd"/>
      <w:r>
        <w:t xml:space="preserve"> dan </w:t>
      </w:r>
      <w:proofErr w:type="spellStart"/>
      <w:r>
        <w:t>identitas</w:t>
      </w:r>
      <w:proofErr w:type="spellEnd"/>
      <w:r>
        <w:t xml:space="preserve">, yang </w:t>
      </w:r>
      <w:proofErr w:type="spellStart"/>
      <w:r>
        <w:t>tidak</w:t>
      </w:r>
      <w:proofErr w:type="spellEnd"/>
      <w:r>
        <w:t xml:space="preserve"> </w:t>
      </w:r>
      <w:proofErr w:type="spellStart"/>
      <w:r>
        <w:t>dimiliki</w:t>
      </w:r>
      <w:proofErr w:type="spellEnd"/>
      <w:r>
        <w:t xml:space="preserve"> oleh </w:t>
      </w:r>
      <w:proofErr w:type="spellStart"/>
      <w:r>
        <w:t>sistem</w:t>
      </w:r>
      <w:proofErr w:type="spellEnd"/>
      <w:r>
        <w:t xml:space="preserve"> </w:t>
      </w:r>
      <w:proofErr w:type="spellStart"/>
      <w:r>
        <w:t>kunci</w:t>
      </w:r>
      <w:proofErr w:type="spellEnd"/>
      <w:r>
        <w:t xml:space="preserve"> </w:t>
      </w:r>
      <w:proofErr w:type="spellStart"/>
      <w:r>
        <w:t>tradisional</w:t>
      </w:r>
      <w:proofErr w:type="spellEnd"/>
      <w:r>
        <w:t xml:space="preserve">. Hal </w:t>
      </w:r>
      <w:proofErr w:type="spellStart"/>
      <w:r>
        <w:t>ini</w:t>
      </w:r>
      <w:proofErr w:type="spellEnd"/>
      <w:r>
        <w:t xml:space="preserve"> </w:t>
      </w:r>
      <w:proofErr w:type="spellStart"/>
      <w:r>
        <w:t>menjadi</w:t>
      </w:r>
      <w:proofErr w:type="spellEnd"/>
      <w:r>
        <w:t xml:space="preserve"> </w:t>
      </w:r>
      <w:proofErr w:type="spellStart"/>
      <w:r>
        <w:t>kebutuhan</w:t>
      </w:r>
      <w:proofErr w:type="spellEnd"/>
      <w:r>
        <w:t xml:space="preserve"> </w:t>
      </w:r>
      <w:proofErr w:type="spellStart"/>
      <w:r>
        <w:t>penting</w:t>
      </w:r>
      <w:proofErr w:type="spellEnd"/>
      <w:r>
        <w:t xml:space="preserve"> </w:t>
      </w:r>
      <w:proofErr w:type="spellStart"/>
      <w:r>
        <w:t>bagi</w:t>
      </w:r>
      <w:proofErr w:type="spellEnd"/>
      <w:r>
        <w:t xml:space="preserve"> </w:t>
      </w:r>
      <w:proofErr w:type="spellStart"/>
      <w:r>
        <w:t>institusi</w:t>
      </w:r>
      <w:proofErr w:type="spellEnd"/>
      <w:r>
        <w:t xml:space="preserve"> yang </w:t>
      </w:r>
      <w:proofErr w:type="spellStart"/>
      <w:r>
        <w:t>memerlukan</w:t>
      </w:r>
      <w:proofErr w:type="spellEnd"/>
      <w:r>
        <w:t xml:space="preserve"> </w:t>
      </w:r>
      <w:proofErr w:type="spellStart"/>
      <w:r>
        <w:t>keamanan</w:t>
      </w:r>
      <w:proofErr w:type="spellEnd"/>
      <w:r>
        <w:t xml:space="preserve"> </w:t>
      </w:r>
      <w:proofErr w:type="spellStart"/>
      <w:r>
        <w:t>tingkat</w:t>
      </w:r>
      <w:proofErr w:type="spellEnd"/>
      <w:r>
        <w:t xml:space="preserve"> </w:t>
      </w:r>
      <w:proofErr w:type="spellStart"/>
      <w:r>
        <w:t>tinggi</w:t>
      </w:r>
      <w:proofErr w:type="spellEnd"/>
      <w:r>
        <w:t>.</w:t>
      </w:r>
    </w:p>
    <w:p w14:paraId="02EA8030" w14:textId="023F29A1" w:rsidR="00207B40" w:rsidRDefault="00207B40" w:rsidP="004606EC">
      <w:pPr>
        <w:pStyle w:val="Heading2"/>
      </w:pPr>
      <w:r>
        <w:t xml:space="preserve">2.3 </w:t>
      </w:r>
      <w:proofErr w:type="spellStart"/>
      <w:r>
        <w:t>Sasaran</w:t>
      </w:r>
      <w:proofErr w:type="spellEnd"/>
      <w:r>
        <w:t xml:space="preserve"> </w:t>
      </w:r>
      <w:proofErr w:type="spellStart"/>
      <w:r>
        <w:t>Kegiatan</w:t>
      </w:r>
      <w:proofErr w:type="spellEnd"/>
    </w:p>
    <w:p w14:paraId="79446EF3" w14:textId="62929E89" w:rsidR="00207B40" w:rsidRDefault="00207B40" w:rsidP="00207B40">
      <w:pPr>
        <w:spacing w:after="0"/>
        <w:ind w:firstLine="720"/>
        <w:jc w:val="both"/>
      </w:pPr>
      <w:proofErr w:type="spellStart"/>
      <w:r>
        <w:t>Sasaran</w:t>
      </w:r>
      <w:proofErr w:type="spellEnd"/>
      <w:r>
        <w:t xml:space="preserve"> </w:t>
      </w:r>
      <w:proofErr w:type="spellStart"/>
      <w:r>
        <w:t>kegiatan</w:t>
      </w:r>
      <w:proofErr w:type="spellEnd"/>
      <w:r>
        <w:t xml:space="preserve"> </w:t>
      </w:r>
      <w:proofErr w:type="spellStart"/>
      <w:r>
        <w:t>sosialisasi</w:t>
      </w:r>
      <w:proofErr w:type="spellEnd"/>
      <w:r>
        <w:t xml:space="preserve"> </w:t>
      </w:r>
      <w:proofErr w:type="spellStart"/>
      <w:r>
        <w:t>ini</w:t>
      </w:r>
      <w:proofErr w:type="spellEnd"/>
      <w:r>
        <w:t xml:space="preserve"> </w:t>
      </w:r>
      <w:proofErr w:type="spellStart"/>
      <w:r>
        <w:t>adalah</w:t>
      </w:r>
      <w:proofErr w:type="spellEnd"/>
      <w:r>
        <w:t xml:space="preserve"> </w:t>
      </w:r>
      <w:r w:rsidR="00905A57">
        <w:t xml:space="preserve">Dinas </w:t>
      </w:r>
      <w:proofErr w:type="spellStart"/>
      <w:r w:rsidR="00905A57">
        <w:t>Komunikasi</w:t>
      </w:r>
      <w:proofErr w:type="spellEnd"/>
      <w:r w:rsidR="00905A57">
        <w:t xml:space="preserve"> dan </w:t>
      </w:r>
      <w:proofErr w:type="spellStart"/>
      <w:r w:rsidR="00905A57">
        <w:t>Informatika</w:t>
      </w:r>
      <w:proofErr w:type="spellEnd"/>
      <w:r w:rsidR="00905A57">
        <w:t xml:space="preserve"> </w:t>
      </w:r>
      <w:proofErr w:type="spellStart"/>
      <w:r w:rsidR="00905A57">
        <w:t>Kabupaten</w:t>
      </w:r>
      <w:proofErr w:type="spellEnd"/>
      <w:r w:rsidR="00905A57">
        <w:t xml:space="preserve"> Tangerang</w:t>
      </w:r>
      <w:r>
        <w:t xml:space="preserve">, </w:t>
      </w:r>
      <w:proofErr w:type="spellStart"/>
      <w:r>
        <w:t>khususnya</w:t>
      </w:r>
      <w:proofErr w:type="spellEnd"/>
      <w:r>
        <w:t>:</w:t>
      </w:r>
    </w:p>
    <w:tbl>
      <w:tblPr>
        <w:tblW w:w="757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32"/>
        <w:gridCol w:w="2608"/>
        <w:gridCol w:w="4330"/>
      </w:tblGrid>
      <w:tr w:rsidR="00207B40" w14:paraId="4CECF982" w14:textId="77777777" w:rsidTr="00905A57">
        <w:trPr>
          <w:jc w:val="center"/>
        </w:trPr>
        <w:tc>
          <w:tcPr>
            <w:tcW w:w="632" w:type="dxa"/>
          </w:tcPr>
          <w:p w14:paraId="5161655A" w14:textId="77777777" w:rsidR="00207B40" w:rsidRDefault="00207B40" w:rsidP="000A5049">
            <w:pPr>
              <w:jc w:val="center"/>
            </w:pPr>
            <w:r>
              <w:t>No</w:t>
            </w:r>
          </w:p>
        </w:tc>
        <w:tc>
          <w:tcPr>
            <w:tcW w:w="2608" w:type="dxa"/>
          </w:tcPr>
          <w:p w14:paraId="207A0F08" w14:textId="77777777" w:rsidR="00207B40" w:rsidRDefault="00207B40" w:rsidP="000A5049">
            <w:pPr>
              <w:jc w:val="center"/>
            </w:pPr>
            <w:proofErr w:type="spellStart"/>
            <w:r>
              <w:t>Sasaran</w:t>
            </w:r>
            <w:proofErr w:type="spellEnd"/>
          </w:p>
        </w:tc>
        <w:tc>
          <w:tcPr>
            <w:tcW w:w="4330" w:type="dxa"/>
          </w:tcPr>
          <w:p w14:paraId="059F5783" w14:textId="77777777" w:rsidR="00207B40" w:rsidRDefault="00207B40" w:rsidP="000A5049">
            <w:pPr>
              <w:jc w:val="center"/>
            </w:pPr>
            <w:proofErr w:type="spellStart"/>
            <w:r>
              <w:t>Keterangan</w:t>
            </w:r>
            <w:proofErr w:type="spellEnd"/>
          </w:p>
        </w:tc>
      </w:tr>
      <w:tr w:rsidR="00207B40" w14:paraId="28252412" w14:textId="77777777" w:rsidTr="00905A57">
        <w:trPr>
          <w:jc w:val="center"/>
        </w:trPr>
        <w:tc>
          <w:tcPr>
            <w:tcW w:w="632" w:type="dxa"/>
          </w:tcPr>
          <w:p w14:paraId="3A2CBD8E" w14:textId="77777777" w:rsidR="00207B40" w:rsidRDefault="00207B40" w:rsidP="000A5049">
            <w:pPr>
              <w:jc w:val="center"/>
            </w:pPr>
            <w:r>
              <w:t>1</w:t>
            </w:r>
          </w:p>
        </w:tc>
        <w:tc>
          <w:tcPr>
            <w:tcW w:w="2608" w:type="dxa"/>
          </w:tcPr>
          <w:p w14:paraId="6170B571" w14:textId="52DC9712" w:rsidR="00207B40" w:rsidRDefault="00905A57" w:rsidP="000A5049">
            <w:pPr>
              <w:jc w:val="center"/>
            </w:pPr>
            <w:r>
              <w:t xml:space="preserve">Dinas </w:t>
            </w:r>
            <w:proofErr w:type="spellStart"/>
            <w:r>
              <w:t>Komunikasi</w:t>
            </w:r>
            <w:proofErr w:type="spellEnd"/>
            <w:r>
              <w:t xml:space="preserve"> dan </w:t>
            </w:r>
            <w:proofErr w:type="spellStart"/>
            <w:r>
              <w:t>Informatika</w:t>
            </w:r>
            <w:proofErr w:type="spellEnd"/>
            <w:r>
              <w:t xml:space="preserve"> </w:t>
            </w:r>
            <w:proofErr w:type="spellStart"/>
            <w:r>
              <w:t>Kabupaten</w:t>
            </w:r>
            <w:proofErr w:type="spellEnd"/>
            <w:r>
              <w:t xml:space="preserve"> Tangerang</w:t>
            </w:r>
          </w:p>
        </w:tc>
        <w:tc>
          <w:tcPr>
            <w:tcW w:w="4330" w:type="dxa"/>
          </w:tcPr>
          <w:p w14:paraId="3BEDAD7B" w14:textId="55786ECA" w:rsidR="00207B40" w:rsidRDefault="00207B40" w:rsidP="000A5049">
            <w:pPr>
              <w:jc w:val="center"/>
            </w:pPr>
            <w:proofErr w:type="spellStart"/>
            <w:r>
              <w:t>Petugas</w:t>
            </w:r>
            <w:proofErr w:type="spellEnd"/>
            <w:r>
              <w:t xml:space="preserve"> </w:t>
            </w:r>
            <w:proofErr w:type="spellStart"/>
            <w:r>
              <w:t>administrasi</w:t>
            </w:r>
            <w:proofErr w:type="spellEnd"/>
            <w:r>
              <w:t xml:space="preserve"> dan </w:t>
            </w:r>
            <w:proofErr w:type="spellStart"/>
            <w:r>
              <w:t>staf</w:t>
            </w:r>
            <w:proofErr w:type="spellEnd"/>
            <w:r>
              <w:t xml:space="preserve"> </w:t>
            </w:r>
            <w:r w:rsidR="00905A57">
              <w:t xml:space="preserve">Dinas </w:t>
            </w:r>
            <w:proofErr w:type="spellStart"/>
            <w:r w:rsidR="00905A57">
              <w:t>Komunikasi</w:t>
            </w:r>
            <w:proofErr w:type="spellEnd"/>
            <w:r w:rsidR="00905A57">
              <w:t xml:space="preserve"> dan </w:t>
            </w:r>
            <w:proofErr w:type="spellStart"/>
            <w:r w:rsidR="00905A57">
              <w:t>Informatika</w:t>
            </w:r>
            <w:proofErr w:type="spellEnd"/>
            <w:r w:rsidR="00905A57">
              <w:t xml:space="preserve"> </w:t>
            </w:r>
            <w:proofErr w:type="spellStart"/>
            <w:r w:rsidR="00905A57">
              <w:t>Kabupaten</w:t>
            </w:r>
            <w:proofErr w:type="spellEnd"/>
            <w:r w:rsidR="00905A57">
              <w:t xml:space="preserve"> Tangerang</w:t>
            </w:r>
            <w:r>
              <w:t xml:space="preserve"> yang </w:t>
            </w:r>
            <w:proofErr w:type="spellStart"/>
            <w:r>
              <w:t>memerlukan</w:t>
            </w:r>
            <w:proofErr w:type="spellEnd"/>
            <w:r>
              <w:t xml:space="preserve"> </w:t>
            </w:r>
            <w:proofErr w:type="spellStart"/>
            <w:r>
              <w:t>pemahaman</w:t>
            </w:r>
            <w:proofErr w:type="spellEnd"/>
            <w:r>
              <w:t xml:space="preserve"> </w:t>
            </w:r>
            <w:proofErr w:type="spellStart"/>
            <w:r>
              <w:t>teknologi</w:t>
            </w:r>
            <w:proofErr w:type="spellEnd"/>
            <w:r>
              <w:t xml:space="preserve"> </w:t>
            </w:r>
            <w:proofErr w:type="spellStart"/>
            <w:r>
              <w:t>keamanan</w:t>
            </w:r>
            <w:proofErr w:type="spellEnd"/>
            <w:r>
              <w:t xml:space="preserve"> </w:t>
            </w:r>
            <w:proofErr w:type="spellStart"/>
            <w:r>
              <w:t>ruangan</w:t>
            </w:r>
            <w:proofErr w:type="spellEnd"/>
          </w:p>
        </w:tc>
      </w:tr>
    </w:tbl>
    <w:p w14:paraId="093B42A4" w14:textId="77777777" w:rsidR="00207B40" w:rsidRDefault="00207B40" w:rsidP="00207B40">
      <w:pPr>
        <w:spacing w:after="0"/>
        <w:jc w:val="center"/>
      </w:pPr>
      <w:r>
        <w:rPr>
          <w:b/>
        </w:rPr>
        <w:t xml:space="preserve">Tabel 1. </w:t>
      </w:r>
      <w:proofErr w:type="spellStart"/>
      <w:r>
        <w:rPr>
          <w:b/>
        </w:rPr>
        <w:t>Sasaran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Kegiatan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Sosialisasi</w:t>
      </w:r>
      <w:proofErr w:type="spellEnd"/>
    </w:p>
    <w:p w14:paraId="417851EA" w14:textId="77777777" w:rsidR="00207B40" w:rsidRDefault="00207B40" w:rsidP="004D24DB">
      <w:pPr>
        <w:spacing w:after="0"/>
        <w:jc w:val="center"/>
      </w:pPr>
      <w:proofErr w:type="spellStart"/>
      <w:r>
        <w:rPr>
          <w:i/>
        </w:rPr>
        <w:t>Sumber</w:t>
      </w:r>
      <w:proofErr w:type="spellEnd"/>
      <w:r>
        <w:rPr>
          <w:i/>
        </w:rPr>
        <w:t xml:space="preserve">: Data </w:t>
      </w:r>
      <w:proofErr w:type="spellStart"/>
      <w:r>
        <w:rPr>
          <w:i/>
        </w:rPr>
        <w:t>diolah</w:t>
      </w:r>
      <w:proofErr w:type="spellEnd"/>
      <w:r>
        <w:rPr>
          <w:i/>
        </w:rPr>
        <w:t xml:space="preserve"> oleh </w:t>
      </w:r>
      <w:proofErr w:type="spellStart"/>
      <w:r>
        <w:rPr>
          <w:i/>
        </w:rPr>
        <w:t>penulis</w:t>
      </w:r>
      <w:proofErr w:type="spellEnd"/>
      <w:r>
        <w:rPr>
          <w:i/>
        </w:rPr>
        <w:t>, 2026</w:t>
      </w:r>
    </w:p>
    <w:p w14:paraId="3CF5EE7F" w14:textId="7CE09459" w:rsidR="00207B40" w:rsidRDefault="00207B40" w:rsidP="004606EC">
      <w:pPr>
        <w:pStyle w:val="Heading1"/>
        <w:jc w:val="center"/>
      </w:pPr>
      <w:r>
        <w:br w:type="page"/>
      </w:r>
      <w:r>
        <w:lastRenderedPageBreak/>
        <w:t>BAB III</w:t>
      </w:r>
      <w:r w:rsidR="004606EC">
        <w:br/>
      </w:r>
      <w:r>
        <w:t>METODE PELAKSANAAN KEGIATAN</w:t>
      </w:r>
    </w:p>
    <w:p w14:paraId="41CB5727" w14:textId="77777777" w:rsidR="00207B40" w:rsidRDefault="00207B40" w:rsidP="00207B40"/>
    <w:p w14:paraId="30DB44EA" w14:textId="77777777" w:rsidR="00207B40" w:rsidRDefault="00207B40" w:rsidP="004606EC">
      <w:pPr>
        <w:pStyle w:val="Heading2"/>
      </w:pPr>
      <w:r>
        <w:t xml:space="preserve">3.1 Waktu dan </w:t>
      </w:r>
      <w:proofErr w:type="spellStart"/>
      <w:r>
        <w:t>Tempat</w:t>
      </w:r>
      <w:proofErr w:type="spellEnd"/>
      <w:r>
        <w:t xml:space="preserve"> </w:t>
      </w:r>
      <w:proofErr w:type="spellStart"/>
      <w:r>
        <w:t>Pelaksanaan</w:t>
      </w:r>
      <w:proofErr w:type="spellEnd"/>
    </w:p>
    <w:p w14:paraId="01434989" w14:textId="1E256283" w:rsidR="00905A57" w:rsidRDefault="00207B40" w:rsidP="004606EC">
      <w:pPr>
        <w:spacing w:after="0"/>
        <w:ind w:firstLine="720"/>
        <w:jc w:val="both"/>
      </w:pPr>
      <w:proofErr w:type="spellStart"/>
      <w:r>
        <w:t>Kegiatan</w:t>
      </w:r>
      <w:proofErr w:type="spellEnd"/>
      <w:r>
        <w:t xml:space="preserve"> </w:t>
      </w:r>
      <w:proofErr w:type="spellStart"/>
      <w:r>
        <w:t>sosialisasi</w:t>
      </w:r>
      <w:proofErr w:type="spellEnd"/>
      <w:r>
        <w:t xml:space="preserve"> </w:t>
      </w:r>
      <w:proofErr w:type="spellStart"/>
      <w:r>
        <w:t>dilaksanakan</w:t>
      </w:r>
      <w:proofErr w:type="spellEnd"/>
      <w:r>
        <w:t xml:space="preserve"> pada </w:t>
      </w:r>
      <w:proofErr w:type="spellStart"/>
      <w:r>
        <w:t>tanggal</w:t>
      </w:r>
      <w:proofErr w:type="spellEnd"/>
      <w:r>
        <w:t xml:space="preserve"> </w:t>
      </w:r>
      <w:r w:rsidR="00151A98">
        <w:t>27 Juli</w:t>
      </w:r>
      <w:r>
        <w:t xml:space="preserve"> 2026 </w:t>
      </w:r>
      <w:proofErr w:type="spellStart"/>
      <w:r>
        <w:t>bertempat</w:t>
      </w:r>
      <w:proofErr w:type="spellEnd"/>
      <w:r>
        <w:t xml:space="preserve"> di </w:t>
      </w:r>
      <w:r w:rsidR="00905A57">
        <w:t xml:space="preserve">Dinas </w:t>
      </w:r>
      <w:proofErr w:type="spellStart"/>
      <w:r w:rsidR="00905A57">
        <w:t>Komunikasi</w:t>
      </w:r>
      <w:proofErr w:type="spellEnd"/>
      <w:r w:rsidR="00905A57">
        <w:t xml:space="preserve"> dan </w:t>
      </w:r>
      <w:proofErr w:type="spellStart"/>
      <w:r w:rsidR="00905A57">
        <w:t>Informatika</w:t>
      </w:r>
      <w:proofErr w:type="spellEnd"/>
      <w:r w:rsidR="00905A57">
        <w:t xml:space="preserve"> </w:t>
      </w:r>
      <w:proofErr w:type="spellStart"/>
      <w:r w:rsidR="00905A57">
        <w:t>Kabupaten</w:t>
      </w:r>
      <w:proofErr w:type="spellEnd"/>
      <w:r w:rsidR="00905A57">
        <w:t xml:space="preserve"> Tangerang</w:t>
      </w:r>
      <w:r>
        <w:t xml:space="preserve">, </w:t>
      </w:r>
      <w:proofErr w:type="spellStart"/>
      <w:r>
        <w:t>Kabupaten</w:t>
      </w:r>
      <w:proofErr w:type="spellEnd"/>
      <w:r>
        <w:t xml:space="preserve"> Tangerang. </w:t>
      </w:r>
      <w:proofErr w:type="spellStart"/>
      <w:r>
        <w:t>Kegiatan</w:t>
      </w:r>
      <w:proofErr w:type="spellEnd"/>
      <w:r>
        <w:t xml:space="preserve"> </w:t>
      </w:r>
      <w:proofErr w:type="spellStart"/>
      <w:r>
        <w:t>ini</w:t>
      </w:r>
      <w:proofErr w:type="spellEnd"/>
      <w:r>
        <w:t xml:space="preserve"> </w:t>
      </w:r>
      <w:proofErr w:type="spellStart"/>
      <w:r>
        <w:t>dilakukan</w:t>
      </w:r>
      <w:proofErr w:type="spellEnd"/>
      <w:r>
        <w:t xml:space="preserve"> </w:t>
      </w:r>
      <w:proofErr w:type="spellStart"/>
      <w:r>
        <w:t>secara</w:t>
      </w:r>
      <w:proofErr w:type="spellEnd"/>
      <w:r>
        <w:t xml:space="preserve"> luring </w:t>
      </w:r>
      <w:proofErr w:type="spellStart"/>
      <w:r>
        <w:t>dengan</w:t>
      </w:r>
      <w:proofErr w:type="spellEnd"/>
      <w:r>
        <w:t xml:space="preserve"> </w:t>
      </w:r>
      <w:proofErr w:type="spellStart"/>
      <w:r>
        <w:t>sasaran</w:t>
      </w:r>
      <w:proofErr w:type="spellEnd"/>
      <w:r>
        <w:t xml:space="preserve"> </w:t>
      </w:r>
      <w:r w:rsidR="00905A57">
        <w:t xml:space="preserve">staff Dinas </w:t>
      </w:r>
      <w:proofErr w:type="spellStart"/>
      <w:r w:rsidR="00905A57">
        <w:t>Komunikasi</w:t>
      </w:r>
      <w:proofErr w:type="spellEnd"/>
      <w:r w:rsidR="00905A57">
        <w:t xml:space="preserve"> dan </w:t>
      </w:r>
      <w:proofErr w:type="spellStart"/>
      <w:r w:rsidR="00905A57">
        <w:t>Informatika</w:t>
      </w:r>
      <w:proofErr w:type="spellEnd"/>
      <w:r w:rsidR="00905A57">
        <w:t xml:space="preserve"> </w:t>
      </w:r>
      <w:proofErr w:type="spellStart"/>
      <w:r w:rsidR="00905A57">
        <w:t>Kabupaten</w:t>
      </w:r>
      <w:proofErr w:type="spellEnd"/>
      <w:r w:rsidR="00905A57">
        <w:t xml:space="preserve"> Tangerang.</w:t>
      </w:r>
    </w:p>
    <w:p w14:paraId="12A7D141" w14:textId="77777777" w:rsidR="00207B40" w:rsidRDefault="00207B40" w:rsidP="004606EC">
      <w:pPr>
        <w:pStyle w:val="Heading2"/>
      </w:pPr>
      <w:r>
        <w:t xml:space="preserve">3.2 </w:t>
      </w:r>
      <w:proofErr w:type="spellStart"/>
      <w:r>
        <w:t>Peserta</w:t>
      </w:r>
      <w:proofErr w:type="spellEnd"/>
      <w:r>
        <w:t xml:space="preserve"> </w:t>
      </w:r>
      <w:proofErr w:type="spellStart"/>
      <w:r>
        <w:t>Kegiatan</w:t>
      </w:r>
      <w:proofErr w:type="spellEnd"/>
    </w:p>
    <w:p w14:paraId="1A025737" w14:textId="367C7DC5" w:rsidR="00905A57" w:rsidRDefault="00207B40" w:rsidP="004606EC">
      <w:pPr>
        <w:spacing w:after="0"/>
        <w:ind w:firstLine="720"/>
        <w:jc w:val="both"/>
      </w:pPr>
      <w:proofErr w:type="spellStart"/>
      <w:r>
        <w:t>Peserta</w:t>
      </w:r>
      <w:proofErr w:type="spellEnd"/>
      <w:r>
        <w:t xml:space="preserve"> </w:t>
      </w:r>
      <w:proofErr w:type="spellStart"/>
      <w:r>
        <w:t>kegiatan</w:t>
      </w:r>
      <w:proofErr w:type="spellEnd"/>
      <w:r>
        <w:t xml:space="preserve"> </w:t>
      </w:r>
      <w:proofErr w:type="spellStart"/>
      <w:r>
        <w:t>adalah</w:t>
      </w:r>
      <w:proofErr w:type="spellEnd"/>
      <w:r>
        <w:t xml:space="preserve"> </w:t>
      </w:r>
      <w:proofErr w:type="spellStart"/>
      <w:r>
        <w:t>perangkat</w:t>
      </w:r>
      <w:proofErr w:type="spellEnd"/>
      <w:r>
        <w:t xml:space="preserve"> </w:t>
      </w:r>
      <w:proofErr w:type="spellStart"/>
      <w:r>
        <w:t>kelurahan</w:t>
      </w:r>
      <w:proofErr w:type="spellEnd"/>
      <w:r>
        <w:t xml:space="preserve">, </w:t>
      </w:r>
      <w:r w:rsidR="00905A57">
        <w:t xml:space="preserve">staff Dinas </w:t>
      </w:r>
      <w:proofErr w:type="spellStart"/>
      <w:r w:rsidR="00905A57">
        <w:t>Komunikasi</w:t>
      </w:r>
      <w:proofErr w:type="spellEnd"/>
      <w:r w:rsidR="00905A57">
        <w:t xml:space="preserve"> dan </w:t>
      </w:r>
      <w:proofErr w:type="spellStart"/>
      <w:r w:rsidR="00905A57">
        <w:t>Informatika</w:t>
      </w:r>
      <w:proofErr w:type="spellEnd"/>
      <w:r w:rsidR="00905A57">
        <w:t xml:space="preserve"> </w:t>
      </w:r>
      <w:proofErr w:type="spellStart"/>
      <w:r w:rsidR="00905A57">
        <w:t>Kabupaten</w:t>
      </w:r>
      <w:proofErr w:type="spellEnd"/>
      <w:r w:rsidR="00905A57">
        <w:t xml:space="preserve"> Tangerang</w:t>
      </w:r>
      <w:r>
        <w:t xml:space="preserve">. </w:t>
      </w:r>
      <w:proofErr w:type="spellStart"/>
      <w:r>
        <w:t>Peserta</w:t>
      </w:r>
      <w:proofErr w:type="spellEnd"/>
      <w:r>
        <w:t xml:space="preserve"> </w:t>
      </w:r>
      <w:proofErr w:type="spellStart"/>
      <w:r>
        <w:t>dipilih</w:t>
      </w:r>
      <w:proofErr w:type="spellEnd"/>
      <w:r>
        <w:t xml:space="preserve"> </w:t>
      </w:r>
      <w:proofErr w:type="spellStart"/>
      <w:r>
        <w:t>karena</w:t>
      </w:r>
      <w:proofErr w:type="spellEnd"/>
      <w:r>
        <w:t xml:space="preserve"> </w:t>
      </w:r>
      <w:proofErr w:type="spellStart"/>
      <w:r>
        <w:t>memiliki</w:t>
      </w:r>
      <w:proofErr w:type="spellEnd"/>
      <w:r>
        <w:t xml:space="preserve"> </w:t>
      </w:r>
      <w:proofErr w:type="spellStart"/>
      <w:r>
        <w:t>keterkaitan</w:t>
      </w:r>
      <w:proofErr w:type="spellEnd"/>
      <w:r>
        <w:t xml:space="preserve"> </w:t>
      </w:r>
      <w:proofErr w:type="spellStart"/>
      <w:r>
        <w:t>langsung</w:t>
      </w:r>
      <w:proofErr w:type="spellEnd"/>
      <w:r>
        <w:t xml:space="preserve"> </w:t>
      </w:r>
      <w:proofErr w:type="spellStart"/>
      <w:r>
        <w:t>dengan</w:t>
      </w:r>
      <w:proofErr w:type="spellEnd"/>
      <w:r>
        <w:t xml:space="preserve"> </w:t>
      </w:r>
      <w:proofErr w:type="spellStart"/>
      <w:r>
        <w:t>penggunaan</w:t>
      </w:r>
      <w:proofErr w:type="spellEnd"/>
      <w:r>
        <w:t xml:space="preserve"> </w:t>
      </w:r>
      <w:proofErr w:type="spellStart"/>
      <w:r>
        <w:t>sistem</w:t>
      </w:r>
      <w:proofErr w:type="spellEnd"/>
      <w:r>
        <w:t xml:space="preserve"> </w:t>
      </w:r>
      <w:proofErr w:type="spellStart"/>
      <w:r>
        <w:t>akses</w:t>
      </w:r>
      <w:proofErr w:type="spellEnd"/>
      <w:r>
        <w:t xml:space="preserve"> </w:t>
      </w:r>
      <w:proofErr w:type="spellStart"/>
      <w:r>
        <w:t>ruangan</w:t>
      </w:r>
      <w:proofErr w:type="spellEnd"/>
      <w:r>
        <w:t xml:space="preserve"> </w:t>
      </w:r>
      <w:proofErr w:type="spellStart"/>
      <w:r>
        <w:t>berbasis</w:t>
      </w:r>
      <w:proofErr w:type="spellEnd"/>
      <w:r>
        <w:t xml:space="preserve"> RFID.</w:t>
      </w:r>
    </w:p>
    <w:p w14:paraId="44BF1F7B" w14:textId="77777777" w:rsidR="00207B40" w:rsidRDefault="00207B40" w:rsidP="004606EC">
      <w:pPr>
        <w:pStyle w:val="Heading2"/>
      </w:pPr>
      <w:r>
        <w:t xml:space="preserve">3.3 </w:t>
      </w:r>
      <w:proofErr w:type="spellStart"/>
      <w:r>
        <w:t>Bentuk</w:t>
      </w:r>
      <w:proofErr w:type="spellEnd"/>
      <w:r>
        <w:t xml:space="preserve"> </w:t>
      </w:r>
      <w:proofErr w:type="spellStart"/>
      <w:r>
        <w:t>Kegiatan</w:t>
      </w:r>
      <w:proofErr w:type="spellEnd"/>
    </w:p>
    <w:p w14:paraId="73277DF5" w14:textId="77777777" w:rsidR="00207B40" w:rsidRDefault="00207B40" w:rsidP="00207B40">
      <w:pPr>
        <w:spacing w:after="0"/>
        <w:ind w:firstLine="720"/>
        <w:jc w:val="both"/>
      </w:pPr>
      <w:proofErr w:type="spellStart"/>
      <w:r>
        <w:t>Bentuk</w:t>
      </w:r>
      <w:proofErr w:type="spellEnd"/>
      <w:r>
        <w:t xml:space="preserve"> </w:t>
      </w:r>
      <w:proofErr w:type="spellStart"/>
      <w:r>
        <w:t>kegiatan</w:t>
      </w:r>
      <w:proofErr w:type="spellEnd"/>
      <w:r>
        <w:t xml:space="preserve"> yang </w:t>
      </w:r>
      <w:proofErr w:type="spellStart"/>
      <w:r>
        <w:t>dilaksanakan</w:t>
      </w:r>
      <w:proofErr w:type="spellEnd"/>
      <w:r>
        <w:t xml:space="preserve"> </w:t>
      </w:r>
      <w:proofErr w:type="spellStart"/>
      <w:r>
        <w:t>adalah</w:t>
      </w:r>
      <w:proofErr w:type="spellEnd"/>
      <w:r>
        <w:t xml:space="preserve"> </w:t>
      </w:r>
      <w:proofErr w:type="spellStart"/>
      <w:r>
        <w:t>sosialisasi</w:t>
      </w:r>
      <w:proofErr w:type="spellEnd"/>
      <w:r>
        <w:t xml:space="preserve"> dan </w:t>
      </w:r>
      <w:proofErr w:type="spellStart"/>
      <w:r>
        <w:t>demonstrasi</w:t>
      </w:r>
      <w:proofErr w:type="spellEnd"/>
      <w:r>
        <w:t xml:space="preserve"> </w:t>
      </w:r>
      <w:proofErr w:type="spellStart"/>
      <w:r>
        <w:t>penggunaan</w:t>
      </w:r>
      <w:proofErr w:type="spellEnd"/>
      <w:r>
        <w:t xml:space="preserve"> </w:t>
      </w:r>
      <w:proofErr w:type="spellStart"/>
      <w:r>
        <w:t>Rancang</w:t>
      </w:r>
      <w:proofErr w:type="spellEnd"/>
      <w:r>
        <w:t xml:space="preserve"> </w:t>
      </w:r>
      <w:proofErr w:type="spellStart"/>
      <w:r>
        <w:t>Bangun</w:t>
      </w:r>
      <w:proofErr w:type="spellEnd"/>
      <w:r>
        <w:t xml:space="preserve"> </w:t>
      </w:r>
      <w:proofErr w:type="spellStart"/>
      <w:r>
        <w:t>Sistem</w:t>
      </w:r>
      <w:proofErr w:type="spellEnd"/>
      <w:r>
        <w:t xml:space="preserve"> Akses </w:t>
      </w:r>
      <w:proofErr w:type="spellStart"/>
      <w:r>
        <w:t>Ruangan</w:t>
      </w:r>
      <w:proofErr w:type="spellEnd"/>
      <w:r>
        <w:t xml:space="preserve"> </w:t>
      </w:r>
      <w:proofErr w:type="spellStart"/>
      <w:r>
        <w:t>Berbasis</w:t>
      </w:r>
      <w:proofErr w:type="spellEnd"/>
      <w:r>
        <w:t xml:space="preserve"> RFID </w:t>
      </w:r>
      <w:proofErr w:type="spellStart"/>
      <w:r>
        <w:t>dengan</w:t>
      </w:r>
      <w:proofErr w:type="spellEnd"/>
      <w:r>
        <w:t xml:space="preserve"> Solenoid Door Lock </w:t>
      </w:r>
      <w:proofErr w:type="spellStart"/>
      <w:r>
        <w:t>Menggunakan</w:t>
      </w:r>
      <w:proofErr w:type="spellEnd"/>
      <w:r>
        <w:t xml:space="preserve"> Arduino Uno. </w:t>
      </w:r>
      <w:proofErr w:type="spellStart"/>
      <w:r>
        <w:t>Kegiatan</w:t>
      </w:r>
      <w:proofErr w:type="spellEnd"/>
      <w:r>
        <w:t xml:space="preserve"> </w:t>
      </w:r>
      <w:proofErr w:type="spellStart"/>
      <w:r>
        <w:t>dilakukan</w:t>
      </w:r>
      <w:proofErr w:type="spellEnd"/>
      <w:r>
        <w:t xml:space="preserve"> </w:t>
      </w:r>
      <w:proofErr w:type="spellStart"/>
      <w:r>
        <w:t>melalui</w:t>
      </w:r>
      <w:proofErr w:type="spellEnd"/>
      <w:r>
        <w:t xml:space="preserve"> </w:t>
      </w:r>
      <w:proofErr w:type="spellStart"/>
      <w:r>
        <w:t>penyampaian</w:t>
      </w:r>
      <w:proofErr w:type="spellEnd"/>
      <w:r>
        <w:t xml:space="preserve"> </w:t>
      </w:r>
      <w:proofErr w:type="spellStart"/>
      <w:r>
        <w:t>materi</w:t>
      </w:r>
      <w:proofErr w:type="spellEnd"/>
      <w:r>
        <w:t xml:space="preserve">, </w:t>
      </w:r>
      <w:proofErr w:type="spellStart"/>
      <w:r>
        <w:t>penjelasan</w:t>
      </w:r>
      <w:proofErr w:type="spellEnd"/>
      <w:r>
        <w:t xml:space="preserve"> </w:t>
      </w:r>
      <w:proofErr w:type="spellStart"/>
      <w:r>
        <w:t>fitur</w:t>
      </w:r>
      <w:proofErr w:type="spellEnd"/>
      <w:r>
        <w:t xml:space="preserve">, </w:t>
      </w:r>
      <w:proofErr w:type="spellStart"/>
      <w:r>
        <w:t>praktik</w:t>
      </w:r>
      <w:proofErr w:type="spellEnd"/>
      <w:r>
        <w:t xml:space="preserve"> </w:t>
      </w:r>
      <w:proofErr w:type="spellStart"/>
      <w:r>
        <w:t>penggunaan</w:t>
      </w:r>
      <w:proofErr w:type="spellEnd"/>
      <w:r>
        <w:t xml:space="preserve">, </w:t>
      </w:r>
      <w:proofErr w:type="spellStart"/>
      <w:r>
        <w:t>sesi</w:t>
      </w:r>
      <w:proofErr w:type="spellEnd"/>
      <w:r>
        <w:t xml:space="preserve"> </w:t>
      </w:r>
      <w:proofErr w:type="spellStart"/>
      <w:r>
        <w:t>tanya</w:t>
      </w:r>
      <w:proofErr w:type="spellEnd"/>
      <w:r>
        <w:t xml:space="preserve"> </w:t>
      </w:r>
      <w:proofErr w:type="spellStart"/>
      <w:r>
        <w:t>jawab</w:t>
      </w:r>
      <w:proofErr w:type="spellEnd"/>
      <w:r>
        <w:t xml:space="preserve">, dan </w:t>
      </w:r>
      <w:proofErr w:type="spellStart"/>
      <w:r>
        <w:t>dokumentasi</w:t>
      </w:r>
      <w:proofErr w:type="spellEnd"/>
      <w:r>
        <w:t xml:space="preserve"> </w:t>
      </w:r>
      <w:proofErr w:type="spellStart"/>
      <w:r>
        <w:t>kegiatan</w:t>
      </w:r>
      <w:proofErr w:type="spellEnd"/>
      <w:r>
        <w:t>.</w:t>
      </w:r>
    </w:p>
    <w:p w14:paraId="4D181CC2" w14:textId="77777777" w:rsidR="00207B40" w:rsidRDefault="00207B40" w:rsidP="004606EC">
      <w:pPr>
        <w:pStyle w:val="Heading2"/>
      </w:pPr>
      <w:r>
        <w:t xml:space="preserve">3.4 Materi </w:t>
      </w:r>
      <w:proofErr w:type="spellStart"/>
      <w:r>
        <w:t>Sosialisasi</w:t>
      </w:r>
      <w:proofErr w:type="spellEnd"/>
    </w:p>
    <w:p w14:paraId="311428F3" w14:textId="77777777" w:rsidR="00207B40" w:rsidRDefault="00207B40" w:rsidP="00207B40">
      <w:pPr>
        <w:spacing w:after="0"/>
        <w:ind w:firstLine="720"/>
        <w:jc w:val="both"/>
      </w:pPr>
      <w:r>
        <w:t xml:space="preserve">Materi yang </w:t>
      </w:r>
      <w:proofErr w:type="spellStart"/>
      <w:r>
        <w:t>disampaikan</w:t>
      </w:r>
      <w:proofErr w:type="spellEnd"/>
      <w:r>
        <w:t xml:space="preserve"> </w:t>
      </w:r>
      <w:proofErr w:type="spellStart"/>
      <w:r>
        <w:t>dalam</w:t>
      </w:r>
      <w:proofErr w:type="spellEnd"/>
      <w:r>
        <w:t xml:space="preserve"> </w:t>
      </w:r>
      <w:proofErr w:type="spellStart"/>
      <w:r>
        <w:t>kegiatan</w:t>
      </w:r>
      <w:proofErr w:type="spellEnd"/>
      <w:r>
        <w:t xml:space="preserve"> </w:t>
      </w:r>
      <w:proofErr w:type="spellStart"/>
      <w:r>
        <w:t>sosialisasi</w:t>
      </w:r>
      <w:proofErr w:type="spellEnd"/>
      <w:r>
        <w:t xml:space="preserve"> </w:t>
      </w:r>
      <w:proofErr w:type="spellStart"/>
      <w:r>
        <w:t>meliputi</w:t>
      </w:r>
      <w:proofErr w:type="spellEnd"/>
      <w:r>
        <w:t>:</w:t>
      </w:r>
    </w:p>
    <w:p w14:paraId="6D73D063" w14:textId="4D49266A" w:rsidR="00207B40" w:rsidRDefault="00207B40" w:rsidP="004606EC">
      <w:pPr>
        <w:pStyle w:val="ListParagraph"/>
        <w:numPr>
          <w:ilvl w:val="0"/>
          <w:numId w:val="33"/>
        </w:numPr>
        <w:spacing w:after="0"/>
        <w:jc w:val="both"/>
      </w:pPr>
      <w:proofErr w:type="spellStart"/>
      <w:r>
        <w:t>Pengenalan</w:t>
      </w:r>
      <w:proofErr w:type="spellEnd"/>
      <w:r>
        <w:t xml:space="preserve"> </w:t>
      </w:r>
      <w:proofErr w:type="spellStart"/>
      <w:r>
        <w:t>teknologi</w:t>
      </w:r>
      <w:proofErr w:type="spellEnd"/>
      <w:r>
        <w:t xml:space="preserve"> RFID (Radio Frequency Identification), </w:t>
      </w:r>
      <w:proofErr w:type="spellStart"/>
      <w:r>
        <w:t>prinsip</w:t>
      </w:r>
      <w:proofErr w:type="spellEnd"/>
      <w:r>
        <w:t xml:space="preserve"> </w:t>
      </w:r>
      <w:proofErr w:type="spellStart"/>
      <w:r>
        <w:t>kerja</w:t>
      </w:r>
      <w:proofErr w:type="spellEnd"/>
      <w:r>
        <w:t xml:space="preserve">, dan </w:t>
      </w:r>
      <w:proofErr w:type="spellStart"/>
      <w:r>
        <w:t>komponen-komponen</w:t>
      </w:r>
      <w:proofErr w:type="spellEnd"/>
      <w:r>
        <w:t xml:space="preserve"> </w:t>
      </w:r>
      <w:proofErr w:type="spellStart"/>
      <w:r>
        <w:t>utama</w:t>
      </w:r>
      <w:proofErr w:type="spellEnd"/>
      <w:r>
        <w:t xml:space="preserve"> </w:t>
      </w:r>
      <w:proofErr w:type="spellStart"/>
      <w:r>
        <w:t>sistem</w:t>
      </w:r>
      <w:proofErr w:type="spellEnd"/>
      <w:r>
        <w:t>.</w:t>
      </w:r>
    </w:p>
    <w:p w14:paraId="0F0E4534" w14:textId="6053AC2B" w:rsidR="00207B40" w:rsidRDefault="00207B40" w:rsidP="004606EC">
      <w:pPr>
        <w:pStyle w:val="ListParagraph"/>
        <w:numPr>
          <w:ilvl w:val="0"/>
          <w:numId w:val="33"/>
        </w:numPr>
        <w:spacing w:after="0"/>
        <w:jc w:val="both"/>
      </w:pPr>
      <w:proofErr w:type="spellStart"/>
      <w:r>
        <w:t>Penjelasan</w:t>
      </w:r>
      <w:proofErr w:type="spellEnd"/>
      <w:r>
        <w:t xml:space="preserve"> </w:t>
      </w:r>
      <w:proofErr w:type="spellStart"/>
      <w:r>
        <w:t>mengenai</w:t>
      </w:r>
      <w:proofErr w:type="spellEnd"/>
      <w:r>
        <w:t xml:space="preserve"> Arduino Uno </w:t>
      </w:r>
      <w:proofErr w:type="spellStart"/>
      <w:r>
        <w:t>sebagai</w:t>
      </w:r>
      <w:proofErr w:type="spellEnd"/>
      <w:r>
        <w:t xml:space="preserve"> </w:t>
      </w:r>
      <w:proofErr w:type="spellStart"/>
      <w:r>
        <w:t>mikrokontroler</w:t>
      </w:r>
      <w:proofErr w:type="spellEnd"/>
      <w:r>
        <w:t xml:space="preserve">, </w:t>
      </w:r>
      <w:proofErr w:type="spellStart"/>
      <w:r>
        <w:t>termasuk</w:t>
      </w:r>
      <w:proofErr w:type="spellEnd"/>
      <w:r>
        <w:t xml:space="preserve"> </w:t>
      </w:r>
      <w:proofErr w:type="spellStart"/>
      <w:r>
        <w:t>spesifikasi</w:t>
      </w:r>
      <w:proofErr w:type="spellEnd"/>
      <w:r>
        <w:t xml:space="preserve">, pinout, dan </w:t>
      </w:r>
      <w:proofErr w:type="spellStart"/>
      <w:r>
        <w:t>fungsi</w:t>
      </w:r>
      <w:proofErr w:type="spellEnd"/>
      <w:r>
        <w:t xml:space="preserve"> </w:t>
      </w:r>
      <w:proofErr w:type="spellStart"/>
      <w:r>
        <w:t>utama</w:t>
      </w:r>
      <w:proofErr w:type="spellEnd"/>
      <w:r>
        <w:t>.</w:t>
      </w:r>
    </w:p>
    <w:p w14:paraId="31818A46" w14:textId="15438D82" w:rsidR="00207B40" w:rsidRDefault="00207B40" w:rsidP="004606EC">
      <w:pPr>
        <w:pStyle w:val="ListParagraph"/>
        <w:numPr>
          <w:ilvl w:val="0"/>
          <w:numId w:val="33"/>
        </w:numPr>
        <w:spacing w:after="0"/>
        <w:jc w:val="both"/>
      </w:pPr>
      <w:proofErr w:type="spellStart"/>
      <w:r>
        <w:t>Demonstrasi</w:t>
      </w:r>
      <w:proofErr w:type="spellEnd"/>
      <w:r>
        <w:t xml:space="preserve"> </w:t>
      </w:r>
      <w:proofErr w:type="spellStart"/>
      <w:r>
        <w:t>perakangan</w:t>
      </w:r>
      <w:proofErr w:type="spellEnd"/>
      <w:r>
        <w:t xml:space="preserve"> </w:t>
      </w:r>
      <w:proofErr w:type="spellStart"/>
      <w:r>
        <w:t>rangkaian</w:t>
      </w:r>
      <w:proofErr w:type="spellEnd"/>
      <w:r>
        <w:t xml:space="preserve"> </w:t>
      </w:r>
      <w:proofErr w:type="spellStart"/>
      <w:r>
        <w:t>elektronik</w:t>
      </w:r>
      <w:proofErr w:type="spellEnd"/>
      <w:r>
        <w:t xml:space="preserve"> RFID reader MFRC522, relay module, solenoid door lock, dan LCD </w:t>
      </w:r>
      <w:proofErr w:type="spellStart"/>
      <w:r>
        <w:t>dengan</w:t>
      </w:r>
      <w:proofErr w:type="spellEnd"/>
      <w:r>
        <w:t xml:space="preserve"> Arduino Uno.</w:t>
      </w:r>
    </w:p>
    <w:p w14:paraId="51A2639D" w14:textId="14B1F215" w:rsidR="00207B40" w:rsidRDefault="00207B40" w:rsidP="004606EC">
      <w:pPr>
        <w:pStyle w:val="ListParagraph"/>
        <w:numPr>
          <w:ilvl w:val="0"/>
          <w:numId w:val="33"/>
        </w:numPr>
        <w:spacing w:after="0"/>
        <w:jc w:val="both"/>
      </w:pPr>
      <w:proofErr w:type="spellStart"/>
      <w:r>
        <w:t>Penjelasan</w:t>
      </w:r>
      <w:proofErr w:type="spellEnd"/>
      <w:r>
        <w:t xml:space="preserve"> </w:t>
      </w:r>
      <w:proofErr w:type="spellStart"/>
      <w:r>
        <w:t>alur</w:t>
      </w:r>
      <w:proofErr w:type="spellEnd"/>
      <w:r>
        <w:t xml:space="preserve"> </w:t>
      </w:r>
      <w:proofErr w:type="spellStart"/>
      <w:r>
        <w:t>kerja</w:t>
      </w:r>
      <w:proofErr w:type="spellEnd"/>
      <w:r>
        <w:t xml:space="preserve"> </w:t>
      </w:r>
      <w:proofErr w:type="spellStart"/>
      <w:r>
        <w:t>sistem</w:t>
      </w:r>
      <w:proofErr w:type="spellEnd"/>
      <w:r>
        <w:t xml:space="preserve">: </w:t>
      </w:r>
      <w:proofErr w:type="spellStart"/>
      <w:r>
        <w:t>pembacaan</w:t>
      </w:r>
      <w:proofErr w:type="spellEnd"/>
      <w:r>
        <w:t xml:space="preserve"> tag RFID, </w:t>
      </w:r>
      <w:proofErr w:type="spellStart"/>
      <w:r>
        <w:t>validasi</w:t>
      </w:r>
      <w:proofErr w:type="spellEnd"/>
      <w:r>
        <w:t xml:space="preserve"> UID, </w:t>
      </w:r>
      <w:proofErr w:type="spellStart"/>
      <w:r>
        <w:t>pengaktifan</w:t>
      </w:r>
      <w:proofErr w:type="spellEnd"/>
      <w:r>
        <w:t xml:space="preserve"> solenoid, dan </w:t>
      </w:r>
      <w:proofErr w:type="spellStart"/>
      <w:r>
        <w:t>tampilan</w:t>
      </w:r>
      <w:proofErr w:type="spellEnd"/>
      <w:r>
        <w:t xml:space="preserve"> status pada LCD.</w:t>
      </w:r>
    </w:p>
    <w:p w14:paraId="5DD4631D" w14:textId="1514BB22" w:rsidR="00207B40" w:rsidRDefault="00207B40" w:rsidP="004606EC">
      <w:pPr>
        <w:pStyle w:val="ListParagraph"/>
        <w:numPr>
          <w:ilvl w:val="0"/>
          <w:numId w:val="33"/>
        </w:numPr>
        <w:spacing w:after="0"/>
        <w:jc w:val="both"/>
      </w:pPr>
      <w:proofErr w:type="spellStart"/>
      <w:r>
        <w:t>Praktik</w:t>
      </w:r>
      <w:proofErr w:type="spellEnd"/>
      <w:r>
        <w:t xml:space="preserve"> </w:t>
      </w:r>
      <w:proofErr w:type="spellStart"/>
      <w:r>
        <w:t>penggunaan</w:t>
      </w:r>
      <w:proofErr w:type="spellEnd"/>
      <w:r>
        <w:t xml:space="preserve"> </w:t>
      </w:r>
      <w:proofErr w:type="spellStart"/>
      <w:r>
        <w:t>sistem</w:t>
      </w:r>
      <w:proofErr w:type="spellEnd"/>
      <w:r>
        <w:t xml:space="preserve"> </w:t>
      </w:r>
      <w:proofErr w:type="spellStart"/>
      <w:r>
        <w:t>dengan</w:t>
      </w:r>
      <w:proofErr w:type="spellEnd"/>
      <w:r>
        <w:t xml:space="preserve"> </w:t>
      </w:r>
      <w:proofErr w:type="spellStart"/>
      <w:r>
        <w:t>kartu</w:t>
      </w:r>
      <w:proofErr w:type="spellEnd"/>
      <w:r>
        <w:t xml:space="preserve"> RFID yang </w:t>
      </w:r>
      <w:proofErr w:type="spellStart"/>
      <w:r>
        <w:t>telah</w:t>
      </w:r>
      <w:proofErr w:type="spellEnd"/>
      <w:r>
        <w:t xml:space="preserve"> </w:t>
      </w:r>
      <w:proofErr w:type="spellStart"/>
      <w:r>
        <w:t>terdaftar</w:t>
      </w:r>
      <w:proofErr w:type="spellEnd"/>
      <w:r>
        <w:t xml:space="preserve"> dan </w:t>
      </w:r>
      <w:proofErr w:type="spellStart"/>
      <w:r>
        <w:t>kartu</w:t>
      </w:r>
      <w:proofErr w:type="spellEnd"/>
      <w:r>
        <w:t xml:space="preserve"> yang </w:t>
      </w:r>
      <w:proofErr w:type="spellStart"/>
      <w:r>
        <w:t>tidak</w:t>
      </w:r>
      <w:proofErr w:type="spellEnd"/>
      <w:r>
        <w:t xml:space="preserve"> </w:t>
      </w:r>
      <w:proofErr w:type="spellStart"/>
      <w:r>
        <w:t>terdaftar</w:t>
      </w:r>
      <w:proofErr w:type="spellEnd"/>
      <w:r>
        <w:t>.</w:t>
      </w:r>
    </w:p>
    <w:p w14:paraId="37EB2AA6" w14:textId="71DC7C45" w:rsidR="00207B40" w:rsidRDefault="00207B40" w:rsidP="004606EC">
      <w:pPr>
        <w:pStyle w:val="ListParagraph"/>
        <w:numPr>
          <w:ilvl w:val="0"/>
          <w:numId w:val="33"/>
        </w:numPr>
        <w:spacing w:after="0"/>
        <w:jc w:val="both"/>
      </w:pPr>
      <w:proofErr w:type="spellStart"/>
      <w:r>
        <w:lastRenderedPageBreak/>
        <w:t>Penjelasan</w:t>
      </w:r>
      <w:proofErr w:type="spellEnd"/>
      <w:r>
        <w:t xml:space="preserve"> </w:t>
      </w:r>
      <w:proofErr w:type="spellStart"/>
      <w:r>
        <w:t>mengenai</w:t>
      </w:r>
      <w:proofErr w:type="spellEnd"/>
      <w:r>
        <w:t xml:space="preserve"> </w:t>
      </w:r>
      <w:proofErr w:type="spellStart"/>
      <w:r>
        <w:t>manfaat</w:t>
      </w:r>
      <w:proofErr w:type="spellEnd"/>
      <w:r>
        <w:t xml:space="preserve"> </w:t>
      </w:r>
      <w:proofErr w:type="spellStart"/>
      <w:r>
        <w:t>sistem</w:t>
      </w:r>
      <w:proofErr w:type="spellEnd"/>
      <w:r>
        <w:t xml:space="preserve"> </w:t>
      </w:r>
      <w:proofErr w:type="spellStart"/>
      <w:r>
        <w:t>dalam</w:t>
      </w:r>
      <w:proofErr w:type="spellEnd"/>
      <w:r>
        <w:t xml:space="preserve"> </w:t>
      </w:r>
      <w:proofErr w:type="spellStart"/>
      <w:r>
        <w:t>meningkatkan</w:t>
      </w:r>
      <w:proofErr w:type="spellEnd"/>
      <w:r>
        <w:t xml:space="preserve"> </w:t>
      </w:r>
      <w:proofErr w:type="spellStart"/>
      <w:r>
        <w:t>keamanan</w:t>
      </w:r>
      <w:proofErr w:type="spellEnd"/>
      <w:r>
        <w:t xml:space="preserve"> </w:t>
      </w:r>
      <w:proofErr w:type="spellStart"/>
      <w:r>
        <w:t>ruangan</w:t>
      </w:r>
      <w:proofErr w:type="spellEnd"/>
      <w:r>
        <w:t xml:space="preserve"> dan </w:t>
      </w:r>
      <w:proofErr w:type="spellStart"/>
      <w:r>
        <w:t>efisiensi</w:t>
      </w:r>
      <w:proofErr w:type="spellEnd"/>
      <w:r>
        <w:t xml:space="preserve"> </w:t>
      </w:r>
      <w:proofErr w:type="spellStart"/>
      <w:r>
        <w:t>kontrol</w:t>
      </w:r>
      <w:proofErr w:type="spellEnd"/>
      <w:r>
        <w:t xml:space="preserve"> </w:t>
      </w:r>
      <w:proofErr w:type="spellStart"/>
      <w:r>
        <w:t>akses</w:t>
      </w:r>
      <w:proofErr w:type="spellEnd"/>
      <w:r w:rsidR="004606EC">
        <w:t>.</w:t>
      </w:r>
    </w:p>
    <w:p w14:paraId="1C1974C0" w14:textId="77777777" w:rsidR="004606EC" w:rsidRDefault="004606EC" w:rsidP="004606EC">
      <w:pPr>
        <w:pStyle w:val="ListParagraph"/>
        <w:spacing w:after="0"/>
        <w:jc w:val="both"/>
      </w:pPr>
    </w:p>
    <w:p w14:paraId="53CFF759" w14:textId="77777777" w:rsidR="00207B40" w:rsidRDefault="00207B40" w:rsidP="004606EC">
      <w:pPr>
        <w:pStyle w:val="Heading2"/>
      </w:pPr>
      <w:r>
        <w:t xml:space="preserve">3.5 </w:t>
      </w:r>
      <w:proofErr w:type="spellStart"/>
      <w:r>
        <w:t>Tahapan</w:t>
      </w:r>
      <w:proofErr w:type="spellEnd"/>
      <w:r>
        <w:t xml:space="preserve"> </w:t>
      </w:r>
      <w:proofErr w:type="spellStart"/>
      <w:r>
        <w:t>Pelaksanaan</w:t>
      </w:r>
      <w:proofErr w:type="spellEnd"/>
    </w:p>
    <w:p w14:paraId="6C50F163" w14:textId="77777777" w:rsidR="00207B40" w:rsidRDefault="00207B40" w:rsidP="00207B40">
      <w:pPr>
        <w:spacing w:after="0"/>
        <w:ind w:firstLine="720"/>
        <w:jc w:val="both"/>
      </w:pPr>
      <w:proofErr w:type="spellStart"/>
      <w:r>
        <w:t>Tahapan</w:t>
      </w:r>
      <w:proofErr w:type="spellEnd"/>
      <w:r>
        <w:t xml:space="preserve"> </w:t>
      </w:r>
      <w:proofErr w:type="spellStart"/>
      <w:r>
        <w:t>pelaksanaan</w:t>
      </w:r>
      <w:proofErr w:type="spellEnd"/>
      <w:r>
        <w:t xml:space="preserve"> </w:t>
      </w:r>
      <w:proofErr w:type="spellStart"/>
      <w:r>
        <w:t>kegiatan</w:t>
      </w:r>
      <w:proofErr w:type="spellEnd"/>
      <w:r>
        <w:t xml:space="preserve"> </w:t>
      </w:r>
      <w:proofErr w:type="spellStart"/>
      <w:r>
        <w:t>terdiri</w:t>
      </w:r>
      <w:proofErr w:type="spellEnd"/>
      <w:r>
        <w:t xml:space="preserve"> </w:t>
      </w:r>
      <w:proofErr w:type="spellStart"/>
      <w:r>
        <w:t>dari</w:t>
      </w:r>
      <w:proofErr w:type="spellEnd"/>
      <w:r>
        <w:t>:</w:t>
      </w:r>
    </w:p>
    <w:p w14:paraId="78495DEB" w14:textId="2B4E67F9" w:rsidR="00207B40" w:rsidRDefault="00207B40" w:rsidP="004606EC">
      <w:pPr>
        <w:pStyle w:val="ListParagraph"/>
        <w:numPr>
          <w:ilvl w:val="0"/>
          <w:numId w:val="34"/>
        </w:numPr>
        <w:spacing w:after="0"/>
        <w:jc w:val="both"/>
      </w:pPr>
      <w:proofErr w:type="spellStart"/>
      <w:r>
        <w:t>Persiapan</w:t>
      </w:r>
      <w:proofErr w:type="spellEnd"/>
      <w:r>
        <w:t xml:space="preserve"> </w:t>
      </w:r>
      <w:proofErr w:type="spellStart"/>
      <w:r>
        <w:t>kegiatan</w:t>
      </w:r>
      <w:proofErr w:type="spellEnd"/>
      <w:r>
        <w:t xml:space="preserve">, </w:t>
      </w:r>
      <w:proofErr w:type="spellStart"/>
      <w:r>
        <w:t>meliputi</w:t>
      </w:r>
      <w:proofErr w:type="spellEnd"/>
      <w:r>
        <w:t xml:space="preserve"> </w:t>
      </w:r>
      <w:proofErr w:type="spellStart"/>
      <w:r>
        <w:t>penyusunan</w:t>
      </w:r>
      <w:proofErr w:type="spellEnd"/>
      <w:r>
        <w:t xml:space="preserve"> </w:t>
      </w:r>
      <w:proofErr w:type="spellStart"/>
      <w:r>
        <w:t>materi</w:t>
      </w:r>
      <w:proofErr w:type="spellEnd"/>
      <w:r>
        <w:t xml:space="preserve">, </w:t>
      </w:r>
      <w:proofErr w:type="spellStart"/>
      <w:r>
        <w:t>pengecekan</w:t>
      </w:r>
      <w:proofErr w:type="spellEnd"/>
      <w:r>
        <w:t xml:space="preserve"> </w:t>
      </w:r>
      <w:proofErr w:type="spellStart"/>
      <w:r>
        <w:t>sistem</w:t>
      </w:r>
      <w:proofErr w:type="spellEnd"/>
      <w:r>
        <w:t xml:space="preserve"> </w:t>
      </w:r>
      <w:proofErr w:type="spellStart"/>
      <w:r>
        <w:t>akses</w:t>
      </w:r>
      <w:proofErr w:type="spellEnd"/>
      <w:r>
        <w:t xml:space="preserve"> </w:t>
      </w:r>
      <w:proofErr w:type="spellStart"/>
      <w:r>
        <w:t>ruangan</w:t>
      </w:r>
      <w:proofErr w:type="spellEnd"/>
      <w:r>
        <w:t xml:space="preserve"> </w:t>
      </w:r>
      <w:proofErr w:type="spellStart"/>
      <w:r>
        <w:t>berbasis</w:t>
      </w:r>
      <w:proofErr w:type="spellEnd"/>
      <w:r>
        <w:t xml:space="preserve"> RFID, dan </w:t>
      </w:r>
      <w:proofErr w:type="spellStart"/>
      <w:r>
        <w:t>persiapan</w:t>
      </w:r>
      <w:proofErr w:type="spellEnd"/>
      <w:r>
        <w:t xml:space="preserve"> </w:t>
      </w:r>
      <w:proofErr w:type="spellStart"/>
      <w:r>
        <w:t>dokumentasi</w:t>
      </w:r>
      <w:proofErr w:type="spellEnd"/>
      <w:r>
        <w:t>.</w:t>
      </w:r>
    </w:p>
    <w:p w14:paraId="31A5036C" w14:textId="00063A3F" w:rsidR="00207B40" w:rsidRDefault="00207B40" w:rsidP="004606EC">
      <w:pPr>
        <w:pStyle w:val="ListParagraph"/>
        <w:numPr>
          <w:ilvl w:val="0"/>
          <w:numId w:val="34"/>
        </w:numPr>
        <w:spacing w:after="0"/>
        <w:jc w:val="both"/>
      </w:pPr>
      <w:proofErr w:type="spellStart"/>
      <w:r>
        <w:t>Pelaksanaan</w:t>
      </w:r>
      <w:proofErr w:type="spellEnd"/>
      <w:r>
        <w:t xml:space="preserve"> </w:t>
      </w:r>
      <w:proofErr w:type="spellStart"/>
      <w:r>
        <w:t>kegiatan</w:t>
      </w:r>
      <w:proofErr w:type="spellEnd"/>
      <w:r>
        <w:t xml:space="preserve">, </w:t>
      </w:r>
      <w:proofErr w:type="spellStart"/>
      <w:r>
        <w:t>meliputi</w:t>
      </w:r>
      <w:proofErr w:type="spellEnd"/>
      <w:r>
        <w:t xml:space="preserve"> </w:t>
      </w:r>
      <w:proofErr w:type="spellStart"/>
      <w:r>
        <w:t>pembukaan</w:t>
      </w:r>
      <w:proofErr w:type="spellEnd"/>
      <w:r>
        <w:t xml:space="preserve">, </w:t>
      </w:r>
      <w:proofErr w:type="spellStart"/>
      <w:r>
        <w:t>penyampaian</w:t>
      </w:r>
      <w:proofErr w:type="spellEnd"/>
      <w:r>
        <w:t xml:space="preserve"> </w:t>
      </w:r>
      <w:proofErr w:type="spellStart"/>
      <w:r>
        <w:t>materi</w:t>
      </w:r>
      <w:proofErr w:type="spellEnd"/>
      <w:r>
        <w:t xml:space="preserve">, </w:t>
      </w:r>
      <w:proofErr w:type="spellStart"/>
      <w:r>
        <w:t>demonstrasi</w:t>
      </w:r>
      <w:proofErr w:type="spellEnd"/>
      <w:r>
        <w:t xml:space="preserve">, dan </w:t>
      </w:r>
      <w:proofErr w:type="spellStart"/>
      <w:r>
        <w:t>tanya</w:t>
      </w:r>
      <w:proofErr w:type="spellEnd"/>
      <w:r>
        <w:t xml:space="preserve"> </w:t>
      </w:r>
      <w:proofErr w:type="spellStart"/>
      <w:r>
        <w:t>jawab</w:t>
      </w:r>
      <w:proofErr w:type="spellEnd"/>
      <w:r>
        <w:t>.</w:t>
      </w:r>
    </w:p>
    <w:p w14:paraId="2281143D" w14:textId="54199FF7" w:rsidR="00207B40" w:rsidRDefault="00207B40" w:rsidP="004606EC">
      <w:pPr>
        <w:pStyle w:val="ListParagraph"/>
        <w:numPr>
          <w:ilvl w:val="0"/>
          <w:numId w:val="34"/>
        </w:numPr>
        <w:spacing w:after="0"/>
        <w:jc w:val="both"/>
      </w:pPr>
      <w:proofErr w:type="spellStart"/>
      <w:r>
        <w:t>Evaluasi</w:t>
      </w:r>
      <w:proofErr w:type="spellEnd"/>
      <w:r>
        <w:t xml:space="preserve"> </w:t>
      </w:r>
      <w:proofErr w:type="spellStart"/>
      <w:r>
        <w:t>singkat</w:t>
      </w:r>
      <w:proofErr w:type="spellEnd"/>
      <w:r>
        <w:t xml:space="preserve">, </w:t>
      </w:r>
      <w:proofErr w:type="spellStart"/>
      <w:r>
        <w:t>meliputi</w:t>
      </w:r>
      <w:proofErr w:type="spellEnd"/>
      <w:r>
        <w:t xml:space="preserve"> </w:t>
      </w:r>
      <w:proofErr w:type="spellStart"/>
      <w:r>
        <w:t>pencatatan</w:t>
      </w:r>
      <w:proofErr w:type="spellEnd"/>
      <w:r>
        <w:t xml:space="preserve"> </w:t>
      </w:r>
      <w:proofErr w:type="spellStart"/>
      <w:r>
        <w:t>masukan</w:t>
      </w:r>
      <w:proofErr w:type="spellEnd"/>
      <w:r>
        <w:t xml:space="preserve">, </w:t>
      </w:r>
      <w:proofErr w:type="spellStart"/>
      <w:r>
        <w:t>kendala</w:t>
      </w:r>
      <w:proofErr w:type="spellEnd"/>
      <w:r>
        <w:t xml:space="preserve">, dan </w:t>
      </w:r>
      <w:proofErr w:type="spellStart"/>
      <w:r>
        <w:t>tanggapan</w:t>
      </w:r>
      <w:proofErr w:type="spellEnd"/>
      <w:r>
        <w:t xml:space="preserve"> </w:t>
      </w:r>
      <w:proofErr w:type="spellStart"/>
      <w:r>
        <w:t>peserta</w:t>
      </w:r>
      <w:proofErr w:type="spellEnd"/>
      <w:r>
        <w:t>.</w:t>
      </w:r>
    </w:p>
    <w:p w14:paraId="4CF21F02" w14:textId="36B139DA" w:rsidR="00207B40" w:rsidRDefault="00207B40" w:rsidP="004606EC">
      <w:pPr>
        <w:pStyle w:val="ListParagraph"/>
        <w:numPr>
          <w:ilvl w:val="0"/>
          <w:numId w:val="34"/>
        </w:numPr>
        <w:spacing w:after="0"/>
        <w:jc w:val="both"/>
      </w:pPr>
      <w:proofErr w:type="spellStart"/>
      <w:r>
        <w:t>Dokumentasi</w:t>
      </w:r>
      <w:proofErr w:type="spellEnd"/>
      <w:r>
        <w:t xml:space="preserve"> </w:t>
      </w:r>
      <w:proofErr w:type="spellStart"/>
      <w:r>
        <w:t>kegiatan</w:t>
      </w:r>
      <w:proofErr w:type="spellEnd"/>
      <w:r>
        <w:t xml:space="preserve">, </w:t>
      </w:r>
      <w:proofErr w:type="spellStart"/>
      <w:r>
        <w:t>meliputi</w:t>
      </w:r>
      <w:proofErr w:type="spellEnd"/>
      <w:r>
        <w:t xml:space="preserve"> </w:t>
      </w:r>
      <w:proofErr w:type="spellStart"/>
      <w:r>
        <w:t>pengambilan</w:t>
      </w:r>
      <w:proofErr w:type="spellEnd"/>
      <w:r>
        <w:t xml:space="preserve"> </w:t>
      </w:r>
      <w:proofErr w:type="spellStart"/>
      <w:r>
        <w:t>foto</w:t>
      </w:r>
      <w:proofErr w:type="spellEnd"/>
      <w:r>
        <w:t xml:space="preserve"> </w:t>
      </w:r>
      <w:proofErr w:type="spellStart"/>
      <w:r>
        <w:t>kegiatan</w:t>
      </w:r>
      <w:proofErr w:type="spellEnd"/>
      <w:r>
        <w:t xml:space="preserve"> dan </w:t>
      </w:r>
      <w:proofErr w:type="spellStart"/>
      <w:r>
        <w:t>penyusunan</w:t>
      </w:r>
      <w:proofErr w:type="spellEnd"/>
      <w:r>
        <w:t xml:space="preserve"> </w:t>
      </w:r>
      <w:proofErr w:type="spellStart"/>
      <w:r>
        <w:t>lampiran</w:t>
      </w:r>
      <w:proofErr w:type="spellEnd"/>
      <w:r>
        <w:t xml:space="preserve"> </w:t>
      </w:r>
      <w:proofErr w:type="spellStart"/>
      <w:r>
        <w:t>laporan</w:t>
      </w:r>
      <w:proofErr w:type="spellEnd"/>
      <w:r>
        <w:t>.</w:t>
      </w:r>
    </w:p>
    <w:tbl>
      <w:tblPr>
        <w:tblW w:w="898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20"/>
        <w:gridCol w:w="1984"/>
        <w:gridCol w:w="2867"/>
        <w:gridCol w:w="3410"/>
      </w:tblGrid>
      <w:tr w:rsidR="00207B40" w14:paraId="281BD5A1" w14:textId="77777777" w:rsidTr="004D24DB">
        <w:trPr>
          <w:jc w:val="center"/>
        </w:trPr>
        <w:tc>
          <w:tcPr>
            <w:tcW w:w="720" w:type="dxa"/>
          </w:tcPr>
          <w:p w14:paraId="7F9C6810" w14:textId="77777777" w:rsidR="00207B40" w:rsidRDefault="00207B40" w:rsidP="000A5049">
            <w:pPr>
              <w:jc w:val="center"/>
            </w:pPr>
            <w:r>
              <w:t>No</w:t>
            </w:r>
          </w:p>
        </w:tc>
        <w:tc>
          <w:tcPr>
            <w:tcW w:w="1984" w:type="dxa"/>
          </w:tcPr>
          <w:p w14:paraId="2E5133F0" w14:textId="77777777" w:rsidR="00207B40" w:rsidRDefault="00207B40" w:rsidP="000A5049">
            <w:pPr>
              <w:jc w:val="center"/>
            </w:pPr>
            <w:r>
              <w:t>Waktu/</w:t>
            </w:r>
            <w:proofErr w:type="spellStart"/>
            <w:r>
              <w:t>Tanggal</w:t>
            </w:r>
            <w:proofErr w:type="spellEnd"/>
          </w:p>
        </w:tc>
        <w:tc>
          <w:tcPr>
            <w:tcW w:w="2867" w:type="dxa"/>
          </w:tcPr>
          <w:p w14:paraId="7C42370E" w14:textId="77777777" w:rsidR="00207B40" w:rsidRDefault="00207B40" w:rsidP="000A5049">
            <w:pPr>
              <w:jc w:val="center"/>
            </w:pPr>
            <w:proofErr w:type="spellStart"/>
            <w:r>
              <w:t>Kegiatan</w:t>
            </w:r>
            <w:proofErr w:type="spellEnd"/>
          </w:p>
        </w:tc>
        <w:tc>
          <w:tcPr>
            <w:tcW w:w="3410" w:type="dxa"/>
          </w:tcPr>
          <w:p w14:paraId="13470F1F" w14:textId="77777777" w:rsidR="00207B40" w:rsidRDefault="00207B40" w:rsidP="000A5049">
            <w:pPr>
              <w:jc w:val="center"/>
            </w:pPr>
            <w:proofErr w:type="spellStart"/>
            <w:r>
              <w:t>Keterangan</w:t>
            </w:r>
            <w:proofErr w:type="spellEnd"/>
          </w:p>
        </w:tc>
      </w:tr>
      <w:tr w:rsidR="00207B40" w14:paraId="34E6DEA1" w14:textId="77777777" w:rsidTr="004D24DB">
        <w:trPr>
          <w:jc w:val="center"/>
        </w:trPr>
        <w:tc>
          <w:tcPr>
            <w:tcW w:w="720" w:type="dxa"/>
          </w:tcPr>
          <w:p w14:paraId="4EDF5243" w14:textId="77777777" w:rsidR="00207B40" w:rsidRDefault="00207B40" w:rsidP="000A5049">
            <w:pPr>
              <w:jc w:val="center"/>
            </w:pPr>
            <w:r>
              <w:t>1</w:t>
            </w:r>
          </w:p>
        </w:tc>
        <w:tc>
          <w:tcPr>
            <w:tcW w:w="1984" w:type="dxa"/>
          </w:tcPr>
          <w:p w14:paraId="6863A6D5" w14:textId="6D37A54F" w:rsidR="00207B40" w:rsidRDefault="00151A98" w:rsidP="000A5049">
            <w:pPr>
              <w:jc w:val="center"/>
            </w:pPr>
            <w:r>
              <w:t xml:space="preserve">27 Juli 2026 </w:t>
            </w:r>
            <w:r w:rsidR="00207B40">
              <w:t>(08.00-08.30)</w:t>
            </w:r>
          </w:p>
        </w:tc>
        <w:tc>
          <w:tcPr>
            <w:tcW w:w="2867" w:type="dxa"/>
          </w:tcPr>
          <w:p w14:paraId="5204390E" w14:textId="77777777" w:rsidR="00207B40" w:rsidRDefault="00207B40" w:rsidP="000A5049">
            <w:pPr>
              <w:jc w:val="center"/>
            </w:pPr>
            <w:proofErr w:type="spellStart"/>
            <w:r>
              <w:t>Pembukaan</w:t>
            </w:r>
            <w:proofErr w:type="spellEnd"/>
            <w:r>
              <w:t xml:space="preserve"> dan </w:t>
            </w:r>
            <w:proofErr w:type="spellStart"/>
            <w:r>
              <w:t>pengantar</w:t>
            </w:r>
            <w:proofErr w:type="spellEnd"/>
            <w:r>
              <w:t xml:space="preserve"> </w:t>
            </w:r>
            <w:proofErr w:type="spellStart"/>
            <w:r>
              <w:t>kegiatan</w:t>
            </w:r>
            <w:proofErr w:type="spellEnd"/>
          </w:p>
        </w:tc>
        <w:tc>
          <w:tcPr>
            <w:tcW w:w="3410" w:type="dxa"/>
          </w:tcPr>
          <w:p w14:paraId="070DBBB6" w14:textId="77777777" w:rsidR="00207B40" w:rsidRDefault="00207B40" w:rsidP="000A5049">
            <w:pPr>
              <w:jc w:val="center"/>
            </w:pPr>
            <w:proofErr w:type="spellStart"/>
            <w:r>
              <w:t>Penyambutan</w:t>
            </w:r>
            <w:proofErr w:type="spellEnd"/>
            <w:r>
              <w:t xml:space="preserve"> </w:t>
            </w:r>
            <w:proofErr w:type="spellStart"/>
            <w:r>
              <w:t>peserta</w:t>
            </w:r>
            <w:proofErr w:type="spellEnd"/>
            <w:r>
              <w:t xml:space="preserve">, </w:t>
            </w:r>
            <w:proofErr w:type="spellStart"/>
            <w:r>
              <w:t>pembacaan</w:t>
            </w:r>
            <w:proofErr w:type="spellEnd"/>
            <w:r>
              <w:t xml:space="preserve"> </w:t>
            </w:r>
            <w:proofErr w:type="spellStart"/>
            <w:r>
              <w:t>doa</w:t>
            </w:r>
            <w:proofErr w:type="spellEnd"/>
            <w:r>
              <w:t xml:space="preserve">, dan </w:t>
            </w:r>
            <w:proofErr w:type="spellStart"/>
            <w:r>
              <w:t>pengenalan</w:t>
            </w:r>
            <w:proofErr w:type="spellEnd"/>
            <w:r>
              <w:t xml:space="preserve"> </w:t>
            </w:r>
            <w:proofErr w:type="spellStart"/>
            <w:r>
              <w:t>tujuan</w:t>
            </w:r>
            <w:proofErr w:type="spellEnd"/>
            <w:r>
              <w:t xml:space="preserve"> </w:t>
            </w:r>
            <w:proofErr w:type="spellStart"/>
            <w:r>
              <w:t>kegiatan</w:t>
            </w:r>
            <w:proofErr w:type="spellEnd"/>
          </w:p>
        </w:tc>
      </w:tr>
      <w:tr w:rsidR="00207B40" w14:paraId="7C20272A" w14:textId="77777777" w:rsidTr="004D24DB">
        <w:trPr>
          <w:jc w:val="center"/>
        </w:trPr>
        <w:tc>
          <w:tcPr>
            <w:tcW w:w="720" w:type="dxa"/>
          </w:tcPr>
          <w:p w14:paraId="17F79218" w14:textId="77777777" w:rsidR="00207B40" w:rsidRDefault="00207B40" w:rsidP="000A5049">
            <w:pPr>
              <w:jc w:val="center"/>
            </w:pPr>
            <w:r>
              <w:t>2</w:t>
            </w:r>
          </w:p>
        </w:tc>
        <w:tc>
          <w:tcPr>
            <w:tcW w:w="1984" w:type="dxa"/>
          </w:tcPr>
          <w:p w14:paraId="0FAC60C3" w14:textId="10C319F7" w:rsidR="00207B40" w:rsidRDefault="00151A98" w:rsidP="000A5049">
            <w:pPr>
              <w:jc w:val="center"/>
            </w:pPr>
            <w:r>
              <w:t xml:space="preserve">27 Juli 2026 </w:t>
            </w:r>
            <w:r w:rsidR="00207B40">
              <w:t>(08.30-10.30)</w:t>
            </w:r>
          </w:p>
        </w:tc>
        <w:tc>
          <w:tcPr>
            <w:tcW w:w="2867" w:type="dxa"/>
          </w:tcPr>
          <w:p w14:paraId="6308DB99" w14:textId="77777777" w:rsidR="00207B40" w:rsidRDefault="00207B40" w:rsidP="000A5049">
            <w:pPr>
              <w:jc w:val="center"/>
            </w:pPr>
            <w:proofErr w:type="spellStart"/>
            <w:r>
              <w:t>Penyampaian</w:t>
            </w:r>
            <w:proofErr w:type="spellEnd"/>
            <w:r>
              <w:t xml:space="preserve"> </w:t>
            </w:r>
            <w:proofErr w:type="spellStart"/>
            <w:r>
              <w:t>materi</w:t>
            </w:r>
            <w:proofErr w:type="spellEnd"/>
            <w:r>
              <w:t xml:space="preserve"> </w:t>
            </w:r>
            <w:proofErr w:type="spellStart"/>
            <w:r>
              <w:t>sosialisasi</w:t>
            </w:r>
            <w:proofErr w:type="spellEnd"/>
          </w:p>
        </w:tc>
        <w:tc>
          <w:tcPr>
            <w:tcW w:w="3410" w:type="dxa"/>
          </w:tcPr>
          <w:p w14:paraId="65DD76B7" w14:textId="77777777" w:rsidR="00207B40" w:rsidRDefault="00207B40" w:rsidP="000A5049">
            <w:pPr>
              <w:jc w:val="center"/>
            </w:pPr>
            <w:proofErr w:type="spellStart"/>
            <w:r>
              <w:t>Penjelasan</w:t>
            </w:r>
            <w:proofErr w:type="spellEnd"/>
            <w:r>
              <w:t xml:space="preserve"> </w:t>
            </w:r>
            <w:proofErr w:type="spellStart"/>
            <w:r>
              <w:t>teori</w:t>
            </w:r>
            <w:proofErr w:type="spellEnd"/>
            <w:r>
              <w:t xml:space="preserve"> RFID, Arduino, dan </w:t>
            </w:r>
            <w:proofErr w:type="spellStart"/>
            <w:r>
              <w:t>demonstrasi</w:t>
            </w:r>
            <w:proofErr w:type="spellEnd"/>
            <w:r>
              <w:t xml:space="preserve"> </w:t>
            </w:r>
            <w:proofErr w:type="spellStart"/>
            <w:r>
              <w:t>sistem</w:t>
            </w:r>
            <w:proofErr w:type="spellEnd"/>
            <w:r>
              <w:t xml:space="preserve"> </w:t>
            </w:r>
            <w:proofErr w:type="spellStart"/>
            <w:r>
              <w:t>akses</w:t>
            </w:r>
            <w:proofErr w:type="spellEnd"/>
            <w:r>
              <w:t xml:space="preserve"> </w:t>
            </w:r>
            <w:proofErr w:type="spellStart"/>
            <w:r>
              <w:t>ruangan</w:t>
            </w:r>
            <w:proofErr w:type="spellEnd"/>
          </w:p>
        </w:tc>
      </w:tr>
      <w:tr w:rsidR="00207B40" w14:paraId="10FA2542" w14:textId="77777777" w:rsidTr="004D24DB">
        <w:trPr>
          <w:jc w:val="center"/>
        </w:trPr>
        <w:tc>
          <w:tcPr>
            <w:tcW w:w="720" w:type="dxa"/>
          </w:tcPr>
          <w:p w14:paraId="788B6A8B" w14:textId="77777777" w:rsidR="00207B40" w:rsidRDefault="00207B40" w:rsidP="000A5049">
            <w:pPr>
              <w:jc w:val="center"/>
            </w:pPr>
            <w:r>
              <w:t>3</w:t>
            </w:r>
          </w:p>
        </w:tc>
        <w:tc>
          <w:tcPr>
            <w:tcW w:w="1984" w:type="dxa"/>
          </w:tcPr>
          <w:p w14:paraId="1783531B" w14:textId="37E633EF" w:rsidR="00207B40" w:rsidRDefault="00151A98" w:rsidP="000A5049">
            <w:pPr>
              <w:jc w:val="center"/>
            </w:pPr>
            <w:r>
              <w:t xml:space="preserve">27 Juli 2026 </w:t>
            </w:r>
            <w:r w:rsidR="00207B40">
              <w:t>(10.30-11.30)</w:t>
            </w:r>
          </w:p>
        </w:tc>
        <w:tc>
          <w:tcPr>
            <w:tcW w:w="2867" w:type="dxa"/>
          </w:tcPr>
          <w:p w14:paraId="2417E8FC" w14:textId="77777777" w:rsidR="00207B40" w:rsidRDefault="00207B40" w:rsidP="000A5049">
            <w:pPr>
              <w:jc w:val="center"/>
            </w:pPr>
            <w:r>
              <w:t xml:space="preserve">Tanya </w:t>
            </w:r>
            <w:proofErr w:type="spellStart"/>
            <w:r>
              <w:t>jawab</w:t>
            </w:r>
            <w:proofErr w:type="spellEnd"/>
            <w:r>
              <w:t xml:space="preserve">, </w:t>
            </w:r>
            <w:proofErr w:type="spellStart"/>
            <w:r>
              <w:t>evaluasi</w:t>
            </w:r>
            <w:proofErr w:type="spellEnd"/>
            <w:r>
              <w:t xml:space="preserve">, dan </w:t>
            </w:r>
            <w:proofErr w:type="spellStart"/>
            <w:r>
              <w:t>penutup</w:t>
            </w:r>
            <w:proofErr w:type="spellEnd"/>
          </w:p>
        </w:tc>
        <w:tc>
          <w:tcPr>
            <w:tcW w:w="3410" w:type="dxa"/>
          </w:tcPr>
          <w:p w14:paraId="4451CB89" w14:textId="77777777" w:rsidR="00207B40" w:rsidRDefault="00207B40" w:rsidP="000A5049">
            <w:pPr>
              <w:jc w:val="center"/>
            </w:pPr>
            <w:r>
              <w:t xml:space="preserve">Sesi </w:t>
            </w:r>
            <w:proofErr w:type="spellStart"/>
            <w:r>
              <w:t>diskusi</w:t>
            </w:r>
            <w:proofErr w:type="spellEnd"/>
            <w:r>
              <w:t xml:space="preserve">, </w:t>
            </w:r>
            <w:proofErr w:type="spellStart"/>
            <w:r>
              <w:t>pengisian</w:t>
            </w:r>
            <w:proofErr w:type="spellEnd"/>
            <w:r>
              <w:t xml:space="preserve"> </w:t>
            </w:r>
            <w:proofErr w:type="spellStart"/>
            <w:r>
              <w:t>evaluasi</w:t>
            </w:r>
            <w:proofErr w:type="spellEnd"/>
            <w:r>
              <w:t xml:space="preserve">, dan </w:t>
            </w:r>
            <w:proofErr w:type="spellStart"/>
            <w:r>
              <w:t>penutup</w:t>
            </w:r>
            <w:proofErr w:type="spellEnd"/>
            <w:r>
              <w:t xml:space="preserve"> </w:t>
            </w:r>
            <w:proofErr w:type="spellStart"/>
            <w:r>
              <w:t>kegiatan</w:t>
            </w:r>
            <w:proofErr w:type="spellEnd"/>
          </w:p>
        </w:tc>
      </w:tr>
    </w:tbl>
    <w:p w14:paraId="67740A53" w14:textId="77777777" w:rsidR="00207B40" w:rsidRDefault="00207B40" w:rsidP="00207B40">
      <w:pPr>
        <w:spacing w:after="0"/>
        <w:jc w:val="center"/>
      </w:pPr>
      <w:r>
        <w:rPr>
          <w:b/>
        </w:rPr>
        <w:t xml:space="preserve">Tabel 2. Jadwal </w:t>
      </w:r>
      <w:proofErr w:type="spellStart"/>
      <w:r>
        <w:rPr>
          <w:b/>
        </w:rPr>
        <w:t>Kegiatan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Sosialisasi</w:t>
      </w:r>
      <w:proofErr w:type="spellEnd"/>
    </w:p>
    <w:p w14:paraId="69BCF894" w14:textId="77777777" w:rsidR="00207B40" w:rsidRDefault="00207B40" w:rsidP="004D24DB">
      <w:pPr>
        <w:spacing w:after="0"/>
        <w:jc w:val="center"/>
      </w:pPr>
      <w:proofErr w:type="spellStart"/>
      <w:r>
        <w:rPr>
          <w:i/>
        </w:rPr>
        <w:t>Sumber</w:t>
      </w:r>
      <w:proofErr w:type="spellEnd"/>
      <w:r>
        <w:rPr>
          <w:i/>
        </w:rPr>
        <w:t xml:space="preserve">: Data </w:t>
      </w:r>
      <w:proofErr w:type="spellStart"/>
      <w:r>
        <w:rPr>
          <w:i/>
        </w:rPr>
        <w:t>diolah</w:t>
      </w:r>
      <w:proofErr w:type="spellEnd"/>
      <w:r>
        <w:rPr>
          <w:i/>
        </w:rPr>
        <w:t xml:space="preserve"> oleh </w:t>
      </w:r>
      <w:proofErr w:type="spellStart"/>
      <w:r>
        <w:rPr>
          <w:i/>
        </w:rPr>
        <w:t>penulis</w:t>
      </w:r>
      <w:proofErr w:type="spellEnd"/>
      <w:r>
        <w:rPr>
          <w:i/>
        </w:rPr>
        <w:t>, 2026</w:t>
      </w:r>
    </w:p>
    <w:p w14:paraId="11992B39" w14:textId="77777777" w:rsidR="00207B40" w:rsidRDefault="00207B40" w:rsidP="00207B40">
      <w:r>
        <w:br w:type="page"/>
      </w:r>
    </w:p>
    <w:p w14:paraId="13AAE9A1" w14:textId="29CF483E" w:rsidR="00207B40" w:rsidRDefault="00207B40" w:rsidP="004606EC">
      <w:pPr>
        <w:pStyle w:val="Heading1"/>
        <w:jc w:val="center"/>
      </w:pPr>
      <w:r>
        <w:lastRenderedPageBreak/>
        <w:t>BAB IV</w:t>
      </w:r>
      <w:r w:rsidR="004606EC">
        <w:br/>
      </w:r>
      <w:r>
        <w:t>HASIL DAN DOKUMENTASI KEGIATAN</w:t>
      </w:r>
    </w:p>
    <w:p w14:paraId="1ED1810F" w14:textId="77777777" w:rsidR="00207B40" w:rsidRDefault="00207B40" w:rsidP="00207B40"/>
    <w:p w14:paraId="6650DF6F" w14:textId="77777777" w:rsidR="00207B40" w:rsidRDefault="00207B40" w:rsidP="004606EC">
      <w:pPr>
        <w:pStyle w:val="Heading2"/>
      </w:pPr>
      <w:r>
        <w:t xml:space="preserve">4.1 </w:t>
      </w:r>
      <w:proofErr w:type="spellStart"/>
      <w:r>
        <w:t>Deskripsi</w:t>
      </w:r>
      <w:proofErr w:type="spellEnd"/>
      <w:r>
        <w:t xml:space="preserve"> </w:t>
      </w:r>
      <w:proofErr w:type="spellStart"/>
      <w:r>
        <w:t>Pelaksanaan</w:t>
      </w:r>
      <w:proofErr w:type="spellEnd"/>
      <w:r>
        <w:t xml:space="preserve"> </w:t>
      </w:r>
      <w:proofErr w:type="spellStart"/>
      <w:r>
        <w:t>Sosialisasi</w:t>
      </w:r>
      <w:proofErr w:type="spellEnd"/>
    </w:p>
    <w:p w14:paraId="47988E00" w14:textId="7745C97B" w:rsidR="00207B40" w:rsidRDefault="00207B40" w:rsidP="00207B40">
      <w:pPr>
        <w:spacing w:after="0"/>
        <w:ind w:firstLine="720"/>
        <w:jc w:val="both"/>
      </w:pPr>
      <w:proofErr w:type="spellStart"/>
      <w:r>
        <w:t>Kegiatan</w:t>
      </w:r>
      <w:proofErr w:type="spellEnd"/>
      <w:r>
        <w:t xml:space="preserve"> </w:t>
      </w:r>
      <w:proofErr w:type="spellStart"/>
      <w:r>
        <w:t>sosialisasi</w:t>
      </w:r>
      <w:proofErr w:type="spellEnd"/>
      <w:r>
        <w:t xml:space="preserve"> </w:t>
      </w:r>
      <w:proofErr w:type="spellStart"/>
      <w:r>
        <w:t>diawali</w:t>
      </w:r>
      <w:proofErr w:type="spellEnd"/>
      <w:r>
        <w:t xml:space="preserve"> </w:t>
      </w:r>
      <w:proofErr w:type="spellStart"/>
      <w:r>
        <w:t>dengan</w:t>
      </w:r>
      <w:proofErr w:type="spellEnd"/>
      <w:r>
        <w:t xml:space="preserve"> </w:t>
      </w:r>
      <w:proofErr w:type="spellStart"/>
      <w:r>
        <w:t>pembukaan</w:t>
      </w:r>
      <w:proofErr w:type="spellEnd"/>
      <w:r>
        <w:t xml:space="preserve"> dan </w:t>
      </w:r>
      <w:proofErr w:type="spellStart"/>
      <w:r>
        <w:t>pengenalan</w:t>
      </w:r>
      <w:proofErr w:type="spellEnd"/>
      <w:r>
        <w:t xml:space="preserve"> </w:t>
      </w:r>
      <w:proofErr w:type="spellStart"/>
      <w:r>
        <w:t>tujuan</w:t>
      </w:r>
      <w:proofErr w:type="spellEnd"/>
      <w:r>
        <w:t xml:space="preserve"> </w:t>
      </w:r>
      <w:proofErr w:type="spellStart"/>
      <w:r>
        <w:t>kegiatan</w:t>
      </w:r>
      <w:proofErr w:type="spellEnd"/>
      <w:r>
        <w:t xml:space="preserve"> oleh </w:t>
      </w:r>
      <w:proofErr w:type="spellStart"/>
      <w:r>
        <w:t>penulis</w:t>
      </w:r>
      <w:proofErr w:type="spellEnd"/>
      <w:r>
        <w:t xml:space="preserve">. </w:t>
      </w:r>
      <w:proofErr w:type="spellStart"/>
      <w:r>
        <w:t>Penulis</w:t>
      </w:r>
      <w:proofErr w:type="spellEnd"/>
      <w:r>
        <w:t xml:space="preserve"> </w:t>
      </w:r>
      <w:proofErr w:type="spellStart"/>
      <w:r>
        <w:t>menjelaskan</w:t>
      </w:r>
      <w:proofErr w:type="spellEnd"/>
      <w:r>
        <w:t xml:space="preserve"> </w:t>
      </w:r>
      <w:proofErr w:type="spellStart"/>
      <w:r>
        <w:t>bahwa</w:t>
      </w:r>
      <w:proofErr w:type="spellEnd"/>
      <w:r>
        <w:t xml:space="preserve"> </w:t>
      </w:r>
      <w:proofErr w:type="spellStart"/>
      <w:r>
        <w:t>kegiatan</w:t>
      </w:r>
      <w:proofErr w:type="spellEnd"/>
      <w:r>
        <w:t xml:space="preserve"> </w:t>
      </w:r>
      <w:proofErr w:type="spellStart"/>
      <w:r>
        <w:t>ini</w:t>
      </w:r>
      <w:proofErr w:type="spellEnd"/>
      <w:r>
        <w:t xml:space="preserve"> </w:t>
      </w:r>
      <w:proofErr w:type="spellStart"/>
      <w:r>
        <w:t>merupakan</w:t>
      </w:r>
      <w:proofErr w:type="spellEnd"/>
      <w:r>
        <w:t xml:space="preserve"> </w:t>
      </w:r>
      <w:proofErr w:type="spellStart"/>
      <w:r>
        <w:t>bagian</w:t>
      </w:r>
      <w:proofErr w:type="spellEnd"/>
      <w:r>
        <w:t xml:space="preserve"> </w:t>
      </w:r>
      <w:proofErr w:type="spellStart"/>
      <w:r>
        <w:t>dari</w:t>
      </w:r>
      <w:proofErr w:type="spellEnd"/>
      <w:r>
        <w:t xml:space="preserve"> program KUKERTA Program Studi </w:t>
      </w:r>
      <w:proofErr w:type="spellStart"/>
      <w:r>
        <w:t>Informatika</w:t>
      </w:r>
      <w:proofErr w:type="spellEnd"/>
      <w:r>
        <w:t xml:space="preserve"> yang </w:t>
      </w:r>
      <w:proofErr w:type="spellStart"/>
      <w:r>
        <w:t>bertujuan</w:t>
      </w:r>
      <w:proofErr w:type="spellEnd"/>
      <w:r>
        <w:t xml:space="preserve"> </w:t>
      </w:r>
      <w:proofErr w:type="spellStart"/>
      <w:r>
        <w:t>untuk</w:t>
      </w:r>
      <w:proofErr w:type="spellEnd"/>
      <w:r>
        <w:t xml:space="preserve"> </w:t>
      </w:r>
      <w:proofErr w:type="spellStart"/>
      <w:r>
        <w:t>memberikan</w:t>
      </w:r>
      <w:proofErr w:type="spellEnd"/>
      <w:r>
        <w:t xml:space="preserve"> </w:t>
      </w:r>
      <w:proofErr w:type="spellStart"/>
      <w:r>
        <w:t>pemahaman</w:t>
      </w:r>
      <w:proofErr w:type="spellEnd"/>
      <w:r>
        <w:t xml:space="preserve"> </w:t>
      </w:r>
      <w:proofErr w:type="spellStart"/>
      <w:r>
        <w:t>kepada</w:t>
      </w:r>
      <w:proofErr w:type="spellEnd"/>
      <w:r>
        <w:t xml:space="preserve"> </w:t>
      </w:r>
      <w:r w:rsidR="004606EC">
        <w:t xml:space="preserve">Dinas </w:t>
      </w:r>
      <w:proofErr w:type="spellStart"/>
      <w:r w:rsidR="004606EC">
        <w:t>Komunikasi</w:t>
      </w:r>
      <w:proofErr w:type="spellEnd"/>
      <w:r w:rsidR="004606EC">
        <w:t xml:space="preserve"> dan </w:t>
      </w:r>
      <w:proofErr w:type="spellStart"/>
      <w:r w:rsidR="004606EC">
        <w:t>Informatika</w:t>
      </w:r>
      <w:proofErr w:type="spellEnd"/>
      <w:r w:rsidR="004606EC">
        <w:t xml:space="preserve"> </w:t>
      </w:r>
      <w:proofErr w:type="spellStart"/>
      <w:r w:rsidR="004606EC">
        <w:t>Kabupaten</w:t>
      </w:r>
      <w:proofErr w:type="spellEnd"/>
      <w:r w:rsidR="004606EC">
        <w:t xml:space="preserve"> Tangerang </w:t>
      </w:r>
      <w:proofErr w:type="spellStart"/>
      <w:r>
        <w:t>mengenai</w:t>
      </w:r>
      <w:proofErr w:type="spellEnd"/>
      <w:r>
        <w:t xml:space="preserve"> </w:t>
      </w:r>
      <w:proofErr w:type="spellStart"/>
      <w:r>
        <w:t>penerapan</w:t>
      </w:r>
      <w:proofErr w:type="spellEnd"/>
      <w:r>
        <w:t xml:space="preserve"> </w:t>
      </w:r>
      <w:proofErr w:type="spellStart"/>
      <w:r>
        <w:t>teknologi</w:t>
      </w:r>
      <w:proofErr w:type="spellEnd"/>
      <w:r>
        <w:t xml:space="preserve"> </w:t>
      </w:r>
      <w:proofErr w:type="spellStart"/>
      <w:r>
        <w:t>informasi</w:t>
      </w:r>
      <w:proofErr w:type="spellEnd"/>
      <w:r>
        <w:t xml:space="preserve"> </w:t>
      </w:r>
      <w:proofErr w:type="spellStart"/>
      <w:r>
        <w:t>dalam</w:t>
      </w:r>
      <w:proofErr w:type="spellEnd"/>
      <w:r>
        <w:t xml:space="preserve"> </w:t>
      </w:r>
      <w:proofErr w:type="spellStart"/>
      <w:r>
        <w:t>kehidupan</w:t>
      </w:r>
      <w:proofErr w:type="spellEnd"/>
      <w:r>
        <w:t xml:space="preserve"> </w:t>
      </w:r>
      <w:proofErr w:type="spellStart"/>
      <w:r>
        <w:t>sehari-hari</w:t>
      </w:r>
      <w:proofErr w:type="spellEnd"/>
      <w:r>
        <w:t xml:space="preserve">, </w:t>
      </w:r>
      <w:proofErr w:type="spellStart"/>
      <w:r>
        <w:t>khususnya</w:t>
      </w:r>
      <w:proofErr w:type="spellEnd"/>
      <w:r>
        <w:t xml:space="preserve"> </w:t>
      </w:r>
      <w:proofErr w:type="spellStart"/>
      <w:r>
        <w:t>dalam</w:t>
      </w:r>
      <w:proofErr w:type="spellEnd"/>
      <w:r>
        <w:t xml:space="preserve"> </w:t>
      </w:r>
      <w:proofErr w:type="spellStart"/>
      <w:r>
        <w:t>bidang</w:t>
      </w:r>
      <w:proofErr w:type="spellEnd"/>
      <w:r>
        <w:t xml:space="preserve"> </w:t>
      </w:r>
      <w:proofErr w:type="spellStart"/>
      <w:r>
        <w:t>keamanan</w:t>
      </w:r>
      <w:proofErr w:type="spellEnd"/>
      <w:r>
        <w:t xml:space="preserve"> </w:t>
      </w:r>
      <w:proofErr w:type="spellStart"/>
      <w:r>
        <w:t>ruangan</w:t>
      </w:r>
      <w:proofErr w:type="spellEnd"/>
      <w:r>
        <w:t>.</w:t>
      </w:r>
    </w:p>
    <w:p w14:paraId="428C6653" w14:textId="77777777" w:rsidR="00207B40" w:rsidRDefault="00207B40" w:rsidP="00207B40">
      <w:pPr>
        <w:spacing w:after="0"/>
        <w:ind w:firstLine="720"/>
        <w:jc w:val="both"/>
      </w:pPr>
      <w:proofErr w:type="spellStart"/>
      <w:r>
        <w:t>Setelah</w:t>
      </w:r>
      <w:proofErr w:type="spellEnd"/>
      <w:r>
        <w:t xml:space="preserve"> </w:t>
      </w:r>
      <w:proofErr w:type="spellStart"/>
      <w:r>
        <w:t>itu</w:t>
      </w:r>
      <w:proofErr w:type="spellEnd"/>
      <w:r>
        <w:t xml:space="preserve">, </w:t>
      </w:r>
      <w:proofErr w:type="spellStart"/>
      <w:r>
        <w:t>penulis</w:t>
      </w:r>
      <w:proofErr w:type="spellEnd"/>
      <w:r>
        <w:t xml:space="preserve"> </w:t>
      </w:r>
      <w:proofErr w:type="spellStart"/>
      <w:r>
        <w:t>menyampaikan</w:t>
      </w:r>
      <w:proofErr w:type="spellEnd"/>
      <w:r>
        <w:t xml:space="preserve"> </w:t>
      </w:r>
      <w:proofErr w:type="spellStart"/>
      <w:r>
        <w:t>materi</w:t>
      </w:r>
      <w:proofErr w:type="spellEnd"/>
      <w:r>
        <w:t xml:space="preserve"> </w:t>
      </w:r>
      <w:proofErr w:type="spellStart"/>
      <w:r>
        <w:t>mengenai</w:t>
      </w:r>
      <w:proofErr w:type="spellEnd"/>
      <w:r>
        <w:t xml:space="preserve"> </w:t>
      </w:r>
      <w:proofErr w:type="spellStart"/>
      <w:r>
        <w:t>latar</w:t>
      </w:r>
      <w:proofErr w:type="spellEnd"/>
      <w:r>
        <w:t xml:space="preserve"> </w:t>
      </w:r>
      <w:proofErr w:type="spellStart"/>
      <w:r>
        <w:t>belakang</w:t>
      </w:r>
      <w:proofErr w:type="spellEnd"/>
      <w:r>
        <w:t xml:space="preserve"> </w:t>
      </w:r>
      <w:proofErr w:type="spellStart"/>
      <w:r>
        <w:t>pengembangan</w:t>
      </w:r>
      <w:proofErr w:type="spellEnd"/>
      <w:r>
        <w:t xml:space="preserve"> </w:t>
      </w:r>
      <w:proofErr w:type="spellStart"/>
      <w:r>
        <w:t>sistem</w:t>
      </w:r>
      <w:proofErr w:type="spellEnd"/>
      <w:r>
        <w:t xml:space="preserve"> </w:t>
      </w:r>
      <w:proofErr w:type="spellStart"/>
      <w:r>
        <w:t>akses</w:t>
      </w:r>
      <w:proofErr w:type="spellEnd"/>
      <w:r>
        <w:t xml:space="preserve"> </w:t>
      </w:r>
      <w:proofErr w:type="spellStart"/>
      <w:r>
        <w:t>ruangan</w:t>
      </w:r>
      <w:proofErr w:type="spellEnd"/>
      <w:r>
        <w:t xml:space="preserve"> </w:t>
      </w:r>
      <w:proofErr w:type="spellStart"/>
      <w:r>
        <w:t>berbasis</w:t>
      </w:r>
      <w:proofErr w:type="spellEnd"/>
      <w:r>
        <w:t xml:space="preserve"> RFID, </w:t>
      </w:r>
      <w:proofErr w:type="spellStart"/>
      <w:r>
        <w:t>fitur-fitur</w:t>
      </w:r>
      <w:proofErr w:type="spellEnd"/>
      <w:r>
        <w:t xml:space="preserve"> </w:t>
      </w:r>
      <w:proofErr w:type="spellStart"/>
      <w:r>
        <w:t>utama</w:t>
      </w:r>
      <w:proofErr w:type="spellEnd"/>
      <w:r>
        <w:t xml:space="preserve">, </w:t>
      </w:r>
      <w:proofErr w:type="spellStart"/>
      <w:r>
        <w:t>serta</w:t>
      </w:r>
      <w:proofErr w:type="spellEnd"/>
      <w:r>
        <w:t xml:space="preserve"> </w:t>
      </w:r>
      <w:proofErr w:type="spellStart"/>
      <w:r>
        <w:t>alur</w:t>
      </w:r>
      <w:proofErr w:type="spellEnd"/>
      <w:r>
        <w:t xml:space="preserve"> </w:t>
      </w:r>
      <w:proofErr w:type="spellStart"/>
      <w:r>
        <w:t>penggunaan</w:t>
      </w:r>
      <w:proofErr w:type="spellEnd"/>
      <w:r>
        <w:t xml:space="preserve"> </w:t>
      </w:r>
      <w:proofErr w:type="spellStart"/>
      <w:r>
        <w:t>sistem</w:t>
      </w:r>
      <w:proofErr w:type="spellEnd"/>
      <w:r>
        <w:t xml:space="preserve">. </w:t>
      </w:r>
      <w:proofErr w:type="spellStart"/>
      <w:r>
        <w:t>Penulis</w:t>
      </w:r>
      <w:proofErr w:type="spellEnd"/>
      <w:r>
        <w:t xml:space="preserve"> </w:t>
      </w:r>
      <w:proofErr w:type="spellStart"/>
      <w:r>
        <w:t>menjelaskan</w:t>
      </w:r>
      <w:proofErr w:type="spellEnd"/>
      <w:r>
        <w:t xml:space="preserve"> </w:t>
      </w:r>
      <w:proofErr w:type="spellStart"/>
      <w:r>
        <w:t>bahwa</w:t>
      </w:r>
      <w:proofErr w:type="spellEnd"/>
      <w:r>
        <w:t xml:space="preserve"> </w:t>
      </w:r>
      <w:proofErr w:type="spellStart"/>
      <w:r>
        <w:t>sistem</w:t>
      </w:r>
      <w:proofErr w:type="spellEnd"/>
      <w:r>
        <w:t xml:space="preserve"> </w:t>
      </w:r>
      <w:proofErr w:type="spellStart"/>
      <w:r>
        <w:t>ini</w:t>
      </w:r>
      <w:proofErr w:type="spellEnd"/>
      <w:r>
        <w:t xml:space="preserve"> </w:t>
      </w:r>
      <w:proofErr w:type="spellStart"/>
      <w:r>
        <w:t>terdiri</w:t>
      </w:r>
      <w:proofErr w:type="spellEnd"/>
      <w:r>
        <w:t xml:space="preserve"> </w:t>
      </w:r>
      <w:proofErr w:type="spellStart"/>
      <w:r>
        <w:t>dari</w:t>
      </w:r>
      <w:proofErr w:type="spellEnd"/>
      <w:r>
        <w:t xml:space="preserve"> Arduino Uno </w:t>
      </w:r>
      <w:proofErr w:type="spellStart"/>
      <w:r>
        <w:t>sebagai</w:t>
      </w:r>
      <w:proofErr w:type="spellEnd"/>
      <w:r>
        <w:t xml:space="preserve"> </w:t>
      </w:r>
      <w:proofErr w:type="spellStart"/>
      <w:r>
        <w:t>pengontrol</w:t>
      </w:r>
      <w:proofErr w:type="spellEnd"/>
      <w:r>
        <w:t xml:space="preserve"> </w:t>
      </w:r>
      <w:proofErr w:type="spellStart"/>
      <w:r>
        <w:t>utama</w:t>
      </w:r>
      <w:proofErr w:type="spellEnd"/>
      <w:r>
        <w:t xml:space="preserve">, </w:t>
      </w:r>
      <w:proofErr w:type="spellStart"/>
      <w:r>
        <w:t>modul</w:t>
      </w:r>
      <w:proofErr w:type="spellEnd"/>
      <w:r>
        <w:t xml:space="preserve"> RFID MFRC522 </w:t>
      </w:r>
      <w:proofErr w:type="spellStart"/>
      <w:r>
        <w:t>untuk</w:t>
      </w:r>
      <w:proofErr w:type="spellEnd"/>
      <w:r>
        <w:t xml:space="preserve"> </w:t>
      </w:r>
      <w:proofErr w:type="spellStart"/>
      <w:r>
        <w:t>membaca</w:t>
      </w:r>
      <w:proofErr w:type="spellEnd"/>
      <w:r>
        <w:t xml:space="preserve"> tag, relay module </w:t>
      </w:r>
      <w:proofErr w:type="spellStart"/>
      <w:r>
        <w:t>untuk</w:t>
      </w:r>
      <w:proofErr w:type="spellEnd"/>
      <w:r>
        <w:t xml:space="preserve"> </w:t>
      </w:r>
      <w:proofErr w:type="spellStart"/>
      <w:r>
        <w:t>mengontrol</w:t>
      </w:r>
      <w:proofErr w:type="spellEnd"/>
      <w:r>
        <w:t xml:space="preserve"> solenoid door lock, dan LCD 16x2 </w:t>
      </w:r>
      <w:proofErr w:type="spellStart"/>
      <w:r>
        <w:t>untuk</w:t>
      </w:r>
      <w:proofErr w:type="spellEnd"/>
      <w:r>
        <w:t xml:space="preserve"> </w:t>
      </w:r>
      <w:proofErr w:type="spellStart"/>
      <w:r>
        <w:t>menampilkan</w:t>
      </w:r>
      <w:proofErr w:type="spellEnd"/>
      <w:r>
        <w:t xml:space="preserve"> status </w:t>
      </w:r>
      <w:proofErr w:type="spellStart"/>
      <w:r>
        <w:t>akses</w:t>
      </w:r>
      <w:proofErr w:type="spellEnd"/>
      <w:r>
        <w:t>.</w:t>
      </w:r>
    </w:p>
    <w:p w14:paraId="1F3E4D34" w14:textId="77777777" w:rsidR="00207B40" w:rsidRDefault="00207B40" w:rsidP="00207B40">
      <w:pPr>
        <w:spacing w:after="0"/>
        <w:ind w:firstLine="720"/>
        <w:jc w:val="both"/>
      </w:pPr>
      <w:proofErr w:type="spellStart"/>
      <w:r>
        <w:t>Peserta</w:t>
      </w:r>
      <w:proofErr w:type="spellEnd"/>
      <w:r>
        <w:t xml:space="preserve"> </w:t>
      </w:r>
      <w:proofErr w:type="spellStart"/>
      <w:r>
        <w:t>kemudian</w:t>
      </w:r>
      <w:proofErr w:type="spellEnd"/>
      <w:r>
        <w:t xml:space="preserve"> </w:t>
      </w:r>
      <w:proofErr w:type="spellStart"/>
      <w:r>
        <w:t>diberikan</w:t>
      </w:r>
      <w:proofErr w:type="spellEnd"/>
      <w:r>
        <w:t xml:space="preserve"> </w:t>
      </w:r>
      <w:proofErr w:type="spellStart"/>
      <w:r>
        <w:t>penjelasan</w:t>
      </w:r>
      <w:proofErr w:type="spellEnd"/>
      <w:r>
        <w:t xml:space="preserve"> </w:t>
      </w:r>
      <w:proofErr w:type="spellStart"/>
      <w:r>
        <w:t>mengenai</w:t>
      </w:r>
      <w:proofErr w:type="spellEnd"/>
      <w:r>
        <w:t xml:space="preserve"> </w:t>
      </w:r>
      <w:proofErr w:type="spellStart"/>
      <w:r>
        <w:t>cara</w:t>
      </w:r>
      <w:proofErr w:type="spellEnd"/>
      <w:r>
        <w:t xml:space="preserve"> </w:t>
      </w:r>
      <w:proofErr w:type="spellStart"/>
      <w:r>
        <w:t>mengakses</w:t>
      </w:r>
      <w:proofErr w:type="spellEnd"/>
      <w:r>
        <w:t xml:space="preserve"> dan </w:t>
      </w:r>
      <w:proofErr w:type="spellStart"/>
      <w:r>
        <w:t>menggunakan</w:t>
      </w:r>
      <w:proofErr w:type="spellEnd"/>
      <w:r>
        <w:t xml:space="preserve"> </w:t>
      </w:r>
      <w:proofErr w:type="spellStart"/>
      <w:r>
        <w:t>sistem</w:t>
      </w:r>
      <w:proofErr w:type="spellEnd"/>
      <w:r>
        <w:t xml:space="preserve">. </w:t>
      </w:r>
      <w:proofErr w:type="spellStart"/>
      <w:r>
        <w:t>Demonstrasi</w:t>
      </w:r>
      <w:proofErr w:type="spellEnd"/>
      <w:r>
        <w:t xml:space="preserve"> </w:t>
      </w:r>
      <w:proofErr w:type="spellStart"/>
      <w:r>
        <w:t>dilakukan</w:t>
      </w:r>
      <w:proofErr w:type="spellEnd"/>
      <w:r>
        <w:t xml:space="preserve"> </w:t>
      </w:r>
      <w:proofErr w:type="spellStart"/>
      <w:r>
        <w:t>dengan</w:t>
      </w:r>
      <w:proofErr w:type="spellEnd"/>
      <w:r>
        <w:t xml:space="preserve"> </w:t>
      </w:r>
      <w:proofErr w:type="spellStart"/>
      <w:r>
        <w:t>mendekatkan</w:t>
      </w:r>
      <w:proofErr w:type="spellEnd"/>
      <w:r>
        <w:t xml:space="preserve"> </w:t>
      </w:r>
      <w:proofErr w:type="spellStart"/>
      <w:r>
        <w:t>kartu</w:t>
      </w:r>
      <w:proofErr w:type="spellEnd"/>
      <w:r>
        <w:t xml:space="preserve"> RFID yang </w:t>
      </w:r>
      <w:proofErr w:type="spellStart"/>
      <w:r>
        <w:t>telah</w:t>
      </w:r>
      <w:proofErr w:type="spellEnd"/>
      <w:r>
        <w:t xml:space="preserve"> </w:t>
      </w:r>
      <w:proofErr w:type="spellStart"/>
      <w:r>
        <w:t>terdaftar</w:t>
      </w:r>
      <w:proofErr w:type="spellEnd"/>
      <w:r>
        <w:t xml:space="preserve"> </w:t>
      </w:r>
      <w:proofErr w:type="spellStart"/>
      <w:r>
        <w:t>ke</w:t>
      </w:r>
      <w:proofErr w:type="spellEnd"/>
      <w:r>
        <w:t xml:space="preserve"> reader, </w:t>
      </w:r>
      <w:proofErr w:type="spellStart"/>
      <w:r>
        <w:t>sehingga</w:t>
      </w:r>
      <w:proofErr w:type="spellEnd"/>
      <w:r>
        <w:t xml:space="preserve"> solenoid door lock </w:t>
      </w:r>
      <w:proofErr w:type="spellStart"/>
      <w:r>
        <w:t>terbuka</w:t>
      </w:r>
      <w:proofErr w:type="spellEnd"/>
      <w:r>
        <w:t xml:space="preserve"> dan LCD </w:t>
      </w:r>
      <w:proofErr w:type="spellStart"/>
      <w:r>
        <w:t>menampilkan</w:t>
      </w:r>
      <w:proofErr w:type="spellEnd"/>
      <w:r>
        <w:t xml:space="preserve"> </w:t>
      </w:r>
      <w:proofErr w:type="spellStart"/>
      <w:r>
        <w:t>pesan</w:t>
      </w:r>
      <w:proofErr w:type="spellEnd"/>
      <w:r>
        <w:t xml:space="preserve"> "Akses </w:t>
      </w:r>
      <w:proofErr w:type="spellStart"/>
      <w:r>
        <w:t>Diterima</w:t>
      </w:r>
      <w:proofErr w:type="spellEnd"/>
      <w:r>
        <w:t xml:space="preserve">". </w:t>
      </w:r>
      <w:proofErr w:type="spellStart"/>
      <w:r>
        <w:t>Selanjutnya</w:t>
      </w:r>
      <w:proofErr w:type="spellEnd"/>
      <w:r>
        <w:t xml:space="preserve">, </w:t>
      </w:r>
      <w:proofErr w:type="spellStart"/>
      <w:r>
        <w:t>penulis</w:t>
      </w:r>
      <w:proofErr w:type="spellEnd"/>
      <w:r>
        <w:t xml:space="preserve"> </w:t>
      </w:r>
      <w:proofErr w:type="spellStart"/>
      <w:r>
        <w:t>mendemonstrasikan</w:t>
      </w:r>
      <w:proofErr w:type="spellEnd"/>
      <w:r>
        <w:t xml:space="preserve"> </w:t>
      </w:r>
      <w:proofErr w:type="spellStart"/>
      <w:r>
        <w:t>penggunaan</w:t>
      </w:r>
      <w:proofErr w:type="spellEnd"/>
      <w:r>
        <w:t xml:space="preserve"> </w:t>
      </w:r>
      <w:proofErr w:type="spellStart"/>
      <w:r>
        <w:t>kartu</w:t>
      </w:r>
      <w:proofErr w:type="spellEnd"/>
      <w:r>
        <w:t xml:space="preserve"> yang </w:t>
      </w:r>
      <w:proofErr w:type="spellStart"/>
      <w:r>
        <w:t>tidak</w:t>
      </w:r>
      <w:proofErr w:type="spellEnd"/>
      <w:r>
        <w:t xml:space="preserve"> </w:t>
      </w:r>
      <w:proofErr w:type="spellStart"/>
      <w:r>
        <w:t>terdaftar</w:t>
      </w:r>
      <w:proofErr w:type="spellEnd"/>
      <w:r>
        <w:t xml:space="preserve">, di mana </w:t>
      </w:r>
      <w:proofErr w:type="spellStart"/>
      <w:r>
        <w:t>sistem</w:t>
      </w:r>
      <w:proofErr w:type="spellEnd"/>
      <w:r>
        <w:t xml:space="preserve"> </w:t>
      </w:r>
      <w:proofErr w:type="spellStart"/>
      <w:r>
        <w:t>menolak</w:t>
      </w:r>
      <w:proofErr w:type="spellEnd"/>
      <w:r>
        <w:t xml:space="preserve"> </w:t>
      </w:r>
      <w:proofErr w:type="spellStart"/>
      <w:r>
        <w:t>akses</w:t>
      </w:r>
      <w:proofErr w:type="spellEnd"/>
      <w:r>
        <w:t xml:space="preserve"> dan </w:t>
      </w:r>
      <w:proofErr w:type="spellStart"/>
      <w:r>
        <w:t>menampilkan</w:t>
      </w:r>
      <w:proofErr w:type="spellEnd"/>
      <w:r>
        <w:t xml:space="preserve"> </w:t>
      </w:r>
      <w:proofErr w:type="spellStart"/>
      <w:r>
        <w:t>pesan</w:t>
      </w:r>
      <w:proofErr w:type="spellEnd"/>
      <w:r>
        <w:t xml:space="preserve"> "Akses Ditolak".</w:t>
      </w:r>
    </w:p>
    <w:p w14:paraId="34248F92" w14:textId="77777777" w:rsidR="00207B40" w:rsidRDefault="00207B40" w:rsidP="00207B40">
      <w:pPr>
        <w:spacing w:after="0"/>
        <w:ind w:firstLine="720"/>
        <w:jc w:val="both"/>
      </w:pPr>
      <w:proofErr w:type="spellStart"/>
      <w:r>
        <w:t>Kegiatan</w:t>
      </w:r>
      <w:proofErr w:type="spellEnd"/>
      <w:r>
        <w:t xml:space="preserve"> </w:t>
      </w:r>
      <w:proofErr w:type="spellStart"/>
      <w:r>
        <w:t>dilanjutkan</w:t>
      </w:r>
      <w:proofErr w:type="spellEnd"/>
      <w:r>
        <w:t xml:space="preserve"> </w:t>
      </w:r>
      <w:proofErr w:type="spellStart"/>
      <w:r>
        <w:t>dengan</w:t>
      </w:r>
      <w:proofErr w:type="spellEnd"/>
      <w:r>
        <w:t xml:space="preserve"> </w:t>
      </w:r>
      <w:proofErr w:type="spellStart"/>
      <w:r>
        <w:t>sesi</w:t>
      </w:r>
      <w:proofErr w:type="spellEnd"/>
      <w:r>
        <w:t xml:space="preserve"> </w:t>
      </w:r>
      <w:proofErr w:type="spellStart"/>
      <w:r>
        <w:t>tanya</w:t>
      </w:r>
      <w:proofErr w:type="spellEnd"/>
      <w:r>
        <w:t xml:space="preserve"> </w:t>
      </w:r>
      <w:proofErr w:type="spellStart"/>
      <w:r>
        <w:t>jawab</w:t>
      </w:r>
      <w:proofErr w:type="spellEnd"/>
      <w:r>
        <w:t xml:space="preserve">, di mana </w:t>
      </w:r>
      <w:proofErr w:type="spellStart"/>
      <w:r>
        <w:t>peserta</w:t>
      </w:r>
      <w:proofErr w:type="spellEnd"/>
      <w:r>
        <w:t xml:space="preserve"> </w:t>
      </w:r>
      <w:proofErr w:type="spellStart"/>
      <w:r>
        <w:t>aktif</w:t>
      </w:r>
      <w:proofErr w:type="spellEnd"/>
      <w:r>
        <w:t xml:space="preserve"> </w:t>
      </w:r>
      <w:proofErr w:type="spellStart"/>
      <w:r>
        <w:t>bertanya</w:t>
      </w:r>
      <w:proofErr w:type="spellEnd"/>
      <w:r>
        <w:t xml:space="preserve"> </w:t>
      </w:r>
      <w:proofErr w:type="spellStart"/>
      <w:r>
        <w:t>mengenai</w:t>
      </w:r>
      <w:proofErr w:type="spellEnd"/>
      <w:r>
        <w:t xml:space="preserve"> </w:t>
      </w:r>
      <w:proofErr w:type="spellStart"/>
      <w:r>
        <w:t>harga</w:t>
      </w:r>
      <w:proofErr w:type="spellEnd"/>
      <w:r>
        <w:t xml:space="preserve"> </w:t>
      </w:r>
      <w:proofErr w:type="spellStart"/>
      <w:r>
        <w:t>komponen</w:t>
      </w:r>
      <w:proofErr w:type="spellEnd"/>
      <w:r>
        <w:t xml:space="preserve">, </w:t>
      </w:r>
      <w:proofErr w:type="spellStart"/>
      <w:r>
        <w:t>cara</w:t>
      </w:r>
      <w:proofErr w:type="spellEnd"/>
      <w:r>
        <w:t xml:space="preserve"> </w:t>
      </w:r>
      <w:proofErr w:type="spellStart"/>
      <w:r>
        <w:t>pemrograman</w:t>
      </w:r>
      <w:proofErr w:type="spellEnd"/>
      <w:r>
        <w:t xml:space="preserve"> Arduino, </w:t>
      </w:r>
      <w:proofErr w:type="spellStart"/>
      <w:r>
        <w:t>kemungkinan</w:t>
      </w:r>
      <w:proofErr w:type="spellEnd"/>
      <w:r>
        <w:t xml:space="preserve"> </w:t>
      </w:r>
      <w:proofErr w:type="spellStart"/>
      <w:r>
        <w:t>pengembangan</w:t>
      </w:r>
      <w:proofErr w:type="spellEnd"/>
      <w:r>
        <w:t xml:space="preserve"> </w:t>
      </w:r>
      <w:proofErr w:type="spellStart"/>
      <w:r>
        <w:t>sistem</w:t>
      </w:r>
      <w:proofErr w:type="spellEnd"/>
      <w:r>
        <w:t xml:space="preserve"> </w:t>
      </w:r>
      <w:proofErr w:type="spellStart"/>
      <w:r>
        <w:t>dengan</w:t>
      </w:r>
      <w:proofErr w:type="spellEnd"/>
      <w:r>
        <w:t xml:space="preserve"> </w:t>
      </w:r>
      <w:proofErr w:type="spellStart"/>
      <w:r>
        <w:t>menambahkan</w:t>
      </w:r>
      <w:proofErr w:type="spellEnd"/>
      <w:r>
        <w:t xml:space="preserve"> </w:t>
      </w:r>
      <w:proofErr w:type="spellStart"/>
      <w:r>
        <w:t>fitur</w:t>
      </w:r>
      <w:proofErr w:type="spellEnd"/>
      <w:r>
        <w:t xml:space="preserve"> fingerprint </w:t>
      </w:r>
      <w:proofErr w:type="spellStart"/>
      <w:r>
        <w:t>atau</w:t>
      </w:r>
      <w:proofErr w:type="spellEnd"/>
      <w:r>
        <w:t xml:space="preserve"> </w:t>
      </w:r>
      <w:proofErr w:type="spellStart"/>
      <w:r>
        <w:t>kamera</w:t>
      </w:r>
      <w:proofErr w:type="spellEnd"/>
      <w:r>
        <w:t xml:space="preserve">, </w:t>
      </w:r>
      <w:proofErr w:type="spellStart"/>
      <w:r>
        <w:t>serta</w:t>
      </w:r>
      <w:proofErr w:type="spellEnd"/>
      <w:r>
        <w:t xml:space="preserve"> </w:t>
      </w:r>
      <w:proofErr w:type="spellStart"/>
      <w:r>
        <w:t>cara</w:t>
      </w:r>
      <w:proofErr w:type="spellEnd"/>
      <w:r>
        <w:t xml:space="preserve"> </w:t>
      </w:r>
      <w:proofErr w:type="spellStart"/>
      <w:r>
        <w:t>merakit</w:t>
      </w:r>
      <w:proofErr w:type="spellEnd"/>
      <w:r>
        <w:t xml:space="preserve"> </w:t>
      </w:r>
      <w:proofErr w:type="spellStart"/>
      <w:r>
        <w:t>sistem</w:t>
      </w:r>
      <w:proofErr w:type="spellEnd"/>
      <w:r>
        <w:t xml:space="preserve"> </w:t>
      </w:r>
      <w:proofErr w:type="spellStart"/>
      <w:r>
        <w:t>untuk</w:t>
      </w:r>
      <w:proofErr w:type="spellEnd"/>
      <w:r>
        <w:t xml:space="preserve"> </w:t>
      </w:r>
      <w:proofErr w:type="spellStart"/>
      <w:r>
        <w:t>kebutuhan</w:t>
      </w:r>
      <w:proofErr w:type="spellEnd"/>
      <w:r>
        <w:t xml:space="preserve"> </w:t>
      </w:r>
      <w:proofErr w:type="spellStart"/>
      <w:r>
        <w:t>rumah</w:t>
      </w:r>
      <w:proofErr w:type="spellEnd"/>
      <w:r>
        <w:t xml:space="preserve"> </w:t>
      </w:r>
      <w:proofErr w:type="spellStart"/>
      <w:r>
        <w:t>atau</w:t>
      </w:r>
      <w:proofErr w:type="spellEnd"/>
      <w:r>
        <w:t xml:space="preserve"> </w:t>
      </w:r>
      <w:proofErr w:type="spellStart"/>
      <w:r>
        <w:t>kantor</w:t>
      </w:r>
      <w:proofErr w:type="spellEnd"/>
      <w:r>
        <w:t xml:space="preserve">. </w:t>
      </w:r>
      <w:proofErr w:type="spellStart"/>
      <w:r>
        <w:t>Penulis</w:t>
      </w:r>
      <w:proofErr w:type="spellEnd"/>
      <w:r>
        <w:t xml:space="preserve"> </w:t>
      </w:r>
      <w:proofErr w:type="spellStart"/>
      <w:r>
        <w:t>menjawab</w:t>
      </w:r>
      <w:proofErr w:type="spellEnd"/>
      <w:r>
        <w:t xml:space="preserve"> </w:t>
      </w:r>
      <w:proofErr w:type="spellStart"/>
      <w:r>
        <w:t>pertanyaan</w:t>
      </w:r>
      <w:proofErr w:type="spellEnd"/>
      <w:r>
        <w:t xml:space="preserve"> </w:t>
      </w:r>
      <w:proofErr w:type="spellStart"/>
      <w:r>
        <w:t>dengan</w:t>
      </w:r>
      <w:proofErr w:type="spellEnd"/>
      <w:r>
        <w:t xml:space="preserve"> detail dan </w:t>
      </w:r>
      <w:proofErr w:type="spellStart"/>
      <w:r>
        <w:t>memberikan</w:t>
      </w:r>
      <w:proofErr w:type="spellEnd"/>
      <w:r>
        <w:t xml:space="preserve"> </w:t>
      </w:r>
      <w:proofErr w:type="spellStart"/>
      <w:r>
        <w:t>referensi</w:t>
      </w:r>
      <w:proofErr w:type="spellEnd"/>
      <w:r>
        <w:t xml:space="preserve"> </w:t>
      </w:r>
      <w:proofErr w:type="spellStart"/>
      <w:r>
        <w:t>sumber</w:t>
      </w:r>
      <w:proofErr w:type="spellEnd"/>
      <w:r>
        <w:t xml:space="preserve"> </w:t>
      </w:r>
      <w:proofErr w:type="spellStart"/>
      <w:r>
        <w:t>belajar</w:t>
      </w:r>
      <w:proofErr w:type="spellEnd"/>
      <w:r>
        <w:t xml:space="preserve"> </w:t>
      </w:r>
      <w:proofErr w:type="spellStart"/>
      <w:r>
        <w:t>tambahan</w:t>
      </w:r>
      <w:proofErr w:type="spellEnd"/>
      <w:r>
        <w:t>.</w:t>
      </w:r>
    </w:p>
    <w:p w14:paraId="79A4990B" w14:textId="77777777" w:rsidR="00207B40" w:rsidRDefault="00207B40" w:rsidP="00207B40">
      <w:pPr>
        <w:spacing w:after="0"/>
        <w:ind w:firstLine="720"/>
        <w:jc w:val="both"/>
      </w:pPr>
      <w:proofErr w:type="spellStart"/>
      <w:r>
        <w:t>Kegiatan</w:t>
      </w:r>
      <w:proofErr w:type="spellEnd"/>
      <w:r>
        <w:t xml:space="preserve"> </w:t>
      </w:r>
      <w:proofErr w:type="spellStart"/>
      <w:r>
        <w:t>ditutup</w:t>
      </w:r>
      <w:proofErr w:type="spellEnd"/>
      <w:r>
        <w:t xml:space="preserve"> </w:t>
      </w:r>
      <w:proofErr w:type="spellStart"/>
      <w:r>
        <w:t>dengan</w:t>
      </w:r>
      <w:proofErr w:type="spellEnd"/>
      <w:r>
        <w:t xml:space="preserve"> </w:t>
      </w:r>
      <w:proofErr w:type="spellStart"/>
      <w:r>
        <w:t>dokumentasi</w:t>
      </w:r>
      <w:proofErr w:type="spellEnd"/>
      <w:r>
        <w:t xml:space="preserve"> </w:t>
      </w:r>
      <w:proofErr w:type="spellStart"/>
      <w:r>
        <w:t>bersama</w:t>
      </w:r>
      <w:proofErr w:type="spellEnd"/>
      <w:r>
        <w:t xml:space="preserve"> </w:t>
      </w:r>
      <w:proofErr w:type="spellStart"/>
      <w:r>
        <w:t>peserta</w:t>
      </w:r>
      <w:proofErr w:type="spellEnd"/>
      <w:r>
        <w:t xml:space="preserve"> dan </w:t>
      </w:r>
      <w:proofErr w:type="spellStart"/>
      <w:r>
        <w:t>penyerahan</w:t>
      </w:r>
      <w:proofErr w:type="spellEnd"/>
      <w:r>
        <w:t xml:space="preserve"> </w:t>
      </w:r>
      <w:proofErr w:type="spellStart"/>
      <w:r>
        <w:t>sertifikat</w:t>
      </w:r>
      <w:proofErr w:type="spellEnd"/>
      <w:r>
        <w:t xml:space="preserve"> </w:t>
      </w:r>
      <w:proofErr w:type="spellStart"/>
      <w:r>
        <w:t>peserta</w:t>
      </w:r>
      <w:proofErr w:type="spellEnd"/>
      <w:r>
        <w:t xml:space="preserve"> </w:t>
      </w:r>
      <w:proofErr w:type="spellStart"/>
      <w:r>
        <w:t>serta</w:t>
      </w:r>
      <w:proofErr w:type="spellEnd"/>
      <w:r>
        <w:t xml:space="preserve"> </w:t>
      </w:r>
      <w:proofErr w:type="spellStart"/>
      <w:r>
        <w:t>materi</w:t>
      </w:r>
      <w:proofErr w:type="spellEnd"/>
      <w:r>
        <w:t xml:space="preserve"> </w:t>
      </w:r>
      <w:proofErr w:type="spellStart"/>
      <w:r>
        <w:t>presentasi</w:t>
      </w:r>
      <w:proofErr w:type="spellEnd"/>
      <w:r>
        <w:t xml:space="preserve"> </w:t>
      </w:r>
      <w:proofErr w:type="spellStart"/>
      <w:r>
        <w:t>dalam</w:t>
      </w:r>
      <w:proofErr w:type="spellEnd"/>
      <w:r>
        <w:t xml:space="preserve"> </w:t>
      </w:r>
      <w:proofErr w:type="spellStart"/>
      <w:r>
        <w:t>bentuk</w:t>
      </w:r>
      <w:proofErr w:type="spellEnd"/>
      <w:r>
        <w:t xml:space="preserve"> softcopy.</w:t>
      </w:r>
    </w:p>
    <w:p w14:paraId="37745BF5" w14:textId="77777777" w:rsidR="004D24DB" w:rsidRDefault="004D24DB" w:rsidP="00207B40">
      <w:pPr>
        <w:spacing w:after="0"/>
        <w:ind w:firstLine="720"/>
        <w:jc w:val="both"/>
      </w:pPr>
    </w:p>
    <w:p w14:paraId="3A90465D" w14:textId="77777777" w:rsidR="00207B40" w:rsidRDefault="00207B40" w:rsidP="004606EC">
      <w:pPr>
        <w:pStyle w:val="Heading2"/>
      </w:pPr>
      <w:r>
        <w:t xml:space="preserve">4.2 Hasil </w:t>
      </w:r>
      <w:proofErr w:type="spellStart"/>
      <w:r>
        <w:t>Kegiatan</w:t>
      </w:r>
      <w:proofErr w:type="spellEnd"/>
    </w:p>
    <w:p w14:paraId="4BE831EE" w14:textId="77777777" w:rsidR="00207B40" w:rsidRDefault="00207B40" w:rsidP="00207B40">
      <w:pPr>
        <w:spacing w:after="0"/>
        <w:ind w:firstLine="720"/>
        <w:jc w:val="both"/>
      </w:pPr>
      <w:r>
        <w:t xml:space="preserve">Hasil yang </w:t>
      </w:r>
      <w:proofErr w:type="spellStart"/>
      <w:r>
        <w:t>diperoleh</w:t>
      </w:r>
      <w:proofErr w:type="spellEnd"/>
      <w:r>
        <w:t xml:space="preserve"> </w:t>
      </w:r>
      <w:proofErr w:type="spellStart"/>
      <w:r>
        <w:t>dari</w:t>
      </w:r>
      <w:proofErr w:type="spellEnd"/>
      <w:r>
        <w:t xml:space="preserve"> </w:t>
      </w:r>
      <w:proofErr w:type="spellStart"/>
      <w:r>
        <w:t>kegiatan</w:t>
      </w:r>
      <w:proofErr w:type="spellEnd"/>
      <w:r>
        <w:t xml:space="preserve"> </w:t>
      </w:r>
      <w:proofErr w:type="spellStart"/>
      <w:r>
        <w:t>sosialisasi</w:t>
      </w:r>
      <w:proofErr w:type="spellEnd"/>
      <w:r>
        <w:t xml:space="preserve"> </w:t>
      </w:r>
      <w:proofErr w:type="spellStart"/>
      <w:r>
        <w:t>adalah</w:t>
      </w:r>
      <w:proofErr w:type="spellEnd"/>
      <w:r>
        <w:t xml:space="preserve"> </w:t>
      </w:r>
      <w:proofErr w:type="spellStart"/>
      <w:r>
        <w:t>sebagai</w:t>
      </w:r>
      <w:proofErr w:type="spellEnd"/>
      <w:r>
        <w:t xml:space="preserve"> </w:t>
      </w:r>
      <w:proofErr w:type="spellStart"/>
      <w:r>
        <w:t>berikut</w:t>
      </w:r>
      <w:proofErr w:type="spellEnd"/>
      <w:r>
        <w:t>:</w:t>
      </w:r>
    </w:p>
    <w:p w14:paraId="2464A709" w14:textId="218CAD44" w:rsidR="00AB5A3F" w:rsidRDefault="00AB5A3F" w:rsidP="00AB5A3F">
      <w:pPr>
        <w:pStyle w:val="ListParagraph"/>
        <w:numPr>
          <w:ilvl w:val="0"/>
          <w:numId w:val="25"/>
        </w:numPr>
        <w:spacing w:after="0"/>
        <w:jc w:val="both"/>
      </w:pPr>
      <w:proofErr w:type="spellStart"/>
      <w:r>
        <w:t>Sistem</w:t>
      </w:r>
      <w:proofErr w:type="spellEnd"/>
      <w:r>
        <w:t xml:space="preserve"> </w:t>
      </w:r>
      <w:proofErr w:type="spellStart"/>
      <w:r>
        <w:t>akses</w:t>
      </w:r>
      <w:proofErr w:type="spellEnd"/>
      <w:r>
        <w:t xml:space="preserve"> </w:t>
      </w:r>
      <w:proofErr w:type="spellStart"/>
      <w:r>
        <w:t>ruangan</w:t>
      </w:r>
      <w:proofErr w:type="spellEnd"/>
      <w:r>
        <w:t xml:space="preserve"> </w:t>
      </w:r>
      <w:proofErr w:type="spellStart"/>
      <w:r>
        <w:t>berbasis</w:t>
      </w:r>
      <w:proofErr w:type="spellEnd"/>
      <w:r>
        <w:t xml:space="preserve"> RFID </w:t>
      </w:r>
      <w:proofErr w:type="spellStart"/>
      <w:r>
        <w:t>dengan</w:t>
      </w:r>
      <w:proofErr w:type="spellEnd"/>
      <w:r>
        <w:t xml:space="preserve"> solenoid door lock </w:t>
      </w:r>
      <w:proofErr w:type="spellStart"/>
      <w:r>
        <w:t>menggunakan</w:t>
      </w:r>
      <w:proofErr w:type="spellEnd"/>
      <w:r>
        <w:t xml:space="preserve"> Arduino Uno </w:t>
      </w:r>
      <w:proofErr w:type="spellStart"/>
      <w:r>
        <w:t>telah</w:t>
      </w:r>
      <w:proofErr w:type="spellEnd"/>
      <w:r>
        <w:t xml:space="preserve"> </w:t>
      </w:r>
      <w:proofErr w:type="spellStart"/>
      <w:r>
        <w:t>berhasil</w:t>
      </w:r>
      <w:proofErr w:type="spellEnd"/>
      <w:r>
        <w:t xml:space="preserve"> </w:t>
      </w:r>
      <w:proofErr w:type="spellStart"/>
      <w:r>
        <w:t>dirancang</w:t>
      </w:r>
      <w:proofErr w:type="spellEnd"/>
      <w:r>
        <w:t xml:space="preserve">, </w:t>
      </w:r>
      <w:proofErr w:type="spellStart"/>
      <w:r>
        <w:t>melewati</w:t>
      </w:r>
      <w:proofErr w:type="spellEnd"/>
      <w:r>
        <w:t xml:space="preserve"> </w:t>
      </w:r>
      <w:proofErr w:type="spellStart"/>
      <w:r>
        <w:t>tahap</w:t>
      </w:r>
      <w:proofErr w:type="spellEnd"/>
      <w:r>
        <w:t xml:space="preserve"> </w:t>
      </w:r>
      <w:proofErr w:type="spellStart"/>
      <w:r>
        <w:t>perbaikan</w:t>
      </w:r>
      <w:proofErr w:type="spellEnd"/>
      <w:r>
        <w:t xml:space="preserve"> dan uji </w:t>
      </w:r>
      <w:proofErr w:type="spellStart"/>
      <w:r>
        <w:t>kelayakan</w:t>
      </w:r>
      <w:proofErr w:type="spellEnd"/>
      <w:r>
        <w:t xml:space="preserve">, </w:t>
      </w:r>
      <w:proofErr w:type="spellStart"/>
      <w:r>
        <w:lastRenderedPageBreak/>
        <w:t>serta</w:t>
      </w:r>
      <w:proofErr w:type="spellEnd"/>
      <w:r>
        <w:t xml:space="preserve"> </w:t>
      </w:r>
      <w:proofErr w:type="spellStart"/>
      <w:r>
        <w:t>sukses</w:t>
      </w:r>
      <w:proofErr w:type="spellEnd"/>
      <w:r>
        <w:t xml:space="preserve"> </w:t>
      </w:r>
      <w:proofErr w:type="spellStart"/>
      <w:r>
        <w:t>disinkronisasikan</w:t>
      </w:r>
      <w:proofErr w:type="spellEnd"/>
      <w:r>
        <w:t xml:space="preserve"> </w:t>
      </w:r>
      <w:proofErr w:type="spellStart"/>
      <w:r>
        <w:t>dengan</w:t>
      </w:r>
      <w:proofErr w:type="spellEnd"/>
      <w:r>
        <w:t xml:space="preserve"> </w:t>
      </w:r>
      <w:proofErr w:type="spellStart"/>
      <w:r>
        <w:t>antarmuka</w:t>
      </w:r>
      <w:proofErr w:type="spellEnd"/>
      <w:r>
        <w:t xml:space="preserve"> </w:t>
      </w:r>
      <w:proofErr w:type="spellStart"/>
      <w:r>
        <w:t>berbasis</w:t>
      </w:r>
      <w:proofErr w:type="spellEnd"/>
      <w:r>
        <w:t xml:space="preserve"> web </w:t>
      </w:r>
      <w:proofErr w:type="spellStart"/>
      <w:r>
        <w:t>untuk</w:t>
      </w:r>
      <w:proofErr w:type="spellEnd"/>
      <w:r>
        <w:t xml:space="preserve"> </w:t>
      </w:r>
      <w:proofErr w:type="spellStart"/>
      <w:r>
        <w:t>kontrol</w:t>
      </w:r>
      <w:proofErr w:type="spellEnd"/>
      <w:r>
        <w:t xml:space="preserve"> </w:t>
      </w:r>
      <w:proofErr w:type="spellStart"/>
      <w:r>
        <w:t>operasional</w:t>
      </w:r>
      <w:proofErr w:type="spellEnd"/>
      <w:r>
        <w:t>.</w:t>
      </w:r>
    </w:p>
    <w:p w14:paraId="05E9EC2D" w14:textId="5DBAB833" w:rsidR="00AB5A3F" w:rsidRDefault="00AB5A3F" w:rsidP="00AB5A3F">
      <w:pPr>
        <w:pStyle w:val="ListParagraph"/>
        <w:numPr>
          <w:ilvl w:val="0"/>
          <w:numId w:val="25"/>
        </w:numPr>
        <w:spacing w:after="0"/>
        <w:jc w:val="both"/>
      </w:pPr>
      <w:proofErr w:type="spellStart"/>
      <w:r>
        <w:t>Peserta</w:t>
      </w:r>
      <w:proofErr w:type="spellEnd"/>
      <w:r>
        <w:t xml:space="preserve"> </w:t>
      </w:r>
      <w:proofErr w:type="spellStart"/>
      <w:r>
        <w:t>sosialisasi</w:t>
      </w:r>
      <w:proofErr w:type="spellEnd"/>
      <w:r>
        <w:t xml:space="preserve"> </w:t>
      </w:r>
      <w:proofErr w:type="spellStart"/>
      <w:r>
        <w:t>berhasil</w:t>
      </w:r>
      <w:proofErr w:type="spellEnd"/>
      <w:r>
        <w:t xml:space="preserve"> </w:t>
      </w:r>
      <w:proofErr w:type="spellStart"/>
      <w:r>
        <w:t>memahami</w:t>
      </w:r>
      <w:proofErr w:type="spellEnd"/>
      <w:r>
        <w:t xml:space="preserve"> </w:t>
      </w:r>
      <w:proofErr w:type="spellStart"/>
      <w:r>
        <w:t>fungsi</w:t>
      </w:r>
      <w:proofErr w:type="spellEnd"/>
      <w:r>
        <w:t xml:space="preserve">, </w:t>
      </w:r>
      <w:proofErr w:type="spellStart"/>
      <w:r>
        <w:t>manfaat</w:t>
      </w:r>
      <w:proofErr w:type="spellEnd"/>
      <w:r>
        <w:t xml:space="preserve">, dan </w:t>
      </w:r>
      <w:proofErr w:type="spellStart"/>
      <w:r>
        <w:t>cara</w:t>
      </w:r>
      <w:proofErr w:type="spellEnd"/>
      <w:r>
        <w:t xml:space="preserve"> </w:t>
      </w:r>
      <w:proofErr w:type="spellStart"/>
      <w:r>
        <w:t>kerja</w:t>
      </w:r>
      <w:proofErr w:type="spellEnd"/>
      <w:r>
        <w:t xml:space="preserve"> </w:t>
      </w:r>
      <w:proofErr w:type="spellStart"/>
      <w:r>
        <w:t>dari</w:t>
      </w:r>
      <w:proofErr w:type="spellEnd"/>
      <w:r>
        <w:t xml:space="preserve"> </w:t>
      </w:r>
      <w:proofErr w:type="spellStart"/>
      <w:r>
        <w:t>sistem</w:t>
      </w:r>
      <w:proofErr w:type="spellEnd"/>
      <w:r>
        <w:t xml:space="preserve"> </w:t>
      </w:r>
      <w:proofErr w:type="spellStart"/>
      <w:r>
        <w:t>keamanan</w:t>
      </w:r>
      <w:proofErr w:type="spellEnd"/>
      <w:r>
        <w:t xml:space="preserve"> </w:t>
      </w:r>
      <w:proofErr w:type="spellStart"/>
      <w:r>
        <w:t>ruangan</w:t>
      </w:r>
      <w:proofErr w:type="spellEnd"/>
      <w:r>
        <w:t xml:space="preserve"> </w:t>
      </w:r>
      <w:proofErr w:type="spellStart"/>
      <w:r>
        <w:t>berbasis</w:t>
      </w:r>
      <w:proofErr w:type="spellEnd"/>
      <w:r>
        <w:t xml:space="preserve"> </w:t>
      </w:r>
      <w:proofErr w:type="spellStart"/>
      <w:r>
        <w:t>mikrokontroler</w:t>
      </w:r>
      <w:proofErr w:type="spellEnd"/>
      <w:r>
        <w:t xml:space="preserve"> </w:t>
      </w:r>
      <w:proofErr w:type="spellStart"/>
      <w:r>
        <w:t>tersebut</w:t>
      </w:r>
      <w:proofErr w:type="spellEnd"/>
      <w:r>
        <w:t>.</w:t>
      </w:r>
    </w:p>
    <w:p w14:paraId="3F75CE7F" w14:textId="34876227" w:rsidR="00AB5A3F" w:rsidRDefault="00AB5A3F" w:rsidP="00AB5A3F">
      <w:pPr>
        <w:pStyle w:val="ListParagraph"/>
        <w:numPr>
          <w:ilvl w:val="0"/>
          <w:numId w:val="25"/>
        </w:numPr>
        <w:spacing w:after="0"/>
        <w:jc w:val="both"/>
      </w:pPr>
      <w:proofErr w:type="spellStart"/>
      <w:r>
        <w:t>Peserta</w:t>
      </w:r>
      <w:proofErr w:type="spellEnd"/>
      <w:r>
        <w:t xml:space="preserve"> </w:t>
      </w:r>
      <w:proofErr w:type="spellStart"/>
      <w:r>
        <w:t>mengetahui</w:t>
      </w:r>
      <w:proofErr w:type="spellEnd"/>
      <w:r>
        <w:t xml:space="preserve"> </w:t>
      </w:r>
      <w:proofErr w:type="spellStart"/>
      <w:r>
        <w:t>alur</w:t>
      </w:r>
      <w:proofErr w:type="spellEnd"/>
      <w:r>
        <w:t xml:space="preserve"> </w:t>
      </w:r>
      <w:proofErr w:type="spellStart"/>
      <w:r>
        <w:t>penggunaan</w:t>
      </w:r>
      <w:proofErr w:type="spellEnd"/>
      <w:r>
        <w:t xml:space="preserve"> </w:t>
      </w:r>
      <w:proofErr w:type="spellStart"/>
      <w:r>
        <w:t>sistem</w:t>
      </w:r>
      <w:proofErr w:type="spellEnd"/>
      <w:r>
        <w:t xml:space="preserve"> </w:t>
      </w:r>
      <w:proofErr w:type="spellStart"/>
      <w:r>
        <w:t>secara</w:t>
      </w:r>
      <w:proofErr w:type="spellEnd"/>
      <w:r>
        <w:t xml:space="preserve"> </w:t>
      </w:r>
      <w:proofErr w:type="spellStart"/>
      <w:r>
        <w:t>komprehensif</w:t>
      </w:r>
      <w:proofErr w:type="spellEnd"/>
      <w:r>
        <w:t xml:space="preserve">, </w:t>
      </w:r>
      <w:proofErr w:type="spellStart"/>
      <w:r>
        <w:t>mulai</w:t>
      </w:r>
      <w:proofErr w:type="spellEnd"/>
      <w:r>
        <w:t xml:space="preserve"> </w:t>
      </w:r>
      <w:proofErr w:type="spellStart"/>
      <w:r>
        <w:t>dari</w:t>
      </w:r>
      <w:proofErr w:type="spellEnd"/>
      <w:r>
        <w:t xml:space="preserve"> </w:t>
      </w:r>
      <w:proofErr w:type="spellStart"/>
      <w:r>
        <w:t>pembacaan</w:t>
      </w:r>
      <w:proofErr w:type="spellEnd"/>
      <w:r>
        <w:t xml:space="preserve"> tag RFID, </w:t>
      </w:r>
      <w:proofErr w:type="spellStart"/>
      <w:r>
        <w:t>pemrosesan</w:t>
      </w:r>
      <w:proofErr w:type="spellEnd"/>
      <w:r>
        <w:t xml:space="preserve"> data oleh Arduino, </w:t>
      </w:r>
      <w:proofErr w:type="spellStart"/>
      <w:r>
        <w:t>hingga</w:t>
      </w:r>
      <w:proofErr w:type="spellEnd"/>
      <w:r>
        <w:t xml:space="preserve"> </w:t>
      </w:r>
      <w:proofErr w:type="spellStart"/>
      <w:r>
        <w:t>respon</w:t>
      </w:r>
      <w:proofErr w:type="spellEnd"/>
      <w:r>
        <w:t xml:space="preserve"> </w:t>
      </w:r>
      <w:proofErr w:type="spellStart"/>
      <w:r>
        <w:t>mekanik</w:t>
      </w:r>
      <w:proofErr w:type="spellEnd"/>
      <w:r>
        <w:t xml:space="preserve"> </w:t>
      </w:r>
      <w:proofErr w:type="spellStart"/>
      <w:r>
        <w:t>berupa</w:t>
      </w:r>
      <w:proofErr w:type="spellEnd"/>
      <w:r>
        <w:t xml:space="preserve"> </w:t>
      </w:r>
      <w:proofErr w:type="spellStart"/>
      <w:r>
        <w:t>pengaktifan</w:t>
      </w:r>
      <w:proofErr w:type="spellEnd"/>
      <w:r>
        <w:t xml:space="preserve"> solenoid door lock.</w:t>
      </w:r>
    </w:p>
    <w:p w14:paraId="316B305A" w14:textId="58ABC8E3" w:rsidR="00AB5A3F" w:rsidRDefault="00AB5A3F" w:rsidP="00AB5A3F">
      <w:pPr>
        <w:pStyle w:val="ListParagraph"/>
        <w:numPr>
          <w:ilvl w:val="0"/>
          <w:numId w:val="25"/>
        </w:numPr>
        <w:spacing w:after="0"/>
        <w:jc w:val="both"/>
      </w:pPr>
      <w:proofErr w:type="spellStart"/>
      <w:r>
        <w:t>Terdapat</w:t>
      </w:r>
      <w:proofErr w:type="spellEnd"/>
      <w:r>
        <w:t xml:space="preserve"> </w:t>
      </w:r>
      <w:proofErr w:type="spellStart"/>
      <w:r>
        <w:t>masukan</w:t>
      </w:r>
      <w:proofErr w:type="spellEnd"/>
      <w:r>
        <w:t xml:space="preserve"> dan </w:t>
      </w:r>
      <w:proofErr w:type="spellStart"/>
      <w:r>
        <w:t>antusiasme</w:t>
      </w:r>
      <w:proofErr w:type="spellEnd"/>
      <w:r>
        <w:t xml:space="preserve"> </w:t>
      </w:r>
      <w:proofErr w:type="spellStart"/>
      <w:r>
        <w:t>dari</w:t>
      </w:r>
      <w:proofErr w:type="spellEnd"/>
      <w:r>
        <w:t xml:space="preserve"> </w:t>
      </w:r>
      <w:proofErr w:type="spellStart"/>
      <w:r>
        <w:t>peserta</w:t>
      </w:r>
      <w:proofErr w:type="spellEnd"/>
      <w:r>
        <w:t xml:space="preserve"> </w:t>
      </w:r>
      <w:proofErr w:type="spellStart"/>
      <w:r>
        <w:t>mengenai</w:t>
      </w:r>
      <w:proofErr w:type="spellEnd"/>
      <w:r>
        <w:t xml:space="preserve"> </w:t>
      </w:r>
      <w:proofErr w:type="spellStart"/>
      <w:r>
        <w:t>pengembangan</w:t>
      </w:r>
      <w:proofErr w:type="spellEnd"/>
      <w:r>
        <w:t xml:space="preserve"> </w:t>
      </w:r>
      <w:proofErr w:type="spellStart"/>
      <w:r>
        <w:t>sistem</w:t>
      </w:r>
      <w:proofErr w:type="spellEnd"/>
      <w:r>
        <w:t xml:space="preserve"> </w:t>
      </w:r>
      <w:proofErr w:type="spellStart"/>
      <w:r>
        <w:t>lebih</w:t>
      </w:r>
      <w:proofErr w:type="spellEnd"/>
      <w:r>
        <w:t xml:space="preserve"> </w:t>
      </w:r>
      <w:proofErr w:type="spellStart"/>
      <w:r>
        <w:t>lanjut</w:t>
      </w:r>
      <w:proofErr w:type="spellEnd"/>
      <w:r>
        <w:t xml:space="preserve">, </w:t>
      </w:r>
      <w:proofErr w:type="spellStart"/>
      <w:r>
        <w:t>seperti</w:t>
      </w:r>
      <w:proofErr w:type="spellEnd"/>
      <w:r>
        <w:t xml:space="preserve"> </w:t>
      </w:r>
      <w:proofErr w:type="spellStart"/>
      <w:r>
        <w:t>penambahan</w:t>
      </w:r>
      <w:proofErr w:type="spellEnd"/>
      <w:r>
        <w:t xml:space="preserve"> </w:t>
      </w:r>
      <w:proofErr w:type="spellStart"/>
      <w:r>
        <w:t>fitur</w:t>
      </w:r>
      <w:proofErr w:type="spellEnd"/>
      <w:r>
        <w:t xml:space="preserve"> logging (</w:t>
      </w:r>
      <w:proofErr w:type="spellStart"/>
      <w:r>
        <w:t>pencatatan</w:t>
      </w:r>
      <w:proofErr w:type="spellEnd"/>
      <w:r>
        <w:t xml:space="preserve"> </w:t>
      </w:r>
      <w:proofErr w:type="spellStart"/>
      <w:r>
        <w:t>riwayat</w:t>
      </w:r>
      <w:proofErr w:type="spellEnd"/>
      <w:r>
        <w:t xml:space="preserve">) data </w:t>
      </w:r>
      <w:proofErr w:type="spellStart"/>
      <w:r>
        <w:t>akses</w:t>
      </w:r>
      <w:proofErr w:type="spellEnd"/>
      <w:r>
        <w:t xml:space="preserve"> pada </w:t>
      </w:r>
      <w:proofErr w:type="spellStart"/>
      <w:r>
        <w:t>sistem</w:t>
      </w:r>
      <w:proofErr w:type="spellEnd"/>
      <w:r>
        <w:t xml:space="preserve"> web dan </w:t>
      </w:r>
      <w:proofErr w:type="spellStart"/>
      <w:r>
        <w:t>integrasi</w:t>
      </w:r>
      <w:proofErr w:type="spellEnd"/>
      <w:r>
        <w:t xml:space="preserve"> </w:t>
      </w:r>
      <w:proofErr w:type="spellStart"/>
      <w:r>
        <w:t>notifikasi</w:t>
      </w:r>
      <w:proofErr w:type="spellEnd"/>
      <w:r>
        <w:t xml:space="preserve"> real-time </w:t>
      </w:r>
      <w:proofErr w:type="spellStart"/>
      <w:r>
        <w:t>ke</w:t>
      </w:r>
      <w:proofErr w:type="spellEnd"/>
      <w:r>
        <w:t xml:space="preserve"> smartphone.</w:t>
      </w:r>
    </w:p>
    <w:p w14:paraId="538B2847" w14:textId="782AC9FA" w:rsidR="00207B40" w:rsidRDefault="00AB5A3F" w:rsidP="00AB5A3F">
      <w:pPr>
        <w:pStyle w:val="ListParagraph"/>
        <w:numPr>
          <w:ilvl w:val="0"/>
          <w:numId w:val="25"/>
        </w:numPr>
        <w:spacing w:after="0"/>
        <w:jc w:val="both"/>
      </w:pPr>
      <w:proofErr w:type="spellStart"/>
      <w:r>
        <w:t>Dokumentasi</w:t>
      </w:r>
      <w:proofErr w:type="spellEnd"/>
      <w:r>
        <w:t xml:space="preserve"> </w:t>
      </w:r>
      <w:proofErr w:type="spellStart"/>
      <w:r>
        <w:t>keseluruhan</w:t>
      </w:r>
      <w:proofErr w:type="spellEnd"/>
      <w:r>
        <w:t xml:space="preserve"> </w:t>
      </w:r>
      <w:proofErr w:type="spellStart"/>
      <w:r>
        <w:t>kegiatan</w:t>
      </w:r>
      <w:proofErr w:type="spellEnd"/>
      <w:r>
        <w:t xml:space="preserve">, yang </w:t>
      </w:r>
      <w:proofErr w:type="spellStart"/>
      <w:r>
        <w:t>meliputi</w:t>
      </w:r>
      <w:proofErr w:type="spellEnd"/>
      <w:r>
        <w:t xml:space="preserve"> </w:t>
      </w:r>
      <w:proofErr w:type="spellStart"/>
      <w:r>
        <w:t>foto</w:t>
      </w:r>
      <w:proofErr w:type="spellEnd"/>
      <w:r>
        <w:t xml:space="preserve">, video </w:t>
      </w:r>
      <w:proofErr w:type="spellStart"/>
      <w:r>
        <w:t>demonstrasi</w:t>
      </w:r>
      <w:proofErr w:type="spellEnd"/>
      <w:r>
        <w:t xml:space="preserve">, </w:t>
      </w:r>
      <w:proofErr w:type="spellStart"/>
      <w:r>
        <w:t>serta</w:t>
      </w:r>
      <w:proofErr w:type="spellEnd"/>
      <w:r>
        <w:t xml:space="preserve"> log </w:t>
      </w:r>
      <w:proofErr w:type="spellStart"/>
      <w:r>
        <w:t>perancangan</w:t>
      </w:r>
      <w:proofErr w:type="spellEnd"/>
      <w:r>
        <w:t xml:space="preserve"> dan </w:t>
      </w:r>
      <w:proofErr w:type="spellStart"/>
      <w:r>
        <w:t>pengujian</w:t>
      </w:r>
      <w:proofErr w:type="spellEnd"/>
      <w:r>
        <w:t xml:space="preserve"> </w:t>
      </w:r>
      <w:proofErr w:type="spellStart"/>
      <w:r>
        <w:t>alat</w:t>
      </w:r>
      <w:proofErr w:type="spellEnd"/>
      <w:r>
        <w:t xml:space="preserve">, </w:t>
      </w:r>
      <w:proofErr w:type="spellStart"/>
      <w:r>
        <w:t>telah</w:t>
      </w:r>
      <w:proofErr w:type="spellEnd"/>
      <w:r>
        <w:t xml:space="preserve"> </w:t>
      </w:r>
      <w:proofErr w:type="spellStart"/>
      <w:r>
        <w:t>tersedia</w:t>
      </w:r>
      <w:proofErr w:type="spellEnd"/>
      <w:r>
        <w:t xml:space="preserve"> </w:t>
      </w:r>
      <w:proofErr w:type="spellStart"/>
      <w:r>
        <w:t>sebagai</w:t>
      </w:r>
      <w:proofErr w:type="spellEnd"/>
      <w:r>
        <w:t xml:space="preserve"> </w:t>
      </w:r>
      <w:proofErr w:type="spellStart"/>
      <w:r>
        <w:t>bukti</w:t>
      </w:r>
      <w:proofErr w:type="spellEnd"/>
      <w:r>
        <w:t xml:space="preserve"> </w:t>
      </w:r>
      <w:proofErr w:type="spellStart"/>
      <w:r>
        <w:t>kelengkapan</w:t>
      </w:r>
      <w:proofErr w:type="spellEnd"/>
      <w:r>
        <w:t xml:space="preserve"> </w:t>
      </w:r>
      <w:proofErr w:type="spellStart"/>
      <w:r>
        <w:t>pelaksanaan</w:t>
      </w:r>
      <w:proofErr w:type="spellEnd"/>
      <w:r>
        <w:t xml:space="preserve"> </w:t>
      </w:r>
      <w:proofErr w:type="spellStart"/>
      <w:r>
        <w:t>kegiatan</w:t>
      </w:r>
      <w:proofErr w:type="spellEnd"/>
      <w:r>
        <w:t>.</w:t>
      </w:r>
    </w:p>
    <w:tbl>
      <w:tblPr>
        <w:tblW w:w="830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01"/>
        <w:gridCol w:w="2646"/>
        <w:gridCol w:w="4761"/>
      </w:tblGrid>
      <w:tr w:rsidR="00207B40" w14:paraId="1510876B" w14:textId="77777777" w:rsidTr="004D24DB">
        <w:trPr>
          <w:jc w:val="center"/>
        </w:trPr>
        <w:tc>
          <w:tcPr>
            <w:tcW w:w="901" w:type="dxa"/>
          </w:tcPr>
          <w:p w14:paraId="1C95173E" w14:textId="77777777" w:rsidR="00207B40" w:rsidRDefault="00207B40" w:rsidP="000A5049">
            <w:pPr>
              <w:jc w:val="center"/>
            </w:pPr>
            <w:r>
              <w:t>No</w:t>
            </w:r>
          </w:p>
        </w:tc>
        <w:tc>
          <w:tcPr>
            <w:tcW w:w="2646" w:type="dxa"/>
          </w:tcPr>
          <w:p w14:paraId="1EA96B22" w14:textId="77777777" w:rsidR="00207B40" w:rsidRDefault="00207B40" w:rsidP="000A5049">
            <w:pPr>
              <w:jc w:val="center"/>
            </w:pPr>
            <w:proofErr w:type="spellStart"/>
            <w:r>
              <w:t>Aspek</w:t>
            </w:r>
            <w:proofErr w:type="spellEnd"/>
          </w:p>
        </w:tc>
        <w:tc>
          <w:tcPr>
            <w:tcW w:w="4761" w:type="dxa"/>
          </w:tcPr>
          <w:p w14:paraId="647FC760" w14:textId="77777777" w:rsidR="00207B40" w:rsidRDefault="00207B40" w:rsidP="000A5049">
            <w:pPr>
              <w:jc w:val="center"/>
            </w:pPr>
            <w:r>
              <w:t>Hasil/</w:t>
            </w:r>
            <w:proofErr w:type="spellStart"/>
            <w:r>
              <w:t>Keterangan</w:t>
            </w:r>
            <w:proofErr w:type="spellEnd"/>
          </w:p>
        </w:tc>
      </w:tr>
      <w:tr w:rsidR="00207B40" w14:paraId="594A5E9F" w14:textId="77777777" w:rsidTr="004D24DB">
        <w:trPr>
          <w:jc w:val="center"/>
        </w:trPr>
        <w:tc>
          <w:tcPr>
            <w:tcW w:w="901" w:type="dxa"/>
          </w:tcPr>
          <w:p w14:paraId="3627C9AC" w14:textId="77777777" w:rsidR="00207B40" w:rsidRDefault="00207B40" w:rsidP="000A5049">
            <w:pPr>
              <w:jc w:val="center"/>
            </w:pPr>
            <w:r>
              <w:t>1</w:t>
            </w:r>
          </w:p>
        </w:tc>
        <w:tc>
          <w:tcPr>
            <w:tcW w:w="2646" w:type="dxa"/>
          </w:tcPr>
          <w:p w14:paraId="2F708EFF" w14:textId="77777777" w:rsidR="00207B40" w:rsidRDefault="00207B40" w:rsidP="000A5049">
            <w:pPr>
              <w:jc w:val="center"/>
            </w:pPr>
            <w:proofErr w:type="spellStart"/>
            <w:r>
              <w:t>Pemahaman</w:t>
            </w:r>
            <w:proofErr w:type="spellEnd"/>
            <w:r>
              <w:t xml:space="preserve"> </w:t>
            </w:r>
            <w:proofErr w:type="spellStart"/>
            <w:r>
              <w:t>peserta</w:t>
            </w:r>
            <w:proofErr w:type="spellEnd"/>
          </w:p>
        </w:tc>
        <w:tc>
          <w:tcPr>
            <w:tcW w:w="4761" w:type="dxa"/>
          </w:tcPr>
          <w:p w14:paraId="0C2A995E" w14:textId="77777777" w:rsidR="00207B40" w:rsidRDefault="00207B40" w:rsidP="000A5049">
            <w:pPr>
              <w:jc w:val="center"/>
            </w:pPr>
            <w:proofErr w:type="spellStart"/>
            <w:r>
              <w:t>Peserta</w:t>
            </w:r>
            <w:proofErr w:type="spellEnd"/>
            <w:r>
              <w:t xml:space="preserve"> </w:t>
            </w:r>
            <w:proofErr w:type="spellStart"/>
            <w:r>
              <w:t>dapat</w:t>
            </w:r>
            <w:proofErr w:type="spellEnd"/>
            <w:r>
              <w:t xml:space="preserve"> </w:t>
            </w:r>
            <w:proofErr w:type="spellStart"/>
            <w:r>
              <w:t>menjelaskan</w:t>
            </w:r>
            <w:proofErr w:type="spellEnd"/>
            <w:r>
              <w:t xml:space="preserve"> </w:t>
            </w:r>
            <w:proofErr w:type="spellStart"/>
            <w:r>
              <w:t>prinsip</w:t>
            </w:r>
            <w:proofErr w:type="spellEnd"/>
            <w:r>
              <w:t xml:space="preserve"> </w:t>
            </w:r>
            <w:proofErr w:type="spellStart"/>
            <w:r>
              <w:t>kerja</w:t>
            </w:r>
            <w:proofErr w:type="spellEnd"/>
            <w:r>
              <w:t xml:space="preserve"> RFID, </w:t>
            </w:r>
            <w:proofErr w:type="spellStart"/>
            <w:r>
              <w:t>fungsi</w:t>
            </w:r>
            <w:proofErr w:type="spellEnd"/>
            <w:r>
              <w:t xml:space="preserve"> Arduino Uno, dan </w:t>
            </w:r>
            <w:proofErr w:type="spellStart"/>
            <w:r>
              <w:t>alur</w:t>
            </w:r>
            <w:proofErr w:type="spellEnd"/>
            <w:r>
              <w:t xml:space="preserve"> </w:t>
            </w:r>
            <w:proofErr w:type="spellStart"/>
            <w:r>
              <w:t>kerja</w:t>
            </w:r>
            <w:proofErr w:type="spellEnd"/>
            <w:r>
              <w:t xml:space="preserve"> </w:t>
            </w:r>
            <w:proofErr w:type="spellStart"/>
            <w:r>
              <w:t>sistem</w:t>
            </w:r>
            <w:proofErr w:type="spellEnd"/>
            <w:r>
              <w:t xml:space="preserve"> </w:t>
            </w:r>
            <w:proofErr w:type="spellStart"/>
            <w:r>
              <w:t>akses</w:t>
            </w:r>
            <w:proofErr w:type="spellEnd"/>
            <w:r>
              <w:t xml:space="preserve"> </w:t>
            </w:r>
            <w:proofErr w:type="spellStart"/>
            <w:r>
              <w:t>ruangan</w:t>
            </w:r>
            <w:proofErr w:type="spellEnd"/>
          </w:p>
        </w:tc>
      </w:tr>
      <w:tr w:rsidR="00207B40" w14:paraId="161DEF53" w14:textId="77777777" w:rsidTr="004D24DB">
        <w:trPr>
          <w:jc w:val="center"/>
        </w:trPr>
        <w:tc>
          <w:tcPr>
            <w:tcW w:w="901" w:type="dxa"/>
          </w:tcPr>
          <w:p w14:paraId="151CF1CD" w14:textId="77777777" w:rsidR="00207B40" w:rsidRDefault="00207B40" w:rsidP="000A5049">
            <w:pPr>
              <w:jc w:val="center"/>
            </w:pPr>
            <w:r>
              <w:t>2</w:t>
            </w:r>
          </w:p>
        </w:tc>
        <w:tc>
          <w:tcPr>
            <w:tcW w:w="2646" w:type="dxa"/>
          </w:tcPr>
          <w:p w14:paraId="1274F880" w14:textId="77777777" w:rsidR="00207B40" w:rsidRDefault="00207B40" w:rsidP="000A5049">
            <w:pPr>
              <w:jc w:val="center"/>
            </w:pPr>
            <w:proofErr w:type="spellStart"/>
            <w:r>
              <w:t>Tanggapan</w:t>
            </w:r>
            <w:proofErr w:type="spellEnd"/>
            <w:r>
              <w:t xml:space="preserve"> </w:t>
            </w:r>
            <w:proofErr w:type="spellStart"/>
            <w:r>
              <w:t>peserta</w:t>
            </w:r>
            <w:proofErr w:type="spellEnd"/>
          </w:p>
        </w:tc>
        <w:tc>
          <w:tcPr>
            <w:tcW w:w="4761" w:type="dxa"/>
          </w:tcPr>
          <w:p w14:paraId="2C6E14BA" w14:textId="77777777" w:rsidR="00207B40" w:rsidRDefault="00207B40" w:rsidP="000A5049">
            <w:pPr>
              <w:jc w:val="center"/>
            </w:pPr>
            <w:proofErr w:type="spellStart"/>
            <w:r>
              <w:t>Peserta</w:t>
            </w:r>
            <w:proofErr w:type="spellEnd"/>
            <w:r>
              <w:t xml:space="preserve"> </w:t>
            </w:r>
            <w:proofErr w:type="spellStart"/>
            <w:r>
              <w:t>memberikan</w:t>
            </w:r>
            <w:proofErr w:type="spellEnd"/>
            <w:r>
              <w:t xml:space="preserve"> </w:t>
            </w:r>
            <w:proofErr w:type="spellStart"/>
            <w:r>
              <w:t>tanggapan</w:t>
            </w:r>
            <w:proofErr w:type="spellEnd"/>
            <w:r>
              <w:t xml:space="preserve"> </w:t>
            </w:r>
            <w:proofErr w:type="spellStart"/>
            <w:r>
              <w:t>positif</w:t>
            </w:r>
            <w:proofErr w:type="spellEnd"/>
            <w:r>
              <w:t xml:space="preserve"> dan </w:t>
            </w:r>
            <w:proofErr w:type="spellStart"/>
            <w:r>
              <w:t>menyarankan</w:t>
            </w:r>
            <w:proofErr w:type="spellEnd"/>
            <w:r>
              <w:t xml:space="preserve"> </w:t>
            </w:r>
            <w:proofErr w:type="spellStart"/>
            <w:r>
              <w:t>penambahan</w:t>
            </w:r>
            <w:proofErr w:type="spellEnd"/>
            <w:r>
              <w:t xml:space="preserve"> </w:t>
            </w:r>
            <w:proofErr w:type="spellStart"/>
            <w:r>
              <w:t>fitur</w:t>
            </w:r>
            <w:proofErr w:type="spellEnd"/>
            <w:r>
              <w:t xml:space="preserve"> logging data dan </w:t>
            </w:r>
            <w:proofErr w:type="spellStart"/>
            <w:r>
              <w:t>notifikasi</w:t>
            </w:r>
            <w:proofErr w:type="spellEnd"/>
          </w:p>
        </w:tc>
      </w:tr>
      <w:tr w:rsidR="00207B40" w14:paraId="1B47470D" w14:textId="77777777" w:rsidTr="004D24DB">
        <w:trPr>
          <w:jc w:val="center"/>
        </w:trPr>
        <w:tc>
          <w:tcPr>
            <w:tcW w:w="901" w:type="dxa"/>
          </w:tcPr>
          <w:p w14:paraId="15730F22" w14:textId="77777777" w:rsidR="00207B40" w:rsidRDefault="00207B40" w:rsidP="000A5049">
            <w:pPr>
              <w:jc w:val="center"/>
            </w:pPr>
            <w:r>
              <w:t>3</w:t>
            </w:r>
          </w:p>
        </w:tc>
        <w:tc>
          <w:tcPr>
            <w:tcW w:w="2646" w:type="dxa"/>
          </w:tcPr>
          <w:p w14:paraId="7A1845DE" w14:textId="77777777" w:rsidR="00207B40" w:rsidRDefault="00207B40" w:rsidP="000A5049">
            <w:pPr>
              <w:jc w:val="center"/>
            </w:pPr>
          </w:p>
        </w:tc>
        <w:tc>
          <w:tcPr>
            <w:tcW w:w="4761" w:type="dxa"/>
          </w:tcPr>
          <w:p w14:paraId="103D5089" w14:textId="77777777" w:rsidR="00207B40" w:rsidRDefault="00207B40" w:rsidP="000A5049">
            <w:pPr>
              <w:jc w:val="center"/>
            </w:pPr>
            <w:r>
              <w:t xml:space="preserve">Foto </w:t>
            </w:r>
            <w:proofErr w:type="spellStart"/>
            <w:r>
              <w:t>kegiatan</w:t>
            </w:r>
            <w:proofErr w:type="spellEnd"/>
            <w:r>
              <w:t xml:space="preserve">, video </w:t>
            </w:r>
            <w:proofErr w:type="spellStart"/>
            <w:r>
              <w:t>demonstrasi</w:t>
            </w:r>
            <w:proofErr w:type="spellEnd"/>
            <w:r>
              <w:t xml:space="preserve">, dan daftar </w:t>
            </w:r>
            <w:proofErr w:type="spellStart"/>
            <w:r>
              <w:t>hadir</w:t>
            </w:r>
            <w:proofErr w:type="spellEnd"/>
            <w:r>
              <w:t xml:space="preserve"> </w:t>
            </w:r>
            <w:proofErr w:type="spellStart"/>
            <w:r>
              <w:t>peserta</w:t>
            </w:r>
            <w:proofErr w:type="spellEnd"/>
          </w:p>
        </w:tc>
      </w:tr>
    </w:tbl>
    <w:p w14:paraId="187D88CE" w14:textId="77777777" w:rsidR="00207B40" w:rsidRDefault="00207B40" w:rsidP="00207B40">
      <w:pPr>
        <w:spacing w:after="0"/>
        <w:jc w:val="center"/>
      </w:pPr>
      <w:r>
        <w:rPr>
          <w:b/>
        </w:rPr>
        <w:t xml:space="preserve">Tabel 3. Hasil </w:t>
      </w:r>
      <w:proofErr w:type="spellStart"/>
      <w:r>
        <w:rPr>
          <w:b/>
        </w:rPr>
        <w:t>Pelaksanaan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Kegiatan</w:t>
      </w:r>
      <w:proofErr w:type="spellEnd"/>
    </w:p>
    <w:p w14:paraId="22F5FA77" w14:textId="77777777" w:rsidR="00207B40" w:rsidRDefault="00207B40" w:rsidP="004D24DB">
      <w:pPr>
        <w:spacing w:after="0"/>
        <w:jc w:val="center"/>
      </w:pPr>
      <w:proofErr w:type="spellStart"/>
      <w:r>
        <w:rPr>
          <w:i/>
        </w:rPr>
        <w:t>Sumber</w:t>
      </w:r>
      <w:proofErr w:type="spellEnd"/>
      <w:r>
        <w:rPr>
          <w:i/>
        </w:rPr>
        <w:t xml:space="preserve">: Data </w:t>
      </w:r>
      <w:proofErr w:type="spellStart"/>
      <w:r>
        <w:rPr>
          <w:i/>
        </w:rPr>
        <w:t>diolah</w:t>
      </w:r>
      <w:proofErr w:type="spellEnd"/>
      <w:r>
        <w:rPr>
          <w:i/>
        </w:rPr>
        <w:t xml:space="preserve"> oleh </w:t>
      </w:r>
      <w:proofErr w:type="spellStart"/>
      <w:r>
        <w:rPr>
          <w:i/>
        </w:rPr>
        <w:t>penulis</w:t>
      </w:r>
      <w:proofErr w:type="spellEnd"/>
      <w:r>
        <w:rPr>
          <w:i/>
        </w:rPr>
        <w:t>, 2026</w:t>
      </w:r>
    </w:p>
    <w:p w14:paraId="43B95A69" w14:textId="77777777" w:rsidR="004D24DB" w:rsidRDefault="004D24DB" w:rsidP="00207B40">
      <w:pPr>
        <w:spacing w:after="0"/>
        <w:jc w:val="center"/>
        <w:rPr>
          <w:b/>
        </w:rPr>
      </w:pPr>
    </w:p>
    <w:p w14:paraId="5196607A" w14:textId="40637CD9" w:rsidR="00207B40" w:rsidRDefault="00207B40" w:rsidP="004606EC">
      <w:pPr>
        <w:pStyle w:val="Heading2"/>
      </w:pPr>
      <w:r>
        <w:t>4.3 Kendala dan Solusi</w:t>
      </w:r>
    </w:p>
    <w:p w14:paraId="10FFF979" w14:textId="77777777" w:rsidR="00207B40" w:rsidRDefault="00207B40" w:rsidP="00207B40">
      <w:pPr>
        <w:spacing w:after="0"/>
        <w:ind w:firstLine="720"/>
        <w:jc w:val="both"/>
      </w:pPr>
      <w:proofErr w:type="spellStart"/>
      <w:r>
        <w:t>Selama</w:t>
      </w:r>
      <w:proofErr w:type="spellEnd"/>
      <w:r>
        <w:t xml:space="preserve"> </w:t>
      </w:r>
      <w:proofErr w:type="spellStart"/>
      <w:r>
        <w:t>pelaksanaan</w:t>
      </w:r>
      <w:proofErr w:type="spellEnd"/>
      <w:r>
        <w:t xml:space="preserve"> </w:t>
      </w:r>
      <w:proofErr w:type="spellStart"/>
      <w:r>
        <w:t>kegiatan</w:t>
      </w:r>
      <w:proofErr w:type="spellEnd"/>
      <w:r>
        <w:t xml:space="preserve"> </w:t>
      </w:r>
      <w:proofErr w:type="spellStart"/>
      <w:r>
        <w:t>sosialisasi</w:t>
      </w:r>
      <w:proofErr w:type="spellEnd"/>
      <w:r>
        <w:t xml:space="preserve">, </w:t>
      </w:r>
      <w:proofErr w:type="spellStart"/>
      <w:r>
        <w:t>terdapat</w:t>
      </w:r>
      <w:proofErr w:type="spellEnd"/>
      <w:r>
        <w:t xml:space="preserve"> </w:t>
      </w:r>
      <w:proofErr w:type="spellStart"/>
      <w:r>
        <w:t>beberapa</w:t>
      </w:r>
      <w:proofErr w:type="spellEnd"/>
      <w:r>
        <w:t xml:space="preserve"> </w:t>
      </w:r>
      <w:proofErr w:type="spellStart"/>
      <w:r>
        <w:t>kendala</w:t>
      </w:r>
      <w:proofErr w:type="spellEnd"/>
      <w:r>
        <w:t xml:space="preserve"> yang </w:t>
      </w:r>
      <w:proofErr w:type="spellStart"/>
      <w:r>
        <w:t>dihadapi</w:t>
      </w:r>
      <w:proofErr w:type="spellEnd"/>
      <w:r>
        <w:t xml:space="preserve">, </w:t>
      </w:r>
      <w:proofErr w:type="spellStart"/>
      <w:r>
        <w:t>antara</w:t>
      </w:r>
      <w:proofErr w:type="spellEnd"/>
      <w:r>
        <w:t xml:space="preserve"> lain:</w:t>
      </w:r>
    </w:p>
    <w:p w14:paraId="5E5B505D" w14:textId="55F3CA55" w:rsidR="00052350" w:rsidRDefault="00052350" w:rsidP="00052350">
      <w:pPr>
        <w:pStyle w:val="ListParagraph"/>
        <w:numPr>
          <w:ilvl w:val="0"/>
          <w:numId w:val="26"/>
        </w:numPr>
        <w:spacing w:after="0"/>
        <w:jc w:val="both"/>
      </w:pPr>
      <w:r>
        <w:t xml:space="preserve">Kendala </w:t>
      </w:r>
      <w:proofErr w:type="spellStart"/>
      <w:r>
        <w:t>teknis</w:t>
      </w:r>
      <w:proofErr w:type="spellEnd"/>
      <w:r>
        <w:t xml:space="preserve"> </w:t>
      </w:r>
      <w:proofErr w:type="spellStart"/>
      <w:r>
        <w:t>berupa</w:t>
      </w:r>
      <w:proofErr w:type="spellEnd"/>
      <w:r>
        <w:t xml:space="preserve"> </w:t>
      </w:r>
      <w:proofErr w:type="spellStart"/>
      <w:r>
        <w:t>gangguan</w:t>
      </w:r>
      <w:proofErr w:type="spellEnd"/>
      <w:r>
        <w:t xml:space="preserve"> </w:t>
      </w:r>
      <w:proofErr w:type="spellStart"/>
      <w:r>
        <w:t>sinyal</w:t>
      </w:r>
      <w:proofErr w:type="spellEnd"/>
      <w:r>
        <w:t xml:space="preserve"> RFID reader </w:t>
      </w:r>
      <w:proofErr w:type="spellStart"/>
      <w:r>
        <w:t>akibat</w:t>
      </w:r>
      <w:proofErr w:type="spellEnd"/>
      <w:r>
        <w:t xml:space="preserve"> </w:t>
      </w:r>
      <w:proofErr w:type="spellStart"/>
      <w:r>
        <w:t>interferensi</w:t>
      </w:r>
      <w:proofErr w:type="spellEnd"/>
      <w:r>
        <w:t xml:space="preserve"> </w:t>
      </w:r>
      <w:proofErr w:type="spellStart"/>
      <w:r>
        <w:t>dari</w:t>
      </w:r>
      <w:proofErr w:type="spellEnd"/>
      <w:r>
        <w:t xml:space="preserve"> </w:t>
      </w:r>
      <w:proofErr w:type="spellStart"/>
      <w:r>
        <w:t>perangkat</w:t>
      </w:r>
      <w:proofErr w:type="spellEnd"/>
      <w:r>
        <w:t xml:space="preserve"> </w:t>
      </w:r>
      <w:proofErr w:type="spellStart"/>
      <w:r>
        <w:t>elektronik</w:t>
      </w:r>
      <w:proofErr w:type="spellEnd"/>
      <w:r>
        <w:t xml:space="preserve"> lain di </w:t>
      </w:r>
      <w:proofErr w:type="spellStart"/>
      <w:r>
        <w:t>sekitar</w:t>
      </w:r>
      <w:proofErr w:type="spellEnd"/>
      <w:r>
        <w:t xml:space="preserve"> </w:t>
      </w:r>
      <w:proofErr w:type="spellStart"/>
      <w:r>
        <w:t>lokasi</w:t>
      </w:r>
      <w:proofErr w:type="spellEnd"/>
      <w:r>
        <w:t xml:space="preserve">. Solusi yang </w:t>
      </w:r>
      <w:proofErr w:type="spellStart"/>
      <w:r>
        <w:t>dilakukan</w:t>
      </w:r>
      <w:proofErr w:type="spellEnd"/>
      <w:r>
        <w:t xml:space="preserve"> </w:t>
      </w:r>
      <w:proofErr w:type="spellStart"/>
      <w:r>
        <w:t>adalah</w:t>
      </w:r>
      <w:proofErr w:type="spellEnd"/>
      <w:r>
        <w:t xml:space="preserve"> </w:t>
      </w:r>
      <w:proofErr w:type="spellStart"/>
      <w:r>
        <w:t>dengan</w:t>
      </w:r>
      <w:proofErr w:type="spellEnd"/>
      <w:r>
        <w:t xml:space="preserve"> </w:t>
      </w:r>
      <w:proofErr w:type="spellStart"/>
      <w:r>
        <w:t>menyesuaikan</w:t>
      </w:r>
      <w:proofErr w:type="spellEnd"/>
      <w:r>
        <w:t xml:space="preserve"> </w:t>
      </w:r>
      <w:proofErr w:type="spellStart"/>
      <w:r>
        <w:t>posisi</w:t>
      </w:r>
      <w:proofErr w:type="spellEnd"/>
      <w:r>
        <w:t xml:space="preserve"> RFID reader dan </w:t>
      </w:r>
      <w:proofErr w:type="spellStart"/>
      <w:r>
        <w:t>menjauhkan</w:t>
      </w:r>
      <w:proofErr w:type="spellEnd"/>
      <w:r>
        <w:t xml:space="preserve"> </w:t>
      </w:r>
      <w:proofErr w:type="spellStart"/>
      <w:r>
        <w:t>dari</w:t>
      </w:r>
      <w:proofErr w:type="spellEnd"/>
      <w:r>
        <w:t xml:space="preserve"> </w:t>
      </w:r>
      <w:proofErr w:type="spellStart"/>
      <w:r>
        <w:t>sumber</w:t>
      </w:r>
      <w:proofErr w:type="spellEnd"/>
      <w:r>
        <w:t xml:space="preserve"> </w:t>
      </w:r>
      <w:proofErr w:type="spellStart"/>
      <w:r>
        <w:t>interferensi</w:t>
      </w:r>
      <w:proofErr w:type="spellEnd"/>
      <w:r>
        <w:t>.</w:t>
      </w:r>
    </w:p>
    <w:p w14:paraId="1FADE752" w14:textId="076E2878" w:rsidR="00052350" w:rsidRDefault="00052350" w:rsidP="00052350">
      <w:pPr>
        <w:pStyle w:val="ListParagraph"/>
        <w:numPr>
          <w:ilvl w:val="0"/>
          <w:numId w:val="26"/>
        </w:numPr>
        <w:spacing w:after="0"/>
        <w:jc w:val="both"/>
      </w:pPr>
      <w:r>
        <w:lastRenderedPageBreak/>
        <w:t xml:space="preserve">Sebagian </w:t>
      </w:r>
      <w:proofErr w:type="spellStart"/>
      <w:r>
        <w:t>peserta</w:t>
      </w:r>
      <w:proofErr w:type="spellEnd"/>
      <w:r>
        <w:t xml:space="preserve"> </w:t>
      </w:r>
      <w:proofErr w:type="spellStart"/>
      <w:r>
        <w:t>belum</w:t>
      </w:r>
      <w:proofErr w:type="spellEnd"/>
      <w:r>
        <w:t xml:space="preserve"> familiar </w:t>
      </w:r>
      <w:proofErr w:type="spellStart"/>
      <w:r>
        <w:t>dengan</w:t>
      </w:r>
      <w:proofErr w:type="spellEnd"/>
      <w:r>
        <w:t xml:space="preserve"> </w:t>
      </w:r>
      <w:proofErr w:type="spellStart"/>
      <w:r>
        <w:t>istilah</w:t>
      </w:r>
      <w:proofErr w:type="spellEnd"/>
      <w:r>
        <w:t xml:space="preserve"> </w:t>
      </w:r>
      <w:proofErr w:type="spellStart"/>
      <w:r>
        <w:t>teknis</w:t>
      </w:r>
      <w:proofErr w:type="spellEnd"/>
      <w:r>
        <w:t xml:space="preserve"> </w:t>
      </w:r>
      <w:proofErr w:type="spellStart"/>
      <w:r>
        <w:t>seperti</w:t>
      </w:r>
      <w:proofErr w:type="spellEnd"/>
      <w:r>
        <w:t xml:space="preserve"> </w:t>
      </w:r>
      <w:proofErr w:type="spellStart"/>
      <w:r>
        <w:t>mikrokontroler</w:t>
      </w:r>
      <w:proofErr w:type="spellEnd"/>
      <w:r>
        <w:t xml:space="preserve">, relay, dan solenoid. Solusi yang </w:t>
      </w:r>
      <w:proofErr w:type="spellStart"/>
      <w:r>
        <w:t>dilakukan</w:t>
      </w:r>
      <w:proofErr w:type="spellEnd"/>
      <w:r>
        <w:t xml:space="preserve"> </w:t>
      </w:r>
      <w:proofErr w:type="spellStart"/>
      <w:r>
        <w:t>adalah</w:t>
      </w:r>
      <w:proofErr w:type="spellEnd"/>
      <w:r>
        <w:t xml:space="preserve"> </w:t>
      </w:r>
      <w:proofErr w:type="spellStart"/>
      <w:r>
        <w:t>dengan</w:t>
      </w:r>
      <w:proofErr w:type="spellEnd"/>
      <w:r>
        <w:t xml:space="preserve"> </w:t>
      </w:r>
      <w:proofErr w:type="spellStart"/>
      <w:r>
        <w:t>menyederhanakan</w:t>
      </w:r>
      <w:proofErr w:type="spellEnd"/>
      <w:r>
        <w:t xml:space="preserve"> </w:t>
      </w:r>
      <w:proofErr w:type="spellStart"/>
      <w:r>
        <w:t>bahasa</w:t>
      </w:r>
      <w:proofErr w:type="spellEnd"/>
      <w:r>
        <w:t xml:space="preserve"> </w:t>
      </w:r>
      <w:proofErr w:type="spellStart"/>
      <w:r>
        <w:t>penjelasan</w:t>
      </w:r>
      <w:proofErr w:type="spellEnd"/>
      <w:r>
        <w:t xml:space="preserve"> dan </w:t>
      </w:r>
      <w:proofErr w:type="spellStart"/>
      <w:r>
        <w:t>menggunakan</w:t>
      </w:r>
      <w:proofErr w:type="spellEnd"/>
      <w:r>
        <w:t xml:space="preserve"> </w:t>
      </w:r>
      <w:proofErr w:type="spellStart"/>
      <w:r>
        <w:t>analogi</w:t>
      </w:r>
      <w:proofErr w:type="spellEnd"/>
      <w:r>
        <w:t xml:space="preserve"> </w:t>
      </w:r>
      <w:proofErr w:type="spellStart"/>
      <w:r>
        <w:t>sederhana</w:t>
      </w:r>
      <w:proofErr w:type="spellEnd"/>
      <w:r>
        <w:t xml:space="preserve">, </w:t>
      </w:r>
      <w:proofErr w:type="spellStart"/>
      <w:r>
        <w:t>misalnya</w:t>
      </w:r>
      <w:proofErr w:type="spellEnd"/>
      <w:r>
        <w:t xml:space="preserve"> </w:t>
      </w:r>
      <w:proofErr w:type="spellStart"/>
      <w:r>
        <w:t>membandingkan</w:t>
      </w:r>
      <w:proofErr w:type="spellEnd"/>
      <w:r>
        <w:t xml:space="preserve"> Arduino </w:t>
      </w:r>
      <w:proofErr w:type="spellStart"/>
      <w:r>
        <w:t>dengan</w:t>
      </w:r>
      <w:proofErr w:type="spellEnd"/>
      <w:r>
        <w:t xml:space="preserve"> "</w:t>
      </w:r>
      <w:proofErr w:type="spellStart"/>
      <w:r>
        <w:t>otak</w:t>
      </w:r>
      <w:proofErr w:type="spellEnd"/>
      <w:r>
        <w:t xml:space="preserve">" dan RFID tag </w:t>
      </w:r>
      <w:proofErr w:type="spellStart"/>
      <w:r>
        <w:t>dengan</w:t>
      </w:r>
      <w:proofErr w:type="spellEnd"/>
      <w:r>
        <w:t xml:space="preserve"> "</w:t>
      </w:r>
      <w:proofErr w:type="spellStart"/>
      <w:r>
        <w:t>kunci</w:t>
      </w:r>
      <w:proofErr w:type="spellEnd"/>
      <w:r>
        <w:t xml:space="preserve"> digital".</w:t>
      </w:r>
    </w:p>
    <w:p w14:paraId="4991138A" w14:textId="5942DF01" w:rsidR="00052350" w:rsidRDefault="00052350" w:rsidP="00052350">
      <w:pPr>
        <w:pStyle w:val="ListParagraph"/>
        <w:numPr>
          <w:ilvl w:val="0"/>
          <w:numId w:val="26"/>
        </w:numPr>
        <w:spacing w:after="0"/>
        <w:jc w:val="both"/>
      </w:pPr>
      <w:proofErr w:type="spellStart"/>
      <w:r>
        <w:t>Keterbatasan</w:t>
      </w:r>
      <w:proofErr w:type="spellEnd"/>
      <w:r>
        <w:t xml:space="preserve"> </w:t>
      </w:r>
      <w:proofErr w:type="spellStart"/>
      <w:r>
        <w:t>waktu</w:t>
      </w:r>
      <w:proofErr w:type="spellEnd"/>
      <w:r>
        <w:t xml:space="preserve"> </w:t>
      </w:r>
      <w:proofErr w:type="spellStart"/>
      <w:r>
        <w:t>saat</w:t>
      </w:r>
      <w:proofErr w:type="spellEnd"/>
      <w:r>
        <w:t xml:space="preserve"> </w:t>
      </w:r>
      <w:proofErr w:type="spellStart"/>
      <w:r>
        <w:t>sosialisasi</w:t>
      </w:r>
      <w:proofErr w:type="spellEnd"/>
      <w:r>
        <w:t xml:space="preserve"> </w:t>
      </w:r>
      <w:proofErr w:type="spellStart"/>
      <w:r>
        <w:t>sehingga</w:t>
      </w:r>
      <w:proofErr w:type="spellEnd"/>
      <w:r>
        <w:t xml:space="preserve"> </w:t>
      </w:r>
      <w:proofErr w:type="spellStart"/>
      <w:r>
        <w:t>sesi</w:t>
      </w:r>
      <w:proofErr w:type="spellEnd"/>
      <w:r>
        <w:t xml:space="preserve"> </w:t>
      </w:r>
      <w:proofErr w:type="spellStart"/>
      <w:r>
        <w:t>praktik</w:t>
      </w:r>
      <w:proofErr w:type="spellEnd"/>
      <w:r>
        <w:t xml:space="preserve"> </w:t>
      </w:r>
      <w:proofErr w:type="spellStart"/>
      <w:r>
        <w:t>tidak</w:t>
      </w:r>
      <w:proofErr w:type="spellEnd"/>
      <w:r>
        <w:t xml:space="preserve"> </w:t>
      </w:r>
      <w:proofErr w:type="spellStart"/>
      <w:r>
        <w:t>dapat</w:t>
      </w:r>
      <w:proofErr w:type="spellEnd"/>
      <w:r>
        <w:t xml:space="preserve"> </w:t>
      </w:r>
      <w:proofErr w:type="spellStart"/>
      <w:r>
        <w:t>dilakukan</w:t>
      </w:r>
      <w:proofErr w:type="spellEnd"/>
      <w:r>
        <w:t xml:space="preserve"> oleh </w:t>
      </w:r>
      <w:proofErr w:type="spellStart"/>
      <w:r>
        <w:t>seluruh</w:t>
      </w:r>
      <w:proofErr w:type="spellEnd"/>
      <w:r>
        <w:t xml:space="preserve"> </w:t>
      </w:r>
      <w:proofErr w:type="spellStart"/>
      <w:r>
        <w:t>peserta</w:t>
      </w:r>
      <w:proofErr w:type="spellEnd"/>
      <w:r>
        <w:t xml:space="preserve"> </w:t>
      </w:r>
      <w:proofErr w:type="spellStart"/>
      <w:r>
        <w:t>secara</w:t>
      </w:r>
      <w:proofErr w:type="spellEnd"/>
      <w:r>
        <w:t xml:space="preserve"> </w:t>
      </w:r>
      <w:proofErr w:type="spellStart"/>
      <w:r>
        <w:t>individu</w:t>
      </w:r>
      <w:proofErr w:type="spellEnd"/>
      <w:r>
        <w:t xml:space="preserve">. Solusi yang </w:t>
      </w:r>
      <w:proofErr w:type="spellStart"/>
      <w:r>
        <w:t>dilakukan</w:t>
      </w:r>
      <w:proofErr w:type="spellEnd"/>
      <w:r>
        <w:t xml:space="preserve"> </w:t>
      </w:r>
      <w:proofErr w:type="spellStart"/>
      <w:r>
        <w:t>adalah</w:t>
      </w:r>
      <w:proofErr w:type="spellEnd"/>
      <w:r>
        <w:t xml:space="preserve"> </w:t>
      </w:r>
      <w:proofErr w:type="spellStart"/>
      <w:r>
        <w:t>dengan</w:t>
      </w:r>
      <w:proofErr w:type="spellEnd"/>
      <w:r>
        <w:t xml:space="preserve"> </w:t>
      </w:r>
      <w:proofErr w:type="spellStart"/>
      <w:r>
        <w:t>mengadakan</w:t>
      </w:r>
      <w:proofErr w:type="spellEnd"/>
      <w:r>
        <w:t xml:space="preserve"> </w:t>
      </w:r>
      <w:proofErr w:type="spellStart"/>
      <w:r>
        <w:t>sesi</w:t>
      </w:r>
      <w:proofErr w:type="spellEnd"/>
      <w:r>
        <w:t xml:space="preserve"> </w:t>
      </w:r>
      <w:proofErr w:type="spellStart"/>
      <w:r>
        <w:t>praktik</w:t>
      </w:r>
      <w:proofErr w:type="spellEnd"/>
      <w:r>
        <w:t xml:space="preserve"> </w:t>
      </w:r>
      <w:proofErr w:type="spellStart"/>
      <w:r>
        <w:t>berkelompok</w:t>
      </w:r>
      <w:proofErr w:type="spellEnd"/>
      <w:r>
        <w:t xml:space="preserve"> dan </w:t>
      </w:r>
      <w:proofErr w:type="spellStart"/>
      <w:r>
        <w:t>menyediakan</w:t>
      </w:r>
      <w:proofErr w:type="spellEnd"/>
      <w:r>
        <w:t xml:space="preserve"> </w:t>
      </w:r>
      <w:proofErr w:type="spellStart"/>
      <w:r>
        <w:t>waktu</w:t>
      </w:r>
      <w:proofErr w:type="spellEnd"/>
      <w:r>
        <w:t xml:space="preserve"> </w:t>
      </w:r>
      <w:proofErr w:type="spellStart"/>
      <w:r>
        <w:t>tambahan</w:t>
      </w:r>
      <w:proofErr w:type="spellEnd"/>
      <w:r>
        <w:t xml:space="preserve"> </w:t>
      </w:r>
      <w:proofErr w:type="spellStart"/>
      <w:r>
        <w:t>setelah</w:t>
      </w:r>
      <w:proofErr w:type="spellEnd"/>
      <w:r>
        <w:t xml:space="preserve"> </w:t>
      </w:r>
      <w:proofErr w:type="spellStart"/>
      <w:r>
        <w:t>kegiatan</w:t>
      </w:r>
      <w:proofErr w:type="spellEnd"/>
      <w:r>
        <w:t xml:space="preserve"> </w:t>
      </w:r>
      <w:proofErr w:type="spellStart"/>
      <w:r>
        <w:t>utama</w:t>
      </w:r>
      <w:proofErr w:type="spellEnd"/>
      <w:r>
        <w:t xml:space="preserve"> </w:t>
      </w:r>
      <w:proofErr w:type="spellStart"/>
      <w:r>
        <w:t>selesai</w:t>
      </w:r>
      <w:proofErr w:type="spellEnd"/>
      <w:r>
        <w:t>.</w:t>
      </w:r>
    </w:p>
    <w:p w14:paraId="7DE87AA4" w14:textId="27A4DAD6" w:rsidR="00052350" w:rsidRDefault="00052350" w:rsidP="00052350">
      <w:pPr>
        <w:pStyle w:val="ListParagraph"/>
        <w:numPr>
          <w:ilvl w:val="0"/>
          <w:numId w:val="26"/>
        </w:numPr>
        <w:spacing w:after="0"/>
        <w:jc w:val="both"/>
      </w:pPr>
      <w:r>
        <w:t xml:space="preserve">Kendala pada </w:t>
      </w:r>
      <w:proofErr w:type="spellStart"/>
      <w:r>
        <w:t>kesesuaian</w:t>
      </w:r>
      <w:proofErr w:type="spellEnd"/>
      <w:r>
        <w:t xml:space="preserve"> </w:t>
      </w:r>
      <w:proofErr w:type="spellStart"/>
      <w:r>
        <w:t>komponen</w:t>
      </w:r>
      <w:proofErr w:type="spellEnd"/>
      <w:r>
        <w:t xml:space="preserve"> </w:t>
      </w:r>
      <w:proofErr w:type="spellStart"/>
      <w:r>
        <w:t>mekanik</w:t>
      </w:r>
      <w:proofErr w:type="spellEnd"/>
      <w:r>
        <w:t xml:space="preserve"> </w:t>
      </w:r>
      <w:proofErr w:type="spellStart"/>
      <w:r>
        <w:t>penggerak</w:t>
      </w:r>
      <w:proofErr w:type="spellEnd"/>
      <w:r>
        <w:t xml:space="preserve"> pada </w:t>
      </w:r>
      <w:proofErr w:type="spellStart"/>
      <w:r>
        <w:t>awal</w:t>
      </w:r>
      <w:proofErr w:type="spellEnd"/>
      <w:r>
        <w:t xml:space="preserve"> </w:t>
      </w:r>
      <w:proofErr w:type="spellStart"/>
      <w:r>
        <w:t>tahap</w:t>
      </w:r>
      <w:proofErr w:type="spellEnd"/>
      <w:r>
        <w:t xml:space="preserve"> </w:t>
      </w:r>
      <w:proofErr w:type="spellStart"/>
      <w:r>
        <w:t>rancang</w:t>
      </w:r>
      <w:proofErr w:type="spellEnd"/>
      <w:r>
        <w:t xml:space="preserve"> </w:t>
      </w:r>
      <w:proofErr w:type="spellStart"/>
      <w:r>
        <w:t>bangun</w:t>
      </w:r>
      <w:proofErr w:type="spellEnd"/>
      <w:r>
        <w:t xml:space="preserve"> </w:t>
      </w:r>
      <w:proofErr w:type="spellStart"/>
      <w:r>
        <w:t>alat</w:t>
      </w:r>
      <w:proofErr w:type="spellEnd"/>
      <w:r>
        <w:t xml:space="preserve">. Solusi yang </w:t>
      </w:r>
      <w:proofErr w:type="spellStart"/>
      <w:r>
        <w:t>dilakukan</w:t>
      </w:r>
      <w:proofErr w:type="spellEnd"/>
      <w:r>
        <w:t xml:space="preserve"> </w:t>
      </w:r>
      <w:proofErr w:type="spellStart"/>
      <w:r>
        <w:t>adalah</w:t>
      </w:r>
      <w:proofErr w:type="spellEnd"/>
      <w:r>
        <w:t xml:space="preserve"> </w:t>
      </w:r>
      <w:proofErr w:type="spellStart"/>
      <w:r>
        <w:t>mengubah</w:t>
      </w:r>
      <w:proofErr w:type="spellEnd"/>
      <w:r>
        <w:t xml:space="preserve"> </w:t>
      </w:r>
      <w:proofErr w:type="spellStart"/>
      <w:r>
        <w:t>rancangan</w:t>
      </w:r>
      <w:proofErr w:type="spellEnd"/>
      <w:r>
        <w:t xml:space="preserve"> </w:t>
      </w:r>
      <w:proofErr w:type="spellStart"/>
      <w:r>
        <w:t>perangkat</w:t>
      </w:r>
      <w:proofErr w:type="spellEnd"/>
      <w:r>
        <w:t xml:space="preserve"> </w:t>
      </w:r>
      <w:proofErr w:type="spellStart"/>
      <w:r>
        <w:t>keras</w:t>
      </w:r>
      <w:proofErr w:type="spellEnd"/>
      <w:r>
        <w:t xml:space="preserve"> </w:t>
      </w:r>
      <w:proofErr w:type="spellStart"/>
      <w:r>
        <w:t>dengan</w:t>
      </w:r>
      <w:proofErr w:type="spellEnd"/>
      <w:r>
        <w:t xml:space="preserve"> </w:t>
      </w:r>
      <w:proofErr w:type="spellStart"/>
      <w:r>
        <w:t>mengganti</w:t>
      </w:r>
      <w:proofErr w:type="spellEnd"/>
      <w:r>
        <w:t xml:space="preserve"> </w:t>
      </w:r>
      <w:proofErr w:type="spellStart"/>
      <w:r>
        <w:t>komponen</w:t>
      </w:r>
      <w:proofErr w:type="spellEnd"/>
      <w:r>
        <w:t xml:space="preserve"> motor servo </w:t>
      </w:r>
      <w:proofErr w:type="spellStart"/>
      <w:r>
        <w:t>menjadi</w:t>
      </w:r>
      <w:proofErr w:type="spellEnd"/>
      <w:r>
        <w:t xml:space="preserve"> solenoid agar </w:t>
      </w:r>
      <w:proofErr w:type="spellStart"/>
      <w:r>
        <w:t>sistem</w:t>
      </w:r>
      <w:proofErr w:type="spellEnd"/>
      <w:r>
        <w:t xml:space="preserve"> </w:t>
      </w:r>
      <w:proofErr w:type="spellStart"/>
      <w:r>
        <w:t>dapat</w:t>
      </w:r>
      <w:proofErr w:type="spellEnd"/>
      <w:r>
        <w:t xml:space="preserve"> </w:t>
      </w:r>
      <w:proofErr w:type="spellStart"/>
      <w:r>
        <w:t>bekerja</w:t>
      </w:r>
      <w:proofErr w:type="spellEnd"/>
      <w:r>
        <w:t xml:space="preserve"> </w:t>
      </w:r>
      <w:proofErr w:type="spellStart"/>
      <w:r>
        <w:t>lebih</w:t>
      </w:r>
      <w:proofErr w:type="spellEnd"/>
      <w:r>
        <w:t xml:space="preserve"> optimal </w:t>
      </w:r>
      <w:proofErr w:type="spellStart"/>
      <w:r>
        <w:t>sesuai</w:t>
      </w:r>
      <w:proofErr w:type="spellEnd"/>
      <w:r>
        <w:t xml:space="preserve"> </w:t>
      </w:r>
      <w:proofErr w:type="spellStart"/>
      <w:r>
        <w:t>dengan</w:t>
      </w:r>
      <w:proofErr w:type="spellEnd"/>
      <w:r>
        <w:t xml:space="preserve"> </w:t>
      </w:r>
      <w:proofErr w:type="spellStart"/>
      <w:r>
        <w:t>kebutuhan</w:t>
      </w:r>
      <w:proofErr w:type="spellEnd"/>
      <w:r>
        <w:t xml:space="preserve"> </w:t>
      </w:r>
      <w:proofErr w:type="spellStart"/>
      <w:r>
        <w:t>operasional</w:t>
      </w:r>
      <w:proofErr w:type="spellEnd"/>
      <w:r>
        <w:t xml:space="preserve"> </w:t>
      </w:r>
      <w:proofErr w:type="spellStart"/>
      <w:r>
        <w:t>alat</w:t>
      </w:r>
      <w:proofErr w:type="spellEnd"/>
      <w:r>
        <w:t>.</w:t>
      </w:r>
    </w:p>
    <w:p w14:paraId="0C575CC6" w14:textId="388FBAFD" w:rsidR="00052350" w:rsidRDefault="00052350" w:rsidP="00052350">
      <w:pPr>
        <w:pStyle w:val="ListParagraph"/>
        <w:numPr>
          <w:ilvl w:val="0"/>
          <w:numId w:val="26"/>
        </w:numPr>
        <w:spacing w:after="0"/>
        <w:jc w:val="both"/>
      </w:pPr>
      <w:proofErr w:type="spellStart"/>
      <w:r>
        <w:t>Terjadinya</w:t>
      </w:r>
      <w:proofErr w:type="spellEnd"/>
      <w:r>
        <w:t xml:space="preserve"> error dan </w:t>
      </w:r>
      <w:proofErr w:type="spellStart"/>
      <w:r>
        <w:t>kerusakan</w:t>
      </w:r>
      <w:proofErr w:type="spellEnd"/>
      <w:r>
        <w:t xml:space="preserve"> </w:t>
      </w:r>
      <w:proofErr w:type="spellStart"/>
      <w:r>
        <w:t>perangkat</w:t>
      </w:r>
      <w:proofErr w:type="spellEnd"/>
      <w:r>
        <w:t xml:space="preserve"> </w:t>
      </w:r>
      <w:proofErr w:type="spellStart"/>
      <w:r>
        <w:t>keras</w:t>
      </w:r>
      <w:proofErr w:type="spellEnd"/>
      <w:r>
        <w:t xml:space="preserve"> (hardware) pada </w:t>
      </w:r>
      <w:proofErr w:type="spellStart"/>
      <w:r>
        <w:t>saat</w:t>
      </w:r>
      <w:proofErr w:type="spellEnd"/>
      <w:r>
        <w:t xml:space="preserve"> </w:t>
      </w:r>
      <w:proofErr w:type="spellStart"/>
      <w:r>
        <w:t>tahap</w:t>
      </w:r>
      <w:proofErr w:type="spellEnd"/>
      <w:r>
        <w:t xml:space="preserve"> </w:t>
      </w:r>
      <w:proofErr w:type="spellStart"/>
      <w:r>
        <w:t>pengujian</w:t>
      </w:r>
      <w:proofErr w:type="spellEnd"/>
      <w:r>
        <w:t xml:space="preserve"> </w:t>
      </w:r>
      <w:proofErr w:type="spellStart"/>
      <w:r>
        <w:t>alat</w:t>
      </w:r>
      <w:proofErr w:type="spellEnd"/>
      <w:r>
        <w:t xml:space="preserve">. </w:t>
      </w:r>
      <w:proofErr w:type="spellStart"/>
      <w:r>
        <w:t>Sempat</w:t>
      </w:r>
      <w:proofErr w:type="spellEnd"/>
      <w:r>
        <w:t xml:space="preserve"> </w:t>
      </w:r>
      <w:proofErr w:type="spellStart"/>
      <w:r>
        <w:t>terjadi</w:t>
      </w:r>
      <w:proofErr w:type="spellEnd"/>
      <w:r>
        <w:t xml:space="preserve"> </w:t>
      </w:r>
      <w:proofErr w:type="spellStart"/>
      <w:r>
        <w:t>kegagalan</w:t>
      </w:r>
      <w:proofErr w:type="spellEnd"/>
      <w:r>
        <w:t xml:space="preserve"> </w:t>
      </w:r>
      <w:proofErr w:type="spellStart"/>
      <w:r>
        <w:t>fungsi</w:t>
      </w:r>
      <w:proofErr w:type="spellEnd"/>
      <w:r>
        <w:t xml:space="preserve"> yang </w:t>
      </w:r>
      <w:proofErr w:type="spellStart"/>
      <w:r>
        <w:t>berujung</w:t>
      </w:r>
      <w:proofErr w:type="spellEnd"/>
      <w:r>
        <w:t xml:space="preserve"> pada </w:t>
      </w:r>
      <w:proofErr w:type="spellStart"/>
      <w:r>
        <w:t>kerusakan</w:t>
      </w:r>
      <w:proofErr w:type="spellEnd"/>
      <w:r>
        <w:t xml:space="preserve">, </w:t>
      </w:r>
      <w:proofErr w:type="spellStart"/>
      <w:r>
        <w:t>khususnya</w:t>
      </w:r>
      <w:proofErr w:type="spellEnd"/>
      <w:r>
        <w:t xml:space="preserve"> pada </w:t>
      </w:r>
      <w:proofErr w:type="spellStart"/>
      <w:r>
        <w:t>bagian</w:t>
      </w:r>
      <w:proofErr w:type="spellEnd"/>
      <w:r>
        <w:t xml:space="preserve"> </w:t>
      </w:r>
      <w:proofErr w:type="spellStart"/>
      <w:r>
        <w:t>mikrokontroler</w:t>
      </w:r>
      <w:proofErr w:type="spellEnd"/>
      <w:r>
        <w:t xml:space="preserve"> (Arduino). Solusi yang </w:t>
      </w:r>
      <w:proofErr w:type="spellStart"/>
      <w:r>
        <w:t>dilakukan</w:t>
      </w:r>
      <w:proofErr w:type="spellEnd"/>
      <w:r>
        <w:t xml:space="preserve"> </w:t>
      </w:r>
      <w:proofErr w:type="spellStart"/>
      <w:r>
        <w:t>adalah</w:t>
      </w:r>
      <w:proofErr w:type="spellEnd"/>
      <w:r>
        <w:t xml:space="preserve"> </w:t>
      </w:r>
      <w:proofErr w:type="spellStart"/>
      <w:r>
        <w:t>merakit</w:t>
      </w:r>
      <w:proofErr w:type="spellEnd"/>
      <w:r>
        <w:t xml:space="preserve"> </w:t>
      </w:r>
      <w:proofErr w:type="spellStart"/>
      <w:r>
        <w:t>ulang</w:t>
      </w:r>
      <w:proofErr w:type="spellEnd"/>
      <w:r>
        <w:t xml:space="preserve"> </w:t>
      </w:r>
      <w:proofErr w:type="spellStart"/>
      <w:r>
        <w:t>menggunakan</w:t>
      </w:r>
      <w:proofErr w:type="spellEnd"/>
      <w:r>
        <w:t xml:space="preserve"> </w:t>
      </w:r>
      <w:proofErr w:type="spellStart"/>
      <w:r>
        <w:t>alat</w:t>
      </w:r>
      <w:proofErr w:type="spellEnd"/>
      <w:r>
        <w:t>/</w:t>
      </w:r>
      <w:proofErr w:type="spellStart"/>
      <w:r>
        <w:t>komponen</w:t>
      </w:r>
      <w:proofErr w:type="spellEnd"/>
      <w:r>
        <w:t xml:space="preserve"> Arduino yang </w:t>
      </w:r>
      <w:proofErr w:type="spellStart"/>
      <w:r>
        <w:t>baru</w:t>
      </w:r>
      <w:proofErr w:type="spellEnd"/>
      <w:r>
        <w:t xml:space="preserve">, </w:t>
      </w:r>
      <w:proofErr w:type="spellStart"/>
      <w:r>
        <w:t>lalu</w:t>
      </w:r>
      <w:proofErr w:type="spellEnd"/>
      <w:r>
        <w:t xml:space="preserve"> </w:t>
      </w:r>
      <w:proofErr w:type="spellStart"/>
      <w:r>
        <w:t>melakukan</w:t>
      </w:r>
      <w:proofErr w:type="spellEnd"/>
      <w:r>
        <w:t xml:space="preserve"> uji </w:t>
      </w:r>
      <w:proofErr w:type="spellStart"/>
      <w:r>
        <w:t>kelayakan</w:t>
      </w:r>
      <w:proofErr w:type="spellEnd"/>
      <w:r>
        <w:t xml:space="preserve"> </w:t>
      </w:r>
      <w:proofErr w:type="spellStart"/>
      <w:r>
        <w:t>ulang</w:t>
      </w:r>
      <w:proofErr w:type="spellEnd"/>
      <w:r>
        <w:t xml:space="preserve"> </w:t>
      </w:r>
      <w:proofErr w:type="spellStart"/>
      <w:r>
        <w:t>hingga</w:t>
      </w:r>
      <w:proofErr w:type="spellEnd"/>
      <w:r>
        <w:t xml:space="preserve"> </w:t>
      </w:r>
      <w:proofErr w:type="spellStart"/>
      <w:r>
        <w:t>dipastikan</w:t>
      </w:r>
      <w:proofErr w:type="spellEnd"/>
      <w:r>
        <w:t xml:space="preserve"> </w:t>
      </w:r>
      <w:proofErr w:type="spellStart"/>
      <w:r>
        <w:t>alat</w:t>
      </w:r>
      <w:proofErr w:type="spellEnd"/>
      <w:r>
        <w:t xml:space="preserve"> </w:t>
      </w:r>
      <w:proofErr w:type="spellStart"/>
      <w:r>
        <w:t>terhindar</w:t>
      </w:r>
      <w:proofErr w:type="spellEnd"/>
      <w:r>
        <w:t xml:space="preserve"> </w:t>
      </w:r>
      <w:proofErr w:type="spellStart"/>
      <w:r>
        <w:t>dari</w:t>
      </w:r>
      <w:proofErr w:type="spellEnd"/>
      <w:r>
        <w:t xml:space="preserve"> error.</w:t>
      </w:r>
    </w:p>
    <w:p w14:paraId="6213F6E1" w14:textId="344DC3F3" w:rsidR="00207B40" w:rsidRDefault="00052350" w:rsidP="00052350">
      <w:pPr>
        <w:pStyle w:val="ListParagraph"/>
        <w:numPr>
          <w:ilvl w:val="0"/>
          <w:numId w:val="26"/>
        </w:numPr>
        <w:spacing w:after="0"/>
        <w:jc w:val="both"/>
      </w:pPr>
      <w:proofErr w:type="spellStart"/>
      <w:r>
        <w:t>Penyesuaian</w:t>
      </w:r>
      <w:proofErr w:type="spellEnd"/>
      <w:r>
        <w:t xml:space="preserve"> </w:t>
      </w:r>
      <w:proofErr w:type="spellStart"/>
      <w:r>
        <w:t>sinkronisasi</w:t>
      </w:r>
      <w:proofErr w:type="spellEnd"/>
      <w:r>
        <w:t xml:space="preserve"> </w:t>
      </w:r>
      <w:proofErr w:type="spellStart"/>
      <w:r>
        <w:t>antara</w:t>
      </w:r>
      <w:proofErr w:type="spellEnd"/>
      <w:r>
        <w:t xml:space="preserve"> </w:t>
      </w:r>
      <w:proofErr w:type="spellStart"/>
      <w:r>
        <w:t>perangkat</w:t>
      </w:r>
      <w:proofErr w:type="spellEnd"/>
      <w:r>
        <w:t xml:space="preserve"> </w:t>
      </w:r>
      <w:proofErr w:type="spellStart"/>
      <w:r>
        <w:t>keras</w:t>
      </w:r>
      <w:proofErr w:type="spellEnd"/>
      <w:r>
        <w:t xml:space="preserve"> dan </w:t>
      </w:r>
      <w:proofErr w:type="spellStart"/>
      <w:r>
        <w:t>sistem</w:t>
      </w:r>
      <w:proofErr w:type="spellEnd"/>
      <w:r>
        <w:t xml:space="preserve"> </w:t>
      </w:r>
      <w:proofErr w:type="spellStart"/>
      <w:r>
        <w:t>kontrol</w:t>
      </w:r>
      <w:proofErr w:type="spellEnd"/>
      <w:r>
        <w:t xml:space="preserve"> </w:t>
      </w:r>
      <w:proofErr w:type="spellStart"/>
      <w:r>
        <w:t>berbasis</w:t>
      </w:r>
      <w:proofErr w:type="spellEnd"/>
      <w:r>
        <w:t xml:space="preserve"> web. Alat yang </w:t>
      </w:r>
      <w:proofErr w:type="spellStart"/>
      <w:r>
        <w:t>dikembangkan</w:t>
      </w:r>
      <w:proofErr w:type="spellEnd"/>
      <w:r>
        <w:t xml:space="preserve"> </w:t>
      </w:r>
      <w:proofErr w:type="spellStart"/>
      <w:r>
        <w:t>membutuhkan</w:t>
      </w:r>
      <w:proofErr w:type="spellEnd"/>
      <w:r>
        <w:t xml:space="preserve"> </w:t>
      </w:r>
      <w:proofErr w:type="spellStart"/>
      <w:r>
        <w:t>antarmuka</w:t>
      </w:r>
      <w:proofErr w:type="spellEnd"/>
      <w:r>
        <w:t xml:space="preserve"> web </w:t>
      </w:r>
      <w:proofErr w:type="spellStart"/>
      <w:r>
        <w:t>khusus</w:t>
      </w:r>
      <w:proofErr w:type="spellEnd"/>
      <w:r>
        <w:t xml:space="preserve"> agar </w:t>
      </w:r>
      <w:proofErr w:type="spellStart"/>
      <w:r>
        <w:t>dapat</w:t>
      </w:r>
      <w:proofErr w:type="spellEnd"/>
      <w:r>
        <w:t xml:space="preserve"> </w:t>
      </w:r>
      <w:proofErr w:type="spellStart"/>
      <w:r>
        <w:t>dikontrol</w:t>
      </w:r>
      <w:proofErr w:type="spellEnd"/>
      <w:r>
        <w:t xml:space="preserve"> </w:t>
      </w:r>
      <w:proofErr w:type="spellStart"/>
      <w:r>
        <w:t>dari</w:t>
      </w:r>
      <w:proofErr w:type="spellEnd"/>
      <w:r>
        <w:t xml:space="preserve"> </w:t>
      </w:r>
      <w:proofErr w:type="spellStart"/>
      <w:r>
        <w:t>jarak</w:t>
      </w:r>
      <w:proofErr w:type="spellEnd"/>
      <w:r>
        <w:t xml:space="preserve"> </w:t>
      </w:r>
      <w:proofErr w:type="spellStart"/>
      <w:r>
        <w:t>jauh</w:t>
      </w:r>
      <w:proofErr w:type="spellEnd"/>
      <w:r>
        <w:t xml:space="preserve">. Solusi yang </w:t>
      </w:r>
      <w:proofErr w:type="spellStart"/>
      <w:r>
        <w:t>dilakukan</w:t>
      </w:r>
      <w:proofErr w:type="spellEnd"/>
      <w:r>
        <w:t xml:space="preserve"> </w:t>
      </w:r>
      <w:proofErr w:type="spellStart"/>
      <w:r>
        <w:t>adalah</w:t>
      </w:r>
      <w:proofErr w:type="spellEnd"/>
      <w:r>
        <w:t xml:space="preserve"> </w:t>
      </w:r>
      <w:proofErr w:type="spellStart"/>
      <w:r>
        <w:t>membangun</w:t>
      </w:r>
      <w:proofErr w:type="spellEnd"/>
      <w:r>
        <w:t xml:space="preserve"> </w:t>
      </w:r>
      <w:proofErr w:type="spellStart"/>
      <w:r>
        <w:t>sistem</w:t>
      </w:r>
      <w:proofErr w:type="spellEnd"/>
      <w:r>
        <w:t xml:space="preserve"> website </w:t>
      </w:r>
      <w:proofErr w:type="spellStart"/>
      <w:r>
        <w:t>secara</w:t>
      </w:r>
      <w:proofErr w:type="spellEnd"/>
      <w:r>
        <w:t xml:space="preserve"> </w:t>
      </w:r>
      <w:proofErr w:type="spellStart"/>
      <w:r>
        <w:t>terpisah</w:t>
      </w:r>
      <w:proofErr w:type="spellEnd"/>
      <w:r>
        <w:t xml:space="preserve">, </w:t>
      </w:r>
      <w:proofErr w:type="spellStart"/>
      <w:r>
        <w:t>lalu</w:t>
      </w:r>
      <w:proofErr w:type="spellEnd"/>
      <w:r>
        <w:t xml:space="preserve"> </w:t>
      </w:r>
      <w:proofErr w:type="spellStart"/>
      <w:r>
        <w:t>melakukan</w:t>
      </w:r>
      <w:proofErr w:type="spellEnd"/>
      <w:r>
        <w:t xml:space="preserve"> uji </w:t>
      </w:r>
      <w:proofErr w:type="spellStart"/>
      <w:r>
        <w:t>coba</w:t>
      </w:r>
      <w:proofErr w:type="spellEnd"/>
      <w:r>
        <w:t xml:space="preserve"> </w:t>
      </w:r>
      <w:proofErr w:type="spellStart"/>
      <w:r>
        <w:t>sinkronisasi</w:t>
      </w:r>
      <w:proofErr w:type="spellEnd"/>
      <w:r>
        <w:t xml:space="preserve"> </w:t>
      </w:r>
      <w:proofErr w:type="spellStart"/>
      <w:r>
        <w:t>secara</w:t>
      </w:r>
      <w:proofErr w:type="spellEnd"/>
      <w:r>
        <w:t xml:space="preserve"> </w:t>
      </w:r>
      <w:proofErr w:type="spellStart"/>
      <w:r>
        <w:t>bertahap</w:t>
      </w:r>
      <w:proofErr w:type="spellEnd"/>
      <w:r>
        <w:t xml:space="preserve"> </w:t>
      </w:r>
      <w:proofErr w:type="spellStart"/>
      <w:r>
        <w:t>antara</w:t>
      </w:r>
      <w:proofErr w:type="spellEnd"/>
      <w:r>
        <w:t xml:space="preserve"> </w:t>
      </w:r>
      <w:proofErr w:type="spellStart"/>
      <w:r>
        <w:t>alat</w:t>
      </w:r>
      <w:proofErr w:type="spellEnd"/>
      <w:r>
        <w:t xml:space="preserve"> dan website </w:t>
      </w:r>
      <w:proofErr w:type="spellStart"/>
      <w:r>
        <w:t>hingga</w:t>
      </w:r>
      <w:proofErr w:type="spellEnd"/>
      <w:r>
        <w:t xml:space="preserve"> </w:t>
      </w:r>
      <w:proofErr w:type="spellStart"/>
      <w:r>
        <w:t>keduanya</w:t>
      </w:r>
      <w:proofErr w:type="spellEnd"/>
      <w:r>
        <w:t xml:space="preserve"> </w:t>
      </w:r>
      <w:proofErr w:type="spellStart"/>
      <w:r>
        <w:t>terhubung</w:t>
      </w:r>
      <w:proofErr w:type="spellEnd"/>
      <w:r>
        <w:t xml:space="preserve"> </w:t>
      </w:r>
      <w:proofErr w:type="spellStart"/>
      <w:r>
        <w:t>dengan</w:t>
      </w:r>
      <w:proofErr w:type="spellEnd"/>
      <w:r>
        <w:t xml:space="preserve"> </w:t>
      </w:r>
      <w:proofErr w:type="spellStart"/>
      <w:r>
        <w:t>stabil</w:t>
      </w:r>
      <w:proofErr w:type="spellEnd"/>
      <w:r>
        <w:t>.</w:t>
      </w:r>
    </w:p>
    <w:p w14:paraId="5B1FF986" w14:textId="30F5710C" w:rsidR="004D24DB" w:rsidRDefault="004D24DB" w:rsidP="00207B40">
      <w:pPr>
        <w:spacing w:after="0"/>
        <w:jc w:val="center"/>
        <w:rPr>
          <w:b/>
        </w:rPr>
      </w:pPr>
    </w:p>
    <w:p w14:paraId="32F2FA5E" w14:textId="523BCC78" w:rsidR="00207B40" w:rsidRDefault="00207B40" w:rsidP="00207B40">
      <w:pPr>
        <w:spacing w:after="0"/>
        <w:jc w:val="center"/>
      </w:pPr>
      <w:r>
        <w:rPr>
          <w:b/>
        </w:rPr>
        <w:t xml:space="preserve">4.4 </w:t>
      </w:r>
      <w:proofErr w:type="spellStart"/>
      <w:r>
        <w:rPr>
          <w:b/>
        </w:rPr>
        <w:t>Dokumentasi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Kegiatan</w:t>
      </w:r>
      <w:proofErr w:type="spellEnd"/>
    </w:p>
    <w:p w14:paraId="49ADBC38" w14:textId="1B533D78" w:rsidR="004D24DB" w:rsidRDefault="00151A98" w:rsidP="00151A98">
      <w:pPr>
        <w:spacing w:after="0"/>
        <w:ind w:firstLine="720"/>
        <w:jc w:val="both"/>
      </w:pPr>
      <w:r>
        <w:rPr>
          <w:noProof/>
        </w:rPr>
        <w:drawing>
          <wp:anchor distT="0" distB="0" distL="114300" distR="114300" simplePos="0" relativeHeight="251729920" behindDoc="0" locked="0" layoutInCell="1" allowOverlap="1" wp14:anchorId="43F179BD" wp14:editId="74C6184A">
            <wp:simplePos x="0" y="0"/>
            <wp:positionH relativeFrom="column">
              <wp:posOffset>1476375</wp:posOffset>
            </wp:positionH>
            <wp:positionV relativeFrom="paragraph">
              <wp:posOffset>904240</wp:posOffset>
            </wp:positionV>
            <wp:extent cx="1022985" cy="1812290"/>
            <wp:effectExtent l="0" t="0" r="5715" b="0"/>
            <wp:wrapTopAndBottom/>
            <wp:docPr id="1759217282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59217282" name="Picture 1759217282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1022985" cy="18122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57216" behindDoc="0" locked="0" layoutInCell="1" allowOverlap="1" wp14:anchorId="04323C93" wp14:editId="41ABBE86">
            <wp:simplePos x="0" y="0"/>
            <wp:positionH relativeFrom="column">
              <wp:posOffset>2732405</wp:posOffset>
            </wp:positionH>
            <wp:positionV relativeFrom="paragraph">
              <wp:posOffset>945700</wp:posOffset>
            </wp:positionV>
            <wp:extent cx="991235" cy="1772285"/>
            <wp:effectExtent l="0" t="0" r="0" b="0"/>
            <wp:wrapTopAndBottom/>
            <wp:docPr id="1637930103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37930103" name="Picture 1637930103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 flipH="1">
                      <a:off x="0" y="0"/>
                      <a:ext cx="991235" cy="17722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proofErr w:type="spellStart"/>
      <w:r w:rsidR="00207B40">
        <w:t>Dokumentasi</w:t>
      </w:r>
      <w:proofErr w:type="spellEnd"/>
      <w:r w:rsidR="00207B40">
        <w:t xml:space="preserve"> </w:t>
      </w:r>
      <w:proofErr w:type="spellStart"/>
      <w:r w:rsidR="00207B40">
        <w:t>kegiatan</w:t>
      </w:r>
      <w:proofErr w:type="spellEnd"/>
      <w:r w:rsidR="00207B40">
        <w:t xml:space="preserve"> </w:t>
      </w:r>
      <w:proofErr w:type="spellStart"/>
      <w:r w:rsidR="00207B40">
        <w:t>digunakan</w:t>
      </w:r>
      <w:proofErr w:type="spellEnd"/>
      <w:r w:rsidR="00207B40">
        <w:t xml:space="preserve"> </w:t>
      </w:r>
      <w:proofErr w:type="spellStart"/>
      <w:r w:rsidR="00207B40">
        <w:t>sebagai</w:t>
      </w:r>
      <w:proofErr w:type="spellEnd"/>
      <w:r w:rsidR="00207B40">
        <w:t xml:space="preserve"> </w:t>
      </w:r>
      <w:proofErr w:type="spellStart"/>
      <w:r w:rsidR="00207B40">
        <w:t>bukti</w:t>
      </w:r>
      <w:proofErr w:type="spellEnd"/>
      <w:r w:rsidR="00207B40">
        <w:t xml:space="preserve"> </w:t>
      </w:r>
      <w:proofErr w:type="spellStart"/>
      <w:r w:rsidR="00207B40">
        <w:t>bahwa</w:t>
      </w:r>
      <w:proofErr w:type="spellEnd"/>
      <w:r w:rsidR="00207B40">
        <w:t xml:space="preserve"> </w:t>
      </w:r>
      <w:proofErr w:type="spellStart"/>
      <w:r w:rsidR="00207B40">
        <w:t>kegiatan</w:t>
      </w:r>
      <w:proofErr w:type="spellEnd"/>
      <w:r w:rsidR="00207B40">
        <w:t xml:space="preserve"> </w:t>
      </w:r>
      <w:proofErr w:type="spellStart"/>
      <w:r w:rsidR="00207B40">
        <w:t>sosialisasi</w:t>
      </w:r>
      <w:proofErr w:type="spellEnd"/>
      <w:r w:rsidR="00207B40">
        <w:t xml:space="preserve"> </w:t>
      </w:r>
      <w:proofErr w:type="spellStart"/>
      <w:r w:rsidR="00207B40">
        <w:t>telah</w:t>
      </w:r>
      <w:proofErr w:type="spellEnd"/>
      <w:r w:rsidR="00207B40">
        <w:t xml:space="preserve"> </w:t>
      </w:r>
      <w:proofErr w:type="spellStart"/>
      <w:r w:rsidR="00207B40">
        <w:t>dilaksanakan</w:t>
      </w:r>
      <w:proofErr w:type="spellEnd"/>
      <w:r w:rsidR="00207B40">
        <w:t xml:space="preserve">. </w:t>
      </w:r>
      <w:proofErr w:type="spellStart"/>
      <w:r w:rsidR="00207B40">
        <w:t>Dokumentasi</w:t>
      </w:r>
      <w:proofErr w:type="spellEnd"/>
      <w:r w:rsidR="00207B40">
        <w:t xml:space="preserve"> </w:t>
      </w:r>
      <w:proofErr w:type="spellStart"/>
      <w:r w:rsidR="00207B40">
        <w:t>dapat</w:t>
      </w:r>
      <w:proofErr w:type="spellEnd"/>
      <w:r w:rsidR="00207B40">
        <w:t xml:space="preserve"> </w:t>
      </w:r>
      <w:proofErr w:type="spellStart"/>
      <w:r w:rsidR="00207B40">
        <w:t>berupa</w:t>
      </w:r>
      <w:proofErr w:type="spellEnd"/>
      <w:r w:rsidR="00207B40">
        <w:t xml:space="preserve"> </w:t>
      </w:r>
      <w:proofErr w:type="spellStart"/>
      <w:r w:rsidR="00207B40">
        <w:t>foto</w:t>
      </w:r>
      <w:proofErr w:type="spellEnd"/>
      <w:r w:rsidR="00207B40">
        <w:t xml:space="preserve"> </w:t>
      </w:r>
      <w:proofErr w:type="spellStart"/>
      <w:r w:rsidR="00207B40">
        <w:t>kegiatan</w:t>
      </w:r>
      <w:proofErr w:type="spellEnd"/>
      <w:r w:rsidR="00207B40">
        <w:t xml:space="preserve">, </w:t>
      </w:r>
      <w:proofErr w:type="spellStart"/>
      <w:r w:rsidR="00207B40">
        <w:t>tangkapan</w:t>
      </w:r>
      <w:proofErr w:type="spellEnd"/>
      <w:r w:rsidR="00207B40">
        <w:t xml:space="preserve"> </w:t>
      </w:r>
      <w:proofErr w:type="spellStart"/>
      <w:r w:rsidR="00207B40">
        <w:t>layar</w:t>
      </w:r>
      <w:proofErr w:type="spellEnd"/>
      <w:r w:rsidR="00207B40">
        <w:t xml:space="preserve"> </w:t>
      </w:r>
      <w:proofErr w:type="spellStart"/>
      <w:r w:rsidR="00207B40">
        <w:t>materi</w:t>
      </w:r>
      <w:proofErr w:type="spellEnd"/>
      <w:r w:rsidR="00207B40">
        <w:t xml:space="preserve">, daftar </w:t>
      </w:r>
      <w:proofErr w:type="spellStart"/>
      <w:r w:rsidR="00207B40">
        <w:t>hadir</w:t>
      </w:r>
      <w:proofErr w:type="spellEnd"/>
      <w:r w:rsidR="00207B40">
        <w:t xml:space="preserve">, </w:t>
      </w:r>
      <w:proofErr w:type="spellStart"/>
      <w:r w:rsidR="00207B40">
        <w:t>undangan</w:t>
      </w:r>
      <w:proofErr w:type="spellEnd"/>
      <w:r w:rsidR="00207B40">
        <w:t xml:space="preserve"> </w:t>
      </w:r>
      <w:proofErr w:type="spellStart"/>
      <w:r w:rsidR="00207B40">
        <w:t>kegiatan</w:t>
      </w:r>
      <w:proofErr w:type="spellEnd"/>
      <w:r w:rsidR="00207B40">
        <w:t xml:space="preserve">, </w:t>
      </w:r>
      <w:proofErr w:type="spellStart"/>
      <w:r w:rsidR="00207B40">
        <w:t>atau</w:t>
      </w:r>
      <w:proofErr w:type="spellEnd"/>
      <w:r w:rsidR="00207B40">
        <w:t xml:space="preserve"> </w:t>
      </w:r>
      <w:proofErr w:type="spellStart"/>
      <w:r w:rsidR="00207B40">
        <w:t>dokumen</w:t>
      </w:r>
      <w:proofErr w:type="spellEnd"/>
      <w:r w:rsidR="00207B40">
        <w:t xml:space="preserve"> </w:t>
      </w:r>
      <w:proofErr w:type="spellStart"/>
      <w:r w:rsidR="00207B40">
        <w:t>pendukung</w:t>
      </w:r>
      <w:proofErr w:type="spellEnd"/>
      <w:r w:rsidR="00207B40">
        <w:t xml:space="preserve"> </w:t>
      </w:r>
      <w:proofErr w:type="spellStart"/>
      <w:r w:rsidR="00207B40">
        <w:t>lainnya</w:t>
      </w:r>
      <w:proofErr w:type="spellEnd"/>
      <w:r w:rsidR="00207B40">
        <w:t>.</w:t>
      </w:r>
    </w:p>
    <w:p w14:paraId="78C9CF0A" w14:textId="53A2A39F" w:rsidR="004D24DB" w:rsidRPr="00151A98" w:rsidRDefault="00151A98" w:rsidP="00151A98">
      <w:pPr>
        <w:spacing w:after="0"/>
        <w:jc w:val="center"/>
        <w:rPr>
          <w:sz w:val="20"/>
          <w:szCs w:val="18"/>
        </w:rPr>
      </w:pPr>
      <w:r w:rsidRPr="00151A98">
        <w:rPr>
          <w:sz w:val="20"/>
          <w:szCs w:val="18"/>
        </w:rPr>
        <w:lastRenderedPageBreak/>
        <w:t xml:space="preserve"> </w:t>
      </w:r>
    </w:p>
    <w:p w14:paraId="0F4EC212" w14:textId="4445A5B0" w:rsidR="004D24DB" w:rsidRDefault="00151A98" w:rsidP="00151A98">
      <w:pPr>
        <w:spacing w:after="0"/>
        <w:jc w:val="center"/>
        <w:rPr>
          <w:i/>
          <w:sz w:val="20"/>
        </w:rPr>
      </w:pPr>
      <w:r w:rsidRPr="003B250E">
        <w:rPr>
          <w:noProof/>
        </w:rPr>
        <w:drawing>
          <wp:inline distT="0" distB="0" distL="0" distR="0" wp14:anchorId="3C3F6D9E" wp14:editId="5159DEB5">
            <wp:extent cx="1180463" cy="2135529"/>
            <wp:effectExtent l="0" t="0" r="1270" b="0"/>
            <wp:docPr id="1393716460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93716460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1188451" cy="21499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i/>
          <w:sz w:val="20"/>
        </w:rPr>
        <w:t xml:space="preserve"> </w:t>
      </w:r>
      <w:r w:rsidRPr="003B250E">
        <w:rPr>
          <w:noProof/>
        </w:rPr>
        <w:drawing>
          <wp:inline distT="0" distB="0" distL="0" distR="0" wp14:anchorId="3EF226BB" wp14:editId="1F002FC5">
            <wp:extent cx="1173644" cy="2128472"/>
            <wp:effectExtent l="0" t="0" r="7620" b="5715"/>
            <wp:docPr id="1184053566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84053566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1200324" cy="217685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16BE14E" w14:textId="7EFEE22F" w:rsidR="00151A98" w:rsidRPr="00151A98" w:rsidRDefault="00151A98" w:rsidP="00151A98">
      <w:pPr>
        <w:spacing w:after="0"/>
        <w:jc w:val="center"/>
        <w:rPr>
          <w:sz w:val="20"/>
          <w:szCs w:val="18"/>
        </w:rPr>
      </w:pPr>
      <w:proofErr w:type="spellStart"/>
      <w:r w:rsidRPr="00151A98">
        <w:rPr>
          <w:sz w:val="20"/>
          <w:szCs w:val="18"/>
        </w:rPr>
        <w:t>Dokumentasi</w:t>
      </w:r>
      <w:proofErr w:type="spellEnd"/>
      <w:r w:rsidRPr="00151A98">
        <w:rPr>
          <w:sz w:val="20"/>
          <w:szCs w:val="18"/>
        </w:rPr>
        <w:t xml:space="preserve"> </w:t>
      </w:r>
      <w:proofErr w:type="spellStart"/>
      <w:r w:rsidRPr="00151A98">
        <w:rPr>
          <w:sz w:val="20"/>
          <w:szCs w:val="18"/>
        </w:rPr>
        <w:t>Kegiatan</w:t>
      </w:r>
      <w:proofErr w:type="spellEnd"/>
      <w:r>
        <w:rPr>
          <w:sz w:val="20"/>
          <w:szCs w:val="18"/>
        </w:rPr>
        <w:t xml:space="preserve">. </w:t>
      </w:r>
      <w:proofErr w:type="spellStart"/>
      <w:r w:rsidRPr="00151A98">
        <w:rPr>
          <w:sz w:val="20"/>
          <w:szCs w:val="18"/>
        </w:rPr>
        <w:t>Sumber</w:t>
      </w:r>
      <w:proofErr w:type="spellEnd"/>
      <w:r w:rsidRPr="00151A98">
        <w:rPr>
          <w:sz w:val="20"/>
          <w:szCs w:val="18"/>
        </w:rPr>
        <w:t xml:space="preserve">: </w:t>
      </w:r>
      <w:proofErr w:type="spellStart"/>
      <w:r w:rsidRPr="00151A98">
        <w:rPr>
          <w:sz w:val="20"/>
          <w:szCs w:val="18"/>
        </w:rPr>
        <w:t>Dokumentasi</w:t>
      </w:r>
      <w:proofErr w:type="spellEnd"/>
      <w:r w:rsidRPr="00151A98">
        <w:rPr>
          <w:sz w:val="20"/>
          <w:szCs w:val="18"/>
        </w:rPr>
        <w:t xml:space="preserve"> </w:t>
      </w:r>
      <w:proofErr w:type="spellStart"/>
      <w:r w:rsidRPr="00151A98">
        <w:rPr>
          <w:sz w:val="20"/>
          <w:szCs w:val="18"/>
        </w:rPr>
        <w:t>Penulis</w:t>
      </w:r>
      <w:proofErr w:type="spellEnd"/>
      <w:r w:rsidRPr="00151A98">
        <w:rPr>
          <w:sz w:val="20"/>
          <w:szCs w:val="18"/>
        </w:rPr>
        <w:t>, [2026]</w:t>
      </w:r>
    </w:p>
    <w:p w14:paraId="5DAD9363" w14:textId="17095981" w:rsidR="00207B40" w:rsidRDefault="00207B40" w:rsidP="00207B40">
      <w:pPr>
        <w:spacing w:after="0"/>
      </w:pPr>
    </w:p>
    <w:p w14:paraId="66FC3466" w14:textId="77777777" w:rsidR="00207B40" w:rsidRDefault="00207B40" w:rsidP="00207B40">
      <w:r>
        <w:br w:type="page"/>
      </w:r>
    </w:p>
    <w:p w14:paraId="74731B6C" w14:textId="77777777" w:rsidR="00207B40" w:rsidRDefault="00207B40" w:rsidP="00207B40">
      <w:pPr>
        <w:spacing w:after="0"/>
        <w:jc w:val="center"/>
      </w:pPr>
      <w:r>
        <w:rPr>
          <w:b/>
          <w:sz w:val="28"/>
        </w:rPr>
        <w:lastRenderedPageBreak/>
        <w:t>BAB V</w:t>
      </w:r>
    </w:p>
    <w:p w14:paraId="7EEFED6D" w14:textId="77777777" w:rsidR="00207B40" w:rsidRDefault="00207B40" w:rsidP="00207B40">
      <w:pPr>
        <w:spacing w:after="0"/>
        <w:jc w:val="center"/>
      </w:pPr>
      <w:r>
        <w:rPr>
          <w:b/>
          <w:sz w:val="28"/>
        </w:rPr>
        <w:t>PENUTUP</w:t>
      </w:r>
    </w:p>
    <w:p w14:paraId="55745DB7" w14:textId="77777777" w:rsidR="00207B40" w:rsidRDefault="00207B40" w:rsidP="00207B40"/>
    <w:p w14:paraId="6C3C1DB4" w14:textId="77777777" w:rsidR="00207B40" w:rsidRDefault="00207B40" w:rsidP="00207B40">
      <w:pPr>
        <w:spacing w:after="0"/>
        <w:jc w:val="center"/>
      </w:pPr>
      <w:r>
        <w:rPr>
          <w:b/>
        </w:rPr>
        <w:t>5.1 Kesimpulan</w:t>
      </w:r>
    </w:p>
    <w:p w14:paraId="1C65C539" w14:textId="01A5D7C5" w:rsidR="00052350" w:rsidRDefault="00052350" w:rsidP="00052350">
      <w:pPr>
        <w:spacing w:after="0"/>
        <w:ind w:firstLine="720"/>
        <w:jc w:val="both"/>
      </w:pPr>
      <w:proofErr w:type="spellStart"/>
      <w:r>
        <w:t>Berdasarkan</w:t>
      </w:r>
      <w:proofErr w:type="spellEnd"/>
      <w:r>
        <w:t xml:space="preserve"> </w:t>
      </w:r>
      <w:proofErr w:type="spellStart"/>
      <w:r>
        <w:t>pelaksanaan</w:t>
      </w:r>
      <w:proofErr w:type="spellEnd"/>
      <w:r>
        <w:t xml:space="preserve"> </w:t>
      </w:r>
      <w:proofErr w:type="spellStart"/>
      <w:r>
        <w:t>kegiatan</w:t>
      </w:r>
      <w:proofErr w:type="spellEnd"/>
      <w:r>
        <w:t xml:space="preserve"> </w:t>
      </w:r>
      <w:proofErr w:type="spellStart"/>
      <w:r>
        <w:t>sosialisasi</w:t>
      </w:r>
      <w:proofErr w:type="spellEnd"/>
      <w:r>
        <w:t xml:space="preserve"> dan </w:t>
      </w:r>
      <w:proofErr w:type="spellStart"/>
      <w:r>
        <w:t>rancang</w:t>
      </w:r>
      <w:proofErr w:type="spellEnd"/>
      <w:r>
        <w:t xml:space="preserve"> </w:t>
      </w:r>
      <w:proofErr w:type="spellStart"/>
      <w:r>
        <w:t>bangun</w:t>
      </w:r>
      <w:proofErr w:type="spellEnd"/>
      <w:r>
        <w:t xml:space="preserve"> </w:t>
      </w:r>
      <w:proofErr w:type="spellStart"/>
      <w:r>
        <w:t>Sistem</w:t>
      </w:r>
      <w:proofErr w:type="spellEnd"/>
      <w:r>
        <w:t xml:space="preserve"> Akses </w:t>
      </w:r>
      <w:proofErr w:type="spellStart"/>
      <w:r>
        <w:t>Ruangan</w:t>
      </w:r>
      <w:proofErr w:type="spellEnd"/>
      <w:r>
        <w:t xml:space="preserve"> </w:t>
      </w:r>
      <w:proofErr w:type="spellStart"/>
      <w:r>
        <w:t>Berbasis</w:t>
      </w:r>
      <w:proofErr w:type="spellEnd"/>
      <w:r>
        <w:t xml:space="preserve"> RFID </w:t>
      </w:r>
      <w:proofErr w:type="spellStart"/>
      <w:r>
        <w:t>dengan</w:t>
      </w:r>
      <w:proofErr w:type="spellEnd"/>
      <w:r>
        <w:t xml:space="preserve"> Solenoid Door Lock </w:t>
      </w:r>
      <w:proofErr w:type="spellStart"/>
      <w:r>
        <w:t>Menggunakan</w:t>
      </w:r>
      <w:proofErr w:type="spellEnd"/>
      <w:r>
        <w:t xml:space="preserve"> Arduino Uno, </w:t>
      </w:r>
      <w:proofErr w:type="spellStart"/>
      <w:r>
        <w:t>dapat</w:t>
      </w:r>
      <w:proofErr w:type="spellEnd"/>
      <w:r>
        <w:t xml:space="preserve"> </w:t>
      </w:r>
      <w:proofErr w:type="spellStart"/>
      <w:r>
        <w:t>disimpulkan</w:t>
      </w:r>
      <w:proofErr w:type="spellEnd"/>
      <w:r>
        <w:t xml:space="preserve"> </w:t>
      </w:r>
      <w:proofErr w:type="spellStart"/>
      <w:r>
        <w:t>bahwa</w:t>
      </w:r>
      <w:proofErr w:type="spellEnd"/>
      <w:r>
        <w:t xml:space="preserve"> </w:t>
      </w:r>
      <w:proofErr w:type="spellStart"/>
      <w:r>
        <w:t>kegiatan</w:t>
      </w:r>
      <w:proofErr w:type="spellEnd"/>
      <w:r>
        <w:t xml:space="preserve"> </w:t>
      </w:r>
      <w:proofErr w:type="spellStart"/>
      <w:r>
        <w:t>berjalan</w:t>
      </w:r>
      <w:proofErr w:type="spellEnd"/>
      <w:r>
        <w:t xml:space="preserve"> </w:t>
      </w:r>
      <w:proofErr w:type="spellStart"/>
      <w:r>
        <w:t>dengan</w:t>
      </w:r>
      <w:proofErr w:type="spellEnd"/>
      <w:r>
        <w:t xml:space="preserve"> </w:t>
      </w:r>
      <w:proofErr w:type="spellStart"/>
      <w:r>
        <w:t>baik</w:t>
      </w:r>
      <w:proofErr w:type="spellEnd"/>
      <w:r>
        <w:t xml:space="preserve"> dan </w:t>
      </w:r>
      <w:proofErr w:type="spellStart"/>
      <w:r>
        <w:t>mencapai</w:t>
      </w:r>
      <w:proofErr w:type="spellEnd"/>
      <w:r>
        <w:t xml:space="preserve"> </w:t>
      </w:r>
      <w:proofErr w:type="spellStart"/>
      <w:r>
        <w:t>tujuan</w:t>
      </w:r>
      <w:proofErr w:type="spellEnd"/>
      <w:r>
        <w:t xml:space="preserve"> yang </w:t>
      </w:r>
      <w:proofErr w:type="spellStart"/>
      <w:r>
        <w:t>telah</w:t>
      </w:r>
      <w:proofErr w:type="spellEnd"/>
      <w:r>
        <w:t xml:space="preserve"> </w:t>
      </w:r>
      <w:proofErr w:type="spellStart"/>
      <w:r>
        <w:t>direncanakan</w:t>
      </w:r>
      <w:proofErr w:type="spellEnd"/>
      <w:r>
        <w:t xml:space="preserve">. </w:t>
      </w:r>
      <w:proofErr w:type="spellStart"/>
      <w:r>
        <w:t>Peserta</w:t>
      </w:r>
      <w:proofErr w:type="spellEnd"/>
      <w:r>
        <w:t xml:space="preserve"> </w:t>
      </w:r>
      <w:proofErr w:type="spellStart"/>
      <w:r>
        <w:t>sosialisasi</w:t>
      </w:r>
      <w:proofErr w:type="spellEnd"/>
      <w:r>
        <w:t xml:space="preserve"> </w:t>
      </w:r>
      <w:proofErr w:type="spellStart"/>
      <w:r>
        <w:t>memperoleh</w:t>
      </w:r>
      <w:proofErr w:type="spellEnd"/>
      <w:r>
        <w:t xml:space="preserve"> </w:t>
      </w:r>
      <w:proofErr w:type="spellStart"/>
      <w:r>
        <w:t>penjelasan</w:t>
      </w:r>
      <w:proofErr w:type="spellEnd"/>
      <w:r>
        <w:t xml:space="preserve"> yang </w:t>
      </w:r>
      <w:proofErr w:type="spellStart"/>
      <w:r>
        <w:t>komprehensif</w:t>
      </w:r>
      <w:proofErr w:type="spellEnd"/>
      <w:r>
        <w:t xml:space="preserve"> </w:t>
      </w:r>
      <w:proofErr w:type="spellStart"/>
      <w:r>
        <w:t>mengenai</w:t>
      </w:r>
      <w:proofErr w:type="spellEnd"/>
      <w:r>
        <w:t xml:space="preserve"> </w:t>
      </w:r>
      <w:proofErr w:type="spellStart"/>
      <w:r>
        <w:t>fungsi</w:t>
      </w:r>
      <w:proofErr w:type="spellEnd"/>
      <w:r>
        <w:t xml:space="preserve">, </w:t>
      </w:r>
      <w:proofErr w:type="spellStart"/>
      <w:r>
        <w:t>manfaat</w:t>
      </w:r>
      <w:proofErr w:type="spellEnd"/>
      <w:r>
        <w:t xml:space="preserve">, dan </w:t>
      </w:r>
      <w:proofErr w:type="spellStart"/>
      <w:r>
        <w:t>alur</w:t>
      </w:r>
      <w:proofErr w:type="spellEnd"/>
      <w:r>
        <w:t xml:space="preserve"> </w:t>
      </w:r>
      <w:proofErr w:type="spellStart"/>
      <w:r>
        <w:t>penggunaan</w:t>
      </w:r>
      <w:proofErr w:type="spellEnd"/>
      <w:r>
        <w:t xml:space="preserve"> </w:t>
      </w:r>
      <w:proofErr w:type="spellStart"/>
      <w:r>
        <w:t>sistem</w:t>
      </w:r>
      <w:proofErr w:type="spellEnd"/>
      <w:r>
        <w:t xml:space="preserve"> </w:t>
      </w:r>
      <w:proofErr w:type="spellStart"/>
      <w:r>
        <w:t>akses</w:t>
      </w:r>
      <w:proofErr w:type="spellEnd"/>
      <w:r>
        <w:t xml:space="preserve"> </w:t>
      </w:r>
      <w:proofErr w:type="spellStart"/>
      <w:r>
        <w:t>keamanan</w:t>
      </w:r>
      <w:proofErr w:type="spellEnd"/>
      <w:r>
        <w:t xml:space="preserve"> </w:t>
      </w:r>
      <w:proofErr w:type="spellStart"/>
      <w:r>
        <w:t>ruangan</w:t>
      </w:r>
      <w:proofErr w:type="spellEnd"/>
      <w:r>
        <w:t xml:space="preserve"> </w:t>
      </w:r>
      <w:proofErr w:type="spellStart"/>
      <w:r>
        <w:t>tersebut</w:t>
      </w:r>
      <w:proofErr w:type="spellEnd"/>
      <w:r>
        <w:t>.</w:t>
      </w:r>
    </w:p>
    <w:p w14:paraId="594C75A1" w14:textId="5253468E" w:rsidR="00207B40" w:rsidRDefault="00052350" w:rsidP="00052350">
      <w:pPr>
        <w:spacing w:after="0"/>
        <w:ind w:firstLine="720"/>
        <w:jc w:val="both"/>
      </w:pPr>
      <w:proofErr w:type="spellStart"/>
      <w:r>
        <w:t>Secara</w:t>
      </w:r>
      <w:proofErr w:type="spellEnd"/>
      <w:r>
        <w:t xml:space="preserve"> </w:t>
      </w:r>
      <w:proofErr w:type="spellStart"/>
      <w:r>
        <w:t>teknis</w:t>
      </w:r>
      <w:proofErr w:type="spellEnd"/>
      <w:r>
        <w:t xml:space="preserve">, </w:t>
      </w:r>
      <w:proofErr w:type="spellStart"/>
      <w:r>
        <w:t>sistem</w:t>
      </w:r>
      <w:proofErr w:type="spellEnd"/>
      <w:r>
        <w:t xml:space="preserve"> yang </w:t>
      </w:r>
      <w:proofErr w:type="spellStart"/>
      <w:r>
        <w:t>menggunakan</w:t>
      </w:r>
      <w:proofErr w:type="spellEnd"/>
      <w:r>
        <w:t xml:space="preserve"> </w:t>
      </w:r>
      <w:proofErr w:type="spellStart"/>
      <w:r>
        <w:t>komponen</w:t>
      </w:r>
      <w:proofErr w:type="spellEnd"/>
      <w:r>
        <w:t xml:space="preserve"> Arduino Uno, </w:t>
      </w:r>
      <w:proofErr w:type="spellStart"/>
      <w:r>
        <w:t>modul</w:t>
      </w:r>
      <w:proofErr w:type="spellEnd"/>
      <w:r>
        <w:t xml:space="preserve"> RFID MFRC522, relay module, solenoid door lock, dan LCD 16x2 </w:t>
      </w:r>
      <w:proofErr w:type="spellStart"/>
      <w:r>
        <w:t>telah</w:t>
      </w:r>
      <w:proofErr w:type="spellEnd"/>
      <w:r>
        <w:t xml:space="preserve"> </w:t>
      </w:r>
      <w:proofErr w:type="spellStart"/>
      <w:r>
        <w:t>berhasil</w:t>
      </w:r>
      <w:proofErr w:type="spellEnd"/>
      <w:r>
        <w:t xml:space="preserve"> </w:t>
      </w:r>
      <w:proofErr w:type="spellStart"/>
      <w:r>
        <w:t>dirancang</w:t>
      </w:r>
      <w:proofErr w:type="spellEnd"/>
      <w:r>
        <w:t xml:space="preserve">, </w:t>
      </w:r>
      <w:proofErr w:type="spellStart"/>
      <w:r>
        <w:t>diuji</w:t>
      </w:r>
      <w:proofErr w:type="spellEnd"/>
      <w:r>
        <w:t xml:space="preserve">, dan </w:t>
      </w:r>
      <w:proofErr w:type="spellStart"/>
      <w:r>
        <w:t>didemonstrasikan</w:t>
      </w:r>
      <w:proofErr w:type="spellEnd"/>
      <w:r>
        <w:t xml:space="preserve">. </w:t>
      </w:r>
      <w:proofErr w:type="spellStart"/>
      <w:r>
        <w:t>Meskipun</w:t>
      </w:r>
      <w:proofErr w:type="spellEnd"/>
      <w:r>
        <w:t xml:space="preserve"> </w:t>
      </w:r>
      <w:proofErr w:type="spellStart"/>
      <w:r>
        <w:t>dalam</w:t>
      </w:r>
      <w:proofErr w:type="spellEnd"/>
      <w:r>
        <w:t xml:space="preserve"> </w:t>
      </w:r>
      <w:proofErr w:type="spellStart"/>
      <w:r>
        <w:t>tahap</w:t>
      </w:r>
      <w:proofErr w:type="spellEnd"/>
      <w:r>
        <w:t xml:space="preserve"> </w:t>
      </w:r>
      <w:proofErr w:type="spellStart"/>
      <w:r>
        <w:t>pengujian</w:t>
      </w:r>
      <w:proofErr w:type="spellEnd"/>
      <w:r>
        <w:t xml:space="preserve"> (uji </w:t>
      </w:r>
      <w:proofErr w:type="spellStart"/>
      <w:r>
        <w:t>kelayakan</w:t>
      </w:r>
      <w:proofErr w:type="spellEnd"/>
      <w:r>
        <w:t xml:space="preserve">) </w:t>
      </w:r>
      <w:proofErr w:type="spellStart"/>
      <w:r>
        <w:t>sempat</w:t>
      </w:r>
      <w:proofErr w:type="spellEnd"/>
      <w:r>
        <w:t xml:space="preserve"> </w:t>
      </w:r>
      <w:proofErr w:type="spellStart"/>
      <w:r>
        <w:t>terjadi</w:t>
      </w:r>
      <w:proofErr w:type="spellEnd"/>
      <w:r>
        <w:t xml:space="preserve"> </w:t>
      </w:r>
      <w:proofErr w:type="spellStart"/>
      <w:r>
        <w:t>kendala</w:t>
      </w:r>
      <w:proofErr w:type="spellEnd"/>
      <w:r>
        <w:t xml:space="preserve"> </w:t>
      </w:r>
      <w:proofErr w:type="spellStart"/>
      <w:r>
        <w:t>berupa</w:t>
      </w:r>
      <w:proofErr w:type="spellEnd"/>
      <w:r>
        <w:t xml:space="preserve"> </w:t>
      </w:r>
      <w:proofErr w:type="spellStart"/>
      <w:r>
        <w:t>malfungsi</w:t>
      </w:r>
      <w:proofErr w:type="spellEnd"/>
      <w:r>
        <w:t xml:space="preserve"> </w:t>
      </w:r>
      <w:proofErr w:type="spellStart"/>
      <w:r>
        <w:t>perangkat</w:t>
      </w:r>
      <w:proofErr w:type="spellEnd"/>
      <w:r>
        <w:t xml:space="preserve"> </w:t>
      </w:r>
      <w:proofErr w:type="spellStart"/>
      <w:r>
        <w:t>keras</w:t>
      </w:r>
      <w:proofErr w:type="spellEnd"/>
      <w:r>
        <w:t xml:space="preserve"> yang </w:t>
      </w:r>
      <w:proofErr w:type="spellStart"/>
      <w:r>
        <w:t>mengharuskan</w:t>
      </w:r>
      <w:proofErr w:type="spellEnd"/>
      <w:r>
        <w:t xml:space="preserve"> </w:t>
      </w:r>
      <w:proofErr w:type="spellStart"/>
      <w:r>
        <w:t>penggantian</w:t>
      </w:r>
      <w:proofErr w:type="spellEnd"/>
      <w:r>
        <w:t xml:space="preserve"> </w:t>
      </w:r>
      <w:proofErr w:type="spellStart"/>
      <w:r>
        <w:t>komponen</w:t>
      </w:r>
      <w:proofErr w:type="spellEnd"/>
      <w:r>
        <w:t xml:space="preserve"> Arduino, </w:t>
      </w:r>
      <w:proofErr w:type="spellStart"/>
      <w:r>
        <w:t>alat</w:t>
      </w:r>
      <w:proofErr w:type="spellEnd"/>
      <w:r>
        <w:t xml:space="preserve"> pada </w:t>
      </w:r>
      <w:proofErr w:type="spellStart"/>
      <w:r>
        <w:t>akhirnya</w:t>
      </w:r>
      <w:proofErr w:type="spellEnd"/>
      <w:r>
        <w:t xml:space="preserve"> </w:t>
      </w:r>
      <w:proofErr w:type="spellStart"/>
      <w:r>
        <w:t>dapat</w:t>
      </w:r>
      <w:proofErr w:type="spellEnd"/>
      <w:r>
        <w:t xml:space="preserve"> </w:t>
      </w:r>
      <w:proofErr w:type="spellStart"/>
      <w:r>
        <w:t>beroperasi</w:t>
      </w:r>
      <w:proofErr w:type="spellEnd"/>
      <w:r>
        <w:t xml:space="preserve"> </w:t>
      </w:r>
      <w:proofErr w:type="spellStart"/>
      <w:r>
        <w:t>dengan</w:t>
      </w:r>
      <w:proofErr w:type="spellEnd"/>
      <w:r>
        <w:t xml:space="preserve"> optimal. Selain </w:t>
      </w:r>
      <w:proofErr w:type="spellStart"/>
      <w:r>
        <w:t>itu</w:t>
      </w:r>
      <w:proofErr w:type="spellEnd"/>
      <w:r>
        <w:t xml:space="preserve">, </w:t>
      </w:r>
      <w:proofErr w:type="spellStart"/>
      <w:r>
        <w:t>pengembangan</w:t>
      </w:r>
      <w:proofErr w:type="spellEnd"/>
      <w:r>
        <w:t xml:space="preserve"> </w:t>
      </w:r>
      <w:proofErr w:type="spellStart"/>
      <w:r>
        <w:t>luaran</w:t>
      </w:r>
      <w:proofErr w:type="spellEnd"/>
      <w:r>
        <w:t xml:space="preserve"> </w:t>
      </w:r>
      <w:proofErr w:type="spellStart"/>
      <w:r>
        <w:t>proyek</w:t>
      </w:r>
      <w:proofErr w:type="spellEnd"/>
      <w:r>
        <w:t xml:space="preserve"> </w:t>
      </w:r>
      <w:proofErr w:type="spellStart"/>
      <w:r>
        <w:t>ini</w:t>
      </w:r>
      <w:proofErr w:type="spellEnd"/>
      <w:r>
        <w:t xml:space="preserve"> juga </w:t>
      </w:r>
      <w:proofErr w:type="spellStart"/>
      <w:r>
        <w:t>berhasil</w:t>
      </w:r>
      <w:proofErr w:type="spellEnd"/>
      <w:r>
        <w:t xml:space="preserve"> </w:t>
      </w:r>
      <w:proofErr w:type="spellStart"/>
      <w:r>
        <w:t>ditingkatkan</w:t>
      </w:r>
      <w:proofErr w:type="spellEnd"/>
      <w:r>
        <w:t xml:space="preserve"> </w:t>
      </w:r>
      <w:proofErr w:type="spellStart"/>
      <w:r>
        <w:t>melalui</w:t>
      </w:r>
      <w:proofErr w:type="spellEnd"/>
      <w:r>
        <w:t xml:space="preserve"> </w:t>
      </w:r>
      <w:proofErr w:type="spellStart"/>
      <w:r>
        <w:t>pembuatan</w:t>
      </w:r>
      <w:proofErr w:type="spellEnd"/>
      <w:r>
        <w:t xml:space="preserve"> </w:t>
      </w:r>
      <w:proofErr w:type="spellStart"/>
      <w:r>
        <w:t>antarmuka</w:t>
      </w:r>
      <w:proofErr w:type="spellEnd"/>
      <w:r>
        <w:t xml:space="preserve"> </w:t>
      </w:r>
      <w:proofErr w:type="spellStart"/>
      <w:r>
        <w:t>berbasis</w:t>
      </w:r>
      <w:proofErr w:type="spellEnd"/>
      <w:r>
        <w:t xml:space="preserve"> web yang </w:t>
      </w:r>
      <w:proofErr w:type="spellStart"/>
      <w:r>
        <w:t>telah</w:t>
      </w:r>
      <w:proofErr w:type="spellEnd"/>
      <w:r>
        <w:t xml:space="preserve"> </w:t>
      </w:r>
      <w:proofErr w:type="spellStart"/>
      <w:r>
        <w:t>tersinkronisasi</w:t>
      </w:r>
      <w:proofErr w:type="spellEnd"/>
      <w:r>
        <w:t xml:space="preserve"> </w:t>
      </w:r>
      <w:proofErr w:type="spellStart"/>
      <w:r>
        <w:t>dengan</w:t>
      </w:r>
      <w:proofErr w:type="spellEnd"/>
      <w:r>
        <w:t xml:space="preserve"> </w:t>
      </w:r>
      <w:proofErr w:type="spellStart"/>
      <w:r>
        <w:t>baik</w:t>
      </w:r>
      <w:proofErr w:type="spellEnd"/>
      <w:r>
        <w:t xml:space="preserve">, </w:t>
      </w:r>
      <w:proofErr w:type="spellStart"/>
      <w:r>
        <w:t>sehingga</w:t>
      </w:r>
      <w:proofErr w:type="spellEnd"/>
      <w:r>
        <w:t xml:space="preserve"> </w:t>
      </w:r>
      <w:proofErr w:type="spellStart"/>
      <w:r>
        <w:t>alat</w:t>
      </w:r>
      <w:proofErr w:type="spellEnd"/>
      <w:r>
        <w:t xml:space="preserve"> </w:t>
      </w:r>
      <w:proofErr w:type="spellStart"/>
      <w:r>
        <w:t>tidak</w:t>
      </w:r>
      <w:proofErr w:type="spellEnd"/>
      <w:r>
        <w:t xml:space="preserve"> </w:t>
      </w:r>
      <w:proofErr w:type="spellStart"/>
      <w:r>
        <w:t>hanya</w:t>
      </w:r>
      <w:proofErr w:type="spellEnd"/>
      <w:r>
        <w:t xml:space="preserve"> </w:t>
      </w:r>
      <w:proofErr w:type="spellStart"/>
      <w:r>
        <w:t>berfungsi</w:t>
      </w:r>
      <w:proofErr w:type="spellEnd"/>
      <w:r>
        <w:t xml:space="preserve"> </w:t>
      </w:r>
      <w:proofErr w:type="spellStart"/>
      <w:r>
        <w:t>secara</w:t>
      </w:r>
      <w:proofErr w:type="spellEnd"/>
      <w:r>
        <w:t xml:space="preserve"> </w:t>
      </w:r>
      <w:proofErr w:type="spellStart"/>
      <w:r>
        <w:t>fisik</w:t>
      </w:r>
      <w:proofErr w:type="spellEnd"/>
      <w:r>
        <w:t xml:space="preserve"> di </w:t>
      </w:r>
      <w:proofErr w:type="spellStart"/>
      <w:r>
        <w:t>tempat</w:t>
      </w:r>
      <w:proofErr w:type="spellEnd"/>
      <w:r>
        <w:t xml:space="preserve">, </w:t>
      </w:r>
      <w:proofErr w:type="spellStart"/>
      <w:r>
        <w:t>tetapi</w:t>
      </w:r>
      <w:proofErr w:type="spellEnd"/>
      <w:r>
        <w:t xml:space="preserve"> juga </w:t>
      </w:r>
      <w:proofErr w:type="spellStart"/>
      <w:r>
        <w:t>dapat</w:t>
      </w:r>
      <w:proofErr w:type="spellEnd"/>
      <w:r>
        <w:t xml:space="preserve"> </w:t>
      </w:r>
      <w:proofErr w:type="spellStart"/>
      <w:r>
        <w:t>dikontrol</w:t>
      </w:r>
      <w:proofErr w:type="spellEnd"/>
      <w:r>
        <w:t xml:space="preserve"> </w:t>
      </w:r>
      <w:proofErr w:type="spellStart"/>
      <w:r>
        <w:t>secara</w:t>
      </w:r>
      <w:proofErr w:type="spellEnd"/>
      <w:r>
        <w:t xml:space="preserve"> </w:t>
      </w:r>
      <w:proofErr w:type="spellStart"/>
      <w:r>
        <w:t>sistem</w:t>
      </w:r>
      <w:proofErr w:type="spellEnd"/>
      <w:r>
        <w:t>.</w:t>
      </w:r>
    </w:p>
    <w:p w14:paraId="65498969" w14:textId="77777777" w:rsidR="00207B40" w:rsidRDefault="00207B40" w:rsidP="00207B40">
      <w:pPr>
        <w:spacing w:after="0"/>
        <w:jc w:val="center"/>
      </w:pPr>
      <w:r>
        <w:rPr>
          <w:b/>
        </w:rPr>
        <w:t>5.2 Saran</w:t>
      </w:r>
    </w:p>
    <w:p w14:paraId="51297EE0" w14:textId="77777777" w:rsidR="00207B40" w:rsidRDefault="00207B40" w:rsidP="00207B40">
      <w:pPr>
        <w:spacing w:after="0"/>
        <w:ind w:firstLine="720"/>
        <w:jc w:val="both"/>
      </w:pPr>
      <w:proofErr w:type="spellStart"/>
      <w:r>
        <w:t>Berdasarkan</w:t>
      </w:r>
      <w:proofErr w:type="spellEnd"/>
      <w:r>
        <w:t xml:space="preserve"> </w:t>
      </w:r>
      <w:proofErr w:type="spellStart"/>
      <w:r>
        <w:t>hasil</w:t>
      </w:r>
      <w:proofErr w:type="spellEnd"/>
      <w:r>
        <w:t xml:space="preserve"> </w:t>
      </w:r>
      <w:proofErr w:type="spellStart"/>
      <w:r>
        <w:t>kegiatan</w:t>
      </w:r>
      <w:proofErr w:type="spellEnd"/>
      <w:r>
        <w:t xml:space="preserve">, </w:t>
      </w:r>
      <w:proofErr w:type="spellStart"/>
      <w:r>
        <w:t>penulis</w:t>
      </w:r>
      <w:proofErr w:type="spellEnd"/>
      <w:r>
        <w:t xml:space="preserve"> </w:t>
      </w:r>
      <w:proofErr w:type="spellStart"/>
      <w:r>
        <w:t>memberikan</w:t>
      </w:r>
      <w:proofErr w:type="spellEnd"/>
      <w:r>
        <w:t xml:space="preserve"> saran </w:t>
      </w:r>
      <w:proofErr w:type="spellStart"/>
      <w:r>
        <w:t>sebagai</w:t>
      </w:r>
      <w:proofErr w:type="spellEnd"/>
      <w:r>
        <w:t xml:space="preserve"> </w:t>
      </w:r>
      <w:proofErr w:type="spellStart"/>
      <w:r>
        <w:t>berikut</w:t>
      </w:r>
      <w:proofErr w:type="spellEnd"/>
      <w:r>
        <w:t>:</w:t>
      </w:r>
    </w:p>
    <w:p w14:paraId="767340AB" w14:textId="77777777" w:rsidR="00052350" w:rsidRDefault="00052350" w:rsidP="00052350">
      <w:pPr>
        <w:pStyle w:val="ListParagraph"/>
        <w:numPr>
          <w:ilvl w:val="0"/>
          <w:numId w:val="30"/>
        </w:numPr>
        <w:spacing w:after="0"/>
        <w:jc w:val="both"/>
      </w:pPr>
      <w:r>
        <w:t xml:space="preserve">Bagi </w:t>
      </w:r>
      <w:proofErr w:type="spellStart"/>
      <w:r>
        <w:t>mahasiswa</w:t>
      </w:r>
      <w:proofErr w:type="spellEnd"/>
      <w:r>
        <w:t xml:space="preserve"> </w:t>
      </w:r>
      <w:proofErr w:type="spellStart"/>
      <w:r>
        <w:t>pengembang</w:t>
      </w:r>
      <w:proofErr w:type="spellEnd"/>
      <w:r>
        <w:t xml:space="preserve"> </w:t>
      </w:r>
      <w:proofErr w:type="spellStart"/>
      <w:r>
        <w:t>selanjutnya</w:t>
      </w:r>
      <w:proofErr w:type="spellEnd"/>
      <w:r>
        <w:t xml:space="preserve">, </w:t>
      </w:r>
      <w:proofErr w:type="spellStart"/>
      <w:r>
        <w:t>karena</w:t>
      </w:r>
      <w:proofErr w:type="spellEnd"/>
      <w:r>
        <w:t xml:space="preserve"> </w:t>
      </w:r>
      <w:proofErr w:type="spellStart"/>
      <w:r>
        <w:t>sistem</w:t>
      </w:r>
      <w:proofErr w:type="spellEnd"/>
      <w:r>
        <w:t xml:space="preserve"> </w:t>
      </w:r>
      <w:proofErr w:type="spellStart"/>
      <w:r>
        <w:t>dasar</w:t>
      </w:r>
      <w:proofErr w:type="spellEnd"/>
      <w:r>
        <w:t xml:space="preserve"> dan </w:t>
      </w:r>
      <w:proofErr w:type="spellStart"/>
      <w:r>
        <w:t>kontrol</w:t>
      </w:r>
      <w:proofErr w:type="spellEnd"/>
      <w:r>
        <w:t xml:space="preserve"> web </w:t>
      </w:r>
      <w:proofErr w:type="spellStart"/>
      <w:r>
        <w:t>sudah</w:t>
      </w:r>
      <w:proofErr w:type="spellEnd"/>
      <w:r>
        <w:t xml:space="preserve"> </w:t>
      </w:r>
      <w:proofErr w:type="spellStart"/>
      <w:r>
        <w:t>berhasil</w:t>
      </w:r>
      <w:proofErr w:type="spellEnd"/>
      <w:r>
        <w:t xml:space="preserve"> </w:t>
      </w:r>
      <w:proofErr w:type="spellStart"/>
      <w:r>
        <w:t>tersinkronisasi</w:t>
      </w:r>
      <w:proofErr w:type="spellEnd"/>
      <w:r>
        <w:t xml:space="preserve">, </w:t>
      </w:r>
      <w:proofErr w:type="spellStart"/>
      <w:r>
        <w:t>disarankan</w:t>
      </w:r>
      <w:proofErr w:type="spellEnd"/>
      <w:r>
        <w:t xml:space="preserve"> </w:t>
      </w:r>
      <w:proofErr w:type="spellStart"/>
      <w:r>
        <w:t>untuk</w:t>
      </w:r>
      <w:proofErr w:type="spellEnd"/>
      <w:r>
        <w:t xml:space="preserve"> </w:t>
      </w:r>
      <w:proofErr w:type="spellStart"/>
      <w:r>
        <w:t>mengembangkan</w:t>
      </w:r>
      <w:proofErr w:type="spellEnd"/>
      <w:r>
        <w:t xml:space="preserve"> </w:t>
      </w:r>
      <w:proofErr w:type="spellStart"/>
      <w:r>
        <w:t>fitur</w:t>
      </w:r>
      <w:proofErr w:type="spellEnd"/>
      <w:r>
        <w:t xml:space="preserve"> pada website </w:t>
      </w:r>
      <w:proofErr w:type="spellStart"/>
      <w:r>
        <w:t>tersebut</w:t>
      </w:r>
      <w:proofErr w:type="spellEnd"/>
      <w:r>
        <w:t xml:space="preserve"> </w:t>
      </w:r>
      <w:proofErr w:type="spellStart"/>
      <w:r>
        <w:t>seperti</w:t>
      </w:r>
      <w:proofErr w:type="spellEnd"/>
      <w:r>
        <w:t xml:space="preserve"> </w:t>
      </w:r>
      <w:proofErr w:type="spellStart"/>
      <w:r>
        <w:t>penambahan</w:t>
      </w:r>
      <w:proofErr w:type="spellEnd"/>
      <w:r>
        <w:t xml:space="preserve"> logging </w:t>
      </w:r>
      <w:proofErr w:type="spellStart"/>
      <w:r>
        <w:t>riwayat</w:t>
      </w:r>
      <w:proofErr w:type="spellEnd"/>
      <w:r>
        <w:t xml:space="preserve"> data </w:t>
      </w:r>
      <w:proofErr w:type="spellStart"/>
      <w:r>
        <w:t>akses</w:t>
      </w:r>
      <w:proofErr w:type="spellEnd"/>
      <w:r>
        <w:t xml:space="preserve">, </w:t>
      </w:r>
      <w:proofErr w:type="spellStart"/>
      <w:r>
        <w:t>notifikasi</w:t>
      </w:r>
      <w:proofErr w:type="spellEnd"/>
      <w:r>
        <w:t xml:space="preserve"> real-time </w:t>
      </w:r>
      <w:proofErr w:type="spellStart"/>
      <w:r>
        <w:t>ke</w:t>
      </w:r>
      <w:proofErr w:type="spellEnd"/>
      <w:r>
        <w:t xml:space="preserve"> smartphone, </w:t>
      </w:r>
      <w:proofErr w:type="spellStart"/>
      <w:r>
        <w:t>serta</w:t>
      </w:r>
      <w:proofErr w:type="spellEnd"/>
      <w:r>
        <w:t xml:space="preserve"> </w:t>
      </w:r>
      <w:proofErr w:type="spellStart"/>
      <w:r>
        <w:t>merancang</w:t>
      </w:r>
      <w:proofErr w:type="spellEnd"/>
      <w:r>
        <w:t xml:space="preserve"> </w:t>
      </w:r>
      <w:proofErr w:type="spellStart"/>
      <w:r>
        <w:t>sistem</w:t>
      </w:r>
      <w:proofErr w:type="spellEnd"/>
      <w:r>
        <w:t xml:space="preserve"> </w:t>
      </w:r>
      <w:proofErr w:type="spellStart"/>
      <w:r>
        <w:t>manajemen</w:t>
      </w:r>
      <w:proofErr w:type="spellEnd"/>
      <w:r>
        <w:t xml:space="preserve"> </w:t>
      </w:r>
      <w:proofErr w:type="spellStart"/>
      <w:r>
        <w:t>daya</w:t>
      </w:r>
      <w:proofErr w:type="spellEnd"/>
      <w:r>
        <w:t xml:space="preserve"> (power supply) yang </w:t>
      </w:r>
      <w:proofErr w:type="spellStart"/>
      <w:r>
        <w:t>lebih</w:t>
      </w:r>
      <w:proofErr w:type="spellEnd"/>
      <w:r>
        <w:t xml:space="preserve"> </w:t>
      </w:r>
      <w:proofErr w:type="spellStart"/>
      <w:r>
        <w:t>stabil</w:t>
      </w:r>
      <w:proofErr w:type="spellEnd"/>
      <w:r>
        <w:t xml:space="preserve"> pada </w:t>
      </w:r>
      <w:proofErr w:type="spellStart"/>
      <w:r>
        <w:t>alat</w:t>
      </w:r>
      <w:proofErr w:type="spellEnd"/>
      <w:r>
        <w:t xml:space="preserve"> </w:t>
      </w:r>
      <w:proofErr w:type="spellStart"/>
      <w:r>
        <w:t>untuk</w:t>
      </w:r>
      <w:proofErr w:type="spellEnd"/>
      <w:r>
        <w:t xml:space="preserve"> </w:t>
      </w:r>
      <w:proofErr w:type="spellStart"/>
      <w:r>
        <w:t>meminimalisasi</w:t>
      </w:r>
      <w:proofErr w:type="spellEnd"/>
      <w:r>
        <w:t xml:space="preserve"> </w:t>
      </w:r>
      <w:proofErr w:type="spellStart"/>
      <w:r>
        <w:t>risiko</w:t>
      </w:r>
      <w:proofErr w:type="spellEnd"/>
      <w:r>
        <w:t xml:space="preserve"> </w:t>
      </w:r>
      <w:proofErr w:type="spellStart"/>
      <w:r>
        <w:t>kerusakan</w:t>
      </w:r>
      <w:proofErr w:type="spellEnd"/>
      <w:r>
        <w:t xml:space="preserve"> pada </w:t>
      </w:r>
      <w:proofErr w:type="spellStart"/>
      <w:r>
        <w:t>mikrokontroler</w:t>
      </w:r>
      <w:proofErr w:type="spellEnd"/>
      <w:r>
        <w:t>.</w:t>
      </w:r>
    </w:p>
    <w:p w14:paraId="580F30AE" w14:textId="77777777" w:rsidR="00052350" w:rsidRDefault="00052350" w:rsidP="00052350">
      <w:pPr>
        <w:pStyle w:val="ListParagraph"/>
        <w:numPr>
          <w:ilvl w:val="0"/>
          <w:numId w:val="30"/>
        </w:numPr>
        <w:spacing w:after="0"/>
        <w:jc w:val="both"/>
      </w:pPr>
      <w:r>
        <w:t xml:space="preserve">Bagi </w:t>
      </w:r>
      <w:proofErr w:type="spellStart"/>
      <w:r>
        <w:t>peserta</w:t>
      </w:r>
      <w:proofErr w:type="spellEnd"/>
      <w:r>
        <w:t xml:space="preserve">, </w:t>
      </w:r>
      <w:proofErr w:type="spellStart"/>
      <w:r>
        <w:t>disarankan</w:t>
      </w:r>
      <w:proofErr w:type="spellEnd"/>
      <w:r>
        <w:t xml:space="preserve"> </w:t>
      </w:r>
      <w:proofErr w:type="spellStart"/>
      <w:r>
        <w:t>untuk</w:t>
      </w:r>
      <w:proofErr w:type="spellEnd"/>
      <w:r>
        <w:t xml:space="preserve"> </w:t>
      </w:r>
      <w:proofErr w:type="spellStart"/>
      <w:r>
        <w:t>mulai</w:t>
      </w:r>
      <w:proofErr w:type="spellEnd"/>
      <w:r>
        <w:t xml:space="preserve"> </w:t>
      </w:r>
      <w:proofErr w:type="spellStart"/>
      <w:r>
        <w:t>mempelajari</w:t>
      </w:r>
      <w:proofErr w:type="spellEnd"/>
      <w:r>
        <w:t xml:space="preserve"> </w:t>
      </w:r>
      <w:proofErr w:type="spellStart"/>
      <w:r>
        <w:t>dasar-dasar</w:t>
      </w:r>
      <w:proofErr w:type="spellEnd"/>
      <w:r>
        <w:t xml:space="preserve"> </w:t>
      </w:r>
      <w:proofErr w:type="spellStart"/>
      <w:r>
        <w:t>pemrograman</w:t>
      </w:r>
      <w:proofErr w:type="spellEnd"/>
      <w:r>
        <w:t xml:space="preserve"> Arduino dan </w:t>
      </w:r>
      <w:proofErr w:type="spellStart"/>
      <w:r>
        <w:t>elektronika</w:t>
      </w:r>
      <w:proofErr w:type="spellEnd"/>
      <w:r>
        <w:t xml:space="preserve"> agar </w:t>
      </w:r>
      <w:proofErr w:type="spellStart"/>
      <w:r>
        <w:t>dapat</w:t>
      </w:r>
      <w:proofErr w:type="spellEnd"/>
      <w:r>
        <w:t xml:space="preserve"> </w:t>
      </w:r>
      <w:proofErr w:type="spellStart"/>
      <w:r>
        <w:t>memahami</w:t>
      </w:r>
      <w:proofErr w:type="spellEnd"/>
      <w:r>
        <w:t xml:space="preserve"> </w:t>
      </w:r>
      <w:proofErr w:type="spellStart"/>
      <w:r>
        <w:t>cara</w:t>
      </w:r>
      <w:proofErr w:type="spellEnd"/>
      <w:r>
        <w:t xml:space="preserve"> </w:t>
      </w:r>
      <w:proofErr w:type="spellStart"/>
      <w:r>
        <w:t>kerja</w:t>
      </w:r>
      <w:proofErr w:type="spellEnd"/>
      <w:r>
        <w:t xml:space="preserve"> </w:t>
      </w:r>
      <w:proofErr w:type="spellStart"/>
      <w:r>
        <w:t>dasar</w:t>
      </w:r>
      <w:proofErr w:type="spellEnd"/>
      <w:r>
        <w:t xml:space="preserve"> </w:t>
      </w:r>
      <w:proofErr w:type="spellStart"/>
      <w:r>
        <w:t>alat</w:t>
      </w:r>
      <w:proofErr w:type="spellEnd"/>
      <w:r>
        <w:t xml:space="preserve">, </w:t>
      </w:r>
      <w:proofErr w:type="spellStart"/>
      <w:r>
        <w:t>melakukan</w:t>
      </w:r>
      <w:proofErr w:type="spellEnd"/>
      <w:r>
        <w:t xml:space="preserve"> </w:t>
      </w:r>
      <w:proofErr w:type="spellStart"/>
      <w:r>
        <w:t>perawatan</w:t>
      </w:r>
      <w:proofErr w:type="spellEnd"/>
      <w:r>
        <w:t xml:space="preserve"> </w:t>
      </w:r>
      <w:proofErr w:type="spellStart"/>
      <w:r>
        <w:t>sederhana</w:t>
      </w:r>
      <w:proofErr w:type="spellEnd"/>
      <w:r>
        <w:t xml:space="preserve">, </w:t>
      </w:r>
      <w:proofErr w:type="spellStart"/>
      <w:r>
        <w:t>serta</w:t>
      </w:r>
      <w:proofErr w:type="spellEnd"/>
      <w:r>
        <w:t xml:space="preserve"> </w:t>
      </w:r>
      <w:proofErr w:type="spellStart"/>
      <w:r>
        <w:t>mengaplikasikan</w:t>
      </w:r>
      <w:proofErr w:type="spellEnd"/>
      <w:r>
        <w:t xml:space="preserve"> </w:t>
      </w:r>
      <w:proofErr w:type="spellStart"/>
      <w:r>
        <w:t>sistem</w:t>
      </w:r>
      <w:proofErr w:type="spellEnd"/>
      <w:r>
        <w:t xml:space="preserve"> </w:t>
      </w:r>
      <w:proofErr w:type="spellStart"/>
      <w:r>
        <w:t>serupa</w:t>
      </w:r>
      <w:proofErr w:type="spellEnd"/>
      <w:r>
        <w:t xml:space="preserve"> di </w:t>
      </w:r>
      <w:proofErr w:type="spellStart"/>
      <w:r>
        <w:t>lingkungan</w:t>
      </w:r>
      <w:proofErr w:type="spellEnd"/>
      <w:r>
        <w:t xml:space="preserve"> masing-masing.</w:t>
      </w:r>
    </w:p>
    <w:p w14:paraId="0E57741B" w14:textId="77777777" w:rsidR="00052350" w:rsidRDefault="00052350" w:rsidP="00052350">
      <w:pPr>
        <w:pStyle w:val="ListParagraph"/>
        <w:numPr>
          <w:ilvl w:val="0"/>
          <w:numId w:val="30"/>
        </w:numPr>
        <w:spacing w:after="0"/>
        <w:jc w:val="both"/>
      </w:pPr>
      <w:r>
        <w:t xml:space="preserve">Bagi Program Studi </w:t>
      </w:r>
      <w:proofErr w:type="spellStart"/>
      <w:r>
        <w:t>Informatika</w:t>
      </w:r>
      <w:proofErr w:type="spellEnd"/>
      <w:r>
        <w:t xml:space="preserve">, </w:t>
      </w:r>
      <w:proofErr w:type="spellStart"/>
      <w:r>
        <w:t>disarankan</w:t>
      </w:r>
      <w:proofErr w:type="spellEnd"/>
      <w:r>
        <w:t xml:space="preserve"> </w:t>
      </w:r>
      <w:proofErr w:type="spellStart"/>
      <w:r>
        <w:t>untuk</w:t>
      </w:r>
      <w:proofErr w:type="spellEnd"/>
      <w:r>
        <w:t xml:space="preserve"> </w:t>
      </w:r>
      <w:proofErr w:type="spellStart"/>
      <w:r>
        <w:t>memberikan</w:t>
      </w:r>
      <w:proofErr w:type="spellEnd"/>
      <w:r>
        <w:t xml:space="preserve"> </w:t>
      </w:r>
      <w:proofErr w:type="spellStart"/>
      <w:r>
        <w:t>dukungan</w:t>
      </w:r>
      <w:proofErr w:type="spellEnd"/>
      <w:r>
        <w:t xml:space="preserve"> </w:t>
      </w:r>
      <w:proofErr w:type="spellStart"/>
      <w:r>
        <w:t>berupa</w:t>
      </w:r>
      <w:proofErr w:type="spellEnd"/>
      <w:r>
        <w:t xml:space="preserve"> workshop </w:t>
      </w:r>
      <w:proofErr w:type="spellStart"/>
      <w:r>
        <w:t>atau</w:t>
      </w:r>
      <w:proofErr w:type="spellEnd"/>
      <w:r>
        <w:t xml:space="preserve"> </w:t>
      </w:r>
      <w:proofErr w:type="spellStart"/>
      <w:r>
        <w:t>pelatihan</w:t>
      </w:r>
      <w:proofErr w:type="spellEnd"/>
      <w:r>
        <w:t xml:space="preserve"> </w:t>
      </w:r>
      <w:proofErr w:type="spellStart"/>
      <w:r>
        <w:t>tambahan</w:t>
      </w:r>
      <w:proofErr w:type="spellEnd"/>
      <w:r>
        <w:t xml:space="preserve"> </w:t>
      </w:r>
      <w:proofErr w:type="spellStart"/>
      <w:r>
        <w:t>mengenai</w:t>
      </w:r>
      <w:proofErr w:type="spellEnd"/>
      <w:r>
        <w:t xml:space="preserve"> </w:t>
      </w:r>
      <w:proofErr w:type="spellStart"/>
      <w:r>
        <w:t>pengembangan</w:t>
      </w:r>
      <w:proofErr w:type="spellEnd"/>
      <w:r>
        <w:t xml:space="preserve"> </w:t>
      </w:r>
      <w:proofErr w:type="spellStart"/>
      <w:r>
        <w:t>sistem</w:t>
      </w:r>
      <w:proofErr w:type="spellEnd"/>
      <w:r>
        <w:t xml:space="preserve"> embedded, Internet of Things (IoT), </w:t>
      </w:r>
      <w:proofErr w:type="spellStart"/>
      <w:r>
        <w:t>serta</w:t>
      </w:r>
      <w:proofErr w:type="spellEnd"/>
      <w:r>
        <w:t xml:space="preserve"> </w:t>
      </w:r>
      <w:proofErr w:type="spellStart"/>
      <w:r>
        <w:t>teknik</w:t>
      </w:r>
      <w:proofErr w:type="spellEnd"/>
      <w:r>
        <w:t xml:space="preserve"> troubleshooting </w:t>
      </w:r>
      <w:proofErr w:type="spellStart"/>
      <w:r>
        <w:t>perangkat</w:t>
      </w:r>
      <w:proofErr w:type="spellEnd"/>
      <w:r>
        <w:t xml:space="preserve"> </w:t>
      </w:r>
      <w:proofErr w:type="spellStart"/>
      <w:r>
        <w:t>keras</w:t>
      </w:r>
      <w:proofErr w:type="spellEnd"/>
      <w:r>
        <w:t xml:space="preserve"> (</w:t>
      </w:r>
      <w:proofErr w:type="spellStart"/>
      <w:r>
        <w:t>mitigasi</w:t>
      </w:r>
      <w:proofErr w:type="spellEnd"/>
      <w:r>
        <w:t xml:space="preserve"> error/hardware </w:t>
      </w:r>
      <w:proofErr w:type="spellStart"/>
      <w:r>
        <w:t>rusak</w:t>
      </w:r>
      <w:proofErr w:type="spellEnd"/>
      <w:r>
        <w:t xml:space="preserve">), agar </w:t>
      </w:r>
      <w:proofErr w:type="spellStart"/>
      <w:r>
        <w:t>mahasiswa</w:t>
      </w:r>
      <w:proofErr w:type="spellEnd"/>
      <w:r>
        <w:t xml:space="preserve"> </w:t>
      </w:r>
      <w:proofErr w:type="spellStart"/>
      <w:r>
        <w:t>lebih</w:t>
      </w:r>
      <w:proofErr w:type="spellEnd"/>
      <w:r>
        <w:t xml:space="preserve"> </w:t>
      </w:r>
      <w:proofErr w:type="spellStart"/>
      <w:r>
        <w:t>siap</w:t>
      </w:r>
      <w:proofErr w:type="spellEnd"/>
      <w:r>
        <w:t xml:space="preserve"> </w:t>
      </w:r>
      <w:proofErr w:type="spellStart"/>
      <w:r>
        <w:t>menghadapi</w:t>
      </w:r>
      <w:proofErr w:type="spellEnd"/>
      <w:r>
        <w:t xml:space="preserve"> </w:t>
      </w:r>
      <w:proofErr w:type="spellStart"/>
      <w:r>
        <w:t>kendala</w:t>
      </w:r>
      <w:proofErr w:type="spellEnd"/>
      <w:r>
        <w:t xml:space="preserve"> </w:t>
      </w:r>
      <w:proofErr w:type="spellStart"/>
      <w:r>
        <w:t>teknis</w:t>
      </w:r>
      <w:proofErr w:type="spellEnd"/>
      <w:r>
        <w:t xml:space="preserve"> di </w:t>
      </w:r>
      <w:proofErr w:type="spellStart"/>
      <w:r>
        <w:t>lapangan</w:t>
      </w:r>
      <w:proofErr w:type="spellEnd"/>
      <w:r>
        <w:t>.</w:t>
      </w:r>
    </w:p>
    <w:p w14:paraId="6B25F42E" w14:textId="3280B2C8" w:rsidR="00207B40" w:rsidRDefault="00052350" w:rsidP="00052350">
      <w:pPr>
        <w:pStyle w:val="ListParagraph"/>
        <w:numPr>
          <w:ilvl w:val="0"/>
          <w:numId w:val="30"/>
        </w:numPr>
        <w:spacing w:after="0"/>
        <w:jc w:val="both"/>
      </w:pPr>
      <w:r>
        <w:lastRenderedPageBreak/>
        <w:t xml:space="preserve">Bagi </w:t>
      </w:r>
      <w:proofErr w:type="spellStart"/>
      <w:r>
        <w:t>pihak</w:t>
      </w:r>
      <w:proofErr w:type="spellEnd"/>
      <w:r>
        <w:t xml:space="preserve"> </w:t>
      </w:r>
      <w:proofErr w:type="spellStart"/>
      <w:r>
        <w:t>Kelurahan</w:t>
      </w:r>
      <w:proofErr w:type="spellEnd"/>
      <w:r>
        <w:t xml:space="preserve"> Tigaraksa, </w:t>
      </w:r>
      <w:proofErr w:type="spellStart"/>
      <w:r>
        <w:t>disarankan</w:t>
      </w:r>
      <w:proofErr w:type="spellEnd"/>
      <w:r>
        <w:t xml:space="preserve"> </w:t>
      </w:r>
      <w:proofErr w:type="spellStart"/>
      <w:r>
        <w:t>untuk</w:t>
      </w:r>
      <w:proofErr w:type="spellEnd"/>
      <w:r>
        <w:t xml:space="preserve"> </w:t>
      </w:r>
      <w:proofErr w:type="spellStart"/>
      <w:r>
        <w:t>mempertimbangkan</w:t>
      </w:r>
      <w:proofErr w:type="spellEnd"/>
      <w:r>
        <w:t xml:space="preserve"> </w:t>
      </w:r>
      <w:proofErr w:type="spellStart"/>
      <w:r>
        <w:t>penerapan</w:t>
      </w:r>
      <w:proofErr w:type="spellEnd"/>
      <w:r>
        <w:t xml:space="preserve"> </w:t>
      </w:r>
      <w:proofErr w:type="spellStart"/>
      <w:r>
        <w:t>sistem</w:t>
      </w:r>
      <w:proofErr w:type="spellEnd"/>
      <w:r>
        <w:t xml:space="preserve"> </w:t>
      </w:r>
      <w:proofErr w:type="spellStart"/>
      <w:r>
        <w:t>akses</w:t>
      </w:r>
      <w:proofErr w:type="spellEnd"/>
      <w:r>
        <w:t xml:space="preserve"> </w:t>
      </w:r>
      <w:proofErr w:type="spellStart"/>
      <w:r>
        <w:t>keamanan</w:t>
      </w:r>
      <w:proofErr w:type="spellEnd"/>
      <w:r>
        <w:t xml:space="preserve"> </w:t>
      </w:r>
      <w:proofErr w:type="spellStart"/>
      <w:r>
        <w:t>ruangan</w:t>
      </w:r>
      <w:proofErr w:type="spellEnd"/>
      <w:r>
        <w:t xml:space="preserve"> </w:t>
      </w:r>
      <w:proofErr w:type="spellStart"/>
      <w:r>
        <w:t>berbasis</w:t>
      </w:r>
      <w:proofErr w:type="spellEnd"/>
      <w:r>
        <w:t xml:space="preserve"> RFID dan </w:t>
      </w:r>
      <w:proofErr w:type="spellStart"/>
      <w:r>
        <w:t>terintegrasi</w:t>
      </w:r>
      <w:proofErr w:type="spellEnd"/>
      <w:r>
        <w:t xml:space="preserve"> web </w:t>
      </w:r>
      <w:proofErr w:type="spellStart"/>
      <w:r>
        <w:t>ini</w:t>
      </w:r>
      <w:proofErr w:type="spellEnd"/>
      <w:r>
        <w:t xml:space="preserve"> di </w:t>
      </w:r>
      <w:proofErr w:type="spellStart"/>
      <w:r>
        <w:t>fasilitas</w:t>
      </w:r>
      <w:proofErr w:type="spellEnd"/>
      <w:r>
        <w:t xml:space="preserve"> </w:t>
      </w:r>
      <w:proofErr w:type="spellStart"/>
      <w:r>
        <w:t>kelurahan</w:t>
      </w:r>
      <w:proofErr w:type="spellEnd"/>
      <w:r>
        <w:t xml:space="preserve"> (</w:t>
      </w:r>
      <w:proofErr w:type="spellStart"/>
      <w:r>
        <w:t>seperti</w:t>
      </w:r>
      <w:proofErr w:type="spellEnd"/>
      <w:r>
        <w:t xml:space="preserve"> </w:t>
      </w:r>
      <w:proofErr w:type="spellStart"/>
      <w:r>
        <w:t>ruang</w:t>
      </w:r>
      <w:proofErr w:type="spellEnd"/>
      <w:r>
        <w:t xml:space="preserve"> </w:t>
      </w:r>
      <w:proofErr w:type="spellStart"/>
      <w:r>
        <w:t>arsip</w:t>
      </w:r>
      <w:proofErr w:type="spellEnd"/>
      <w:r>
        <w:t xml:space="preserve"> </w:t>
      </w:r>
      <w:proofErr w:type="spellStart"/>
      <w:r>
        <w:t>atau</w:t>
      </w:r>
      <w:proofErr w:type="spellEnd"/>
      <w:r>
        <w:t xml:space="preserve"> </w:t>
      </w:r>
      <w:proofErr w:type="spellStart"/>
      <w:r>
        <w:t>ruang</w:t>
      </w:r>
      <w:proofErr w:type="spellEnd"/>
      <w:r>
        <w:t xml:space="preserve"> server) yang </w:t>
      </w:r>
      <w:proofErr w:type="spellStart"/>
      <w:r>
        <w:t>memerlukan</w:t>
      </w:r>
      <w:proofErr w:type="spellEnd"/>
      <w:r>
        <w:t xml:space="preserve"> </w:t>
      </w:r>
      <w:proofErr w:type="spellStart"/>
      <w:r>
        <w:t>tingkat</w:t>
      </w:r>
      <w:proofErr w:type="spellEnd"/>
      <w:r>
        <w:t xml:space="preserve"> </w:t>
      </w:r>
      <w:proofErr w:type="spellStart"/>
      <w:r>
        <w:t>pengawasan</w:t>
      </w:r>
      <w:proofErr w:type="spellEnd"/>
      <w:r>
        <w:t xml:space="preserve"> dan </w:t>
      </w:r>
      <w:proofErr w:type="spellStart"/>
      <w:r>
        <w:t>keamanan</w:t>
      </w:r>
      <w:proofErr w:type="spellEnd"/>
      <w:r>
        <w:t xml:space="preserve"> yang </w:t>
      </w:r>
      <w:proofErr w:type="spellStart"/>
      <w:r>
        <w:t>lebih</w:t>
      </w:r>
      <w:proofErr w:type="spellEnd"/>
      <w:r>
        <w:t xml:space="preserve"> </w:t>
      </w:r>
      <w:proofErr w:type="spellStart"/>
      <w:proofErr w:type="gramStart"/>
      <w:r>
        <w:t>tinggi</w:t>
      </w:r>
      <w:proofErr w:type="spellEnd"/>
      <w:r>
        <w:t>.</w:t>
      </w:r>
      <w:r w:rsidR="00207B40">
        <w:t>.</w:t>
      </w:r>
      <w:proofErr w:type="gramEnd"/>
    </w:p>
    <w:p w14:paraId="2A15707D" w14:textId="77777777" w:rsidR="00207B40" w:rsidRDefault="00207B40" w:rsidP="00207B40">
      <w:r>
        <w:br w:type="page"/>
      </w:r>
    </w:p>
    <w:p w14:paraId="138934EB" w14:textId="77777777" w:rsidR="00207B40" w:rsidRDefault="00207B40" w:rsidP="00207B40">
      <w:pPr>
        <w:spacing w:after="0"/>
        <w:jc w:val="center"/>
      </w:pPr>
      <w:r>
        <w:rPr>
          <w:b/>
          <w:sz w:val="28"/>
        </w:rPr>
        <w:lastRenderedPageBreak/>
        <w:t>DAFTAR PUSTAKA</w:t>
      </w:r>
    </w:p>
    <w:p w14:paraId="11BFD61E" w14:textId="77777777" w:rsidR="00207B40" w:rsidRDefault="00207B40" w:rsidP="00207B40"/>
    <w:p w14:paraId="0785FFF7" w14:textId="77777777" w:rsidR="00207B40" w:rsidRDefault="00207B40" w:rsidP="00207B40">
      <w:pPr>
        <w:ind w:left="720" w:hanging="720"/>
      </w:pPr>
      <w:r>
        <w:t>[1] A. Ramzan, W. Farhan, I. Malahat, and N. Afzal, "Double-Layered Authentication Door-Lock System Utilizing Hybrid RFID-PIN Technology for Enhanced Security," Materials Proceedings, vol. 23, no. 1, p. 19, 2025. https://doi.org/10.3390/materproc2025023019</w:t>
      </w:r>
    </w:p>
    <w:p w14:paraId="3AB949A6" w14:textId="77777777" w:rsidR="00207B40" w:rsidRDefault="00207B40" w:rsidP="00207B40">
      <w:pPr>
        <w:ind w:left="720" w:hanging="720"/>
      </w:pPr>
      <w:r>
        <w:t xml:space="preserve">[2] R. Parthasarathy, P. Ayyappan, S. S. Loong, N. A. A. B. Sulaiman, and T. Rahman, "Design </w:t>
      </w:r>
      <w:proofErr w:type="gramStart"/>
      <w:r>
        <w:t>And</w:t>
      </w:r>
      <w:proofErr w:type="gramEnd"/>
      <w:r>
        <w:t xml:space="preserve"> Implementation of An Arduino Microcontroller Based Door Access Control System Using RFID Technology," International Journal of Psychosocial Rehabilitation, vol. 24, no. 6, pp. 6255-6270, 2020. https://doi.org/10.61841/1rrkws74</w:t>
      </w:r>
    </w:p>
    <w:p w14:paraId="714B3181" w14:textId="77777777" w:rsidR="00207B40" w:rsidRDefault="00207B40" w:rsidP="00207B40">
      <w:pPr>
        <w:ind w:left="720" w:hanging="720"/>
      </w:pPr>
      <w:r>
        <w:t>[3] B. A. Saran and B. Saratha, "RFID Lock Using Arduino," International Journal of Progressive Research in Science and Engineering, vol. 6, no. 4, 2025.</w:t>
      </w:r>
    </w:p>
    <w:p w14:paraId="6CB717A6" w14:textId="77777777" w:rsidR="00207B40" w:rsidRDefault="00207B40" w:rsidP="00207B40">
      <w:pPr>
        <w:ind w:left="720" w:hanging="720"/>
      </w:pPr>
      <w:r>
        <w:t>[4] Anurag, S. and Kumar, P., "Bluetooth based smart lock system," Journal of Mobile Computing, vol. 8, no. 2, pp. 45-52, 2018.</w:t>
      </w:r>
    </w:p>
    <w:p w14:paraId="471329D3" w14:textId="77777777" w:rsidR="00207B40" w:rsidRDefault="00207B40" w:rsidP="00207B40">
      <w:pPr>
        <w:ind w:left="720" w:hanging="720"/>
      </w:pPr>
      <w:r>
        <w:t xml:space="preserve">[5] Z. Pala and N. </w:t>
      </w:r>
      <w:proofErr w:type="spellStart"/>
      <w:r>
        <w:t>Inanc</w:t>
      </w:r>
      <w:proofErr w:type="spellEnd"/>
      <w:r>
        <w:t>, "Smart Parking Applications Using RFID Technology," in Proc. 1st Annual RFID Eurasia, Istanbul, Turkey, 2007, pp. 1-3. https://doi.org/10.1109/RFIDEURASIA.2007.4368108</w:t>
      </w:r>
    </w:p>
    <w:p w14:paraId="45385A7F" w14:textId="77777777" w:rsidR="00207B40" w:rsidRDefault="00207B40" w:rsidP="00207B40">
      <w:r>
        <w:br w:type="page"/>
      </w:r>
    </w:p>
    <w:p w14:paraId="1DF4819F" w14:textId="77777777" w:rsidR="00207B40" w:rsidRDefault="00207B40" w:rsidP="00151A98">
      <w:pPr>
        <w:pStyle w:val="Heading1"/>
        <w:jc w:val="center"/>
      </w:pPr>
      <w:r>
        <w:lastRenderedPageBreak/>
        <w:t>LAMPIRAN</w:t>
      </w:r>
    </w:p>
    <w:p w14:paraId="481D6F2D" w14:textId="0CFC279F" w:rsidR="00207B40" w:rsidRDefault="00151A98" w:rsidP="00207B40">
      <w:r>
        <w:rPr>
          <w:iCs/>
          <w:noProof/>
        </w:rPr>
        <w:drawing>
          <wp:anchor distT="0" distB="0" distL="114300" distR="114300" simplePos="0" relativeHeight="251663872" behindDoc="0" locked="0" layoutInCell="1" allowOverlap="1" wp14:anchorId="4088C8F1" wp14:editId="5A9198A5">
            <wp:simplePos x="0" y="0"/>
            <wp:positionH relativeFrom="column">
              <wp:posOffset>2449195</wp:posOffset>
            </wp:positionH>
            <wp:positionV relativeFrom="paragraph">
              <wp:posOffset>11430</wp:posOffset>
            </wp:positionV>
            <wp:extent cx="1540142" cy="2733318"/>
            <wp:effectExtent l="0" t="0" r="3175" b="0"/>
            <wp:wrapNone/>
            <wp:docPr id="1248723320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41427" cy="27355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iCs/>
          <w:noProof/>
          <w:color w:val="595959"/>
        </w:rPr>
        <w:drawing>
          <wp:anchor distT="0" distB="0" distL="114300" distR="114300" simplePos="0" relativeHeight="251664896" behindDoc="0" locked="0" layoutInCell="1" allowOverlap="1" wp14:anchorId="1E99DCA4" wp14:editId="0FB24C3C">
            <wp:simplePos x="0" y="0"/>
            <wp:positionH relativeFrom="column">
              <wp:posOffset>0</wp:posOffset>
            </wp:positionH>
            <wp:positionV relativeFrom="paragraph">
              <wp:posOffset>-635</wp:posOffset>
            </wp:positionV>
            <wp:extent cx="1522095" cy="2725420"/>
            <wp:effectExtent l="0" t="0" r="1905" b="0"/>
            <wp:wrapNone/>
            <wp:docPr id="137734623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2095" cy="27254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56B2CDD" w14:textId="2DE4E589" w:rsidR="00207B40" w:rsidRDefault="00207B40" w:rsidP="00207B40">
      <w:pPr>
        <w:jc w:val="center"/>
      </w:pPr>
    </w:p>
    <w:p w14:paraId="366675A7" w14:textId="6E20C3B2" w:rsidR="00943E5C" w:rsidRDefault="00943E5C"/>
    <w:p w14:paraId="1B454E11" w14:textId="77777777" w:rsidR="00151A98" w:rsidRDefault="00151A98"/>
    <w:p w14:paraId="7DC9E2A2" w14:textId="77777777" w:rsidR="00151A98" w:rsidRDefault="00151A98"/>
    <w:p w14:paraId="74DE76EB" w14:textId="77777777" w:rsidR="00151A98" w:rsidRPr="00151A98" w:rsidRDefault="00151A98" w:rsidP="00151A98"/>
    <w:p w14:paraId="2ACADA7B" w14:textId="77777777" w:rsidR="00151A98" w:rsidRPr="00151A98" w:rsidRDefault="00151A98" w:rsidP="00151A98"/>
    <w:p w14:paraId="1C8A96AC" w14:textId="77777777" w:rsidR="00151A98" w:rsidRPr="00151A98" w:rsidRDefault="00151A98" w:rsidP="00151A98"/>
    <w:p w14:paraId="551662DA" w14:textId="77777777" w:rsidR="00151A98" w:rsidRPr="00151A98" w:rsidRDefault="00151A98" w:rsidP="00151A98"/>
    <w:p w14:paraId="31C930D8" w14:textId="77777777" w:rsidR="00151A98" w:rsidRDefault="00151A98" w:rsidP="00151A98"/>
    <w:p w14:paraId="1F315C67" w14:textId="7CB664D8" w:rsidR="00151A98" w:rsidRPr="00151A98" w:rsidRDefault="00151A98" w:rsidP="00151A98">
      <w:r w:rsidRPr="003B250E">
        <w:rPr>
          <w:noProof/>
        </w:rPr>
        <w:drawing>
          <wp:inline distT="0" distB="0" distL="0" distR="0" wp14:anchorId="34011A49" wp14:editId="295A42E1">
            <wp:extent cx="1515745" cy="2742075"/>
            <wp:effectExtent l="0" t="0" r="8255" b="1270"/>
            <wp:docPr id="1532973548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93716460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1515745" cy="27420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                       </w:t>
      </w:r>
      <w:r w:rsidRPr="003B250E">
        <w:rPr>
          <w:noProof/>
        </w:rPr>
        <w:drawing>
          <wp:inline distT="0" distB="0" distL="0" distR="0" wp14:anchorId="17EA729B" wp14:editId="183B626D">
            <wp:extent cx="1492250" cy="2706284"/>
            <wp:effectExtent l="0" t="0" r="0" b="0"/>
            <wp:docPr id="3012644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84053566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1496881" cy="271468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151A98" w:rsidRPr="00151A98" w:rsidSect="00EE511B">
      <w:footerReference w:type="default" r:id="rId13"/>
      <w:pgSz w:w="11906" w:h="16838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A5B2207" w14:textId="77777777" w:rsidR="00647801" w:rsidRDefault="00647801">
      <w:pPr>
        <w:spacing w:after="0" w:line="240" w:lineRule="auto"/>
      </w:pPr>
      <w:r>
        <w:separator/>
      </w:r>
    </w:p>
  </w:endnote>
  <w:endnote w:type="continuationSeparator" w:id="0">
    <w:p w14:paraId="50598D51" w14:textId="77777777" w:rsidR="00647801" w:rsidRDefault="0064780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62C587A" w14:textId="77777777" w:rsidR="00255FB3" w:rsidRDefault="00255FB3">
    <w:pPr>
      <w:pStyle w:val="Footer"/>
      <w:jc w:val="righ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3DBEAAD" w14:textId="77777777" w:rsidR="00647801" w:rsidRDefault="00647801">
      <w:pPr>
        <w:spacing w:after="0" w:line="240" w:lineRule="auto"/>
      </w:pPr>
      <w:r>
        <w:separator/>
      </w:r>
    </w:p>
  </w:footnote>
  <w:footnote w:type="continuationSeparator" w:id="0">
    <w:p w14:paraId="2BB02E73" w14:textId="77777777" w:rsidR="00647801" w:rsidRDefault="0064780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 w15:restartNumberingAfterBreak="0">
    <w:nsid w:val="00710B68"/>
    <w:multiLevelType w:val="hybridMultilevel"/>
    <w:tmpl w:val="8C82C69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0D98256D"/>
    <w:multiLevelType w:val="hybridMultilevel"/>
    <w:tmpl w:val="1CA439F8"/>
    <w:lvl w:ilvl="0" w:tplc="CA7A4B96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582" w:hanging="360"/>
      </w:pPr>
    </w:lvl>
    <w:lvl w:ilvl="2" w:tplc="3809001B" w:tentative="1">
      <w:start w:val="1"/>
      <w:numFmt w:val="lowerRoman"/>
      <w:lvlText w:val="%3."/>
      <w:lvlJc w:val="right"/>
      <w:pPr>
        <w:ind w:left="2302" w:hanging="180"/>
      </w:pPr>
    </w:lvl>
    <w:lvl w:ilvl="3" w:tplc="3809000F" w:tentative="1">
      <w:start w:val="1"/>
      <w:numFmt w:val="decimal"/>
      <w:lvlText w:val="%4."/>
      <w:lvlJc w:val="left"/>
      <w:pPr>
        <w:ind w:left="3022" w:hanging="360"/>
      </w:pPr>
    </w:lvl>
    <w:lvl w:ilvl="4" w:tplc="38090019" w:tentative="1">
      <w:start w:val="1"/>
      <w:numFmt w:val="lowerLetter"/>
      <w:lvlText w:val="%5."/>
      <w:lvlJc w:val="left"/>
      <w:pPr>
        <w:ind w:left="3742" w:hanging="360"/>
      </w:pPr>
    </w:lvl>
    <w:lvl w:ilvl="5" w:tplc="3809001B" w:tentative="1">
      <w:start w:val="1"/>
      <w:numFmt w:val="lowerRoman"/>
      <w:lvlText w:val="%6."/>
      <w:lvlJc w:val="right"/>
      <w:pPr>
        <w:ind w:left="4462" w:hanging="180"/>
      </w:pPr>
    </w:lvl>
    <w:lvl w:ilvl="6" w:tplc="3809000F" w:tentative="1">
      <w:start w:val="1"/>
      <w:numFmt w:val="decimal"/>
      <w:lvlText w:val="%7."/>
      <w:lvlJc w:val="left"/>
      <w:pPr>
        <w:ind w:left="5182" w:hanging="360"/>
      </w:pPr>
    </w:lvl>
    <w:lvl w:ilvl="7" w:tplc="38090019" w:tentative="1">
      <w:start w:val="1"/>
      <w:numFmt w:val="lowerLetter"/>
      <w:lvlText w:val="%8."/>
      <w:lvlJc w:val="left"/>
      <w:pPr>
        <w:ind w:left="5902" w:hanging="360"/>
      </w:pPr>
    </w:lvl>
    <w:lvl w:ilvl="8" w:tplc="3809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1" w15:restartNumberingAfterBreak="0">
    <w:nsid w:val="13CB0322"/>
    <w:multiLevelType w:val="hybridMultilevel"/>
    <w:tmpl w:val="9C6685B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3D75388"/>
    <w:multiLevelType w:val="hybridMultilevel"/>
    <w:tmpl w:val="AF64347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4233852"/>
    <w:multiLevelType w:val="hybridMultilevel"/>
    <w:tmpl w:val="E6D2ACE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44A18B4"/>
    <w:multiLevelType w:val="hybridMultilevel"/>
    <w:tmpl w:val="AE2AFE4C"/>
    <w:lvl w:ilvl="0" w:tplc="CA7A4B96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582" w:hanging="360"/>
      </w:pPr>
    </w:lvl>
    <w:lvl w:ilvl="2" w:tplc="3809001B" w:tentative="1">
      <w:start w:val="1"/>
      <w:numFmt w:val="lowerRoman"/>
      <w:lvlText w:val="%3."/>
      <w:lvlJc w:val="right"/>
      <w:pPr>
        <w:ind w:left="2302" w:hanging="180"/>
      </w:pPr>
    </w:lvl>
    <w:lvl w:ilvl="3" w:tplc="3809000F" w:tentative="1">
      <w:start w:val="1"/>
      <w:numFmt w:val="decimal"/>
      <w:lvlText w:val="%4."/>
      <w:lvlJc w:val="left"/>
      <w:pPr>
        <w:ind w:left="3022" w:hanging="360"/>
      </w:pPr>
    </w:lvl>
    <w:lvl w:ilvl="4" w:tplc="38090019" w:tentative="1">
      <w:start w:val="1"/>
      <w:numFmt w:val="lowerLetter"/>
      <w:lvlText w:val="%5."/>
      <w:lvlJc w:val="left"/>
      <w:pPr>
        <w:ind w:left="3742" w:hanging="360"/>
      </w:pPr>
    </w:lvl>
    <w:lvl w:ilvl="5" w:tplc="3809001B" w:tentative="1">
      <w:start w:val="1"/>
      <w:numFmt w:val="lowerRoman"/>
      <w:lvlText w:val="%6."/>
      <w:lvlJc w:val="right"/>
      <w:pPr>
        <w:ind w:left="4462" w:hanging="180"/>
      </w:pPr>
    </w:lvl>
    <w:lvl w:ilvl="6" w:tplc="3809000F" w:tentative="1">
      <w:start w:val="1"/>
      <w:numFmt w:val="decimal"/>
      <w:lvlText w:val="%7."/>
      <w:lvlJc w:val="left"/>
      <w:pPr>
        <w:ind w:left="5182" w:hanging="360"/>
      </w:pPr>
    </w:lvl>
    <w:lvl w:ilvl="7" w:tplc="38090019" w:tentative="1">
      <w:start w:val="1"/>
      <w:numFmt w:val="lowerLetter"/>
      <w:lvlText w:val="%8."/>
      <w:lvlJc w:val="left"/>
      <w:pPr>
        <w:ind w:left="5902" w:hanging="360"/>
      </w:pPr>
    </w:lvl>
    <w:lvl w:ilvl="8" w:tplc="3809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5" w15:restartNumberingAfterBreak="0">
    <w:nsid w:val="1995163A"/>
    <w:multiLevelType w:val="hybridMultilevel"/>
    <w:tmpl w:val="CE1A74F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1A347071"/>
    <w:multiLevelType w:val="hybridMultilevel"/>
    <w:tmpl w:val="017C3AB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1AEA294E"/>
    <w:multiLevelType w:val="hybridMultilevel"/>
    <w:tmpl w:val="B4B659BE"/>
    <w:lvl w:ilvl="0" w:tplc="7466E54C">
      <w:start w:val="1"/>
      <w:numFmt w:val="lowerLetter"/>
      <w:lvlText w:val="%1."/>
      <w:lvlJc w:val="left"/>
      <w:pPr>
        <w:ind w:left="644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582" w:hanging="360"/>
      </w:pPr>
    </w:lvl>
    <w:lvl w:ilvl="2" w:tplc="3809001B" w:tentative="1">
      <w:start w:val="1"/>
      <w:numFmt w:val="lowerRoman"/>
      <w:lvlText w:val="%3."/>
      <w:lvlJc w:val="right"/>
      <w:pPr>
        <w:ind w:left="2302" w:hanging="180"/>
      </w:pPr>
    </w:lvl>
    <w:lvl w:ilvl="3" w:tplc="3809000F" w:tentative="1">
      <w:start w:val="1"/>
      <w:numFmt w:val="decimal"/>
      <w:lvlText w:val="%4."/>
      <w:lvlJc w:val="left"/>
      <w:pPr>
        <w:ind w:left="3022" w:hanging="360"/>
      </w:pPr>
    </w:lvl>
    <w:lvl w:ilvl="4" w:tplc="38090019" w:tentative="1">
      <w:start w:val="1"/>
      <w:numFmt w:val="lowerLetter"/>
      <w:lvlText w:val="%5."/>
      <w:lvlJc w:val="left"/>
      <w:pPr>
        <w:ind w:left="3742" w:hanging="360"/>
      </w:pPr>
    </w:lvl>
    <w:lvl w:ilvl="5" w:tplc="3809001B" w:tentative="1">
      <w:start w:val="1"/>
      <w:numFmt w:val="lowerRoman"/>
      <w:lvlText w:val="%6."/>
      <w:lvlJc w:val="right"/>
      <w:pPr>
        <w:ind w:left="4462" w:hanging="180"/>
      </w:pPr>
    </w:lvl>
    <w:lvl w:ilvl="6" w:tplc="3809000F" w:tentative="1">
      <w:start w:val="1"/>
      <w:numFmt w:val="decimal"/>
      <w:lvlText w:val="%7."/>
      <w:lvlJc w:val="left"/>
      <w:pPr>
        <w:ind w:left="5182" w:hanging="360"/>
      </w:pPr>
    </w:lvl>
    <w:lvl w:ilvl="7" w:tplc="38090019" w:tentative="1">
      <w:start w:val="1"/>
      <w:numFmt w:val="lowerLetter"/>
      <w:lvlText w:val="%8."/>
      <w:lvlJc w:val="left"/>
      <w:pPr>
        <w:ind w:left="5902" w:hanging="360"/>
      </w:pPr>
    </w:lvl>
    <w:lvl w:ilvl="8" w:tplc="3809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8" w15:restartNumberingAfterBreak="0">
    <w:nsid w:val="1EE02942"/>
    <w:multiLevelType w:val="hybridMultilevel"/>
    <w:tmpl w:val="33A6D556"/>
    <w:lvl w:ilvl="0" w:tplc="CA7A4B96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222" w:hanging="360"/>
      </w:pPr>
    </w:lvl>
    <w:lvl w:ilvl="2" w:tplc="3809001B" w:tentative="1">
      <w:start w:val="1"/>
      <w:numFmt w:val="lowerRoman"/>
      <w:lvlText w:val="%3."/>
      <w:lvlJc w:val="right"/>
      <w:pPr>
        <w:ind w:left="1942" w:hanging="180"/>
      </w:pPr>
    </w:lvl>
    <w:lvl w:ilvl="3" w:tplc="3809000F" w:tentative="1">
      <w:start w:val="1"/>
      <w:numFmt w:val="decimal"/>
      <w:lvlText w:val="%4."/>
      <w:lvlJc w:val="left"/>
      <w:pPr>
        <w:ind w:left="2662" w:hanging="360"/>
      </w:pPr>
    </w:lvl>
    <w:lvl w:ilvl="4" w:tplc="38090019" w:tentative="1">
      <w:start w:val="1"/>
      <w:numFmt w:val="lowerLetter"/>
      <w:lvlText w:val="%5."/>
      <w:lvlJc w:val="left"/>
      <w:pPr>
        <w:ind w:left="3382" w:hanging="360"/>
      </w:pPr>
    </w:lvl>
    <w:lvl w:ilvl="5" w:tplc="3809001B" w:tentative="1">
      <w:start w:val="1"/>
      <w:numFmt w:val="lowerRoman"/>
      <w:lvlText w:val="%6."/>
      <w:lvlJc w:val="right"/>
      <w:pPr>
        <w:ind w:left="4102" w:hanging="180"/>
      </w:pPr>
    </w:lvl>
    <w:lvl w:ilvl="6" w:tplc="3809000F" w:tentative="1">
      <w:start w:val="1"/>
      <w:numFmt w:val="decimal"/>
      <w:lvlText w:val="%7."/>
      <w:lvlJc w:val="left"/>
      <w:pPr>
        <w:ind w:left="4822" w:hanging="360"/>
      </w:pPr>
    </w:lvl>
    <w:lvl w:ilvl="7" w:tplc="38090019" w:tentative="1">
      <w:start w:val="1"/>
      <w:numFmt w:val="lowerLetter"/>
      <w:lvlText w:val="%8."/>
      <w:lvlJc w:val="left"/>
      <w:pPr>
        <w:ind w:left="5542" w:hanging="360"/>
      </w:pPr>
    </w:lvl>
    <w:lvl w:ilvl="8" w:tplc="380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9" w15:restartNumberingAfterBreak="0">
    <w:nsid w:val="274D6D94"/>
    <w:multiLevelType w:val="hybridMultilevel"/>
    <w:tmpl w:val="4BE2743E"/>
    <w:lvl w:ilvl="0" w:tplc="7466E54C">
      <w:start w:val="1"/>
      <w:numFmt w:val="lowerLetter"/>
      <w:lvlText w:val="%1."/>
      <w:lvlJc w:val="left"/>
      <w:pPr>
        <w:ind w:left="502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222" w:hanging="360"/>
      </w:pPr>
    </w:lvl>
    <w:lvl w:ilvl="2" w:tplc="3809001B" w:tentative="1">
      <w:start w:val="1"/>
      <w:numFmt w:val="lowerRoman"/>
      <w:lvlText w:val="%3."/>
      <w:lvlJc w:val="right"/>
      <w:pPr>
        <w:ind w:left="1942" w:hanging="180"/>
      </w:pPr>
    </w:lvl>
    <w:lvl w:ilvl="3" w:tplc="3809000F" w:tentative="1">
      <w:start w:val="1"/>
      <w:numFmt w:val="decimal"/>
      <w:lvlText w:val="%4."/>
      <w:lvlJc w:val="left"/>
      <w:pPr>
        <w:ind w:left="2662" w:hanging="360"/>
      </w:pPr>
    </w:lvl>
    <w:lvl w:ilvl="4" w:tplc="38090019" w:tentative="1">
      <w:start w:val="1"/>
      <w:numFmt w:val="lowerLetter"/>
      <w:lvlText w:val="%5."/>
      <w:lvlJc w:val="left"/>
      <w:pPr>
        <w:ind w:left="3382" w:hanging="360"/>
      </w:pPr>
    </w:lvl>
    <w:lvl w:ilvl="5" w:tplc="3809001B" w:tentative="1">
      <w:start w:val="1"/>
      <w:numFmt w:val="lowerRoman"/>
      <w:lvlText w:val="%6."/>
      <w:lvlJc w:val="right"/>
      <w:pPr>
        <w:ind w:left="4102" w:hanging="180"/>
      </w:pPr>
    </w:lvl>
    <w:lvl w:ilvl="6" w:tplc="3809000F" w:tentative="1">
      <w:start w:val="1"/>
      <w:numFmt w:val="decimal"/>
      <w:lvlText w:val="%7."/>
      <w:lvlJc w:val="left"/>
      <w:pPr>
        <w:ind w:left="4822" w:hanging="360"/>
      </w:pPr>
    </w:lvl>
    <w:lvl w:ilvl="7" w:tplc="38090019" w:tentative="1">
      <w:start w:val="1"/>
      <w:numFmt w:val="lowerLetter"/>
      <w:lvlText w:val="%8."/>
      <w:lvlJc w:val="left"/>
      <w:pPr>
        <w:ind w:left="5542" w:hanging="360"/>
      </w:pPr>
    </w:lvl>
    <w:lvl w:ilvl="8" w:tplc="380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0" w15:restartNumberingAfterBreak="0">
    <w:nsid w:val="3B2D62C4"/>
    <w:multiLevelType w:val="hybridMultilevel"/>
    <w:tmpl w:val="AD96E1D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0443C5C"/>
    <w:multiLevelType w:val="hybridMultilevel"/>
    <w:tmpl w:val="CE90EA3A"/>
    <w:lvl w:ilvl="0" w:tplc="CA7A4B96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582" w:hanging="360"/>
      </w:pPr>
    </w:lvl>
    <w:lvl w:ilvl="2" w:tplc="3809001B" w:tentative="1">
      <w:start w:val="1"/>
      <w:numFmt w:val="lowerRoman"/>
      <w:lvlText w:val="%3."/>
      <w:lvlJc w:val="right"/>
      <w:pPr>
        <w:ind w:left="2302" w:hanging="180"/>
      </w:pPr>
    </w:lvl>
    <w:lvl w:ilvl="3" w:tplc="3809000F" w:tentative="1">
      <w:start w:val="1"/>
      <w:numFmt w:val="decimal"/>
      <w:lvlText w:val="%4."/>
      <w:lvlJc w:val="left"/>
      <w:pPr>
        <w:ind w:left="3022" w:hanging="360"/>
      </w:pPr>
    </w:lvl>
    <w:lvl w:ilvl="4" w:tplc="38090019" w:tentative="1">
      <w:start w:val="1"/>
      <w:numFmt w:val="lowerLetter"/>
      <w:lvlText w:val="%5."/>
      <w:lvlJc w:val="left"/>
      <w:pPr>
        <w:ind w:left="3742" w:hanging="360"/>
      </w:pPr>
    </w:lvl>
    <w:lvl w:ilvl="5" w:tplc="3809001B" w:tentative="1">
      <w:start w:val="1"/>
      <w:numFmt w:val="lowerRoman"/>
      <w:lvlText w:val="%6."/>
      <w:lvlJc w:val="right"/>
      <w:pPr>
        <w:ind w:left="4462" w:hanging="180"/>
      </w:pPr>
    </w:lvl>
    <w:lvl w:ilvl="6" w:tplc="3809000F" w:tentative="1">
      <w:start w:val="1"/>
      <w:numFmt w:val="decimal"/>
      <w:lvlText w:val="%7."/>
      <w:lvlJc w:val="left"/>
      <w:pPr>
        <w:ind w:left="5182" w:hanging="360"/>
      </w:pPr>
    </w:lvl>
    <w:lvl w:ilvl="7" w:tplc="38090019" w:tentative="1">
      <w:start w:val="1"/>
      <w:numFmt w:val="lowerLetter"/>
      <w:lvlText w:val="%8."/>
      <w:lvlJc w:val="left"/>
      <w:pPr>
        <w:ind w:left="5902" w:hanging="360"/>
      </w:pPr>
    </w:lvl>
    <w:lvl w:ilvl="8" w:tplc="3809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22" w15:restartNumberingAfterBreak="0">
    <w:nsid w:val="4FD27D00"/>
    <w:multiLevelType w:val="hybridMultilevel"/>
    <w:tmpl w:val="8DA0A346"/>
    <w:lvl w:ilvl="0" w:tplc="38090019">
      <w:start w:val="1"/>
      <w:numFmt w:val="lowerLetter"/>
      <w:lvlText w:val="%1."/>
      <w:lvlJc w:val="left"/>
      <w:pPr>
        <w:ind w:left="862" w:hanging="360"/>
      </w:pPr>
    </w:lvl>
    <w:lvl w:ilvl="1" w:tplc="38090019" w:tentative="1">
      <w:start w:val="1"/>
      <w:numFmt w:val="lowerLetter"/>
      <w:lvlText w:val="%2."/>
      <w:lvlJc w:val="left"/>
      <w:pPr>
        <w:ind w:left="1582" w:hanging="360"/>
      </w:pPr>
    </w:lvl>
    <w:lvl w:ilvl="2" w:tplc="3809001B" w:tentative="1">
      <w:start w:val="1"/>
      <w:numFmt w:val="lowerRoman"/>
      <w:lvlText w:val="%3."/>
      <w:lvlJc w:val="right"/>
      <w:pPr>
        <w:ind w:left="2302" w:hanging="180"/>
      </w:pPr>
    </w:lvl>
    <w:lvl w:ilvl="3" w:tplc="3809000F" w:tentative="1">
      <w:start w:val="1"/>
      <w:numFmt w:val="decimal"/>
      <w:lvlText w:val="%4."/>
      <w:lvlJc w:val="left"/>
      <w:pPr>
        <w:ind w:left="3022" w:hanging="360"/>
      </w:pPr>
    </w:lvl>
    <w:lvl w:ilvl="4" w:tplc="38090019" w:tentative="1">
      <w:start w:val="1"/>
      <w:numFmt w:val="lowerLetter"/>
      <w:lvlText w:val="%5."/>
      <w:lvlJc w:val="left"/>
      <w:pPr>
        <w:ind w:left="3742" w:hanging="360"/>
      </w:pPr>
    </w:lvl>
    <w:lvl w:ilvl="5" w:tplc="3809001B" w:tentative="1">
      <w:start w:val="1"/>
      <w:numFmt w:val="lowerRoman"/>
      <w:lvlText w:val="%6."/>
      <w:lvlJc w:val="right"/>
      <w:pPr>
        <w:ind w:left="4462" w:hanging="180"/>
      </w:pPr>
    </w:lvl>
    <w:lvl w:ilvl="6" w:tplc="3809000F" w:tentative="1">
      <w:start w:val="1"/>
      <w:numFmt w:val="decimal"/>
      <w:lvlText w:val="%7."/>
      <w:lvlJc w:val="left"/>
      <w:pPr>
        <w:ind w:left="5182" w:hanging="360"/>
      </w:pPr>
    </w:lvl>
    <w:lvl w:ilvl="7" w:tplc="38090019" w:tentative="1">
      <w:start w:val="1"/>
      <w:numFmt w:val="lowerLetter"/>
      <w:lvlText w:val="%8."/>
      <w:lvlJc w:val="left"/>
      <w:pPr>
        <w:ind w:left="5902" w:hanging="360"/>
      </w:pPr>
    </w:lvl>
    <w:lvl w:ilvl="8" w:tplc="3809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23" w15:restartNumberingAfterBreak="0">
    <w:nsid w:val="505D53DD"/>
    <w:multiLevelType w:val="hybridMultilevel"/>
    <w:tmpl w:val="04B85228"/>
    <w:lvl w:ilvl="0" w:tplc="0409000F">
      <w:start w:val="1"/>
      <w:numFmt w:val="decimal"/>
      <w:lvlText w:val="%1."/>
      <w:lvlJc w:val="left"/>
      <w:pPr>
        <w:ind w:left="862" w:hanging="360"/>
      </w:pPr>
    </w:lvl>
    <w:lvl w:ilvl="1" w:tplc="04090019" w:tentative="1">
      <w:start w:val="1"/>
      <w:numFmt w:val="lowerLetter"/>
      <w:lvlText w:val="%2."/>
      <w:lvlJc w:val="left"/>
      <w:pPr>
        <w:ind w:left="1582" w:hanging="360"/>
      </w:pPr>
    </w:lvl>
    <w:lvl w:ilvl="2" w:tplc="0409001B" w:tentative="1">
      <w:start w:val="1"/>
      <w:numFmt w:val="lowerRoman"/>
      <w:lvlText w:val="%3."/>
      <w:lvlJc w:val="right"/>
      <w:pPr>
        <w:ind w:left="2302" w:hanging="180"/>
      </w:pPr>
    </w:lvl>
    <w:lvl w:ilvl="3" w:tplc="0409000F" w:tentative="1">
      <w:start w:val="1"/>
      <w:numFmt w:val="decimal"/>
      <w:lvlText w:val="%4."/>
      <w:lvlJc w:val="left"/>
      <w:pPr>
        <w:ind w:left="3022" w:hanging="360"/>
      </w:pPr>
    </w:lvl>
    <w:lvl w:ilvl="4" w:tplc="04090019" w:tentative="1">
      <w:start w:val="1"/>
      <w:numFmt w:val="lowerLetter"/>
      <w:lvlText w:val="%5."/>
      <w:lvlJc w:val="left"/>
      <w:pPr>
        <w:ind w:left="3742" w:hanging="360"/>
      </w:pPr>
    </w:lvl>
    <w:lvl w:ilvl="5" w:tplc="0409001B" w:tentative="1">
      <w:start w:val="1"/>
      <w:numFmt w:val="lowerRoman"/>
      <w:lvlText w:val="%6."/>
      <w:lvlJc w:val="right"/>
      <w:pPr>
        <w:ind w:left="4462" w:hanging="180"/>
      </w:pPr>
    </w:lvl>
    <w:lvl w:ilvl="6" w:tplc="0409000F" w:tentative="1">
      <w:start w:val="1"/>
      <w:numFmt w:val="decimal"/>
      <w:lvlText w:val="%7."/>
      <w:lvlJc w:val="left"/>
      <w:pPr>
        <w:ind w:left="5182" w:hanging="360"/>
      </w:pPr>
    </w:lvl>
    <w:lvl w:ilvl="7" w:tplc="04090019" w:tentative="1">
      <w:start w:val="1"/>
      <w:numFmt w:val="lowerLetter"/>
      <w:lvlText w:val="%8."/>
      <w:lvlJc w:val="left"/>
      <w:pPr>
        <w:ind w:left="5902" w:hanging="360"/>
      </w:pPr>
    </w:lvl>
    <w:lvl w:ilvl="8" w:tplc="0409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24" w15:restartNumberingAfterBreak="0">
    <w:nsid w:val="509F39A8"/>
    <w:multiLevelType w:val="hybridMultilevel"/>
    <w:tmpl w:val="1FEE6FE0"/>
    <w:lvl w:ilvl="0" w:tplc="7466E54C">
      <w:start w:val="1"/>
      <w:numFmt w:val="lowerLetter"/>
      <w:lvlText w:val="%1."/>
      <w:lvlJc w:val="left"/>
      <w:pPr>
        <w:ind w:left="644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582" w:hanging="360"/>
      </w:pPr>
    </w:lvl>
    <w:lvl w:ilvl="2" w:tplc="3809001B" w:tentative="1">
      <w:start w:val="1"/>
      <w:numFmt w:val="lowerRoman"/>
      <w:lvlText w:val="%3."/>
      <w:lvlJc w:val="right"/>
      <w:pPr>
        <w:ind w:left="2302" w:hanging="180"/>
      </w:pPr>
    </w:lvl>
    <w:lvl w:ilvl="3" w:tplc="3809000F" w:tentative="1">
      <w:start w:val="1"/>
      <w:numFmt w:val="decimal"/>
      <w:lvlText w:val="%4."/>
      <w:lvlJc w:val="left"/>
      <w:pPr>
        <w:ind w:left="3022" w:hanging="360"/>
      </w:pPr>
    </w:lvl>
    <w:lvl w:ilvl="4" w:tplc="38090019" w:tentative="1">
      <w:start w:val="1"/>
      <w:numFmt w:val="lowerLetter"/>
      <w:lvlText w:val="%5."/>
      <w:lvlJc w:val="left"/>
      <w:pPr>
        <w:ind w:left="3742" w:hanging="360"/>
      </w:pPr>
    </w:lvl>
    <w:lvl w:ilvl="5" w:tplc="3809001B" w:tentative="1">
      <w:start w:val="1"/>
      <w:numFmt w:val="lowerRoman"/>
      <w:lvlText w:val="%6."/>
      <w:lvlJc w:val="right"/>
      <w:pPr>
        <w:ind w:left="4462" w:hanging="180"/>
      </w:pPr>
    </w:lvl>
    <w:lvl w:ilvl="6" w:tplc="3809000F" w:tentative="1">
      <w:start w:val="1"/>
      <w:numFmt w:val="decimal"/>
      <w:lvlText w:val="%7."/>
      <w:lvlJc w:val="left"/>
      <w:pPr>
        <w:ind w:left="5182" w:hanging="360"/>
      </w:pPr>
    </w:lvl>
    <w:lvl w:ilvl="7" w:tplc="38090019" w:tentative="1">
      <w:start w:val="1"/>
      <w:numFmt w:val="lowerLetter"/>
      <w:lvlText w:val="%8."/>
      <w:lvlJc w:val="left"/>
      <w:pPr>
        <w:ind w:left="5902" w:hanging="360"/>
      </w:pPr>
    </w:lvl>
    <w:lvl w:ilvl="8" w:tplc="3809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25" w15:restartNumberingAfterBreak="0">
    <w:nsid w:val="50A16AB6"/>
    <w:multiLevelType w:val="hybridMultilevel"/>
    <w:tmpl w:val="C20E1B1A"/>
    <w:lvl w:ilvl="0" w:tplc="CA7A4B96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222" w:hanging="360"/>
      </w:pPr>
    </w:lvl>
    <w:lvl w:ilvl="2" w:tplc="3809001B" w:tentative="1">
      <w:start w:val="1"/>
      <w:numFmt w:val="lowerRoman"/>
      <w:lvlText w:val="%3."/>
      <w:lvlJc w:val="right"/>
      <w:pPr>
        <w:ind w:left="1942" w:hanging="180"/>
      </w:pPr>
    </w:lvl>
    <w:lvl w:ilvl="3" w:tplc="3809000F" w:tentative="1">
      <w:start w:val="1"/>
      <w:numFmt w:val="decimal"/>
      <w:lvlText w:val="%4."/>
      <w:lvlJc w:val="left"/>
      <w:pPr>
        <w:ind w:left="2662" w:hanging="360"/>
      </w:pPr>
    </w:lvl>
    <w:lvl w:ilvl="4" w:tplc="38090019" w:tentative="1">
      <w:start w:val="1"/>
      <w:numFmt w:val="lowerLetter"/>
      <w:lvlText w:val="%5."/>
      <w:lvlJc w:val="left"/>
      <w:pPr>
        <w:ind w:left="3382" w:hanging="360"/>
      </w:pPr>
    </w:lvl>
    <w:lvl w:ilvl="5" w:tplc="3809001B" w:tentative="1">
      <w:start w:val="1"/>
      <w:numFmt w:val="lowerRoman"/>
      <w:lvlText w:val="%6."/>
      <w:lvlJc w:val="right"/>
      <w:pPr>
        <w:ind w:left="4102" w:hanging="180"/>
      </w:pPr>
    </w:lvl>
    <w:lvl w:ilvl="6" w:tplc="3809000F" w:tentative="1">
      <w:start w:val="1"/>
      <w:numFmt w:val="decimal"/>
      <w:lvlText w:val="%7."/>
      <w:lvlJc w:val="left"/>
      <w:pPr>
        <w:ind w:left="4822" w:hanging="360"/>
      </w:pPr>
    </w:lvl>
    <w:lvl w:ilvl="7" w:tplc="38090019" w:tentative="1">
      <w:start w:val="1"/>
      <w:numFmt w:val="lowerLetter"/>
      <w:lvlText w:val="%8."/>
      <w:lvlJc w:val="left"/>
      <w:pPr>
        <w:ind w:left="5542" w:hanging="360"/>
      </w:pPr>
    </w:lvl>
    <w:lvl w:ilvl="8" w:tplc="380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6" w15:restartNumberingAfterBreak="0">
    <w:nsid w:val="55AB4C0E"/>
    <w:multiLevelType w:val="hybridMultilevel"/>
    <w:tmpl w:val="B4243666"/>
    <w:lvl w:ilvl="0" w:tplc="CA7A4B96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222" w:hanging="360"/>
      </w:pPr>
    </w:lvl>
    <w:lvl w:ilvl="2" w:tplc="3809001B" w:tentative="1">
      <w:start w:val="1"/>
      <w:numFmt w:val="lowerRoman"/>
      <w:lvlText w:val="%3."/>
      <w:lvlJc w:val="right"/>
      <w:pPr>
        <w:ind w:left="1942" w:hanging="180"/>
      </w:pPr>
    </w:lvl>
    <w:lvl w:ilvl="3" w:tplc="3809000F" w:tentative="1">
      <w:start w:val="1"/>
      <w:numFmt w:val="decimal"/>
      <w:lvlText w:val="%4."/>
      <w:lvlJc w:val="left"/>
      <w:pPr>
        <w:ind w:left="2662" w:hanging="360"/>
      </w:pPr>
    </w:lvl>
    <w:lvl w:ilvl="4" w:tplc="38090019" w:tentative="1">
      <w:start w:val="1"/>
      <w:numFmt w:val="lowerLetter"/>
      <w:lvlText w:val="%5."/>
      <w:lvlJc w:val="left"/>
      <w:pPr>
        <w:ind w:left="3382" w:hanging="360"/>
      </w:pPr>
    </w:lvl>
    <w:lvl w:ilvl="5" w:tplc="3809001B" w:tentative="1">
      <w:start w:val="1"/>
      <w:numFmt w:val="lowerRoman"/>
      <w:lvlText w:val="%6."/>
      <w:lvlJc w:val="right"/>
      <w:pPr>
        <w:ind w:left="4102" w:hanging="180"/>
      </w:pPr>
    </w:lvl>
    <w:lvl w:ilvl="6" w:tplc="3809000F" w:tentative="1">
      <w:start w:val="1"/>
      <w:numFmt w:val="decimal"/>
      <w:lvlText w:val="%7."/>
      <w:lvlJc w:val="left"/>
      <w:pPr>
        <w:ind w:left="4822" w:hanging="360"/>
      </w:pPr>
    </w:lvl>
    <w:lvl w:ilvl="7" w:tplc="38090019" w:tentative="1">
      <w:start w:val="1"/>
      <w:numFmt w:val="lowerLetter"/>
      <w:lvlText w:val="%8."/>
      <w:lvlJc w:val="left"/>
      <w:pPr>
        <w:ind w:left="5542" w:hanging="360"/>
      </w:pPr>
    </w:lvl>
    <w:lvl w:ilvl="8" w:tplc="380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7" w15:restartNumberingAfterBreak="0">
    <w:nsid w:val="580E58B0"/>
    <w:multiLevelType w:val="hybridMultilevel"/>
    <w:tmpl w:val="3B42ACF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A2D30DE"/>
    <w:multiLevelType w:val="hybridMultilevel"/>
    <w:tmpl w:val="CF9C0F4C"/>
    <w:lvl w:ilvl="0" w:tplc="3809000F">
      <w:start w:val="1"/>
      <w:numFmt w:val="decimal"/>
      <w:lvlText w:val="%1."/>
      <w:lvlJc w:val="left"/>
      <w:pPr>
        <w:ind w:left="862" w:hanging="360"/>
      </w:pPr>
    </w:lvl>
    <w:lvl w:ilvl="1" w:tplc="38090019" w:tentative="1">
      <w:start w:val="1"/>
      <w:numFmt w:val="lowerLetter"/>
      <w:lvlText w:val="%2."/>
      <w:lvlJc w:val="left"/>
      <w:pPr>
        <w:ind w:left="1582" w:hanging="360"/>
      </w:pPr>
    </w:lvl>
    <w:lvl w:ilvl="2" w:tplc="3809001B" w:tentative="1">
      <w:start w:val="1"/>
      <w:numFmt w:val="lowerRoman"/>
      <w:lvlText w:val="%3."/>
      <w:lvlJc w:val="right"/>
      <w:pPr>
        <w:ind w:left="2302" w:hanging="180"/>
      </w:pPr>
    </w:lvl>
    <w:lvl w:ilvl="3" w:tplc="3809000F" w:tentative="1">
      <w:start w:val="1"/>
      <w:numFmt w:val="decimal"/>
      <w:lvlText w:val="%4."/>
      <w:lvlJc w:val="left"/>
      <w:pPr>
        <w:ind w:left="3022" w:hanging="360"/>
      </w:pPr>
    </w:lvl>
    <w:lvl w:ilvl="4" w:tplc="38090019" w:tentative="1">
      <w:start w:val="1"/>
      <w:numFmt w:val="lowerLetter"/>
      <w:lvlText w:val="%5."/>
      <w:lvlJc w:val="left"/>
      <w:pPr>
        <w:ind w:left="3742" w:hanging="360"/>
      </w:pPr>
    </w:lvl>
    <w:lvl w:ilvl="5" w:tplc="3809001B" w:tentative="1">
      <w:start w:val="1"/>
      <w:numFmt w:val="lowerRoman"/>
      <w:lvlText w:val="%6."/>
      <w:lvlJc w:val="right"/>
      <w:pPr>
        <w:ind w:left="4462" w:hanging="180"/>
      </w:pPr>
    </w:lvl>
    <w:lvl w:ilvl="6" w:tplc="3809000F" w:tentative="1">
      <w:start w:val="1"/>
      <w:numFmt w:val="decimal"/>
      <w:lvlText w:val="%7."/>
      <w:lvlJc w:val="left"/>
      <w:pPr>
        <w:ind w:left="5182" w:hanging="360"/>
      </w:pPr>
    </w:lvl>
    <w:lvl w:ilvl="7" w:tplc="38090019" w:tentative="1">
      <w:start w:val="1"/>
      <w:numFmt w:val="lowerLetter"/>
      <w:lvlText w:val="%8."/>
      <w:lvlJc w:val="left"/>
      <w:pPr>
        <w:ind w:left="5902" w:hanging="360"/>
      </w:pPr>
    </w:lvl>
    <w:lvl w:ilvl="8" w:tplc="3809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29" w15:restartNumberingAfterBreak="0">
    <w:nsid w:val="70AF4284"/>
    <w:multiLevelType w:val="hybridMultilevel"/>
    <w:tmpl w:val="FFB8E89C"/>
    <w:lvl w:ilvl="0" w:tplc="CA7A4B96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582" w:hanging="360"/>
      </w:pPr>
    </w:lvl>
    <w:lvl w:ilvl="2" w:tplc="3809001B" w:tentative="1">
      <w:start w:val="1"/>
      <w:numFmt w:val="lowerRoman"/>
      <w:lvlText w:val="%3."/>
      <w:lvlJc w:val="right"/>
      <w:pPr>
        <w:ind w:left="2302" w:hanging="180"/>
      </w:pPr>
    </w:lvl>
    <w:lvl w:ilvl="3" w:tplc="3809000F" w:tentative="1">
      <w:start w:val="1"/>
      <w:numFmt w:val="decimal"/>
      <w:lvlText w:val="%4."/>
      <w:lvlJc w:val="left"/>
      <w:pPr>
        <w:ind w:left="3022" w:hanging="360"/>
      </w:pPr>
    </w:lvl>
    <w:lvl w:ilvl="4" w:tplc="38090019" w:tentative="1">
      <w:start w:val="1"/>
      <w:numFmt w:val="lowerLetter"/>
      <w:lvlText w:val="%5."/>
      <w:lvlJc w:val="left"/>
      <w:pPr>
        <w:ind w:left="3742" w:hanging="360"/>
      </w:pPr>
    </w:lvl>
    <w:lvl w:ilvl="5" w:tplc="3809001B" w:tentative="1">
      <w:start w:val="1"/>
      <w:numFmt w:val="lowerRoman"/>
      <w:lvlText w:val="%6."/>
      <w:lvlJc w:val="right"/>
      <w:pPr>
        <w:ind w:left="4462" w:hanging="180"/>
      </w:pPr>
    </w:lvl>
    <w:lvl w:ilvl="6" w:tplc="3809000F" w:tentative="1">
      <w:start w:val="1"/>
      <w:numFmt w:val="decimal"/>
      <w:lvlText w:val="%7."/>
      <w:lvlJc w:val="left"/>
      <w:pPr>
        <w:ind w:left="5182" w:hanging="360"/>
      </w:pPr>
    </w:lvl>
    <w:lvl w:ilvl="7" w:tplc="38090019" w:tentative="1">
      <w:start w:val="1"/>
      <w:numFmt w:val="lowerLetter"/>
      <w:lvlText w:val="%8."/>
      <w:lvlJc w:val="left"/>
      <w:pPr>
        <w:ind w:left="5902" w:hanging="360"/>
      </w:pPr>
    </w:lvl>
    <w:lvl w:ilvl="8" w:tplc="3809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30" w15:restartNumberingAfterBreak="0">
    <w:nsid w:val="71F80B0B"/>
    <w:multiLevelType w:val="hybridMultilevel"/>
    <w:tmpl w:val="A9D00618"/>
    <w:lvl w:ilvl="0" w:tplc="38090019">
      <w:start w:val="1"/>
      <w:numFmt w:val="lowerLetter"/>
      <w:lvlText w:val="%1."/>
      <w:lvlJc w:val="left"/>
      <w:pPr>
        <w:ind w:left="862" w:hanging="360"/>
      </w:pPr>
    </w:lvl>
    <w:lvl w:ilvl="1" w:tplc="38090019" w:tentative="1">
      <w:start w:val="1"/>
      <w:numFmt w:val="lowerLetter"/>
      <w:lvlText w:val="%2."/>
      <w:lvlJc w:val="left"/>
      <w:pPr>
        <w:ind w:left="1582" w:hanging="360"/>
      </w:pPr>
    </w:lvl>
    <w:lvl w:ilvl="2" w:tplc="3809001B" w:tentative="1">
      <w:start w:val="1"/>
      <w:numFmt w:val="lowerRoman"/>
      <w:lvlText w:val="%3."/>
      <w:lvlJc w:val="right"/>
      <w:pPr>
        <w:ind w:left="2302" w:hanging="180"/>
      </w:pPr>
    </w:lvl>
    <w:lvl w:ilvl="3" w:tplc="3809000F" w:tentative="1">
      <w:start w:val="1"/>
      <w:numFmt w:val="decimal"/>
      <w:lvlText w:val="%4."/>
      <w:lvlJc w:val="left"/>
      <w:pPr>
        <w:ind w:left="3022" w:hanging="360"/>
      </w:pPr>
    </w:lvl>
    <w:lvl w:ilvl="4" w:tplc="38090019" w:tentative="1">
      <w:start w:val="1"/>
      <w:numFmt w:val="lowerLetter"/>
      <w:lvlText w:val="%5."/>
      <w:lvlJc w:val="left"/>
      <w:pPr>
        <w:ind w:left="3742" w:hanging="360"/>
      </w:pPr>
    </w:lvl>
    <w:lvl w:ilvl="5" w:tplc="3809001B" w:tentative="1">
      <w:start w:val="1"/>
      <w:numFmt w:val="lowerRoman"/>
      <w:lvlText w:val="%6."/>
      <w:lvlJc w:val="right"/>
      <w:pPr>
        <w:ind w:left="4462" w:hanging="180"/>
      </w:pPr>
    </w:lvl>
    <w:lvl w:ilvl="6" w:tplc="3809000F" w:tentative="1">
      <w:start w:val="1"/>
      <w:numFmt w:val="decimal"/>
      <w:lvlText w:val="%7."/>
      <w:lvlJc w:val="left"/>
      <w:pPr>
        <w:ind w:left="5182" w:hanging="360"/>
      </w:pPr>
    </w:lvl>
    <w:lvl w:ilvl="7" w:tplc="38090019" w:tentative="1">
      <w:start w:val="1"/>
      <w:numFmt w:val="lowerLetter"/>
      <w:lvlText w:val="%8."/>
      <w:lvlJc w:val="left"/>
      <w:pPr>
        <w:ind w:left="5902" w:hanging="360"/>
      </w:pPr>
    </w:lvl>
    <w:lvl w:ilvl="8" w:tplc="3809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31" w15:restartNumberingAfterBreak="0">
    <w:nsid w:val="77055A43"/>
    <w:multiLevelType w:val="hybridMultilevel"/>
    <w:tmpl w:val="E7FEB788"/>
    <w:lvl w:ilvl="0" w:tplc="CA7A4B96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582" w:hanging="360"/>
      </w:pPr>
    </w:lvl>
    <w:lvl w:ilvl="2" w:tplc="3809001B" w:tentative="1">
      <w:start w:val="1"/>
      <w:numFmt w:val="lowerRoman"/>
      <w:lvlText w:val="%3."/>
      <w:lvlJc w:val="right"/>
      <w:pPr>
        <w:ind w:left="2302" w:hanging="180"/>
      </w:pPr>
    </w:lvl>
    <w:lvl w:ilvl="3" w:tplc="3809000F" w:tentative="1">
      <w:start w:val="1"/>
      <w:numFmt w:val="decimal"/>
      <w:lvlText w:val="%4."/>
      <w:lvlJc w:val="left"/>
      <w:pPr>
        <w:ind w:left="3022" w:hanging="360"/>
      </w:pPr>
    </w:lvl>
    <w:lvl w:ilvl="4" w:tplc="38090019" w:tentative="1">
      <w:start w:val="1"/>
      <w:numFmt w:val="lowerLetter"/>
      <w:lvlText w:val="%5."/>
      <w:lvlJc w:val="left"/>
      <w:pPr>
        <w:ind w:left="3742" w:hanging="360"/>
      </w:pPr>
    </w:lvl>
    <w:lvl w:ilvl="5" w:tplc="3809001B" w:tentative="1">
      <w:start w:val="1"/>
      <w:numFmt w:val="lowerRoman"/>
      <w:lvlText w:val="%6."/>
      <w:lvlJc w:val="right"/>
      <w:pPr>
        <w:ind w:left="4462" w:hanging="180"/>
      </w:pPr>
    </w:lvl>
    <w:lvl w:ilvl="6" w:tplc="3809000F" w:tentative="1">
      <w:start w:val="1"/>
      <w:numFmt w:val="decimal"/>
      <w:lvlText w:val="%7."/>
      <w:lvlJc w:val="left"/>
      <w:pPr>
        <w:ind w:left="5182" w:hanging="360"/>
      </w:pPr>
    </w:lvl>
    <w:lvl w:ilvl="7" w:tplc="38090019" w:tentative="1">
      <w:start w:val="1"/>
      <w:numFmt w:val="lowerLetter"/>
      <w:lvlText w:val="%8."/>
      <w:lvlJc w:val="left"/>
      <w:pPr>
        <w:ind w:left="5902" w:hanging="360"/>
      </w:pPr>
    </w:lvl>
    <w:lvl w:ilvl="8" w:tplc="3809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32" w15:restartNumberingAfterBreak="0">
    <w:nsid w:val="799B7BC0"/>
    <w:multiLevelType w:val="hybridMultilevel"/>
    <w:tmpl w:val="DBA84A6C"/>
    <w:lvl w:ilvl="0" w:tplc="7466E54C">
      <w:start w:val="1"/>
      <w:numFmt w:val="lowerLetter"/>
      <w:lvlText w:val="%1."/>
      <w:lvlJc w:val="left"/>
      <w:pPr>
        <w:ind w:left="502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222" w:hanging="360"/>
      </w:pPr>
    </w:lvl>
    <w:lvl w:ilvl="2" w:tplc="3809001B" w:tentative="1">
      <w:start w:val="1"/>
      <w:numFmt w:val="lowerRoman"/>
      <w:lvlText w:val="%3."/>
      <w:lvlJc w:val="right"/>
      <w:pPr>
        <w:ind w:left="1942" w:hanging="180"/>
      </w:pPr>
    </w:lvl>
    <w:lvl w:ilvl="3" w:tplc="3809000F" w:tentative="1">
      <w:start w:val="1"/>
      <w:numFmt w:val="decimal"/>
      <w:lvlText w:val="%4."/>
      <w:lvlJc w:val="left"/>
      <w:pPr>
        <w:ind w:left="2662" w:hanging="360"/>
      </w:pPr>
    </w:lvl>
    <w:lvl w:ilvl="4" w:tplc="38090019" w:tentative="1">
      <w:start w:val="1"/>
      <w:numFmt w:val="lowerLetter"/>
      <w:lvlText w:val="%5."/>
      <w:lvlJc w:val="left"/>
      <w:pPr>
        <w:ind w:left="3382" w:hanging="360"/>
      </w:pPr>
    </w:lvl>
    <w:lvl w:ilvl="5" w:tplc="3809001B" w:tentative="1">
      <w:start w:val="1"/>
      <w:numFmt w:val="lowerRoman"/>
      <w:lvlText w:val="%6."/>
      <w:lvlJc w:val="right"/>
      <w:pPr>
        <w:ind w:left="4102" w:hanging="180"/>
      </w:pPr>
    </w:lvl>
    <w:lvl w:ilvl="6" w:tplc="3809000F" w:tentative="1">
      <w:start w:val="1"/>
      <w:numFmt w:val="decimal"/>
      <w:lvlText w:val="%7."/>
      <w:lvlJc w:val="left"/>
      <w:pPr>
        <w:ind w:left="4822" w:hanging="360"/>
      </w:pPr>
    </w:lvl>
    <w:lvl w:ilvl="7" w:tplc="38090019" w:tentative="1">
      <w:start w:val="1"/>
      <w:numFmt w:val="lowerLetter"/>
      <w:lvlText w:val="%8."/>
      <w:lvlJc w:val="left"/>
      <w:pPr>
        <w:ind w:left="5542" w:hanging="360"/>
      </w:pPr>
    </w:lvl>
    <w:lvl w:ilvl="8" w:tplc="380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33" w15:restartNumberingAfterBreak="0">
    <w:nsid w:val="79B61316"/>
    <w:multiLevelType w:val="hybridMultilevel"/>
    <w:tmpl w:val="D5FA5F0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38567397">
    <w:abstractNumId w:val="8"/>
  </w:num>
  <w:num w:numId="2" w16cid:durableId="1633170911">
    <w:abstractNumId w:val="6"/>
  </w:num>
  <w:num w:numId="3" w16cid:durableId="816217015">
    <w:abstractNumId w:val="5"/>
  </w:num>
  <w:num w:numId="4" w16cid:durableId="312686049">
    <w:abstractNumId w:val="4"/>
  </w:num>
  <w:num w:numId="5" w16cid:durableId="81416339">
    <w:abstractNumId w:val="7"/>
  </w:num>
  <w:num w:numId="6" w16cid:durableId="693308407">
    <w:abstractNumId w:val="3"/>
  </w:num>
  <w:num w:numId="7" w16cid:durableId="526023439">
    <w:abstractNumId w:val="2"/>
  </w:num>
  <w:num w:numId="8" w16cid:durableId="1110781240">
    <w:abstractNumId w:val="1"/>
  </w:num>
  <w:num w:numId="9" w16cid:durableId="387843535">
    <w:abstractNumId w:val="0"/>
  </w:num>
  <w:num w:numId="10" w16cid:durableId="1221595112">
    <w:abstractNumId w:val="28"/>
  </w:num>
  <w:num w:numId="11" w16cid:durableId="333068777">
    <w:abstractNumId w:val="18"/>
  </w:num>
  <w:num w:numId="12" w16cid:durableId="1361398932">
    <w:abstractNumId w:val="14"/>
  </w:num>
  <w:num w:numId="13" w16cid:durableId="2073455452">
    <w:abstractNumId w:val="29"/>
  </w:num>
  <w:num w:numId="14" w16cid:durableId="245068843">
    <w:abstractNumId w:val="25"/>
  </w:num>
  <w:num w:numId="15" w16cid:durableId="549460394">
    <w:abstractNumId w:val="21"/>
  </w:num>
  <w:num w:numId="16" w16cid:durableId="1138566830">
    <w:abstractNumId w:val="10"/>
  </w:num>
  <w:num w:numId="17" w16cid:durableId="1193150276">
    <w:abstractNumId w:val="26"/>
  </w:num>
  <w:num w:numId="18" w16cid:durableId="1142041415">
    <w:abstractNumId w:val="31"/>
  </w:num>
  <w:num w:numId="19" w16cid:durableId="1841196060">
    <w:abstractNumId w:val="22"/>
  </w:num>
  <w:num w:numId="20" w16cid:durableId="1457139242">
    <w:abstractNumId w:val="19"/>
  </w:num>
  <w:num w:numId="21" w16cid:durableId="745881525">
    <w:abstractNumId w:val="24"/>
  </w:num>
  <w:num w:numId="22" w16cid:durableId="437868275">
    <w:abstractNumId w:val="30"/>
  </w:num>
  <w:num w:numId="23" w16cid:durableId="1061714304">
    <w:abstractNumId w:val="32"/>
  </w:num>
  <w:num w:numId="24" w16cid:durableId="875384870">
    <w:abstractNumId w:val="17"/>
  </w:num>
  <w:num w:numId="25" w16cid:durableId="450133299">
    <w:abstractNumId w:val="27"/>
  </w:num>
  <w:num w:numId="26" w16cid:durableId="1575702500">
    <w:abstractNumId w:val="13"/>
  </w:num>
  <w:num w:numId="27" w16cid:durableId="2032876544">
    <w:abstractNumId w:val="9"/>
  </w:num>
  <w:num w:numId="28" w16cid:durableId="35202241">
    <w:abstractNumId w:val="20"/>
  </w:num>
  <w:num w:numId="29" w16cid:durableId="2060011551">
    <w:abstractNumId w:val="11"/>
  </w:num>
  <w:num w:numId="30" w16cid:durableId="748624330">
    <w:abstractNumId w:val="16"/>
  </w:num>
  <w:num w:numId="31" w16cid:durableId="1622951532">
    <w:abstractNumId w:val="23"/>
  </w:num>
  <w:num w:numId="32" w16cid:durableId="447362108">
    <w:abstractNumId w:val="15"/>
  </w:num>
  <w:num w:numId="33" w16cid:durableId="1076243968">
    <w:abstractNumId w:val="33"/>
  </w:num>
  <w:num w:numId="34" w16cid:durableId="84113232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7730"/>
    <w:rsid w:val="00010C2F"/>
    <w:rsid w:val="00034616"/>
    <w:rsid w:val="00052350"/>
    <w:rsid w:val="000526FE"/>
    <w:rsid w:val="0005349B"/>
    <w:rsid w:val="0006063C"/>
    <w:rsid w:val="000C6055"/>
    <w:rsid w:val="00111D2F"/>
    <w:rsid w:val="0015074B"/>
    <w:rsid w:val="00151A98"/>
    <w:rsid w:val="001849A7"/>
    <w:rsid w:val="00207B40"/>
    <w:rsid w:val="0021185F"/>
    <w:rsid w:val="00255FB3"/>
    <w:rsid w:val="00274F65"/>
    <w:rsid w:val="0029639D"/>
    <w:rsid w:val="002B5A82"/>
    <w:rsid w:val="00326F90"/>
    <w:rsid w:val="003333F4"/>
    <w:rsid w:val="00337270"/>
    <w:rsid w:val="00352EF2"/>
    <w:rsid w:val="004606EC"/>
    <w:rsid w:val="0049564F"/>
    <w:rsid w:val="004B6334"/>
    <w:rsid w:val="004D24DB"/>
    <w:rsid w:val="005C0DA6"/>
    <w:rsid w:val="00647801"/>
    <w:rsid w:val="00675740"/>
    <w:rsid w:val="00730128"/>
    <w:rsid w:val="00905A57"/>
    <w:rsid w:val="00943E5C"/>
    <w:rsid w:val="00AA1D8D"/>
    <w:rsid w:val="00AB3EFA"/>
    <w:rsid w:val="00AB5A3F"/>
    <w:rsid w:val="00B20114"/>
    <w:rsid w:val="00B47730"/>
    <w:rsid w:val="00C14152"/>
    <w:rsid w:val="00C20B68"/>
    <w:rsid w:val="00C5092F"/>
    <w:rsid w:val="00C76E3E"/>
    <w:rsid w:val="00C971E0"/>
    <w:rsid w:val="00CB0664"/>
    <w:rsid w:val="00CB0931"/>
    <w:rsid w:val="00DD1531"/>
    <w:rsid w:val="00DF55F5"/>
    <w:rsid w:val="00E76A94"/>
    <w:rsid w:val="00EE511B"/>
    <w:rsid w:val="00FC693F"/>
    <w:rsid w:val="00FE39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1F51CB2D"/>
  <w14:defaultImageDpi w14:val="300"/>
  <w15:docId w15:val="{452578F4-2B48-4CFA-8B46-FF329A4F1D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  <w:pPr>
      <w:spacing w:after="120" w:line="360" w:lineRule="auto"/>
    </w:pPr>
    <w:rPr>
      <w:rFonts w:ascii="Times New Roman" w:eastAsia="Times New Roman" w:hAnsi="Times New Roman"/>
      <w:sz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C5092F"/>
    <w:pPr>
      <w:keepNext/>
      <w:keepLines/>
      <w:spacing w:before="480" w:after="0"/>
      <w:outlineLvl w:val="0"/>
    </w:pPr>
    <w:rPr>
      <w:rFonts w:eastAsiaTheme="majorEastAsia" w:cstheme="majorBidi"/>
      <w:b/>
      <w:bCs/>
      <w:color w:val="000000" w:themeColor="text1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C5092F"/>
    <w:pPr>
      <w:keepNext/>
      <w:keepLines/>
      <w:spacing w:before="200" w:after="0"/>
      <w:outlineLvl w:val="1"/>
    </w:pPr>
    <w:rPr>
      <w:rFonts w:eastAsiaTheme="majorEastAsia" w:cstheme="majorBidi"/>
      <w:b/>
      <w:bCs/>
      <w:color w:val="000000" w:themeColor="text1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C5092F"/>
    <w:rPr>
      <w:rFonts w:ascii="Times New Roman" w:eastAsiaTheme="majorEastAsia" w:hAnsi="Times New Roman" w:cstheme="majorBidi"/>
      <w:b/>
      <w:bCs/>
      <w:color w:val="000000" w:themeColor="text1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C5092F"/>
    <w:rPr>
      <w:rFonts w:ascii="Times New Roman" w:eastAsiaTheme="majorEastAsia" w:hAnsi="Times New Roman" w:cstheme="majorBidi"/>
      <w:b/>
      <w:bCs/>
      <w:color w:val="000000" w:themeColor="text1"/>
      <w:sz w:val="24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111</TotalTime>
  <Pages>19</Pages>
  <Words>3512</Words>
  <Characters>20019</Characters>
  <Application>Microsoft Office Word</Application>
  <DocSecurity>0</DocSecurity>
  <Lines>166</Lines>
  <Paragraphs>46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23485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OpenAI</dc:creator>
  <cp:keywords/>
  <dc:description>generated by python-docx</dc:description>
  <cp:lastModifiedBy>Rizky Teguh</cp:lastModifiedBy>
  <cp:revision>14</cp:revision>
  <dcterms:created xsi:type="dcterms:W3CDTF">2013-12-23T23:15:00Z</dcterms:created>
  <dcterms:modified xsi:type="dcterms:W3CDTF">2026-07-31T04:38:00Z</dcterms:modified>
  <cp:category/>
</cp:coreProperties>
</file>