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A26C" w14:textId="77777777" w:rsidR="006512E0" w:rsidRDefault="008111AB" w:rsidP="006A2C08">
      <w:pPr>
        <w:jc w:val="center"/>
      </w:pPr>
      <w:r>
        <w:rPr>
          <w:b/>
          <w:sz w:val="28"/>
        </w:rPr>
        <w:t>LAPORAN HASIL PELAKSANAAN PKL/MAGANG</w:t>
      </w:r>
    </w:p>
    <w:p w14:paraId="388D511B" w14:textId="2F7245BF" w:rsidR="0025648F" w:rsidRPr="0025648F" w:rsidRDefault="0025648F" w:rsidP="006A2C08">
      <w:pPr>
        <w:jc w:val="center"/>
        <w:rPr>
          <w:b/>
          <w:szCs w:val="24"/>
        </w:rPr>
      </w:pPr>
      <w:r w:rsidRPr="00781508">
        <w:rPr>
          <w:b/>
          <w:szCs w:val="24"/>
        </w:rPr>
        <w:t>IMPLEMENTASI</w:t>
      </w:r>
      <w:r w:rsidRPr="0025648F">
        <w:rPr>
          <w:b/>
          <w:szCs w:val="24"/>
        </w:rPr>
        <w:t xml:space="preserve"> DESAIN UI/UX UNTUK MENDUKUNG PENGELOLAAN WEBSITE BERBASIS </w:t>
      </w:r>
      <w:r w:rsidRPr="00372373">
        <w:rPr>
          <w:b/>
          <w:i/>
          <w:iCs/>
          <w:szCs w:val="24"/>
        </w:rPr>
        <w:t>WORDPRESS</w:t>
      </w:r>
      <w:r w:rsidRPr="0025648F">
        <w:rPr>
          <w:b/>
          <w:szCs w:val="24"/>
        </w:rPr>
        <w:t xml:space="preserve"> PADA KEMENAG KOTA CIL</w:t>
      </w:r>
      <w:r w:rsidR="00372373">
        <w:rPr>
          <w:b/>
          <w:szCs w:val="24"/>
        </w:rPr>
        <w:t>E</w:t>
      </w:r>
      <w:r w:rsidRPr="0025648F">
        <w:rPr>
          <w:b/>
          <w:szCs w:val="24"/>
        </w:rPr>
        <w:t>GON</w:t>
      </w:r>
    </w:p>
    <w:p w14:paraId="2E96B799" w14:textId="034CE8D8" w:rsidR="006512E0" w:rsidRDefault="008111AB" w:rsidP="006A2C08">
      <w:pPr>
        <w:jc w:val="center"/>
      </w:pPr>
      <w:proofErr w:type="spellStart"/>
      <w:r w:rsidRPr="0025648F">
        <w:rPr>
          <w:sz w:val="28"/>
          <w:szCs w:val="28"/>
        </w:rPr>
        <w:t>Disusun</w:t>
      </w:r>
      <w:proofErr w:type="spellEnd"/>
      <w:r w:rsidRPr="0025648F">
        <w:rPr>
          <w:sz w:val="28"/>
          <w:szCs w:val="28"/>
        </w:rPr>
        <w:t xml:space="preserve"> </w:t>
      </w:r>
      <w:proofErr w:type="spellStart"/>
      <w:r w:rsidRPr="0025648F">
        <w:rPr>
          <w:sz w:val="28"/>
          <w:szCs w:val="28"/>
        </w:rPr>
        <w:t>untuk</w:t>
      </w:r>
      <w:proofErr w:type="spellEnd"/>
      <w:r w:rsidRPr="0025648F">
        <w:rPr>
          <w:sz w:val="28"/>
          <w:szCs w:val="28"/>
        </w:rPr>
        <w:t xml:space="preserve"> </w:t>
      </w:r>
      <w:proofErr w:type="spellStart"/>
      <w:r w:rsidRPr="0025648F">
        <w:rPr>
          <w:sz w:val="28"/>
          <w:szCs w:val="28"/>
        </w:rPr>
        <w:t>memenuhi</w:t>
      </w:r>
      <w:proofErr w:type="spellEnd"/>
      <w:r w:rsidRPr="0025648F">
        <w:rPr>
          <w:sz w:val="28"/>
          <w:szCs w:val="28"/>
        </w:rPr>
        <w:t xml:space="preserve"> salah </w:t>
      </w:r>
      <w:proofErr w:type="spellStart"/>
      <w:r w:rsidRPr="0025648F">
        <w:rPr>
          <w:sz w:val="28"/>
          <w:szCs w:val="28"/>
        </w:rPr>
        <w:t>satu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670E33E2" w14:textId="3C7941B7" w:rsidR="006512E0" w:rsidRDefault="008111AB" w:rsidP="006A2C08">
      <w:pPr>
        <w:jc w:val="center"/>
      </w:pPr>
      <w:r>
        <w:t xml:space="preserve">pada Program Studi </w:t>
      </w:r>
      <w:proofErr w:type="spellStart"/>
      <w:r w:rsidR="009144C8">
        <w:t>Informatika</w:t>
      </w:r>
      <w:proofErr w:type="spellEnd"/>
    </w:p>
    <w:p w14:paraId="4C88205F" w14:textId="77777777" w:rsidR="006512E0" w:rsidRDefault="006512E0" w:rsidP="006A2C08">
      <w:pPr>
        <w:jc w:val="both"/>
      </w:pPr>
    </w:p>
    <w:p w14:paraId="60C00413" w14:textId="31AE2C40" w:rsidR="009326C3" w:rsidRDefault="009326C3" w:rsidP="006A2C08">
      <w:pPr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5B3B92B" wp14:editId="692D92C8">
            <wp:simplePos x="0" y="0"/>
            <wp:positionH relativeFrom="column">
              <wp:posOffset>1302990</wp:posOffset>
            </wp:positionH>
            <wp:positionV relativeFrom="paragraph">
              <wp:posOffset>105853</wp:posOffset>
            </wp:positionV>
            <wp:extent cx="2413590" cy="2867905"/>
            <wp:effectExtent l="0" t="0" r="6350" b="8890"/>
            <wp:wrapNone/>
            <wp:docPr id="75276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62818" name="Picture 7527628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590" cy="286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6F68D" w14:textId="6FABECF3" w:rsidR="009326C3" w:rsidRDefault="009326C3" w:rsidP="006A2C08">
      <w:pPr>
        <w:jc w:val="both"/>
      </w:pPr>
    </w:p>
    <w:p w14:paraId="00CC22EC" w14:textId="778764F5" w:rsidR="009326C3" w:rsidRDefault="009326C3" w:rsidP="006A2C08">
      <w:pPr>
        <w:jc w:val="both"/>
      </w:pPr>
    </w:p>
    <w:p w14:paraId="4F07C418" w14:textId="77777777" w:rsidR="009326C3" w:rsidRDefault="009326C3" w:rsidP="006A2C08">
      <w:pPr>
        <w:jc w:val="both"/>
      </w:pPr>
    </w:p>
    <w:p w14:paraId="16191AD3" w14:textId="77777777" w:rsidR="009326C3" w:rsidRDefault="009326C3" w:rsidP="006A2C08">
      <w:pPr>
        <w:jc w:val="both"/>
      </w:pPr>
    </w:p>
    <w:p w14:paraId="1D4EC749" w14:textId="77777777" w:rsidR="006512E0" w:rsidRDefault="006512E0" w:rsidP="006A2C08">
      <w:pPr>
        <w:jc w:val="both"/>
      </w:pPr>
    </w:p>
    <w:p w14:paraId="22FBA306" w14:textId="77777777" w:rsidR="009326C3" w:rsidRDefault="009326C3" w:rsidP="006A2C08">
      <w:pPr>
        <w:jc w:val="both"/>
      </w:pPr>
    </w:p>
    <w:p w14:paraId="5037E8E2" w14:textId="77777777" w:rsidR="009326C3" w:rsidRDefault="009326C3" w:rsidP="006A2C08">
      <w:pPr>
        <w:jc w:val="both"/>
      </w:pPr>
    </w:p>
    <w:p w14:paraId="4563A802" w14:textId="77777777" w:rsidR="009326C3" w:rsidRDefault="009326C3" w:rsidP="006A2C08">
      <w:pPr>
        <w:jc w:val="both"/>
      </w:pPr>
    </w:p>
    <w:p w14:paraId="45F74353" w14:textId="77777777" w:rsidR="009326C3" w:rsidRDefault="009326C3" w:rsidP="006A2C08">
      <w:pPr>
        <w:jc w:val="both"/>
      </w:pPr>
    </w:p>
    <w:p w14:paraId="2F0388BA" w14:textId="77777777" w:rsidR="009326C3" w:rsidRDefault="009326C3" w:rsidP="006A2C08">
      <w:pPr>
        <w:jc w:val="both"/>
      </w:pPr>
    </w:p>
    <w:p w14:paraId="01C7E81B" w14:textId="77777777" w:rsidR="009326C3" w:rsidRDefault="009326C3" w:rsidP="006A2C08">
      <w:pPr>
        <w:jc w:val="both"/>
      </w:pPr>
    </w:p>
    <w:p w14:paraId="2A44F49F" w14:textId="77777777" w:rsidR="009326C3" w:rsidRDefault="009326C3" w:rsidP="006A2C08">
      <w:pPr>
        <w:jc w:val="both"/>
      </w:pPr>
    </w:p>
    <w:p w14:paraId="72400F23" w14:textId="77777777" w:rsidR="006512E0" w:rsidRDefault="008111AB" w:rsidP="006A2C08">
      <w:pPr>
        <w:jc w:val="center"/>
      </w:pPr>
      <w:proofErr w:type="spellStart"/>
      <w:r>
        <w:t>Disusun</w:t>
      </w:r>
      <w:proofErr w:type="spellEnd"/>
      <w:r>
        <w:t xml:space="preserve"> oleh:</w:t>
      </w:r>
    </w:p>
    <w:p w14:paraId="1E91A6D5" w14:textId="36AC9F22" w:rsidR="006512E0" w:rsidRDefault="00F86015" w:rsidP="006A2C08">
      <w:pPr>
        <w:jc w:val="center"/>
      </w:pPr>
      <w:proofErr w:type="gramStart"/>
      <w:r>
        <w:t>Nama :</w:t>
      </w:r>
      <w:proofErr w:type="gramEnd"/>
      <w:r>
        <w:t xml:space="preserve"> </w:t>
      </w:r>
      <w:r w:rsidR="001565F7">
        <w:t>Vikri Maulana</w:t>
      </w:r>
    </w:p>
    <w:p w14:paraId="54B9E942" w14:textId="5C13E836" w:rsidR="006512E0" w:rsidRDefault="00F86015" w:rsidP="006A2C08">
      <w:pPr>
        <w:jc w:val="center"/>
      </w:pPr>
      <w:proofErr w:type="gramStart"/>
      <w:r>
        <w:t>NIM :</w:t>
      </w:r>
      <w:proofErr w:type="gramEnd"/>
      <w:r>
        <w:t xml:space="preserve"> 2317300</w:t>
      </w:r>
      <w:r w:rsidR="001565F7">
        <w:t>56</w:t>
      </w:r>
    </w:p>
    <w:p w14:paraId="1D0BEA39" w14:textId="77777777" w:rsidR="006512E0" w:rsidRDefault="006512E0" w:rsidP="006A2C08">
      <w:pPr>
        <w:jc w:val="center"/>
      </w:pPr>
    </w:p>
    <w:p w14:paraId="6D2548B9" w14:textId="77777777" w:rsidR="006512E0" w:rsidRDefault="006512E0" w:rsidP="006A2C08">
      <w:pPr>
        <w:jc w:val="center"/>
      </w:pPr>
    </w:p>
    <w:p w14:paraId="4A63CE01" w14:textId="7140869F" w:rsidR="006512E0" w:rsidRPr="00DC646A" w:rsidRDefault="008111AB" w:rsidP="0033628F">
      <w:pPr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 xml:space="preserve">PROGRAM STUDI </w:t>
      </w:r>
      <w:r w:rsidR="0007110D" w:rsidRPr="00DC646A">
        <w:rPr>
          <w:b/>
          <w:sz w:val="28"/>
          <w:szCs w:val="24"/>
        </w:rPr>
        <w:t>INFORMATIKA</w:t>
      </w:r>
    </w:p>
    <w:p w14:paraId="71E2CC4F" w14:textId="2AE8B31D" w:rsidR="006512E0" w:rsidRPr="00DC646A" w:rsidRDefault="008111AB" w:rsidP="0033628F">
      <w:pPr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FAKULTAS SAIN</w:t>
      </w:r>
      <w:r w:rsidR="0007110D" w:rsidRPr="00DC646A">
        <w:rPr>
          <w:b/>
          <w:sz w:val="28"/>
          <w:szCs w:val="24"/>
        </w:rPr>
        <w:t>S DAN TEKNOLOGI</w:t>
      </w:r>
    </w:p>
    <w:p w14:paraId="24C4EBA3" w14:textId="77777777" w:rsidR="006512E0" w:rsidRPr="00DC646A" w:rsidRDefault="008111AB" w:rsidP="0033628F">
      <w:pPr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UNIVERSITAS ISLAM NEGERI</w:t>
      </w:r>
    </w:p>
    <w:p w14:paraId="31908649" w14:textId="77777777" w:rsidR="006512E0" w:rsidRPr="00DC646A" w:rsidRDefault="008111AB" w:rsidP="0033628F">
      <w:pPr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SULTAN MAULANA HASANUDDIN BANTEN</w:t>
      </w:r>
    </w:p>
    <w:p w14:paraId="7F8973B0" w14:textId="6D54C9A8" w:rsidR="00DC646A" w:rsidRPr="0033628F" w:rsidRDefault="0007110D" w:rsidP="0033628F">
      <w:pPr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2026</w:t>
      </w:r>
    </w:p>
    <w:p w14:paraId="5EE093E6" w14:textId="0C56F88A" w:rsidR="006512E0" w:rsidRDefault="008111AB" w:rsidP="006A2C08">
      <w:pPr>
        <w:jc w:val="center"/>
      </w:pPr>
      <w:r>
        <w:rPr>
          <w:b/>
        </w:rPr>
        <w:lastRenderedPageBreak/>
        <w:t>HALAMAN PENGESAHAN</w:t>
      </w:r>
    </w:p>
    <w:p w14:paraId="6896CDAC" w14:textId="77777777" w:rsidR="006512E0" w:rsidRDefault="006512E0" w:rsidP="006A2C08">
      <w:pPr>
        <w:jc w:val="both"/>
      </w:pPr>
    </w:p>
    <w:p w14:paraId="7C5D27A2" w14:textId="77777777" w:rsidR="006512E0" w:rsidRDefault="008111AB" w:rsidP="006A2C08">
      <w:pPr>
        <w:ind w:firstLine="567"/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oleh: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46"/>
        <w:gridCol w:w="2645"/>
        <w:gridCol w:w="2646"/>
      </w:tblGrid>
      <w:tr w:rsidR="006512E0" w14:paraId="19AD79D5" w14:textId="77777777" w:rsidTr="0007110D">
        <w:tc>
          <w:tcPr>
            <w:tcW w:w="2646" w:type="dxa"/>
          </w:tcPr>
          <w:p w14:paraId="1CC65E20" w14:textId="77777777" w:rsidR="006512E0" w:rsidRDefault="008111AB" w:rsidP="006A2C08">
            <w:pPr>
              <w:jc w:val="both"/>
            </w:pPr>
            <w:r>
              <w:t>Nama</w:t>
            </w:r>
          </w:p>
        </w:tc>
        <w:tc>
          <w:tcPr>
            <w:tcW w:w="2646" w:type="dxa"/>
          </w:tcPr>
          <w:p w14:paraId="0115B73D" w14:textId="77777777" w:rsidR="006512E0" w:rsidRDefault="008111AB" w:rsidP="006A2C08">
            <w:pPr>
              <w:jc w:val="both"/>
            </w:pPr>
            <w:r>
              <w:t>:</w:t>
            </w:r>
          </w:p>
        </w:tc>
        <w:tc>
          <w:tcPr>
            <w:tcW w:w="2646" w:type="dxa"/>
          </w:tcPr>
          <w:p w14:paraId="392348D2" w14:textId="2AF4C12D" w:rsidR="006512E0" w:rsidRDefault="001B5AE0" w:rsidP="006A2C08">
            <w:pPr>
              <w:jc w:val="both"/>
            </w:pPr>
            <w:r>
              <w:t>Vikri Maulana</w:t>
            </w:r>
          </w:p>
        </w:tc>
      </w:tr>
      <w:tr w:rsidR="006512E0" w14:paraId="2DD0DC30" w14:textId="77777777" w:rsidTr="0007110D">
        <w:tc>
          <w:tcPr>
            <w:tcW w:w="2646" w:type="dxa"/>
          </w:tcPr>
          <w:p w14:paraId="2F27A1A5" w14:textId="77777777" w:rsidR="006512E0" w:rsidRDefault="008111AB" w:rsidP="006A2C08">
            <w:pPr>
              <w:jc w:val="both"/>
            </w:pPr>
            <w:r>
              <w:t>NIM</w:t>
            </w:r>
          </w:p>
        </w:tc>
        <w:tc>
          <w:tcPr>
            <w:tcW w:w="2646" w:type="dxa"/>
          </w:tcPr>
          <w:p w14:paraId="1E70F270" w14:textId="77777777" w:rsidR="006512E0" w:rsidRDefault="008111AB" w:rsidP="006A2C08">
            <w:pPr>
              <w:jc w:val="both"/>
            </w:pPr>
            <w:r>
              <w:t>:</w:t>
            </w:r>
          </w:p>
        </w:tc>
        <w:tc>
          <w:tcPr>
            <w:tcW w:w="2646" w:type="dxa"/>
          </w:tcPr>
          <w:p w14:paraId="6E116EB4" w14:textId="166D3CBB" w:rsidR="006512E0" w:rsidRDefault="00F86015" w:rsidP="006A2C08">
            <w:pPr>
              <w:jc w:val="both"/>
            </w:pPr>
            <w:r>
              <w:t>2317300</w:t>
            </w:r>
            <w:r w:rsidR="001565F7">
              <w:t>56</w:t>
            </w:r>
          </w:p>
        </w:tc>
      </w:tr>
      <w:tr w:rsidR="006512E0" w14:paraId="62942D38" w14:textId="77777777" w:rsidTr="0007110D">
        <w:tc>
          <w:tcPr>
            <w:tcW w:w="2646" w:type="dxa"/>
          </w:tcPr>
          <w:p w14:paraId="409BED63" w14:textId="77777777" w:rsidR="006512E0" w:rsidRDefault="008111AB" w:rsidP="006A2C08">
            <w:pPr>
              <w:jc w:val="both"/>
            </w:pPr>
            <w:r>
              <w:t>Program Studi</w:t>
            </w:r>
          </w:p>
        </w:tc>
        <w:tc>
          <w:tcPr>
            <w:tcW w:w="2646" w:type="dxa"/>
          </w:tcPr>
          <w:p w14:paraId="38EEC189" w14:textId="77777777" w:rsidR="006512E0" w:rsidRDefault="008111AB" w:rsidP="006A2C08">
            <w:pPr>
              <w:jc w:val="both"/>
            </w:pPr>
            <w:r>
              <w:t>:</w:t>
            </w:r>
          </w:p>
        </w:tc>
        <w:tc>
          <w:tcPr>
            <w:tcW w:w="2646" w:type="dxa"/>
          </w:tcPr>
          <w:p w14:paraId="3A83850E" w14:textId="2F3A840A" w:rsidR="006512E0" w:rsidRDefault="0007110D" w:rsidP="006A2C08">
            <w:pPr>
              <w:jc w:val="both"/>
            </w:pPr>
            <w:proofErr w:type="spellStart"/>
            <w:r>
              <w:t>Informatika</w:t>
            </w:r>
            <w:proofErr w:type="spellEnd"/>
          </w:p>
        </w:tc>
      </w:tr>
      <w:tr w:rsidR="006512E0" w14:paraId="16753575" w14:textId="77777777" w:rsidTr="0007110D">
        <w:tc>
          <w:tcPr>
            <w:tcW w:w="2646" w:type="dxa"/>
          </w:tcPr>
          <w:p w14:paraId="6997B3F4" w14:textId="77777777" w:rsidR="006512E0" w:rsidRDefault="008111AB" w:rsidP="006A2C08">
            <w:pPr>
              <w:jc w:val="both"/>
            </w:pPr>
            <w:proofErr w:type="spellStart"/>
            <w:r>
              <w:t>Judul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</w:p>
        </w:tc>
        <w:tc>
          <w:tcPr>
            <w:tcW w:w="2646" w:type="dxa"/>
          </w:tcPr>
          <w:p w14:paraId="7BDF8615" w14:textId="77777777" w:rsidR="006512E0" w:rsidRDefault="008111AB" w:rsidP="006A2C08">
            <w:pPr>
              <w:jc w:val="both"/>
            </w:pPr>
            <w:r>
              <w:t>:</w:t>
            </w:r>
          </w:p>
        </w:tc>
        <w:tc>
          <w:tcPr>
            <w:tcW w:w="2646" w:type="dxa"/>
          </w:tcPr>
          <w:p w14:paraId="4927C9CA" w14:textId="165CC7C5" w:rsidR="006512E0" w:rsidRPr="00372373" w:rsidRDefault="0005357C" w:rsidP="006A2C08">
            <w:pPr>
              <w:jc w:val="both"/>
              <w:rPr>
                <w:rFonts w:cs="Times New Roman"/>
                <w:bCs/>
                <w:szCs w:val="24"/>
              </w:rPr>
            </w:pPr>
            <w:proofErr w:type="spellStart"/>
            <w:r w:rsidRPr="00372373">
              <w:rPr>
                <w:rFonts w:cs="Times New Roman"/>
                <w:bCs/>
                <w:szCs w:val="24"/>
              </w:rPr>
              <w:t>Implementasi</w:t>
            </w:r>
            <w:proofErr w:type="spellEnd"/>
            <w:r w:rsidRPr="00372373">
              <w:rPr>
                <w:rFonts w:cs="Times New Roman"/>
                <w:bCs/>
                <w:szCs w:val="24"/>
              </w:rPr>
              <w:t xml:space="preserve"> </w:t>
            </w:r>
            <w:r w:rsidR="00372373">
              <w:rPr>
                <w:rFonts w:cs="Times New Roman"/>
                <w:bCs/>
                <w:szCs w:val="24"/>
              </w:rPr>
              <w:t>D</w:t>
            </w:r>
            <w:r w:rsidRPr="00372373">
              <w:rPr>
                <w:rFonts w:cs="Times New Roman"/>
                <w:bCs/>
                <w:szCs w:val="24"/>
              </w:rPr>
              <w:t xml:space="preserve">esain </w:t>
            </w:r>
            <w:proofErr w:type="spellStart"/>
            <w:r w:rsidR="00D1360D" w:rsidRPr="008B2824">
              <w:rPr>
                <w:rFonts w:cs="Times New Roman"/>
                <w:bCs/>
                <w:i/>
                <w:iCs/>
                <w:szCs w:val="24"/>
              </w:rPr>
              <w:t>ui</w:t>
            </w:r>
            <w:proofErr w:type="spellEnd"/>
            <w:r w:rsidR="00D1360D">
              <w:rPr>
                <w:rFonts w:cs="Times New Roman"/>
                <w:bCs/>
                <w:szCs w:val="24"/>
              </w:rPr>
              <w:t>/</w:t>
            </w:r>
            <w:proofErr w:type="spellStart"/>
            <w:r w:rsidR="00D1360D" w:rsidRPr="008B2824">
              <w:rPr>
                <w:rFonts w:cs="Times New Roman"/>
                <w:bCs/>
                <w:i/>
                <w:iCs/>
                <w:szCs w:val="24"/>
              </w:rPr>
              <w:t>ux</w:t>
            </w:r>
            <w:proofErr w:type="spellEnd"/>
            <w:r w:rsidR="00D1360D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372373">
              <w:rPr>
                <w:rFonts w:cs="Times New Roman"/>
                <w:bCs/>
                <w:szCs w:val="24"/>
              </w:rPr>
              <w:t>untuk</w:t>
            </w:r>
            <w:proofErr w:type="spellEnd"/>
            <w:r w:rsidRPr="00372373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372373">
              <w:rPr>
                <w:rFonts w:cs="Times New Roman"/>
                <w:bCs/>
                <w:szCs w:val="24"/>
              </w:rPr>
              <w:t>mendukung</w:t>
            </w:r>
            <w:proofErr w:type="spellEnd"/>
            <w:r w:rsidRPr="00372373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372373">
              <w:rPr>
                <w:rFonts w:cs="Times New Roman"/>
                <w:bCs/>
                <w:szCs w:val="24"/>
              </w:rPr>
              <w:t>pengelolaan</w:t>
            </w:r>
            <w:proofErr w:type="spellEnd"/>
            <w:r w:rsidRPr="00372373">
              <w:rPr>
                <w:rFonts w:cs="Times New Roman"/>
                <w:bCs/>
                <w:szCs w:val="24"/>
              </w:rPr>
              <w:t xml:space="preserve"> website </w:t>
            </w:r>
            <w:proofErr w:type="spellStart"/>
            <w:r w:rsidRPr="00372373">
              <w:rPr>
                <w:rFonts w:cs="Times New Roman"/>
                <w:bCs/>
                <w:szCs w:val="24"/>
              </w:rPr>
              <w:t>berbasis</w:t>
            </w:r>
            <w:proofErr w:type="spellEnd"/>
            <w:r w:rsidRPr="00372373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372373">
              <w:rPr>
                <w:rFonts w:cs="Times New Roman"/>
                <w:bCs/>
                <w:i/>
                <w:iCs/>
                <w:szCs w:val="24"/>
              </w:rPr>
              <w:t>wordpress</w:t>
            </w:r>
            <w:proofErr w:type="spellEnd"/>
            <w:r w:rsidRPr="00372373">
              <w:rPr>
                <w:rFonts w:cs="Times New Roman"/>
                <w:bCs/>
                <w:szCs w:val="24"/>
              </w:rPr>
              <w:t xml:space="preserve"> pada </w:t>
            </w:r>
            <w:proofErr w:type="spellStart"/>
            <w:r w:rsidR="00372373">
              <w:rPr>
                <w:rFonts w:cs="Times New Roman"/>
                <w:bCs/>
                <w:szCs w:val="24"/>
              </w:rPr>
              <w:t>K</w:t>
            </w:r>
            <w:r w:rsidRPr="00372373">
              <w:rPr>
                <w:rFonts w:cs="Times New Roman"/>
                <w:bCs/>
                <w:szCs w:val="24"/>
              </w:rPr>
              <w:t>emenag</w:t>
            </w:r>
            <w:proofErr w:type="spellEnd"/>
            <w:r w:rsidRPr="00372373">
              <w:rPr>
                <w:rFonts w:cs="Times New Roman"/>
                <w:bCs/>
                <w:szCs w:val="24"/>
              </w:rPr>
              <w:t xml:space="preserve"> </w:t>
            </w:r>
            <w:r w:rsidR="00372373">
              <w:rPr>
                <w:rFonts w:cs="Times New Roman"/>
                <w:bCs/>
                <w:szCs w:val="24"/>
              </w:rPr>
              <w:t>K</w:t>
            </w:r>
            <w:r w:rsidRPr="00372373">
              <w:rPr>
                <w:rFonts w:cs="Times New Roman"/>
                <w:bCs/>
                <w:szCs w:val="24"/>
              </w:rPr>
              <w:t xml:space="preserve">ota </w:t>
            </w:r>
            <w:r w:rsidR="00372373">
              <w:rPr>
                <w:rFonts w:cs="Times New Roman"/>
                <w:bCs/>
                <w:szCs w:val="24"/>
              </w:rPr>
              <w:t>C</w:t>
            </w:r>
            <w:r w:rsidRPr="00372373">
              <w:rPr>
                <w:rFonts w:cs="Times New Roman"/>
                <w:bCs/>
                <w:szCs w:val="24"/>
              </w:rPr>
              <w:t>il</w:t>
            </w:r>
            <w:r w:rsidR="00372373">
              <w:rPr>
                <w:rFonts w:cs="Times New Roman"/>
                <w:bCs/>
                <w:szCs w:val="24"/>
              </w:rPr>
              <w:t>e</w:t>
            </w:r>
            <w:r w:rsidRPr="00372373">
              <w:rPr>
                <w:rFonts w:cs="Times New Roman"/>
                <w:bCs/>
                <w:szCs w:val="24"/>
              </w:rPr>
              <w:t>gon</w:t>
            </w:r>
          </w:p>
        </w:tc>
      </w:tr>
      <w:tr w:rsidR="006512E0" w14:paraId="07AB4F1B" w14:textId="77777777" w:rsidTr="0007110D">
        <w:tc>
          <w:tcPr>
            <w:tcW w:w="2646" w:type="dxa"/>
          </w:tcPr>
          <w:p w14:paraId="299092A3" w14:textId="77777777" w:rsidR="006512E0" w:rsidRDefault="008111AB" w:rsidP="006A2C08">
            <w:pPr>
              <w:jc w:val="both"/>
            </w:pPr>
            <w:proofErr w:type="spellStart"/>
            <w:r>
              <w:t>Tempat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</w:p>
        </w:tc>
        <w:tc>
          <w:tcPr>
            <w:tcW w:w="2646" w:type="dxa"/>
          </w:tcPr>
          <w:p w14:paraId="2A56357B" w14:textId="77777777" w:rsidR="006512E0" w:rsidRDefault="008111AB" w:rsidP="006A2C08">
            <w:pPr>
              <w:jc w:val="both"/>
            </w:pPr>
            <w:r>
              <w:t>:</w:t>
            </w:r>
          </w:p>
        </w:tc>
        <w:tc>
          <w:tcPr>
            <w:tcW w:w="2646" w:type="dxa"/>
          </w:tcPr>
          <w:p w14:paraId="484E8759" w14:textId="0001D50A" w:rsidR="006512E0" w:rsidRDefault="00F86015" w:rsidP="006A2C08">
            <w:pPr>
              <w:jc w:val="both"/>
            </w:pPr>
            <w:r>
              <w:t>K</w:t>
            </w:r>
            <w:r w:rsidR="00372373">
              <w:t xml:space="preserve">antor </w:t>
            </w:r>
            <w:proofErr w:type="spellStart"/>
            <w:r w:rsidR="00372373">
              <w:t>Kementrian</w:t>
            </w:r>
            <w:proofErr w:type="spellEnd"/>
            <w:r w:rsidR="00372373">
              <w:t xml:space="preserve"> Agama </w:t>
            </w:r>
            <w:r>
              <w:t>Kota Cilegon</w:t>
            </w:r>
          </w:p>
        </w:tc>
      </w:tr>
      <w:tr w:rsidR="006512E0" w14:paraId="468E19C6" w14:textId="77777777" w:rsidTr="0007110D">
        <w:tc>
          <w:tcPr>
            <w:tcW w:w="2646" w:type="dxa"/>
          </w:tcPr>
          <w:p w14:paraId="52067641" w14:textId="77777777" w:rsidR="006512E0" w:rsidRDefault="008111AB" w:rsidP="006A2C08">
            <w:pPr>
              <w:jc w:val="both"/>
            </w:pPr>
            <w:r>
              <w:t xml:space="preserve">Waktu </w:t>
            </w:r>
            <w:proofErr w:type="spellStart"/>
            <w:r>
              <w:t>Pelaksanaan</w:t>
            </w:r>
            <w:proofErr w:type="spellEnd"/>
          </w:p>
        </w:tc>
        <w:tc>
          <w:tcPr>
            <w:tcW w:w="2646" w:type="dxa"/>
          </w:tcPr>
          <w:p w14:paraId="5CF38556" w14:textId="77777777" w:rsidR="006512E0" w:rsidRDefault="008111AB" w:rsidP="006A2C08">
            <w:pPr>
              <w:jc w:val="both"/>
            </w:pPr>
            <w:r>
              <w:t>:</w:t>
            </w:r>
          </w:p>
        </w:tc>
        <w:tc>
          <w:tcPr>
            <w:tcW w:w="2646" w:type="dxa"/>
          </w:tcPr>
          <w:p w14:paraId="054F1966" w14:textId="1C82FF74" w:rsidR="006512E0" w:rsidRDefault="001565F7" w:rsidP="006A2C08">
            <w:pPr>
              <w:jc w:val="both"/>
            </w:pPr>
            <w:r>
              <w:t xml:space="preserve">9 </w:t>
            </w:r>
            <w:proofErr w:type="spellStart"/>
            <w:r>
              <w:t>Februari</w:t>
            </w:r>
            <w:proofErr w:type="spellEnd"/>
            <w:r>
              <w:t xml:space="preserve">, 2026 </w:t>
            </w:r>
            <w:proofErr w:type="spellStart"/>
            <w:r w:rsidR="008111AB">
              <w:t>sampai</w:t>
            </w:r>
            <w:proofErr w:type="spellEnd"/>
            <w:r w:rsidR="008111AB">
              <w:t xml:space="preserve"> </w:t>
            </w:r>
            <w:r w:rsidR="0008624C">
              <w:t>13</w:t>
            </w:r>
            <w:r>
              <w:t xml:space="preserve"> Juli 2026.</w:t>
            </w:r>
          </w:p>
        </w:tc>
      </w:tr>
    </w:tbl>
    <w:p w14:paraId="20263FC7" w14:textId="77777777" w:rsidR="006A774E" w:rsidRDefault="006A774E" w:rsidP="006A2C08">
      <w:pPr>
        <w:jc w:val="both"/>
      </w:pPr>
    </w:p>
    <w:p w14:paraId="7288498F" w14:textId="17FFFE82" w:rsidR="006512E0" w:rsidRDefault="008111AB" w:rsidP="006A2C08">
      <w:pPr>
        <w:ind w:firstLine="567"/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 xml:space="preserve"> dan </w:t>
      </w:r>
      <w:proofErr w:type="spellStart"/>
      <w:r>
        <w:t>disahkan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.</w:t>
      </w:r>
    </w:p>
    <w:p w14:paraId="1222CFB3" w14:textId="392ED89C" w:rsidR="006512E0" w:rsidRDefault="00AC4053" w:rsidP="006A2C08">
      <w:pPr>
        <w:jc w:val="center"/>
      </w:pPr>
      <w:r>
        <w:t>Cilegon</w:t>
      </w:r>
      <w:r w:rsidR="008111AB">
        <w:t xml:space="preserve">, </w:t>
      </w:r>
      <w:r w:rsidR="006A774E">
        <w:t>20 Juni 2026</w:t>
      </w:r>
    </w:p>
    <w:p w14:paraId="4826B9BC" w14:textId="77777777" w:rsidR="006A774E" w:rsidRDefault="006A774E" w:rsidP="006A2C08">
      <w:pPr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8"/>
        <w:gridCol w:w="3968"/>
      </w:tblGrid>
      <w:tr w:rsidR="006512E0" w14:paraId="25F402D0" w14:textId="77777777" w:rsidTr="008B2824">
        <w:trPr>
          <w:jc w:val="center"/>
        </w:trPr>
        <w:tc>
          <w:tcPr>
            <w:tcW w:w="3968" w:type="dxa"/>
          </w:tcPr>
          <w:p w14:paraId="5C86AF76" w14:textId="77777777" w:rsidR="006512E0" w:rsidRDefault="008111AB" w:rsidP="006A2C08">
            <w:pPr>
              <w:jc w:val="center"/>
            </w:pPr>
            <w:r>
              <w:t xml:space="preserve">Dosen </w:t>
            </w:r>
            <w:proofErr w:type="spellStart"/>
            <w:r>
              <w:t>Pembimbing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t>,</w:t>
            </w:r>
          </w:p>
        </w:tc>
        <w:tc>
          <w:tcPr>
            <w:tcW w:w="3968" w:type="dxa"/>
          </w:tcPr>
          <w:p w14:paraId="36062CDE" w14:textId="77777777" w:rsidR="006512E0" w:rsidRDefault="008111AB" w:rsidP="006A2C08">
            <w:pPr>
              <w:jc w:val="center"/>
            </w:pPr>
            <w:proofErr w:type="spellStart"/>
            <w:r>
              <w:t>Pembimbing</w:t>
            </w:r>
            <w:proofErr w:type="spellEnd"/>
            <w:r>
              <w:t xml:space="preserve"> Lapangan,</w:t>
            </w:r>
          </w:p>
        </w:tc>
      </w:tr>
      <w:tr w:rsidR="006512E0" w14:paraId="677767F7" w14:textId="77777777" w:rsidTr="008B2824">
        <w:trPr>
          <w:trHeight w:val="1247"/>
          <w:jc w:val="center"/>
        </w:trPr>
        <w:tc>
          <w:tcPr>
            <w:tcW w:w="3968" w:type="dxa"/>
          </w:tcPr>
          <w:p w14:paraId="1D1CA7F4" w14:textId="77777777" w:rsidR="006512E0" w:rsidRDefault="006512E0" w:rsidP="006A2C08">
            <w:pPr>
              <w:jc w:val="center"/>
            </w:pPr>
          </w:p>
        </w:tc>
        <w:tc>
          <w:tcPr>
            <w:tcW w:w="3968" w:type="dxa"/>
          </w:tcPr>
          <w:p w14:paraId="6F63EC91" w14:textId="77777777" w:rsidR="006512E0" w:rsidRDefault="006512E0" w:rsidP="006A2C08">
            <w:pPr>
              <w:jc w:val="center"/>
            </w:pPr>
          </w:p>
        </w:tc>
      </w:tr>
      <w:tr w:rsidR="006512E0" w14:paraId="2782FDCC" w14:textId="77777777" w:rsidTr="008B2824">
        <w:trPr>
          <w:jc w:val="center"/>
        </w:trPr>
        <w:tc>
          <w:tcPr>
            <w:tcW w:w="3968" w:type="dxa"/>
          </w:tcPr>
          <w:p w14:paraId="6ADC6125" w14:textId="73F25608" w:rsidR="006512E0" w:rsidRDefault="006A774E" w:rsidP="006A2C08">
            <w:pPr>
              <w:jc w:val="center"/>
            </w:pPr>
            <w:r>
              <w:t xml:space="preserve">Dr. Isak Iskandar, </w:t>
            </w:r>
            <w:proofErr w:type="spellStart"/>
            <w:proofErr w:type="gramStart"/>
            <w:r>
              <w:t>M.Pd</w:t>
            </w:r>
            <w:proofErr w:type="spellEnd"/>
            <w:proofErr w:type="gramEnd"/>
          </w:p>
        </w:tc>
        <w:tc>
          <w:tcPr>
            <w:tcW w:w="3968" w:type="dxa"/>
          </w:tcPr>
          <w:p w14:paraId="2387B04B" w14:textId="7FCCEA3C" w:rsidR="006512E0" w:rsidRDefault="006A774E" w:rsidP="006A2C08">
            <w:pPr>
              <w:jc w:val="center"/>
            </w:pPr>
            <w:r>
              <w:t xml:space="preserve"> Rizky </w:t>
            </w:r>
            <w:r w:rsidR="00541ECB">
              <w:t>Rosa Nur Fadilla</w:t>
            </w:r>
            <w:r>
              <w:t>, S.H</w:t>
            </w:r>
          </w:p>
        </w:tc>
      </w:tr>
      <w:tr w:rsidR="006512E0" w14:paraId="3F70B5E3" w14:textId="77777777" w:rsidTr="008B2824">
        <w:trPr>
          <w:jc w:val="center"/>
        </w:trPr>
        <w:tc>
          <w:tcPr>
            <w:tcW w:w="3968" w:type="dxa"/>
          </w:tcPr>
          <w:p w14:paraId="674F38B3" w14:textId="70E9959F" w:rsidR="006512E0" w:rsidRDefault="008111AB" w:rsidP="006A2C08">
            <w:pPr>
              <w:jc w:val="center"/>
            </w:pPr>
            <w:r>
              <w:t>NIP</w:t>
            </w:r>
            <w:r w:rsidR="006A774E">
              <w:t xml:space="preserve"> </w:t>
            </w:r>
            <w:r w:rsidR="006A774E" w:rsidRPr="00877C0B">
              <w:t>196509111993031003</w:t>
            </w:r>
          </w:p>
        </w:tc>
        <w:tc>
          <w:tcPr>
            <w:tcW w:w="3968" w:type="dxa"/>
          </w:tcPr>
          <w:p w14:paraId="653F10B4" w14:textId="3531C301" w:rsidR="006512E0" w:rsidRDefault="006A774E" w:rsidP="006A2C08">
            <w:pPr>
              <w:jc w:val="center"/>
            </w:pPr>
            <w:r w:rsidRPr="00DA2DCE">
              <w:t xml:space="preserve">Analis Hukum Ahli </w:t>
            </w:r>
            <w:proofErr w:type="spellStart"/>
            <w:r w:rsidRPr="00DA2DCE">
              <w:t>Pertama</w:t>
            </w:r>
            <w:proofErr w:type="spellEnd"/>
          </w:p>
        </w:tc>
      </w:tr>
    </w:tbl>
    <w:p w14:paraId="61FE9FE7" w14:textId="4E7B178C" w:rsidR="006512E0" w:rsidRDefault="006512E0" w:rsidP="006A2C08">
      <w:pPr>
        <w:tabs>
          <w:tab w:val="left" w:pos="3479"/>
        </w:tabs>
        <w:jc w:val="both"/>
      </w:pPr>
    </w:p>
    <w:p w14:paraId="004943FA" w14:textId="77777777" w:rsidR="006512E0" w:rsidRDefault="008111AB" w:rsidP="006A2C08">
      <w:pPr>
        <w:jc w:val="center"/>
      </w:pPr>
      <w:proofErr w:type="spellStart"/>
      <w:r>
        <w:t>Mengetahui</w:t>
      </w:r>
      <w:proofErr w:type="spellEnd"/>
      <w:r>
        <w:t>,</w:t>
      </w:r>
    </w:p>
    <w:p w14:paraId="291388B3" w14:textId="326735EE" w:rsidR="006512E0" w:rsidRDefault="008111AB" w:rsidP="006A2C08">
      <w:pPr>
        <w:jc w:val="center"/>
      </w:pPr>
      <w:proofErr w:type="spellStart"/>
      <w:r>
        <w:t>Ketua</w:t>
      </w:r>
      <w:proofErr w:type="spellEnd"/>
      <w:r>
        <w:t xml:space="preserve"> Program Studi</w:t>
      </w:r>
      <w:r w:rsidR="0007110D">
        <w:t xml:space="preserve"> </w:t>
      </w:r>
      <w:proofErr w:type="spellStart"/>
      <w:r w:rsidR="0007110D">
        <w:t>Informatika</w:t>
      </w:r>
      <w:proofErr w:type="spellEnd"/>
    </w:p>
    <w:p w14:paraId="687465B1" w14:textId="55481C01" w:rsidR="006512E0" w:rsidRDefault="006A774E" w:rsidP="006A2C08">
      <w:pPr>
        <w:jc w:val="center"/>
      </w:pPr>
      <w:r w:rsidRPr="003C2EC5">
        <w:t>Ahmad Tabrani, M.</w:t>
      </w:r>
      <w:proofErr w:type="gramStart"/>
      <w:r w:rsidRPr="003C2EC5">
        <w:t>T.I</w:t>
      </w:r>
      <w:proofErr w:type="gramEnd"/>
      <w:r>
        <w:br/>
        <w:t>NIP 198509172018011002</w:t>
      </w:r>
      <w:r w:rsidR="008111AB">
        <w:br w:type="page"/>
      </w:r>
    </w:p>
    <w:p w14:paraId="546E17BC" w14:textId="77777777" w:rsidR="006512E0" w:rsidRDefault="008111AB" w:rsidP="006A2C08">
      <w:pPr>
        <w:jc w:val="center"/>
      </w:pPr>
      <w:r>
        <w:rPr>
          <w:b/>
        </w:rPr>
        <w:lastRenderedPageBreak/>
        <w:t>KATA PENGANTAR</w:t>
      </w:r>
    </w:p>
    <w:p w14:paraId="1E91585F" w14:textId="77777777" w:rsidR="006512E0" w:rsidRDefault="006512E0" w:rsidP="006A2C08">
      <w:pPr>
        <w:jc w:val="both"/>
      </w:pPr>
    </w:p>
    <w:p w14:paraId="48F7FC85" w14:textId="6C0C3C31" w:rsidR="006512E0" w:rsidRPr="002A2226" w:rsidRDefault="008111AB" w:rsidP="00781508">
      <w:pPr>
        <w:jc w:val="both"/>
        <w:rPr>
          <w:b/>
        </w:rPr>
      </w:pPr>
      <w:r>
        <w:t xml:space="preserve">Puji </w:t>
      </w:r>
      <w:proofErr w:type="spellStart"/>
      <w:r>
        <w:t>syukur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panjatkan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hadirat</w:t>
      </w:r>
      <w:proofErr w:type="spellEnd"/>
      <w:r>
        <w:t xml:space="preserve"> Allah SWT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rahmat</w:t>
      </w:r>
      <w:proofErr w:type="spellEnd"/>
      <w:r>
        <w:t xml:space="preserve"> dan </w:t>
      </w:r>
      <w:proofErr w:type="spellStart"/>
      <w:r>
        <w:t>karunia</w:t>
      </w:r>
      <w:proofErr w:type="spellEnd"/>
      <w:r>
        <w:t xml:space="preserve">-Nya,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</w:t>
      </w:r>
      <w:r w:rsidR="002A2226">
        <w:t>naan</w:t>
      </w:r>
      <w:proofErr w:type="spellEnd"/>
      <w:r w:rsidR="002A2226">
        <w:t xml:space="preserve"> PKL/</w:t>
      </w:r>
      <w:proofErr w:type="spellStart"/>
      <w:r w:rsidR="002A2226">
        <w:t>Magang</w:t>
      </w:r>
      <w:proofErr w:type="spellEnd"/>
      <w:r w:rsidR="002A2226">
        <w:t xml:space="preserve"> yang </w:t>
      </w:r>
      <w:proofErr w:type="spellStart"/>
      <w:r w:rsidR="002A2226">
        <w:t>berjudul</w:t>
      </w:r>
      <w:proofErr w:type="spellEnd"/>
      <w:r w:rsidR="002A2226">
        <w:t xml:space="preserve"> “</w:t>
      </w:r>
      <w:proofErr w:type="spellStart"/>
      <w:r w:rsidR="00372373" w:rsidRPr="00372373">
        <w:rPr>
          <w:rFonts w:cs="Times New Roman"/>
          <w:bCs/>
          <w:szCs w:val="24"/>
        </w:rPr>
        <w:t>Implementasi</w:t>
      </w:r>
      <w:proofErr w:type="spellEnd"/>
      <w:r w:rsidR="00372373" w:rsidRPr="00372373">
        <w:rPr>
          <w:rFonts w:cs="Times New Roman"/>
          <w:bCs/>
          <w:szCs w:val="24"/>
        </w:rPr>
        <w:t xml:space="preserve"> </w:t>
      </w:r>
      <w:r w:rsidR="00372373">
        <w:rPr>
          <w:rFonts w:cs="Times New Roman"/>
          <w:bCs/>
          <w:szCs w:val="24"/>
        </w:rPr>
        <w:t>D</w:t>
      </w:r>
      <w:r w:rsidR="00372373" w:rsidRPr="00372373">
        <w:rPr>
          <w:rFonts w:cs="Times New Roman"/>
          <w:bCs/>
          <w:szCs w:val="24"/>
        </w:rPr>
        <w:t xml:space="preserve">esain </w:t>
      </w:r>
      <w:proofErr w:type="spellStart"/>
      <w:r w:rsidR="00372373">
        <w:rPr>
          <w:rFonts w:cs="Times New Roman"/>
          <w:bCs/>
          <w:szCs w:val="24"/>
        </w:rPr>
        <w:t>ui</w:t>
      </w:r>
      <w:proofErr w:type="spellEnd"/>
      <w:r w:rsidR="00372373" w:rsidRPr="00372373">
        <w:rPr>
          <w:rFonts w:cs="Times New Roman"/>
          <w:bCs/>
          <w:szCs w:val="24"/>
        </w:rPr>
        <w:t>/</w:t>
      </w:r>
      <w:proofErr w:type="spellStart"/>
      <w:r w:rsidR="00372373">
        <w:rPr>
          <w:rFonts w:cs="Times New Roman"/>
          <w:bCs/>
          <w:szCs w:val="24"/>
        </w:rPr>
        <w:t>ux</w:t>
      </w:r>
      <w:proofErr w:type="spellEnd"/>
      <w:r w:rsidR="00372373" w:rsidRPr="00372373">
        <w:rPr>
          <w:rFonts w:cs="Times New Roman"/>
          <w:bCs/>
          <w:szCs w:val="24"/>
        </w:rPr>
        <w:t xml:space="preserve"> </w:t>
      </w:r>
      <w:proofErr w:type="spellStart"/>
      <w:r w:rsidR="00372373" w:rsidRPr="00372373">
        <w:rPr>
          <w:rFonts w:cs="Times New Roman"/>
          <w:bCs/>
          <w:szCs w:val="24"/>
        </w:rPr>
        <w:t>untuk</w:t>
      </w:r>
      <w:proofErr w:type="spellEnd"/>
      <w:r w:rsidR="00372373" w:rsidRPr="00372373">
        <w:rPr>
          <w:rFonts w:cs="Times New Roman"/>
          <w:bCs/>
          <w:szCs w:val="24"/>
        </w:rPr>
        <w:t xml:space="preserve"> </w:t>
      </w:r>
      <w:proofErr w:type="spellStart"/>
      <w:r w:rsidR="00372373" w:rsidRPr="00372373">
        <w:rPr>
          <w:rFonts w:cs="Times New Roman"/>
          <w:bCs/>
          <w:szCs w:val="24"/>
        </w:rPr>
        <w:t>mendukung</w:t>
      </w:r>
      <w:proofErr w:type="spellEnd"/>
      <w:r w:rsidR="00372373" w:rsidRPr="00372373">
        <w:rPr>
          <w:rFonts w:cs="Times New Roman"/>
          <w:bCs/>
          <w:szCs w:val="24"/>
        </w:rPr>
        <w:t xml:space="preserve"> </w:t>
      </w:r>
      <w:proofErr w:type="spellStart"/>
      <w:r w:rsidR="00372373" w:rsidRPr="00372373">
        <w:rPr>
          <w:rFonts w:cs="Times New Roman"/>
          <w:bCs/>
          <w:szCs w:val="24"/>
        </w:rPr>
        <w:t>pengelolaan</w:t>
      </w:r>
      <w:proofErr w:type="spellEnd"/>
      <w:r w:rsidR="00372373" w:rsidRPr="00372373">
        <w:rPr>
          <w:rFonts w:cs="Times New Roman"/>
          <w:bCs/>
          <w:szCs w:val="24"/>
        </w:rPr>
        <w:t xml:space="preserve"> website </w:t>
      </w:r>
      <w:proofErr w:type="spellStart"/>
      <w:r w:rsidR="00372373" w:rsidRPr="00372373">
        <w:rPr>
          <w:rFonts w:cs="Times New Roman"/>
          <w:bCs/>
          <w:szCs w:val="24"/>
        </w:rPr>
        <w:t>berbasis</w:t>
      </w:r>
      <w:proofErr w:type="spellEnd"/>
      <w:r w:rsidR="00372373" w:rsidRPr="00372373">
        <w:rPr>
          <w:rFonts w:cs="Times New Roman"/>
          <w:bCs/>
          <w:szCs w:val="24"/>
        </w:rPr>
        <w:t xml:space="preserve"> </w:t>
      </w:r>
      <w:proofErr w:type="spellStart"/>
      <w:r w:rsidR="00372373" w:rsidRPr="00372373">
        <w:rPr>
          <w:rFonts w:cs="Times New Roman"/>
          <w:bCs/>
          <w:i/>
          <w:iCs/>
          <w:szCs w:val="24"/>
        </w:rPr>
        <w:t>wordpress</w:t>
      </w:r>
      <w:proofErr w:type="spellEnd"/>
      <w:r w:rsidR="00372373" w:rsidRPr="00372373">
        <w:rPr>
          <w:rFonts w:cs="Times New Roman"/>
          <w:bCs/>
          <w:szCs w:val="24"/>
        </w:rPr>
        <w:t xml:space="preserve"> pada </w:t>
      </w:r>
      <w:proofErr w:type="spellStart"/>
      <w:r w:rsidR="00372373">
        <w:rPr>
          <w:rFonts w:cs="Times New Roman"/>
          <w:bCs/>
          <w:szCs w:val="24"/>
        </w:rPr>
        <w:t>K</w:t>
      </w:r>
      <w:r w:rsidR="00372373" w:rsidRPr="00372373">
        <w:rPr>
          <w:rFonts w:cs="Times New Roman"/>
          <w:bCs/>
          <w:szCs w:val="24"/>
        </w:rPr>
        <w:t>emenag</w:t>
      </w:r>
      <w:proofErr w:type="spellEnd"/>
      <w:r w:rsidR="00372373" w:rsidRPr="00372373">
        <w:rPr>
          <w:rFonts w:cs="Times New Roman"/>
          <w:bCs/>
          <w:szCs w:val="24"/>
        </w:rPr>
        <w:t xml:space="preserve"> </w:t>
      </w:r>
      <w:r w:rsidR="00372373">
        <w:rPr>
          <w:rFonts w:cs="Times New Roman"/>
          <w:bCs/>
          <w:szCs w:val="24"/>
        </w:rPr>
        <w:t>K</w:t>
      </w:r>
      <w:r w:rsidR="00372373" w:rsidRPr="00372373">
        <w:rPr>
          <w:rFonts w:cs="Times New Roman"/>
          <w:bCs/>
          <w:szCs w:val="24"/>
        </w:rPr>
        <w:t xml:space="preserve">ota </w:t>
      </w:r>
      <w:r w:rsidR="00372373">
        <w:rPr>
          <w:rFonts w:cs="Times New Roman"/>
          <w:bCs/>
          <w:szCs w:val="24"/>
        </w:rPr>
        <w:t>C</w:t>
      </w:r>
      <w:r w:rsidR="00372373" w:rsidRPr="00372373">
        <w:rPr>
          <w:rFonts w:cs="Times New Roman"/>
          <w:bCs/>
          <w:szCs w:val="24"/>
        </w:rPr>
        <w:t>il</w:t>
      </w:r>
      <w:r w:rsidR="00372373">
        <w:rPr>
          <w:rFonts w:cs="Times New Roman"/>
          <w:bCs/>
          <w:szCs w:val="24"/>
        </w:rPr>
        <w:t>e</w:t>
      </w:r>
      <w:r w:rsidR="00372373" w:rsidRPr="00372373">
        <w:rPr>
          <w:rFonts w:cs="Times New Roman"/>
          <w:bCs/>
          <w:szCs w:val="24"/>
        </w:rPr>
        <w:t>gon</w:t>
      </w:r>
      <w:r>
        <w:t xml:space="preserve">”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6C9F4325" w14:textId="0EDC4140" w:rsidR="006512E0" w:rsidRDefault="008111AB" w:rsidP="006A2C08">
      <w:pPr>
        <w:ind w:firstLine="567"/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pertanggungjawaban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dilaksana</w:t>
      </w:r>
      <w:r w:rsidR="002A2226">
        <w:t>kan</w:t>
      </w:r>
      <w:proofErr w:type="spellEnd"/>
      <w:r w:rsidR="002A2226">
        <w:t xml:space="preserve"> di </w:t>
      </w:r>
      <w:proofErr w:type="spellStart"/>
      <w:r w:rsidR="00F86015">
        <w:t>Kemenag</w:t>
      </w:r>
      <w:proofErr w:type="spellEnd"/>
      <w:r w:rsidR="00F86015">
        <w:t xml:space="preserve"> Kota Cilegon</w:t>
      </w:r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,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dunia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 w:rsidR="002A2226">
        <w:t>pengelolaan</w:t>
      </w:r>
      <w:proofErr w:type="spellEnd"/>
      <w:r w:rsidR="002A2226">
        <w:t xml:space="preserve"> media </w:t>
      </w:r>
      <w:proofErr w:type="spellStart"/>
      <w:r w:rsidR="002A2226">
        <w:t>informasi</w:t>
      </w:r>
      <w:proofErr w:type="spellEnd"/>
      <w:r w:rsidR="002A2226">
        <w:t xml:space="preserve"> di </w:t>
      </w:r>
      <w:proofErr w:type="spellStart"/>
      <w:r w:rsidR="002A2226">
        <w:t>lingkungan</w:t>
      </w:r>
      <w:proofErr w:type="spellEnd"/>
      <w:r w:rsidR="002A2226">
        <w:t xml:space="preserve"> Kantor </w:t>
      </w:r>
      <w:proofErr w:type="spellStart"/>
      <w:proofErr w:type="gramStart"/>
      <w:r w:rsidR="002A2226">
        <w:t>Kemenag</w:t>
      </w:r>
      <w:proofErr w:type="spellEnd"/>
      <w:r w:rsidR="002A2226">
        <w:t xml:space="preserve">  Kota</w:t>
      </w:r>
      <w:proofErr w:type="gramEnd"/>
      <w:r w:rsidR="002A2226">
        <w:t xml:space="preserve"> Cilegon.</w:t>
      </w:r>
    </w:p>
    <w:p w14:paraId="34DFD190" w14:textId="77777777" w:rsidR="006512E0" w:rsidRDefault="008111AB" w:rsidP="006A2C08">
      <w:pPr>
        <w:ind w:firstLine="567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, </w:t>
      </w:r>
      <w:proofErr w:type="spellStart"/>
      <w:r>
        <w:t>bimbingan</w:t>
      </w:r>
      <w:proofErr w:type="spellEnd"/>
      <w:r>
        <w:t xml:space="preserve">, dan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kepada</w:t>
      </w:r>
      <w:proofErr w:type="spellEnd"/>
      <w:r>
        <w:t>:</w:t>
      </w:r>
    </w:p>
    <w:p w14:paraId="04373585" w14:textId="77777777" w:rsidR="006A774E" w:rsidRDefault="008111AB" w:rsidP="006A2C08">
      <w:pPr>
        <w:ind w:left="567" w:hanging="283"/>
        <w:jc w:val="both"/>
      </w:pPr>
      <w:r>
        <w:t xml:space="preserve">1. </w:t>
      </w:r>
      <w:r w:rsidR="006A774E" w:rsidRPr="003C2EC5">
        <w:t>Ahmad Tabrani, M.T.I</w:t>
      </w:r>
    </w:p>
    <w:p w14:paraId="550CD84D" w14:textId="0FF14D29" w:rsidR="006A774E" w:rsidRDefault="006A774E" w:rsidP="006A2C08">
      <w:pPr>
        <w:ind w:left="567" w:hanging="283"/>
        <w:jc w:val="both"/>
      </w:pPr>
      <w:r>
        <w:t xml:space="preserve">2. </w:t>
      </w:r>
      <w:r w:rsidRPr="00AD31D9">
        <w:t>Dr.</w:t>
      </w:r>
      <w:r w:rsidR="0008624C">
        <w:t xml:space="preserve"> H. </w:t>
      </w:r>
      <w:r w:rsidRPr="00AD31D9">
        <w:t xml:space="preserve">Isak Iskandar, </w:t>
      </w:r>
      <w:proofErr w:type="spellStart"/>
      <w:proofErr w:type="gramStart"/>
      <w:r w:rsidRPr="00AD31D9">
        <w:t>M.Pd</w:t>
      </w:r>
      <w:proofErr w:type="spellEnd"/>
      <w:proofErr w:type="gramEnd"/>
    </w:p>
    <w:p w14:paraId="4FEB8C7B" w14:textId="4E97AA98" w:rsidR="006512E0" w:rsidRDefault="006A774E" w:rsidP="006A2C08">
      <w:pPr>
        <w:ind w:left="567" w:hanging="283"/>
        <w:jc w:val="both"/>
      </w:pPr>
      <w:r>
        <w:t xml:space="preserve">3. </w:t>
      </w:r>
      <w:r w:rsidRPr="00AD31D9">
        <w:t>Rizky Rosa Nur Fadilla, S.H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793A7B" w14:textId="48A9523A" w:rsidR="006512E0" w:rsidRDefault="002A2226" w:rsidP="006A2C08">
      <w:pPr>
        <w:ind w:left="567" w:hanging="283"/>
        <w:jc w:val="both"/>
      </w:pPr>
      <w:r>
        <w:t xml:space="preserve">4. </w:t>
      </w:r>
      <w:proofErr w:type="spellStart"/>
      <w:r w:rsidR="00F86015">
        <w:t>Kemenag</w:t>
      </w:r>
      <w:proofErr w:type="spellEnd"/>
      <w:r w:rsidR="00F86015">
        <w:t xml:space="preserve"> Kota Cilegon</w:t>
      </w:r>
    </w:p>
    <w:p w14:paraId="37C53476" w14:textId="77777777" w:rsidR="006512E0" w:rsidRDefault="008111AB" w:rsidP="006A2C08">
      <w:pPr>
        <w:ind w:left="567" w:hanging="283"/>
        <w:jc w:val="both"/>
      </w:pPr>
      <w:r>
        <w:t xml:space="preserve">5.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.</w:t>
      </w:r>
    </w:p>
    <w:p w14:paraId="237A5A0D" w14:textId="77777777" w:rsidR="006512E0" w:rsidRDefault="008111AB" w:rsidP="006A2C08">
      <w:pPr>
        <w:ind w:firstLine="567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kritik</w:t>
      </w:r>
      <w:proofErr w:type="spellEnd"/>
      <w:r>
        <w:t xml:space="preserve"> dan saran yang </w:t>
      </w:r>
      <w:proofErr w:type="spellStart"/>
      <w:r>
        <w:t>membangun</w:t>
      </w:r>
      <w:proofErr w:type="spellEnd"/>
      <w:r>
        <w:t xml:space="preserve"> sangat </w:t>
      </w:r>
      <w:proofErr w:type="spellStart"/>
      <w:r>
        <w:t>diharapkan</w:t>
      </w:r>
      <w:proofErr w:type="spellEnd"/>
      <w:r>
        <w:t xml:space="preserve"> agar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Semoga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 dan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>.</w:t>
      </w:r>
    </w:p>
    <w:p w14:paraId="27DD6DA1" w14:textId="77777777" w:rsidR="006512E0" w:rsidRDefault="006512E0" w:rsidP="006A2C08">
      <w:pPr>
        <w:jc w:val="both"/>
      </w:pPr>
    </w:p>
    <w:p w14:paraId="74C38936" w14:textId="05D95084" w:rsidR="006512E0" w:rsidRDefault="00F86015" w:rsidP="006A2C08">
      <w:pPr>
        <w:jc w:val="right"/>
      </w:pPr>
      <w:proofErr w:type="gramStart"/>
      <w:r>
        <w:t>Cilegon</w:t>
      </w:r>
      <w:r w:rsidR="006A774E">
        <w:t xml:space="preserve">, </w:t>
      </w:r>
      <w:r w:rsidR="008111AB">
        <w:t xml:space="preserve"> </w:t>
      </w:r>
      <w:r w:rsidR="006A774E">
        <w:t>20</w:t>
      </w:r>
      <w:proofErr w:type="gramEnd"/>
      <w:r w:rsidR="006A774E">
        <w:t xml:space="preserve"> Juni 2026</w:t>
      </w:r>
    </w:p>
    <w:p w14:paraId="0C73C0A6" w14:textId="77777777" w:rsidR="006512E0" w:rsidRDefault="006512E0" w:rsidP="006A2C08">
      <w:pPr>
        <w:jc w:val="right"/>
      </w:pPr>
    </w:p>
    <w:p w14:paraId="4FB266A9" w14:textId="77777777" w:rsidR="006512E0" w:rsidRDefault="006512E0" w:rsidP="006A2C08">
      <w:pPr>
        <w:jc w:val="right"/>
      </w:pPr>
    </w:p>
    <w:p w14:paraId="0A1950BE" w14:textId="77777777" w:rsidR="006512E0" w:rsidRDefault="006512E0" w:rsidP="006A2C08">
      <w:pPr>
        <w:jc w:val="right"/>
      </w:pPr>
    </w:p>
    <w:p w14:paraId="083B395B" w14:textId="188370B9" w:rsidR="006512E0" w:rsidRDefault="006A774E" w:rsidP="006A2C08">
      <w:pPr>
        <w:jc w:val="right"/>
      </w:pPr>
      <w:r>
        <w:t>Vikri Maulana</w:t>
      </w:r>
    </w:p>
    <w:p w14:paraId="6314119A" w14:textId="77777777" w:rsidR="006512E0" w:rsidRDefault="008111AB" w:rsidP="006A2C08">
      <w:pPr>
        <w:jc w:val="both"/>
      </w:pPr>
      <w:r>
        <w:br w:type="page"/>
      </w:r>
    </w:p>
    <w:p w14:paraId="13F42DF8" w14:textId="77777777" w:rsidR="006512E0" w:rsidRDefault="008111AB" w:rsidP="006A2C08">
      <w:pPr>
        <w:jc w:val="center"/>
      </w:pPr>
      <w:r>
        <w:rPr>
          <w:b/>
        </w:rPr>
        <w:lastRenderedPageBreak/>
        <w:t>DAFTAR ISI</w:t>
      </w:r>
    </w:p>
    <w:p w14:paraId="19944196" w14:textId="77777777" w:rsidR="006512E0" w:rsidRDefault="006512E0" w:rsidP="006A2C08">
      <w:pPr>
        <w:jc w:val="both"/>
      </w:pPr>
    </w:p>
    <w:p w14:paraId="04537783" w14:textId="77777777" w:rsidR="00B573FC" w:rsidRPr="00B573FC" w:rsidRDefault="00B573FC" w:rsidP="00B573FC">
      <w:pPr>
        <w:pStyle w:val="TOC1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70" w:history="1">
        <w:r w:rsidRPr="00B573FC">
          <w:rPr>
            <w:rStyle w:val="Hyperlink"/>
            <w:noProof/>
            <w:color w:val="000000" w:themeColor="text1"/>
            <w:u w:val="none"/>
          </w:rPr>
          <w:t>HALAMAN PENGESAHAN</w:t>
        </w:r>
        <w:r w:rsidRPr="00B573FC">
          <w:rPr>
            <w:noProof/>
            <w:webHidden/>
            <w:color w:val="000000" w:themeColor="text1"/>
          </w:rPr>
          <w:tab/>
        </w:r>
        <w:r w:rsidRPr="00B573FC">
          <w:rPr>
            <w:noProof/>
            <w:webHidden/>
            <w:color w:val="000000" w:themeColor="text1"/>
          </w:rPr>
          <w:fldChar w:fldCharType="begin"/>
        </w:r>
        <w:r w:rsidRPr="00B573FC">
          <w:rPr>
            <w:noProof/>
            <w:webHidden/>
            <w:color w:val="000000" w:themeColor="text1"/>
          </w:rPr>
          <w:instrText xml:space="preserve"> PAGEREF _Toc232863470 \h </w:instrText>
        </w:r>
        <w:r w:rsidRPr="00B573FC">
          <w:rPr>
            <w:noProof/>
            <w:webHidden/>
            <w:color w:val="000000" w:themeColor="text1"/>
          </w:rPr>
        </w:r>
        <w:r w:rsidRPr="00B573FC">
          <w:rPr>
            <w:noProof/>
            <w:webHidden/>
            <w:color w:val="000000" w:themeColor="text1"/>
          </w:rPr>
          <w:fldChar w:fldCharType="separate"/>
        </w:r>
        <w:r w:rsidRPr="00B573FC">
          <w:rPr>
            <w:noProof/>
            <w:webHidden/>
            <w:color w:val="000000" w:themeColor="text1"/>
          </w:rPr>
          <w:t>ii</w:t>
        </w:r>
        <w:r w:rsidRPr="00B573FC">
          <w:rPr>
            <w:noProof/>
            <w:webHidden/>
            <w:color w:val="000000" w:themeColor="text1"/>
          </w:rPr>
          <w:fldChar w:fldCharType="end"/>
        </w:r>
      </w:hyperlink>
    </w:p>
    <w:p w14:paraId="111C947D" w14:textId="77777777" w:rsidR="00B573FC" w:rsidRPr="00B573FC" w:rsidRDefault="00B573FC" w:rsidP="00B573FC">
      <w:pPr>
        <w:pStyle w:val="TOC1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71" w:history="1">
        <w:r w:rsidRPr="00B573FC">
          <w:rPr>
            <w:rStyle w:val="Hyperlink"/>
            <w:noProof/>
            <w:color w:val="000000" w:themeColor="text1"/>
            <w:u w:val="none"/>
          </w:rPr>
          <w:t>KATA PENGANTAR</w:t>
        </w:r>
        <w:r w:rsidRPr="00B573FC">
          <w:rPr>
            <w:noProof/>
            <w:webHidden/>
            <w:color w:val="000000" w:themeColor="text1"/>
          </w:rPr>
          <w:tab/>
        </w:r>
        <w:r w:rsidRPr="00B573FC">
          <w:rPr>
            <w:noProof/>
            <w:webHidden/>
            <w:color w:val="000000" w:themeColor="text1"/>
          </w:rPr>
          <w:fldChar w:fldCharType="begin"/>
        </w:r>
        <w:r w:rsidRPr="00B573FC">
          <w:rPr>
            <w:noProof/>
            <w:webHidden/>
            <w:color w:val="000000" w:themeColor="text1"/>
          </w:rPr>
          <w:instrText xml:space="preserve"> PAGEREF _Toc232863471 \h </w:instrText>
        </w:r>
        <w:r w:rsidRPr="00B573FC">
          <w:rPr>
            <w:noProof/>
            <w:webHidden/>
            <w:color w:val="000000" w:themeColor="text1"/>
          </w:rPr>
        </w:r>
        <w:r w:rsidRPr="00B573FC">
          <w:rPr>
            <w:noProof/>
            <w:webHidden/>
            <w:color w:val="000000" w:themeColor="text1"/>
          </w:rPr>
          <w:fldChar w:fldCharType="separate"/>
        </w:r>
        <w:r w:rsidRPr="00B573FC">
          <w:rPr>
            <w:noProof/>
            <w:webHidden/>
            <w:color w:val="000000" w:themeColor="text1"/>
          </w:rPr>
          <w:t>iii</w:t>
        </w:r>
        <w:r w:rsidRPr="00B573FC">
          <w:rPr>
            <w:noProof/>
            <w:webHidden/>
            <w:color w:val="000000" w:themeColor="text1"/>
          </w:rPr>
          <w:fldChar w:fldCharType="end"/>
        </w:r>
      </w:hyperlink>
    </w:p>
    <w:p w14:paraId="10794638" w14:textId="77777777" w:rsidR="00B573FC" w:rsidRPr="00B573FC" w:rsidRDefault="00B573FC" w:rsidP="00B573FC">
      <w:pPr>
        <w:pStyle w:val="TOC1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72" w:history="1">
        <w:r w:rsidRPr="00B573FC">
          <w:rPr>
            <w:rStyle w:val="Hyperlink"/>
            <w:noProof/>
            <w:color w:val="000000" w:themeColor="text1"/>
            <w:u w:val="none"/>
          </w:rPr>
          <w:t>RINGKASAN</w:t>
        </w:r>
        <w:r w:rsidRPr="00B573FC">
          <w:rPr>
            <w:noProof/>
            <w:webHidden/>
            <w:color w:val="000000" w:themeColor="text1"/>
          </w:rPr>
          <w:tab/>
        </w:r>
        <w:r w:rsidRPr="00B573FC">
          <w:rPr>
            <w:noProof/>
            <w:webHidden/>
            <w:color w:val="000000" w:themeColor="text1"/>
          </w:rPr>
          <w:fldChar w:fldCharType="begin"/>
        </w:r>
        <w:r w:rsidRPr="00B573FC">
          <w:rPr>
            <w:noProof/>
            <w:webHidden/>
            <w:color w:val="000000" w:themeColor="text1"/>
          </w:rPr>
          <w:instrText xml:space="preserve"> PAGEREF _Toc232863472 \h </w:instrText>
        </w:r>
        <w:r w:rsidRPr="00B573FC">
          <w:rPr>
            <w:noProof/>
            <w:webHidden/>
            <w:color w:val="000000" w:themeColor="text1"/>
          </w:rPr>
        </w:r>
        <w:r w:rsidRPr="00B573FC">
          <w:rPr>
            <w:noProof/>
            <w:webHidden/>
            <w:color w:val="000000" w:themeColor="text1"/>
          </w:rPr>
          <w:fldChar w:fldCharType="separate"/>
        </w:r>
        <w:r w:rsidRPr="00B573FC">
          <w:rPr>
            <w:noProof/>
            <w:webHidden/>
            <w:color w:val="000000" w:themeColor="text1"/>
          </w:rPr>
          <w:t>v</w:t>
        </w:r>
        <w:r w:rsidRPr="00B573FC">
          <w:rPr>
            <w:noProof/>
            <w:webHidden/>
            <w:color w:val="000000" w:themeColor="text1"/>
          </w:rPr>
          <w:fldChar w:fldCharType="end"/>
        </w:r>
      </w:hyperlink>
    </w:p>
    <w:p w14:paraId="17879EC6" w14:textId="77777777" w:rsidR="00B573FC" w:rsidRPr="00B573FC" w:rsidRDefault="00B573FC" w:rsidP="00B573FC">
      <w:pPr>
        <w:pStyle w:val="TOC1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73" w:history="1">
        <w:r w:rsidRPr="00B573FC">
          <w:rPr>
            <w:rStyle w:val="Hyperlink"/>
            <w:noProof/>
            <w:color w:val="000000" w:themeColor="text1"/>
            <w:u w:val="none"/>
          </w:rPr>
          <w:t>BAB I PENDAHULUAN</w:t>
        </w:r>
        <w:r w:rsidRPr="00B573FC">
          <w:rPr>
            <w:noProof/>
            <w:webHidden/>
            <w:color w:val="000000" w:themeColor="text1"/>
          </w:rPr>
          <w:tab/>
        </w:r>
        <w:r w:rsidRPr="00B573FC">
          <w:rPr>
            <w:noProof/>
            <w:webHidden/>
            <w:color w:val="000000" w:themeColor="text1"/>
          </w:rPr>
          <w:fldChar w:fldCharType="begin"/>
        </w:r>
        <w:r w:rsidRPr="00B573FC">
          <w:rPr>
            <w:noProof/>
            <w:webHidden/>
            <w:color w:val="000000" w:themeColor="text1"/>
          </w:rPr>
          <w:instrText xml:space="preserve"> PAGEREF _Toc232863473 \h </w:instrText>
        </w:r>
        <w:r w:rsidRPr="00B573FC">
          <w:rPr>
            <w:noProof/>
            <w:webHidden/>
            <w:color w:val="000000" w:themeColor="text1"/>
          </w:rPr>
        </w:r>
        <w:r w:rsidRPr="00B573FC">
          <w:rPr>
            <w:noProof/>
            <w:webHidden/>
            <w:color w:val="000000" w:themeColor="text1"/>
          </w:rPr>
          <w:fldChar w:fldCharType="separate"/>
        </w:r>
        <w:r w:rsidRPr="00B573FC">
          <w:rPr>
            <w:noProof/>
            <w:webHidden/>
            <w:color w:val="000000" w:themeColor="text1"/>
          </w:rPr>
          <w:t>1</w:t>
        </w:r>
        <w:r w:rsidRPr="00B573FC">
          <w:rPr>
            <w:noProof/>
            <w:webHidden/>
            <w:color w:val="000000" w:themeColor="text1"/>
          </w:rPr>
          <w:fldChar w:fldCharType="end"/>
        </w:r>
      </w:hyperlink>
    </w:p>
    <w:p w14:paraId="48E2CFE5" w14:textId="77777777" w:rsidR="00B573FC" w:rsidRPr="00B573FC" w:rsidRDefault="00B573FC" w:rsidP="00B573FC">
      <w:pPr>
        <w:pStyle w:val="TOC2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74" w:history="1">
        <w:r w:rsidRPr="00B573FC">
          <w:rPr>
            <w:rStyle w:val="Hyperlink"/>
            <w:noProof/>
            <w:color w:val="000000" w:themeColor="text1"/>
            <w:u w:val="none"/>
          </w:rPr>
          <w:t>1.1 Latar Belakang Masalah</w:t>
        </w:r>
        <w:r w:rsidRPr="00B573FC">
          <w:rPr>
            <w:noProof/>
            <w:webHidden/>
            <w:color w:val="000000" w:themeColor="text1"/>
          </w:rPr>
          <w:tab/>
        </w:r>
        <w:r w:rsidRPr="00B573FC">
          <w:rPr>
            <w:noProof/>
            <w:webHidden/>
            <w:color w:val="000000" w:themeColor="text1"/>
          </w:rPr>
          <w:fldChar w:fldCharType="begin"/>
        </w:r>
        <w:r w:rsidRPr="00B573FC">
          <w:rPr>
            <w:noProof/>
            <w:webHidden/>
            <w:color w:val="000000" w:themeColor="text1"/>
          </w:rPr>
          <w:instrText xml:space="preserve"> PAGEREF _Toc232863474 \h </w:instrText>
        </w:r>
        <w:r w:rsidRPr="00B573FC">
          <w:rPr>
            <w:noProof/>
            <w:webHidden/>
            <w:color w:val="000000" w:themeColor="text1"/>
          </w:rPr>
        </w:r>
        <w:r w:rsidRPr="00B573FC">
          <w:rPr>
            <w:noProof/>
            <w:webHidden/>
            <w:color w:val="000000" w:themeColor="text1"/>
          </w:rPr>
          <w:fldChar w:fldCharType="separate"/>
        </w:r>
        <w:r w:rsidRPr="00B573FC">
          <w:rPr>
            <w:noProof/>
            <w:webHidden/>
            <w:color w:val="000000" w:themeColor="text1"/>
          </w:rPr>
          <w:t>1</w:t>
        </w:r>
        <w:r w:rsidRPr="00B573FC">
          <w:rPr>
            <w:noProof/>
            <w:webHidden/>
            <w:color w:val="000000" w:themeColor="text1"/>
          </w:rPr>
          <w:fldChar w:fldCharType="end"/>
        </w:r>
      </w:hyperlink>
    </w:p>
    <w:p w14:paraId="404E6659" w14:textId="0D1B0907" w:rsidR="00B573FC" w:rsidRPr="00B573FC" w:rsidRDefault="00B573FC" w:rsidP="00B573FC">
      <w:pPr>
        <w:pStyle w:val="TOC2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75" w:history="1">
        <w:r w:rsidRPr="00B573FC">
          <w:rPr>
            <w:rStyle w:val="Hyperlink"/>
            <w:noProof/>
            <w:color w:val="000000" w:themeColor="text1"/>
            <w:u w:val="none"/>
          </w:rPr>
          <w:t>1.2 Rumusan Masalah</w:t>
        </w:r>
        <w:r w:rsidRPr="00B573FC">
          <w:rPr>
            <w:noProof/>
            <w:webHidden/>
            <w:color w:val="000000" w:themeColor="text1"/>
          </w:rPr>
          <w:tab/>
        </w:r>
        <w:r>
          <w:rPr>
            <w:noProof/>
            <w:webHidden/>
            <w:color w:val="000000" w:themeColor="text1"/>
          </w:rPr>
          <w:t>2</w:t>
        </w:r>
      </w:hyperlink>
    </w:p>
    <w:p w14:paraId="1AB93C3A" w14:textId="77777777" w:rsidR="00B573FC" w:rsidRPr="00B573FC" w:rsidRDefault="00B573FC" w:rsidP="00B573FC">
      <w:pPr>
        <w:pStyle w:val="TOC2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76" w:history="1">
        <w:r w:rsidRPr="00B573FC">
          <w:rPr>
            <w:rStyle w:val="Hyperlink"/>
            <w:noProof/>
            <w:color w:val="000000" w:themeColor="text1"/>
            <w:u w:val="none"/>
          </w:rPr>
          <w:t>1.3 Tujuan PKL/Magang</w:t>
        </w:r>
        <w:r w:rsidRPr="00B573FC">
          <w:rPr>
            <w:noProof/>
            <w:webHidden/>
            <w:color w:val="000000" w:themeColor="text1"/>
          </w:rPr>
          <w:tab/>
        </w:r>
        <w:r w:rsidRPr="00B573FC">
          <w:rPr>
            <w:noProof/>
            <w:webHidden/>
            <w:color w:val="000000" w:themeColor="text1"/>
          </w:rPr>
          <w:fldChar w:fldCharType="begin"/>
        </w:r>
        <w:r w:rsidRPr="00B573FC">
          <w:rPr>
            <w:noProof/>
            <w:webHidden/>
            <w:color w:val="000000" w:themeColor="text1"/>
          </w:rPr>
          <w:instrText xml:space="preserve"> PAGEREF _Toc232863476 \h </w:instrText>
        </w:r>
        <w:r w:rsidRPr="00B573FC">
          <w:rPr>
            <w:noProof/>
            <w:webHidden/>
            <w:color w:val="000000" w:themeColor="text1"/>
          </w:rPr>
        </w:r>
        <w:r w:rsidRPr="00B573FC">
          <w:rPr>
            <w:noProof/>
            <w:webHidden/>
            <w:color w:val="000000" w:themeColor="text1"/>
          </w:rPr>
          <w:fldChar w:fldCharType="separate"/>
        </w:r>
        <w:r w:rsidRPr="00B573FC">
          <w:rPr>
            <w:noProof/>
            <w:webHidden/>
            <w:color w:val="000000" w:themeColor="text1"/>
          </w:rPr>
          <w:t>2</w:t>
        </w:r>
        <w:r w:rsidRPr="00B573FC">
          <w:rPr>
            <w:noProof/>
            <w:webHidden/>
            <w:color w:val="000000" w:themeColor="text1"/>
          </w:rPr>
          <w:fldChar w:fldCharType="end"/>
        </w:r>
      </w:hyperlink>
    </w:p>
    <w:p w14:paraId="4F483305" w14:textId="0850346B" w:rsidR="00B573FC" w:rsidRPr="00B573FC" w:rsidRDefault="00B573FC" w:rsidP="00B573FC">
      <w:pPr>
        <w:pStyle w:val="TOC2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77" w:history="1">
        <w:r w:rsidRPr="00B573FC">
          <w:rPr>
            <w:rStyle w:val="Hyperlink"/>
            <w:noProof/>
            <w:color w:val="000000" w:themeColor="text1"/>
            <w:u w:val="none"/>
          </w:rPr>
          <w:t>1.4 Manfaat PKL/Magang</w:t>
        </w:r>
        <w:r w:rsidRPr="00B573FC">
          <w:rPr>
            <w:noProof/>
            <w:webHidden/>
            <w:color w:val="000000" w:themeColor="text1"/>
          </w:rPr>
          <w:tab/>
        </w:r>
        <w:r>
          <w:rPr>
            <w:noProof/>
            <w:webHidden/>
            <w:color w:val="000000" w:themeColor="text1"/>
          </w:rPr>
          <w:t>4</w:t>
        </w:r>
      </w:hyperlink>
    </w:p>
    <w:p w14:paraId="1FDA1844" w14:textId="79C38D2A" w:rsidR="00B573FC" w:rsidRPr="00B573FC" w:rsidRDefault="00B573FC" w:rsidP="00B573FC">
      <w:pPr>
        <w:pStyle w:val="TOC1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78" w:history="1">
        <w:r w:rsidRPr="00B573FC">
          <w:rPr>
            <w:rStyle w:val="Hyperlink"/>
            <w:noProof/>
            <w:color w:val="000000" w:themeColor="text1"/>
            <w:u w:val="none"/>
          </w:rPr>
          <w:t>BAB II KAJIAN PUSTAKA</w:t>
        </w:r>
        <w:r w:rsidRPr="00B573FC">
          <w:rPr>
            <w:noProof/>
            <w:webHidden/>
            <w:color w:val="000000" w:themeColor="text1"/>
          </w:rPr>
          <w:tab/>
        </w:r>
        <w:r w:rsidR="00781508">
          <w:rPr>
            <w:noProof/>
            <w:webHidden/>
            <w:color w:val="000000" w:themeColor="text1"/>
          </w:rPr>
          <w:t>6</w:t>
        </w:r>
      </w:hyperlink>
    </w:p>
    <w:p w14:paraId="0CE1AD31" w14:textId="354ECC20" w:rsidR="00B573FC" w:rsidRPr="00B573FC" w:rsidRDefault="00B573FC" w:rsidP="00B573FC">
      <w:pPr>
        <w:pStyle w:val="TOC2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79" w:history="1">
        <w:r w:rsidRPr="00B573FC">
          <w:rPr>
            <w:rStyle w:val="Hyperlink"/>
            <w:noProof/>
            <w:color w:val="000000" w:themeColor="text1"/>
            <w:u w:val="none"/>
          </w:rPr>
          <w:t>2.1 Kajian Pustaka</w:t>
        </w:r>
        <w:r w:rsidRPr="00B573FC">
          <w:rPr>
            <w:noProof/>
            <w:webHidden/>
            <w:color w:val="000000" w:themeColor="text1"/>
          </w:rPr>
          <w:tab/>
        </w:r>
        <w:r w:rsidR="00F03D24">
          <w:rPr>
            <w:noProof/>
            <w:webHidden/>
            <w:color w:val="000000" w:themeColor="text1"/>
          </w:rPr>
          <w:t>6</w:t>
        </w:r>
      </w:hyperlink>
    </w:p>
    <w:p w14:paraId="48BDE507" w14:textId="6C73AC21" w:rsidR="00B573FC" w:rsidRPr="00B573FC" w:rsidRDefault="00B573FC" w:rsidP="00B573FC">
      <w:pPr>
        <w:pStyle w:val="TOC2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80" w:history="1">
        <w:r w:rsidRPr="00B573FC">
          <w:rPr>
            <w:rStyle w:val="Hyperlink"/>
            <w:noProof/>
            <w:color w:val="000000" w:themeColor="text1"/>
            <w:u w:val="none"/>
          </w:rPr>
          <w:t>2.2 Kerangka Pikir Teoritis</w:t>
        </w:r>
        <w:r w:rsidRPr="00B573FC">
          <w:rPr>
            <w:noProof/>
            <w:webHidden/>
            <w:color w:val="000000" w:themeColor="text1"/>
          </w:rPr>
          <w:tab/>
        </w:r>
        <w:r w:rsidR="00781508">
          <w:rPr>
            <w:noProof/>
            <w:webHidden/>
            <w:color w:val="000000" w:themeColor="text1"/>
          </w:rPr>
          <w:t>10</w:t>
        </w:r>
      </w:hyperlink>
    </w:p>
    <w:p w14:paraId="3808082C" w14:textId="2E0F0601" w:rsidR="00B573FC" w:rsidRPr="00B573FC" w:rsidRDefault="00B573FC" w:rsidP="00B573FC">
      <w:pPr>
        <w:pStyle w:val="TOC1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81" w:history="1">
        <w:r w:rsidRPr="00B573FC">
          <w:rPr>
            <w:rStyle w:val="Hyperlink"/>
            <w:noProof/>
            <w:color w:val="000000" w:themeColor="text1"/>
            <w:u w:val="none"/>
          </w:rPr>
          <w:t>BAB III METODE PKL/MAGANG</w:t>
        </w:r>
        <w:r w:rsidRPr="00B573FC">
          <w:rPr>
            <w:noProof/>
            <w:webHidden/>
            <w:color w:val="000000" w:themeColor="text1"/>
          </w:rPr>
          <w:tab/>
        </w:r>
        <w:r w:rsidR="00781508">
          <w:rPr>
            <w:noProof/>
            <w:webHidden/>
            <w:color w:val="000000" w:themeColor="text1"/>
          </w:rPr>
          <w:t>11</w:t>
        </w:r>
      </w:hyperlink>
    </w:p>
    <w:p w14:paraId="272E5687" w14:textId="165EF779" w:rsidR="00B573FC" w:rsidRPr="00B573FC" w:rsidRDefault="00B573FC" w:rsidP="00B573FC">
      <w:pPr>
        <w:pStyle w:val="TOC1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82" w:history="1">
        <w:r w:rsidRPr="00B573FC">
          <w:rPr>
            <w:rStyle w:val="Hyperlink"/>
            <w:noProof/>
            <w:color w:val="000000" w:themeColor="text1"/>
            <w:u w:val="none"/>
          </w:rPr>
          <w:t>BAB IV HASIL PKL/MAGANG DAN PEMBAHASAN</w:t>
        </w:r>
        <w:r w:rsidRPr="00B573FC">
          <w:rPr>
            <w:noProof/>
            <w:webHidden/>
            <w:color w:val="000000" w:themeColor="text1"/>
          </w:rPr>
          <w:tab/>
        </w:r>
        <w:r w:rsidR="00781508">
          <w:rPr>
            <w:noProof/>
            <w:webHidden/>
            <w:color w:val="000000" w:themeColor="text1"/>
          </w:rPr>
          <w:t>16</w:t>
        </w:r>
      </w:hyperlink>
    </w:p>
    <w:p w14:paraId="37BA4B04" w14:textId="222E4FF2" w:rsidR="00B573FC" w:rsidRPr="00B573FC" w:rsidRDefault="00B573FC" w:rsidP="00B573FC">
      <w:pPr>
        <w:pStyle w:val="TOC1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83" w:history="1">
        <w:r w:rsidRPr="00B573FC">
          <w:rPr>
            <w:rStyle w:val="Hyperlink"/>
            <w:noProof/>
            <w:color w:val="000000" w:themeColor="text1"/>
            <w:u w:val="none"/>
          </w:rPr>
          <w:t>BAB V KESIMPULAN DAN SARAN</w:t>
        </w:r>
        <w:r w:rsidRPr="00B573FC">
          <w:rPr>
            <w:noProof/>
            <w:webHidden/>
            <w:color w:val="000000" w:themeColor="text1"/>
          </w:rPr>
          <w:tab/>
        </w:r>
        <w:r w:rsidR="002C509E">
          <w:rPr>
            <w:noProof/>
            <w:webHidden/>
            <w:color w:val="000000" w:themeColor="text1"/>
          </w:rPr>
          <w:t>22</w:t>
        </w:r>
      </w:hyperlink>
    </w:p>
    <w:p w14:paraId="00DCA75B" w14:textId="566C8669" w:rsidR="00B573FC" w:rsidRPr="00B573FC" w:rsidRDefault="00B573FC" w:rsidP="00B573FC">
      <w:pPr>
        <w:pStyle w:val="TOC1"/>
        <w:tabs>
          <w:tab w:val="right" w:leader="dot" w:pos="7927"/>
        </w:tabs>
        <w:rPr>
          <w:rFonts w:asciiTheme="minorHAnsi" w:eastAsiaTheme="minorEastAsia" w:hAnsiTheme="minorHAnsi"/>
          <w:noProof/>
          <w:color w:val="000000" w:themeColor="text1"/>
          <w:kern w:val="2"/>
          <w:szCs w:val="24"/>
          <w14:ligatures w14:val="standardContextual"/>
        </w:rPr>
      </w:pPr>
      <w:hyperlink w:anchor="_Toc232863484" w:history="1">
        <w:r w:rsidRPr="00B573FC">
          <w:rPr>
            <w:rStyle w:val="Hyperlink"/>
            <w:noProof/>
            <w:color w:val="000000" w:themeColor="text1"/>
            <w:u w:val="none"/>
          </w:rPr>
          <w:t>DAFTAR PUSTAKA</w:t>
        </w:r>
        <w:r w:rsidRPr="00B573FC">
          <w:rPr>
            <w:noProof/>
            <w:webHidden/>
            <w:color w:val="000000" w:themeColor="text1"/>
          </w:rPr>
          <w:tab/>
        </w:r>
        <w:r w:rsidR="002C509E">
          <w:rPr>
            <w:noProof/>
            <w:webHidden/>
            <w:color w:val="000000" w:themeColor="text1"/>
          </w:rPr>
          <w:t>24</w:t>
        </w:r>
      </w:hyperlink>
    </w:p>
    <w:p w14:paraId="5ACD3E2A" w14:textId="01B7AAED" w:rsidR="006512E0" w:rsidRDefault="00B573FC" w:rsidP="00B573FC">
      <w:pPr>
        <w:jc w:val="both"/>
      </w:pPr>
      <w:hyperlink w:anchor="_Toc232863485" w:history="1">
        <w:r w:rsidRPr="00B573FC">
          <w:rPr>
            <w:rStyle w:val="Hyperlink"/>
            <w:noProof/>
            <w:color w:val="000000" w:themeColor="text1"/>
            <w:u w:val="none"/>
          </w:rPr>
          <w:t>LAMPIRAN</w:t>
        </w:r>
        <w:r w:rsidR="002C509E">
          <w:rPr>
            <w:rStyle w:val="Hyperlink"/>
            <w:noProof/>
            <w:color w:val="000000" w:themeColor="text1"/>
            <w:u w:val="none"/>
          </w:rPr>
          <w:t xml:space="preserve">…………………………………………………………………….. </w:t>
        </w:r>
        <w:r w:rsidR="002C509E">
          <w:rPr>
            <w:noProof/>
            <w:webHidden/>
            <w:color w:val="000000" w:themeColor="text1"/>
          </w:rPr>
          <w:t>25</w:t>
        </w:r>
      </w:hyperlink>
      <w:r w:rsidR="008111AB" w:rsidRPr="00B573FC">
        <w:rPr>
          <w:color w:val="000000" w:themeColor="text1"/>
        </w:rPr>
        <w:br w:type="page"/>
      </w:r>
    </w:p>
    <w:p w14:paraId="0ED6BDAF" w14:textId="77777777" w:rsidR="006512E0" w:rsidRDefault="008111AB" w:rsidP="006A2C08">
      <w:pPr>
        <w:jc w:val="center"/>
      </w:pPr>
      <w:r>
        <w:rPr>
          <w:b/>
        </w:rPr>
        <w:lastRenderedPageBreak/>
        <w:t>RINGKASAN</w:t>
      </w:r>
    </w:p>
    <w:p w14:paraId="5F378FAE" w14:textId="77777777" w:rsidR="006512E0" w:rsidRDefault="006512E0" w:rsidP="006A2C08">
      <w:pPr>
        <w:jc w:val="both"/>
      </w:pPr>
    </w:p>
    <w:p w14:paraId="0D9000DF" w14:textId="40A7D26E" w:rsidR="00372373" w:rsidRPr="00372373" w:rsidRDefault="00372373" w:rsidP="006A2C08">
      <w:pPr>
        <w:ind w:firstLine="567"/>
        <w:jc w:val="both"/>
        <w:rPr>
          <w:iCs/>
          <w:lang w:val="en-ID"/>
        </w:rPr>
      </w:pPr>
      <w:proofErr w:type="spellStart"/>
      <w:r w:rsidRPr="00372373">
        <w:rPr>
          <w:iCs/>
          <w:lang w:val="en-ID"/>
        </w:rPr>
        <w:t>Selama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pelaksanaan</w:t>
      </w:r>
      <w:proofErr w:type="spellEnd"/>
      <w:r w:rsidRPr="00372373">
        <w:rPr>
          <w:iCs/>
          <w:lang w:val="en-ID"/>
        </w:rPr>
        <w:t xml:space="preserve"> PKL/</w:t>
      </w:r>
      <w:proofErr w:type="spellStart"/>
      <w:r w:rsidRPr="00372373">
        <w:rPr>
          <w:iCs/>
          <w:lang w:val="en-ID"/>
        </w:rPr>
        <w:t>Magang</w:t>
      </w:r>
      <w:proofErr w:type="spellEnd"/>
      <w:r w:rsidRPr="00372373">
        <w:rPr>
          <w:iCs/>
          <w:lang w:val="en-ID"/>
        </w:rPr>
        <w:t xml:space="preserve"> di </w:t>
      </w:r>
      <w:proofErr w:type="spellStart"/>
      <w:r w:rsidR="00D1360D">
        <w:rPr>
          <w:b/>
          <w:bCs/>
          <w:iCs/>
          <w:lang w:val="en-ID"/>
        </w:rPr>
        <w:t>Kemenag</w:t>
      </w:r>
      <w:proofErr w:type="spellEnd"/>
      <w:r w:rsidR="00D1360D">
        <w:rPr>
          <w:b/>
          <w:bCs/>
          <w:iCs/>
          <w:lang w:val="en-ID"/>
        </w:rPr>
        <w:t xml:space="preserve"> Kota Cilegon</w:t>
      </w:r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ditemukan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beberapa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permasalahan</w:t>
      </w:r>
      <w:proofErr w:type="spellEnd"/>
      <w:r w:rsidRPr="00372373">
        <w:rPr>
          <w:iCs/>
          <w:lang w:val="en-ID"/>
        </w:rPr>
        <w:t xml:space="preserve"> pada </w:t>
      </w:r>
      <w:proofErr w:type="spellStart"/>
      <w:r w:rsidRPr="00372373">
        <w:rPr>
          <w:iCs/>
          <w:lang w:val="en-ID"/>
        </w:rPr>
        <w:t>pengelolaan</w:t>
      </w:r>
      <w:proofErr w:type="spellEnd"/>
      <w:r w:rsidRPr="00372373">
        <w:rPr>
          <w:iCs/>
          <w:lang w:val="en-ID"/>
        </w:rPr>
        <w:t xml:space="preserve"> website </w:t>
      </w:r>
      <w:proofErr w:type="spellStart"/>
      <w:r w:rsidRPr="00372373">
        <w:rPr>
          <w:iCs/>
          <w:lang w:val="en-ID"/>
        </w:rPr>
        <w:t>instansi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terutama</w:t>
      </w:r>
      <w:proofErr w:type="spellEnd"/>
      <w:r w:rsidRPr="00372373">
        <w:rPr>
          <w:iCs/>
          <w:lang w:val="en-ID"/>
        </w:rPr>
        <w:t xml:space="preserve"> pada </w:t>
      </w:r>
      <w:proofErr w:type="spellStart"/>
      <w:r w:rsidRPr="00372373">
        <w:rPr>
          <w:iCs/>
          <w:lang w:val="en-ID"/>
        </w:rPr>
        <w:t>aspek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tampilan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antarmuka</w:t>
      </w:r>
      <w:proofErr w:type="spellEnd"/>
      <w:r w:rsidRPr="00372373">
        <w:rPr>
          <w:iCs/>
          <w:lang w:val="en-ID"/>
        </w:rPr>
        <w:t xml:space="preserve"> (UI) dan </w:t>
      </w:r>
      <w:proofErr w:type="spellStart"/>
      <w:r w:rsidRPr="00372373">
        <w:rPr>
          <w:iCs/>
          <w:lang w:val="en-ID"/>
        </w:rPr>
        <w:t>pengalaman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pengguna</w:t>
      </w:r>
      <w:proofErr w:type="spellEnd"/>
      <w:r w:rsidRPr="00372373">
        <w:rPr>
          <w:iCs/>
          <w:lang w:val="en-ID"/>
        </w:rPr>
        <w:t xml:space="preserve"> (UX). </w:t>
      </w:r>
      <w:proofErr w:type="spellStart"/>
      <w:r w:rsidRPr="00372373">
        <w:rPr>
          <w:iCs/>
          <w:lang w:val="en-ID"/>
        </w:rPr>
        <w:t>Beberapa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halaman</w:t>
      </w:r>
      <w:proofErr w:type="spellEnd"/>
      <w:r w:rsidRPr="00372373">
        <w:rPr>
          <w:iCs/>
          <w:lang w:val="en-ID"/>
        </w:rPr>
        <w:t xml:space="preserve"> website </w:t>
      </w:r>
      <w:proofErr w:type="spellStart"/>
      <w:r w:rsidRPr="00372373">
        <w:rPr>
          <w:iCs/>
          <w:lang w:val="en-ID"/>
        </w:rPr>
        <w:t>masih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memiliki</w:t>
      </w:r>
      <w:proofErr w:type="spellEnd"/>
      <w:r w:rsidRPr="00372373">
        <w:rPr>
          <w:iCs/>
          <w:lang w:val="en-ID"/>
        </w:rPr>
        <w:t xml:space="preserve"> tata </w:t>
      </w:r>
      <w:proofErr w:type="spellStart"/>
      <w:r w:rsidRPr="00372373">
        <w:rPr>
          <w:iCs/>
          <w:lang w:val="en-ID"/>
        </w:rPr>
        <w:t>letak</w:t>
      </w:r>
      <w:proofErr w:type="spellEnd"/>
      <w:r w:rsidRPr="00372373">
        <w:rPr>
          <w:iCs/>
          <w:lang w:val="en-ID"/>
        </w:rPr>
        <w:t xml:space="preserve"> yang </w:t>
      </w:r>
      <w:proofErr w:type="spellStart"/>
      <w:r w:rsidRPr="00372373">
        <w:rPr>
          <w:iCs/>
          <w:lang w:val="en-ID"/>
        </w:rPr>
        <w:t>kurang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konsisten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navigasi</w:t>
      </w:r>
      <w:proofErr w:type="spellEnd"/>
      <w:r w:rsidRPr="00372373">
        <w:rPr>
          <w:iCs/>
          <w:lang w:val="en-ID"/>
        </w:rPr>
        <w:t xml:space="preserve"> yang </w:t>
      </w:r>
      <w:proofErr w:type="spellStart"/>
      <w:r w:rsidRPr="00372373">
        <w:rPr>
          <w:iCs/>
          <w:lang w:val="en-ID"/>
        </w:rPr>
        <w:t>kurang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intuitif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serta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penyajian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informasi</w:t>
      </w:r>
      <w:proofErr w:type="spellEnd"/>
      <w:r w:rsidRPr="00372373">
        <w:rPr>
          <w:iCs/>
          <w:lang w:val="en-ID"/>
        </w:rPr>
        <w:t xml:space="preserve"> yang </w:t>
      </w:r>
      <w:proofErr w:type="spellStart"/>
      <w:r w:rsidRPr="00372373">
        <w:rPr>
          <w:iCs/>
          <w:lang w:val="en-ID"/>
        </w:rPr>
        <w:t>belum</w:t>
      </w:r>
      <w:proofErr w:type="spellEnd"/>
      <w:r w:rsidRPr="00372373">
        <w:rPr>
          <w:iCs/>
          <w:lang w:val="en-ID"/>
        </w:rPr>
        <w:t xml:space="preserve"> optimal </w:t>
      </w:r>
      <w:proofErr w:type="spellStart"/>
      <w:r w:rsidRPr="00372373">
        <w:rPr>
          <w:iCs/>
          <w:lang w:val="en-ID"/>
        </w:rPr>
        <w:t>sehingga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dapat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menyulitkan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pengguna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dalam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mencari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informasi</w:t>
      </w:r>
      <w:proofErr w:type="spellEnd"/>
      <w:r w:rsidRPr="00372373">
        <w:rPr>
          <w:iCs/>
          <w:lang w:val="en-ID"/>
        </w:rPr>
        <w:t xml:space="preserve"> yang </w:t>
      </w:r>
      <w:proofErr w:type="spellStart"/>
      <w:r w:rsidRPr="00372373">
        <w:rPr>
          <w:iCs/>
          <w:lang w:val="en-ID"/>
        </w:rPr>
        <w:t>dibutuhkan</w:t>
      </w:r>
      <w:proofErr w:type="spellEnd"/>
      <w:r w:rsidRPr="00372373">
        <w:rPr>
          <w:iCs/>
          <w:lang w:val="en-ID"/>
        </w:rPr>
        <w:t xml:space="preserve">. </w:t>
      </w:r>
      <w:proofErr w:type="spellStart"/>
      <w:r w:rsidRPr="00372373">
        <w:rPr>
          <w:iCs/>
          <w:lang w:val="en-ID"/>
        </w:rPr>
        <w:t>Kondisi</w:t>
      </w:r>
      <w:proofErr w:type="spellEnd"/>
      <w:r w:rsidRPr="00372373">
        <w:rPr>
          <w:iCs/>
          <w:lang w:val="en-ID"/>
        </w:rPr>
        <w:t xml:space="preserve"> yang </w:t>
      </w:r>
      <w:proofErr w:type="spellStart"/>
      <w:r w:rsidRPr="00372373">
        <w:rPr>
          <w:iCs/>
          <w:lang w:val="en-ID"/>
        </w:rPr>
        <w:t>diharapkan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adalah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tersedianya</w:t>
      </w:r>
      <w:proofErr w:type="spellEnd"/>
      <w:r w:rsidRPr="00372373">
        <w:rPr>
          <w:iCs/>
          <w:lang w:val="en-ID"/>
        </w:rPr>
        <w:t xml:space="preserve"> website </w:t>
      </w:r>
      <w:proofErr w:type="spellStart"/>
      <w:r w:rsidRPr="00372373">
        <w:rPr>
          <w:iCs/>
          <w:lang w:val="en-ID"/>
        </w:rPr>
        <w:t>dengan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tampilan</w:t>
      </w:r>
      <w:proofErr w:type="spellEnd"/>
      <w:r w:rsidRPr="00372373">
        <w:rPr>
          <w:iCs/>
          <w:lang w:val="en-ID"/>
        </w:rPr>
        <w:t xml:space="preserve"> yang </w:t>
      </w:r>
      <w:proofErr w:type="spellStart"/>
      <w:r w:rsidRPr="00372373">
        <w:rPr>
          <w:iCs/>
          <w:lang w:val="en-ID"/>
        </w:rPr>
        <w:t>menarik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responsif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mudah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digunakan</w:t>
      </w:r>
      <w:proofErr w:type="spellEnd"/>
      <w:r w:rsidRPr="00372373">
        <w:rPr>
          <w:iCs/>
          <w:lang w:val="en-ID"/>
        </w:rPr>
        <w:t xml:space="preserve">, dan </w:t>
      </w:r>
      <w:proofErr w:type="spellStart"/>
      <w:r w:rsidRPr="00372373">
        <w:rPr>
          <w:iCs/>
          <w:lang w:val="en-ID"/>
        </w:rPr>
        <w:t>mampu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menyajikan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informasi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secara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efektif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kepada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masyarakat</w:t>
      </w:r>
      <w:proofErr w:type="spellEnd"/>
      <w:r w:rsidRPr="00372373">
        <w:rPr>
          <w:iCs/>
          <w:lang w:val="en-ID"/>
        </w:rPr>
        <w:t xml:space="preserve">. </w:t>
      </w:r>
      <w:proofErr w:type="spellStart"/>
      <w:r w:rsidRPr="00372373">
        <w:rPr>
          <w:iCs/>
          <w:lang w:val="en-ID"/>
        </w:rPr>
        <w:t>Permasalahan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ini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penting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untuk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dibahas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karena</w:t>
      </w:r>
      <w:proofErr w:type="spellEnd"/>
      <w:r w:rsidRPr="00372373">
        <w:rPr>
          <w:iCs/>
          <w:lang w:val="en-ID"/>
        </w:rPr>
        <w:t xml:space="preserve"> website </w:t>
      </w:r>
      <w:proofErr w:type="spellStart"/>
      <w:r w:rsidRPr="00372373">
        <w:rPr>
          <w:iCs/>
          <w:lang w:val="en-ID"/>
        </w:rPr>
        <w:t>merupakan</w:t>
      </w:r>
      <w:proofErr w:type="spellEnd"/>
      <w:r w:rsidRPr="00372373">
        <w:rPr>
          <w:iCs/>
          <w:lang w:val="en-ID"/>
        </w:rPr>
        <w:t xml:space="preserve"> media </w:t>
      </w:r>
      <w:proofErr w:type="spellStart"/>
      <w:r w:rsidRPr="00372373">
        <w:rPr>
          <w:iCs/>
          <w:lang w:val="en-ID"/>
        </w:rPr>
        <w:t>informasi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utama</w:t>
      </w:r>
      <w:proofErr w:type="spellEnd"/>
      <w:r w:rsidRPr="00372373">
        <w:rPr>
          <w:iCs/>
          <w:lang w:val="en-ID"/>
        </w:rPr>
        <w:t xml:space="preserve"> yang </w:t>
      </w:r>
      <w:proofErr w:type="spellStart"/>
      <w:r w:rsidRPr="00372373">
        <w:rPr>
          <w:iCs/>
          <w:lang w:val="en-ID"/>
        </w:rPr>
        <w:t>dapat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memengaruhi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kualitas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pelayanan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informasi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kepada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pengguna</w:t>
      </w:r>
      <w:proofErr w:type="spellEnd"/>
      <w:r w:rsidRPr="00372373">
        <w:rPr>
          <w:iCs/>
          <w:lang w:val="en-ID"/>
        </w:rPr>
        <w:t>.</w:t>
      </w:r>
    </w:p>
    <w:p w14:paraId="687E2108" w14:textId="25F9CF5E" w:rsidR="00372373" w:rsidRPr="00372373" w:rsidRDefault="00372373" w:rsidP="006A2C08">
      <w:pPr>
        <w:ind w:firstLine="567"/>
        <w:jc w:val="both"/>
        <w:rPr>
          <w:iCs/>
          <w:lang w:val="en-ID"/>
        </w:rPr>
      </w:pPr>
      <w:r w:rsidRPr="00372373">
        <w:rPr>
          <w:iCs/>
          <w:lang w:val="en-ID"/>
        </w:rPr>
        <w:t>PKL/</w:t>
      </w:r>
      <w:proofErr w:type="spellStart"/>
      <w:r w:rsidRPr="00372373">
        <w:rPr>
          <w:iCs/>
          <w:lang w:val="en-ID"/>
        </w:rPr>
        <w:t>Magang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dilaksanakan</w:t>
      </w:r>
      <w:proofErr w:type="spellEnd"/>
      <w:r w:rsidRPr="00372373">
        <w:rPr>
          <w:iCs/>
          <w:lang w:val="en-ID"/>
        </w:rPr>
        <w:t xml:space="preserve"> </w:t>
      </w:r>
      <w:r w:rsidR="00D1360D">
        <w:rPr>
          <w:iCs/>
          <w:lang w:val="en-ID"/>
        </w:rPr>
        <w:t xml:space="preserve">di </w:t>
      </w:r>
      <w:proofErr w:type="spellStart"/>
      <w:r w:rsidR="00D1360D">
        <w:rPr>
          <w:iCs/>
          <w:lang w:val="en-ID"/>
        </w:rPr>
        <w:t>Kemanag</w:t>
      </w:r>
      <w:proofErr w:type="spellEnd"/>
      <w:r w:rsidR="00D1360D">
        <w:rPr>
          <w:iCs/>
          <w:lang w:val="en-ID"/>
        </w:rPr>
        <w:t xml:space="preserve"> </w:t>
      </w:r>
      <w:proofErr w:type="spellStart"/>
      <w:r w:rsidR="00D1360D">
        <w:rPr>
          <w:iCs/>
          <w:lang w:val="en-ID"/>
        </w:rPr>
        <w:t>Cilgon</w:t>
      </w:r>
      <w:proofErr w:type="spellEnd"/>
      <w:r w:rsidR="00D1360D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dengan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objek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kegiatan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berupa</w:t>
      </w:r>
      <w:proofErr w:type="spellEnd"/>
      <w:r w:rsidRPr="00372373">
        <w:rPr>
          <w:iCs/>
          <w:lang w:val="en-ID"/>
        </w:rPr>
        <w:t xml:space="preserve"> website </w:t>
      </w:r>
      <w:proofErr w:type="spellStart"/>
      <w:r w:rsidRPr="00372373">
        <w:rPr>
          <w:iCs/>
          <w:lang w:val="en-ID"/>
        </w:rPr>
        <w:t>instansi</w:t>
      </w:r>
      <w:proofErr w:type="spellEnd"/>
      <w:r w:rsidRPr="00372373">
        <w:rPr>
          <w:iCs/>
          <w:lang w:val="en-ID"/>
        </w:rPr>
        <w:t xml:space="preserve"> yang </w:t>
      </w:r>
      <w:proofErr w:type="spellStart"/>
      <w:r w:rsidRPr="00372373">
        <w:rPr>
          <w:iCs/>
          <w:lang w:val="en-ID"/>
        </w:rPr>
        <w:t>dikelola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menggunakan</w:t>
      </w:r>
      <w:proofErr w:type="spellEnd"/>
      <w:r w:rsidRPr="00372373">
        <w:rPr>
          <w:iCs/>
          <w:lang w:val="en-ID"/>
        </w:rPr>
        <w:t xml:space="preserve"> CMS </w:t>
      </w:r>
      <w:r w:rsidRPr="00D1360D">
        <w:rPr>
          <w:i/>
          <w:lang w:val="en-ID"/>
        </w:rPr>
        <w:t>WordPress</w:t>
      </w:r>
      <w:r w:rsidRPr="00372373">
        <w:rPr>
          <w:iCs/>
          <w:lang w:val="en-ID"/>
        </w:rPr>
        <w:t xml:space="preserve">. Metode yang </w:t>
      </w:r>
      <w:proofErr w:type="spellStart"/>
      <w:r w:rsidRPr="00372373">
        <w:rPr>
          <w:iCs/>
          <w:lang w:val="en-ID"/>
        </w:rPr>
        <w:t>digunakan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meliputi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observasi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terhadap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tampilan</w:t>
      </w:r>
      <w:proofErr w:type="spellEnd"/>
      <w:r w:rsidRPr="00372373">
        <w:rPr>
          <w:iCs/>
          <w:lang w:val="en-ID"/>
        </w:rPr>
        <w:t xml:space="preserve"> dan </w:t>
      </w:r>
      <w:proofErr w:type="spellStart"/>
      <w:r w:rsidRPr="00372373">
        <w:rPr>
          <w:iCs/>
          <w:lang w:val="en-ID"/>
        </w:rPr>
        <w:t>fitur</w:t>
      </w:r>
      <w:proofErr w:type="spellEnd"/>
      <w:r w:rsidRPr="00372373">
        <w:rPr>
          <w:iCs/>
          <w:lang w:val="en-ID"/>
        </w:rPr>
        <w:t xml:space="preserve"> website, </w:t>
      </w:r>
      <w:proofErr w:type="spellStart"/>
      <w:r w:rsidRPr="00372373">
        <w:rPr>
          <w:iCs/>
          <w:lang w:val="en-ID"/>
        </w:rPr>
        <w:t>dokumentasi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kegiatan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serta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praktik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langsung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dalam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pengelolaan</w:t>
      </w:r>
      <w:proofErr w:type="spellEnd"/>
      <w:r w:rsidRPr="00372373">
        <w:rPr>
          <w:iCs/>
          <w:lang w:val="en-ID"/>
        </w:rPr>
        <w:t xml:space="preserve"> dan </w:t>
      </w:r>
      <w:proofErr w:type="spellStart"/>
      <w:r w:rsidRPr="00372373">
        <w:rPr>
          <w:iCs/>
          <w:lang w:val="en-ID"/>
        </w:rPr>
        <w:t>pengembangan</w:t>
      </w:r>
      <w:proofErr w:type="spellEnd"/>
      <w:r w:rsidRPr="00372373">
        <w:rPr>
          <w:iCs/>
          <w:lang w:val="en-ID"/>
        </w:rPr>
        <w:t xml:space="preserve"> website. Data </w:t>
      </w:r>
      <w:proofErr w:type="spellStart"/>
      <w:r w:rsidRPr="00372373">
        <w:rPr>
          <w:iCs/>
          <w:lang w:val="en-ID"/>
        </w:rPr>
        <w:t>diperoleh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melalui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pengamatan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terhadap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kebutuhan</w:t>
      </w:r>
      <w:proofErr w:type="spellEnd"/>
      <w:r w:rsidRPr="00372373">
        <w:rPr>
          <w:iCs/>
          <w:lang w:val="en-ID"/>
        </w:rPr>
        <w:t xml:space="preserve"> website, </w:t>
      </w:r>
      <w:proofErr w:type="spellStart"/>
      <w:r w:rsidRPr="00372373">
        <w:rPr>
          <w:iCs/>
          <w:lang w:val="en-ID"/>
        </w:rPr>
        <w:t>struktur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halaman</w:t>
      </w:r>
      <w:proofErr w:type="spellEnd"/>
      <w:r w:rsidRPr="00372373">
        <w:rPr>
          <w:iCs/>
          <w:lang w:val="en-ID"/>
        </w:rPr>
        <w:t xml:space="preserve">, dan </w:t>
      </w:r>
      <w:proofErr w:type="spellStart"/>
      <w:r w:rsidRPr="00372373">
        <w:rPr>
          <w:iCs/>
          <w:lang w:val="en-ID"/>
        </w:rPr>
        <w:t>pengelolaan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konten</w:t>
      </w:r>
      <w:proofErr w:type="spellEnd"/>
      <w:r w:rsidRPr="00372373">
        <w:rPr>
          <w:iCs/>
          <w:lang w:val="en-ID"/>
        </w:rPr>
        <w:t xml:space="preserve"> yang </w:t>
      </w:r>
      <w:proofErr w:type="spellStart"/>
      <w:r w:rsidRPr="00372373">
        <w:rPr>
          <w:iCs/>
          <w:lang w:val="en-ID"/>
        </w:rPr>
        <w:t>dilakukan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selama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kegiatan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magang</w:t>
      </w:r>
      <w:proofErr w:type="spellEnd"/>
      <w:r w:rsidRPr="00372373">
        <w:rPr>
          <w:iCs/>
          <w:lang w:val="en-ID"/>
        </w:rPr>
        <w:t xml:space="preserve">. </w:t>
      </w:r>
      <w:proofErr w:type="spellStart"/>
      <w:r w:rsidRPr="00372373">
        <w:rPr>
          <w:iCs/>
          <w:lang w:val="en-ID"/>
        </w:rPr>
        <w:t>Instrumen</w:t>
      </w:r>
      <w:proofErr w:type="spellEnd"/>
      <w:r w:rsidRPr="00372373">
        <w:rPr>
          <w:iCs/>
          <w:lang w:val="en-ID"/>
        </w:rPr>
        <w:t xml:space="preserve"> yang </w:t>
      </w:r>
      <w:proofErr w:type="spellStart"/>
      <w:r w:rsidRPr="00372373">
        <w:rPr>
          <w:iCs/>
          <w:lang w:val="en-ID"/>
        </w:rPr>
        <w:t>digunakan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berupa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perangkat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komputer</w:t>
      </w:r>
      <w:proofErr w:type="spellEnd"/>
      <w:r w:rsidRPr="00372373">
        <w:rPr>
          <w:iCs/>
          <w:lang w:val="en-ID"/>
        </w:rPr>
        <w:t xml:space="preserve">, CMS </w:t>
      </w:r>
      <w:r w:rsidRPr="00D1360D">
        <w:rPr>
          <w:i/>
          <w:lang w:val="en-ID"/>
        </w:rPr>
        <w:t>WordPress</w:t>
      </w:r>
      <w:r w:rsidRPr="00372373">
        <w:rPr>
          <w:iCs/>
          <w:lang w:val="en-ID"/>
        </w:rPr>
        <w:t xml:space="preserve">, </w:t>
      </w:r>
      <w:proofErr w:type="spellStart"/>
      <w:r w:rsidRPr="00D1360D">
        <w:rPr>
          <w:i/>
          <w:lang w:val="en-ID"/>
        </w:rPr>
        <w:t>Elementor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serta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dokumentasi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pendukung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lainnya</w:t>
      </w:r>
      <w:proofErr w:type="spellEnd"/>
      <w:r w:rsidRPr="00372373">
        <w:rPr>
          <w:iCs/>
          <w:lang w:val="en-ID"/>
        </w:rPr>
        <w:t xml:space="preserve">. </w:t>
      </w:r>
      <w:proofErr w:type="spellStart"/>
      <w:r w:rsidRPr="00372373">
        <w:rPr>
          <w:iCs/>
          <w:lang w:val="en-ID"/>
        </w:rPr>
        <w:t>Analisis</w:t>
      </w:r>
      <w:proofErr w:type="spellEnd"/>
      <w:r w:rsidRPr="00372373">
        <w:rPr>
          <w:iCs/>
          <w:lang w:val="en-ID"/>
        </w:rPr>
        <w:t xml:space="preserve"> data </w:t>
      </w:r>
      <w:proofErr w:type="spellStart"/>
      <w:r w:rsidRPr="00372373">
        <w:rPr>
          <w:iCs/>
          <w:lang w:val="en-ID"/>
        </w:rPr>
        <w:t>dilakukan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secara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deskriptif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dengan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mengidentifikasi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kebutuhan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perbaikan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tampilan</w:t>
      </w:r>
      <w:proofErr w:type="spellEnd"/>
      <w:r w:rsidRPr="00372373">
        <w:rPr>
          <w:iCs/>
          <w:lang w:val="en-ID"/>
        </w:rPr>
        <w:t xml:space="preserve"> dan </w:t>
      </w:r>
      <w:proofErr w:type="spellStart"/>
      <w:r w:rsidRPr="00372373">
        <w:rPr>
          <w:iCs/>
          <w:lang w:val="en-ID"/>
        </w:rPr>
        <w:t>pengelolaan</w:t>
      </w:r>
      <w:proofErr w:type="spellEnd"/>
      <w:r w:rsidRPr="00372373">
        <w:rPr>
          <w:iCs/>
          <w:lang w:val="en-ID"/>
        </w:rPr>
        <w:t xml:space="preserve"> website </w:t>
      </w:r>
      <w:proofErr w:type="spellStart"/>
      <w:r w:rsidRPr="00372373">
        <w:rPr>
          <w:iCs/>
          <w:lang w:val="en-ID"/>
        </w:rPr>
        <w:t>berdasarkan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prinsip</w:t>
      </w:r>
      <w:proofErr w:type="spellEnd"/>
      <w:r w:rsidRPr="00372373">
        <w:rPr>
          <w:iCs/>
          <w:lang w:val="en-ID"/>
        </w:rPr>
        <w:t xml:space="preserve"> UI/UX.</w:t>
      </w:r>
    </w:p>
    <w:p w14:paraId="49C62EAF" w14:textId="77777777" w:rsidR="00372373" w:rsidRPr="00372373" w:rsidRDefault="00372373" w:rsidP="006A2C08">
      <w:pPr>
        <w:ind w:firstLine="567"/>
        <w:jc w:val="both"/>
        <w:rPr>
          <w:iCs/>
          <w:lang w:val="en-ID"/>
        </w:rPr>
      </w:pPr>
      <w:r w:rsidRPr="00372373">
        <w:rPr>
          <w:iCs/>
          <w:lang w:val="en-ID"/>
        </w:rPr>
        <w:t xml:space="preserve">Hasil </w:t>
      </w:r>
      <w:proofErr w:type="spellStart"/>
      <w:r w:rsidRPr="00372373">
        <w:rPr>
          <w:iCs/>
          <w:lang w:val="en-ID"/>
        </w:rPr>
        <w:t>kegiatan</w:t>
      </w:r>
      <w:proofErr w:type="spellEnd"/>
      <w:r w:rsidRPr="00372373">
        <w:rPr>
          <w:iCs/>
          <w:lang w:val="en-ID"/>
        </w:rPr>
        <w:t xml:space="preserve"> PKL/</w:t>
      </w:r>
      <w:proofErr w:type="spellStart"/>
      <w:r w:rsidRPr="00372373">
        <w:rPr>
          <w:iCs/>
          <w:lang w:val="en-ID"/>
        </w:rPr>
        <w:t>Magang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menunjukkan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bahwa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implementasi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desain</w:t>
      </w:r>
      <w:proofErr w:type="spellEnd"/>
      <w:r w:rsidRPr="00372373">
        <w:rPr>
          <w:iCs/>
          <w:lang w:val="en-ID"/>
        </w:rPr>
        <w:t xml:space="preserve"> UI/UX dan </w:t>
      </w:r>
      <w:proofErr w:type="spellStart"/>
      <w:r w:rsidRPr="00372373">
        <w:rPr>
          <w:iCs/>
          <w:lang w:val="en-ID"/>
        </w:rPr>
        <w:t>pengelolaan</w:t>
      </w:r>
      <w:proofErr w:type="spellEnd"/>
      <w:r w:rsidRPr="00372373">
        <w:rPr>
          <w:iCs/>
          <w:lang w:val="en-ID"/>
        </w:rPr>
        <w:t xml:space="preserve"> website </w:t>
      </w:r>
      <w:proofErr w:type="spellStart"/>
      <w:r w:rsidRPr="00372373">
        <w:rPr>
          <w:iCs/>
          <w:lang w:val="en-ID"/>
        </w:rPr>
        <w:t>berbasis</w:t>
      </w:r>
      <w:proofErr w:type="spellEnd"/>
      <w:r w:rsidRPr="00372373">
        <w:rPr>
          <w:iCs/>
          <w:lang w:val="en-ID"/>
        </w:rPr>
        <w:t xml:space="preserve"> </w:t>
      </w:r>
      <w:r w:rsidRPr="00D1360D">
        <w:rPr>
          <w:i/>
          <w:lang w:val="en-ID"/>
        </w:rPr>
        <w:t>WordPress</w:t>
      </w:r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dapat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meningkatkan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kualitas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tampilan</w:t>
      </w:r>
      <w:proofErr w:type="spellEnd"/>
      <w:r w:rsidRPr="00372373">
        <w:rPr>
          <w:iCs/>
          <w:lang w:val="en-ID"/>
        </w:rPr>
        <w:t xml:space="preserve"> website, </w:t>
      </w:r>
      <w:proofErr w:type="spellStart"/>
      <w:r w:rsidRPr="00372373">
        <w:rPr>
          <w:iCs/>
          <w:lang w:val="en-ID"/>
        </w:rPr>
        <w:t>mempermudah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navigasi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pengguna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serta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membuat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penyampaian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informasi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menjadi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lebih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terstruktur</w:t>
      </w:r>
      <w:proofErr w:type="spellEnd"/>
      <w:r w:rsidRPr="00372373">
        <w:rPr>
          <w:iCs/>
          <w:lang w:val="en-ID"/>
        </w:rPr>
        <w:t xml:space="preserve"> dan </w:t>
      </w:r>
      <w:proofErr w:type="spellStart"/>
      <w:r w:rsidRPr="00372373">
        <w:rPr>
          <w:iCs/>
          <w:lang w:val="en-ID"/>
        </w:rPr>
        <w:t>menarik</w:t>
      </w:r>
      <w:proofErr w:type="spellEnd"/>
      <w:r w:rsidRPr="00372373">
        <w:rPr>
          <w:iCs/>
          <w:lang w:val="en-ID"/>
        </w:rPr>
        <w:t xml:space="preserve">. </w:t>
      </w:r>
      <w:proofErr w:type="spellStart"/>
      <w:r w:rsidRPr="00372373">
        <w:rPr>
          <w:iCs/>
          <w:lang w:val="en-ID"/>
        </w:rPr>
        <w:t>Kegiatan</w:t>
      </w:r>
      <w:proofErr w:type="spellEnd"/>
      <w:r w:rsidRPr="00372373">
        <w:rPr>
          <w:iCs/>
          <w:lang w:val="en-ID"/>
        </w:rPr>
        <w:t xml:space="preserve"> yang </w:t>
      </w:r>
      <w:proofErr w:type="spellStart"/>
      <w:r w:rsidRPr="00372373">
        <w:rPr>
          <w:iCs/>
          <w:lang w:val="en-ID"/>
        </w:rPr>
        <w:t>dilakukan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meliputi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perancangan</w:t>
      </w:r>
      <w:proofErr w:type="spellEnd"/>
      <w:r w:rsidRPr="00372373">
        <w:rPr>
          <w:iCs/>
          <w:lang w:val="en-ID"/>
        </w:rPr>
        <w:t xml:space="preserve"> tata </w:t>
      </w:r>
      <w:proofErr w:type="spellStart"/>
      <w:r w:rsidRPr="00372373">
        <w:rPr>
          <w:iCs/>
          <w:lang w:val="en-ID"/>
        </w:rPr>
        <w:t>letak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halaman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pengelolaan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konten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berita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penyesuaian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elemen</w:t>
      </w:r>
      <w:proofErr w:type="spellEnd"/>
      <w:r w:rsidRPr="00372373">
        <w:rPr>
          <w:iCs/>
          <w:lang w:val="en-ID"/>
        </w:rPr>
        <w:t xml:space="preserve"> visual, </w:t>
      </w:r>
      <w:proofErr w:type="spellStart"/>
      <w:r w:rsidRPr="00372373">
        <w:rPr>
          <w:iCs/>
          <w:lang w:val="en-ID"/>
        </w:rPr>
        <w:t>serta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pemeliharaan</w:t>
      </w:r>
      <w:proofErr w:type="spellEnd"/>
      <w:r w:rsidRPr="00372373">
        <w:rPr>
          <w:iCs/>
          <w:lang w:val="en-ID"/>
        </w:rPr>
        <w:t xml:space="preserve"> website. Dari </w:t>
      </w:r>
      <w:proofErr w:type="spellStart"/>
      <w:r w:rsidRPr="00372373">
        <w:rPr>
          <w:iCs/>
          <w:lang w:val="en-ID"/>
        </w:rPr>
        <w:t>kegiatan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ini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diperoleh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pemahaman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mengenai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pentingnya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penerapan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prinsip</w:t>
      </w:r>
      <w:proofErr w:type="spellEnd"/>
      <w:r w:rsidRPr="00372373">
        <w:rPr>
          <w:iCs/>
          <w:lang w:val="en-ID"/>
        </w:rPr>
        <w:t xml:space="preserve"> UI/UX </w:t>
      </w:r>
      <w:proofErr w:type="spellStart"/>
      <w:r w:rsidRPr="00372373">
        <w:rPr>
          <w:iCs/>
          <w:lang w:val="en-ID"/>
        </w:rPr>
        <w:t>dalam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pengembangan</w:t>
      </w:r>
      <w:proofErr w:type="spellEnd"/>
      <w:r w:rsidRPr="00372373">
        <w:rPr>
          <w:iCs/>
          <w:lang w:val="en-ID"/>
        </w:rPr>
        <w:t xml:space="preserve"> website </w:t>
      </w:r>
      <w:proofErr w:type="spellStart"/>
      <w:r w:rsidRPr="00372373">
        <w:rPr>
          <w:iCs/>
          <w:lang w:val="en-ID"/>
        </w:rPr>
        <w:t>serta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pemanfaatan</w:t>
      </w:r>
      <w:proofErr w:type="spellEnd"/>
      <w:r w:rsidRPr="00372373">
        <w:rPr>
          <w:iCs/>
          <w:lang w:val="en-ID"/>
        </w:rPr>
        <w:t xml:space="preserve"> CMS </w:t>
      </w:r>
      <w:r w:rsidRPr="00541ECB">
        <w:rPr>
          <w:i/>
          <w:lang w:val="en-ID"/>
        </w:rPr>
        <w:t>WordPress</w:t>
      </w:r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sebagai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sarana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pengelolaan</w:t>
      </w:r>
      <w:proofErr w:type="spellEnd"/>
      <w:r w:rsidRPr="00372373">
        <w:rPr>
          <w:iCs/>
          <w:lang w:val="en-ID"/>
        </w:rPr>
        <w:t xml:space="preserve"> website yang </w:t>
      </w:r>
      <w:proofErr w:type="spellStart"/>
      <w:r w:rsidRPr="00372373">
        <w:rPr>
          <w:iCs/>
          <w:lang w:val="en-ID"/>
        </w:rPr>
        <w:t>efektif</w:t>
      </w:r>
      <w:proofErr w:type="spellEnd"/>
      <w:r w:rsidRPr="00372373">
        <w:rPr>
          <w:iCs/>
          <w:lang w:val="en-ID"/>
        </w:rPr>
        <w:t xml:space="preserve">. </w:t>
      </w:r>
      <w:proofErr w:type="spellStart"/>
      <w:r w:rsidRPr="00372373">
        <w:rPr>
          <w:iCs/>
          <w:lang w:val="en-ID"/>
        </w:rPr>
        <w:t>Kegiatan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magang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memberikan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manfaat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berupa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peningkatan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keterampilan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teknis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lastRenderedPageBreak/>
        <w:t>pengalaman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kerja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secara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langsung</w:t>
      </w:r>
      <w:proofErr w:type="spellEnd"/>
      <w:r w:rsidRPr="00372373">
        <w:rPr>
          <w:iCs/>
          <w:lang w:val="en-ID"/>
        </w:rPr>
        <w:t xml:space="preserve">, </w:t>
      </w:r>
      <w:proofErr w:type="spellStart"/>
      <w:r w:rsidRPr="00372373">
        <w:rPr>
          <w:iCs/>
          <w:lang w:val="en-ID"/>
        </w:rPr>
        <w:t>serta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pemahaman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mengenai</w:t>
      </w:r>
      <w:proofErr w:type="spellEnd"/>
      <w:r w:rsidRPr="00372373">
        <w:rPr>
          <w:iCs/>
          <w:lang w:val="en-ID"/>
        </w:rPr>
        <w:t xml:space="preserve"> proses </w:t>
      </w:r>
      <w:proofErr w:type="spellStart"/>
      <w:r w:rsidRPr="00372373">
        <w:rPr>
          <w:iCs/>
          <w:lang w:val="en-ID"/>
        </w:rPr>
        <w:t>pengelolaan</w:t>
      </w:r>
      <w:proofErr w:type="spellEnd"/>
      <w:r w:rsidRPr="00372373">
        <w:rPr>
          <w:iCs/>
          <w:lang w:val="en-ID"/>
        </w:rPr>
        <w:t xml:space="preserve"> website pada </w:t>
      </w:r>
      <w:proofErr w:type="spellStart"/>
      <w:r w:rsidRPr="00372373">
        <w:rPr>
          <w:iCs/>
          <w:lang w:val="en-ID"/>
        </w:rPr>
        <w:t>lingkungan</w:t>
      </w:r>
      <w:proofErr w:type="spellEnd"/>
      <w:r w:rsidRPr="00372373">
        <w:rPr>
          <w:iCs/>
          <w:lang w:val="en-ID"/>
        </w:rPr>
        <w:t xml:space="preserve"> </w:t>
      </w:r>
      <w:proofErr w:type="spellStart"/>
      <w:r w:rsidRPr="00372373">
        <w:rPr>
          <w:iCs/>
          <w:lang w:val="en-ID"/>
        </w:rPr>
        <w:t>instansi</w:t>
      </w:r>
      <w:proofErr w:type="spellEnd"/>
      <w:r w:rsidRPr="00372373">
        <w:rPr>
          <w:iCs/>
          <w:lang w:val="en-ID"/>
        </w:rPr>
        <w:t>.</w:t>
      </w:r>
    </w:p>
    <w:p w14:paraId="06CD87F3" w14:textId="771BFC31" w:rsidR="006512E0" w:rsidRPr="00372373" w:rsidRDefault="006512E0" w:rsidP="006A2C08">
      <w:pPr>
        <w:ind w:firstLine="567"/>
        <w:jc w:val="both"/>
        <w:rPr>
          <w:iCs/>
          <w:lang w:val="en-ID"/>
        </w:rPr>
        <w:sectPr w:rsidR="006512E0" w:rsidRPr="00372373">
          <w:footerReference w:type="default" r:id="rId9"/>
          <w:pgSz w:w="11906" w:h="16838"/>
          <w:pgMar w:top="2268" w:right="1701" w:bottom="1701" w:left="2268" w:header="850" w:footer="850" w:gutter="0"/>
          <w:pgNumType w:fmt="lowerRoman" w:start="1"/>
          <w:cols w:space="720"/>
          <w:docGrid w:linePitch="360"/>
        </w:sectPr>
      </w:pPr>
    </w:p>
    <w:p w14:paraId="00191503" w14:textId="77777777" w:rsidR="006512E0" w:rsidRDefault="008111AB" w:rsidP="006A2C08">
      <w:pPr>
        <w:pStyle w:val="BabTitle"/>
      </w:pPr>
      <w:r>
        <w:lastRenderedPageBreak/>
        <w:t>BAB I</w:t>
      </w:r>
      <w:r>
        <w:br/>
        <w:t>PENDAHULUAN</w:t>
      </w:r>
    </w:p>
    <w:p w14:paraId="4F5D817B" w14:textId="77777777" w:rsidR="0007110D" w:rsidRDefault="0007110D" w:rsidP="006A2C08">
      <w:pPr>
        <w:pStyle w:val="BabTitle"/>
        <w:jc w:val="both"/>
      </w:pPr>
    </w:p>
    <w:p w14:paraId="6EAC3C5C" w14:textId="77777777" w:rsidR="009144C8" w:rsidRDefault="009144C8" w:rsidP="006A2C08">
      <w:pPr>
        <w:pStyle w:val="BabTitle"/>
        <w:jc w:val="both"/>
      </w:pPr>
    </w:p>
    <w:p w14:paraId="5D47CDC8" w14:textId="77777777" w:rsidR="006512E0" w:rsidRDefault="008111AB" w:rsidP="006A2C08">
      <w:pPr>
        <w:pStyle w:val="Subbab"/>
        <w:jc w:val="both"/>
      </w:pPr>
      <w:r>
        <w:t xml:space="preserve">1.1 Latar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Masalah</w:t>
      </w:r>
      <w:proofErr w:type="spellEnd"/>
    </w:p>
    <w:p w14:paraId="766A6734" w14:textId="77777777" w:rsidR="00D1360D" w:rsidRPr="00D1360D" w:rsidRDefault="00D1360D" w:rsidP="006A2C08">
      <w:pPr>
        <w:ind w:firstLine="567"/>
        <w:jc w:val="both"/>
        <w:rPr>
          <w:iCs/>
          <w:lang w:val="en-ID"/>
        </w:rPr>
      </w:pPr>
      <w:proofErr w:type="spellStart"/>
      <w:r w:rsidRPr="00D1360D">
        <w:rPr>
          <w:iCs/>
          <w:lang w:val="en-ID"/>
        </w:rPr>
        <w:t>Pelaksanaan</w:t>
      </w:r>
      <w:proofErr w:type="spellEnd"/>
      <w:r w:rsidRPr="00D1360D">
        <w:rPr>
          <w:iCs/>
          <w:lang w:val="en-ID"/>
        </w:rPr>
        <w:t xml:space="preserve"> PKL/</w:t>
      </w:r>
      <w:proofErr w:type="spellStart"/>
      <w:r w:rsidRPr="00D1360D">
        <w:rPr>
          <w:iCs/>
          <w:lang w:val="en-ID"/>
        </w:rPr>
        <w:t>Magang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merupakan</w:t>
      </w:r>
      <w:proofErr w:type="spellEnd"/>
      <w:r w:rsidRPr="00D1360D">
        <w:rPr>
          <w:iCs/>
          <w:lang w:val="en-ID"/>
        </w:rPr>
        <w:t xml:space="preserve"> salah </w:t>
      </w:r>
      <w:proofErr w:type="spellStart"/>
      <w:r w:rsidRPr="00D1360D">
        <w:rPr>
          <w:iCs/>
          <w:lang w:val="en-ID"/>
        </w:rPr>
        <w:t>satu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kegiatan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akademik</w:t>
      </w:r>
      <w:proofErr w:type="spellEnd"/>
      <w:r w:rsidRPr="00D1360D">
        <w:rPr>
          <w:iCs/>
          <w:lang w:val="en-ID"/>
        </w:rPr>
        <w:t xml:space="preserve"> yang </w:t>
      </w:r>
      <w:proofErr w:type="spellStart"/>
      <w:r w:rsidRPr="00D1360D">
        <w:rPr>
          <w:iCs/>
          <w:lang w:val="en-ID"/>
        </w:rPr>
        <w:t>bertujuan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untuk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memberikan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pengalaman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langsung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kepada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mahasiswa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dalam</w:t>
      </w:r>
      <w:proofErr w:type="spellEnd"/>
      <w:r w:rsidRPr="00D1360D">
        <w:rPr>
          <w:iCs/>
          <w:lang w:val="en-ID"/>
        </w:rPr>
        <w:t xml:space="preserve"> dunia </w:t>
      </w:r>
      <w:proofErr w:type="spellStart"/>
      <w:r w:rsidRPr="00D1360D">
        <w:rPr>
          <w:iCs/>
          <w:lang w:val="en-ID"/>
        </w:rPr>
        <w:t>kerja</w:t>
      </w:r>
      <w:proofErr w:type="spellEnd"/>
      <w:r w:rsidRPr="00D1360D">
        <w:rPr>
          <w:iCs/>
          <w:lang w:val="en-ID"/>
        </w:rPr>
        <w:t xml:space="preserve">. </w:t>
      </w:r>
      <w:proofErr w:type="spellStart"/>
      <w:r w:rsidRPr="00D1360D">
        <w:rPr>
          <w:iCs/>
          <w:lang w:val="en-ID"/>
        </w:rPr>
        <w:t>Melalui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kegiatan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ini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mahasiswa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dapat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menerapkan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ilmu</w:t>
      </w:r>
      <w:proofErr w:type="spellEnd"/>
      <w:r w:rsidRPr="00D1360D">
        <w:rPr>
          <w:iCs/>
          <w:lang w:val="en-ID"/>
        </w:rPr>
        <w:t xml:space="preserve"> yang </w:t>
      </w:r>
      <w:proofErr w:type="spellStart"/>
      <w:r w:rsidRPr="00D1360D">
        <w:rPr>
          <w:iCs/>
          <w:lang w:val="en-ID"/>
        </w:rPr>
        <w:t>telah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diperoleh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selama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perkuliahan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serta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memahami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kondisi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nyata</w:t>
      </w:r>
      <w:proofErr w:type="spellEnd"/>
      <w:r w:rsidRPr="00D1360D">
        <w:rPr>
          <w:iCs/>
          <w:lang w:val="en-ID"/>
        </w:rPr>
        <w:t xml:space="preserve"> di </w:t>
      </w:r>
      <w:proofErr w:type="spellStart"/>
      <w:r w:rsidRPr="00D1360D">
        <w:rPr>
          <w:iCs/>
          <w:lang w:val="en-ID"/>
        </w:rPr>
        <w:t>lingkungan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kerja</w:t>
      </w:r>
      <w:proofErr w:type="spellEnd"/>
      <w:r w:rsidRPr="00D1360D">
        <w:rPr>
          <w:iCs/>
          <w:lang w:val="en-ID"/>
        </w:rPr>
        <w:t xml:space="preserve">. Selain </w:t>
      </w:r>
      <w:proofErr w:type="spellStart"/>
      <w:r w:rsidRPr="00D1360D">
        <w:rPr>
          <w:iCs/>
          <w:lang w:val="en-ID"/>
        </w:rPr>
        <w:t>itu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kegiatan</w:t>
      </w:r>
      <w:proofErr w:type="spellEnd"/>
      <w:r w:rsidRPr="00D1360D">
        <w:rPr>
          <w:iCs/>
          <w:lang w:val="en-ID"/>
        </w:rPr>
        <w:t xml:space="preserve"> PKL/</w:t>
      </w:r>
      <w:proofErr w:type="spellStart"/>
      <w:r w:rsidRPr="00D1360D">
        <w:rPr>
          <w:iCs/>
          <w:lang w:val="en-ID"/>
        </w:rPr>
        <w:t>Magang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menjadi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sarana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untuk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mengembangkan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keterampilan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teknis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maupun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nonteknis</w:t>
      </w:r>
      <w:proofErr w:type="spellEnd"/>
      <w:r w:rsidRPr="00D1360D">
        <w:rPr>
          <w:iCs/>
          <w:lang w:val="en-ID"/>
        </w:rPr>
        <w:t xml:space="preserve"> yang </w:t>
      </w:r>
      <w:proofErr w:type="spellStart"/>
      <w:r w:rsidRPr="00D1360D">
        <w:rPr>
          <w:iCs/>
          <w:lang w:val="en-ID"/>
        </w:rPr>
        <w:t>dibutuhkan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dalam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menghadapi</w:t>
      </w:r>
      <w:proofErr w:type="spellEnd"/>
      <w:r w:rsidRPr="00D1360D">
        <w:rPr>
          <w:iCs/>
          <w:lang w:val="en-ID"/>
        </w:rPr>
        <w:t xml:space="preserve"> dunia </w:t>
      </w:r>
      <w:proofErr w:type="spellStart"/>
      <w:r w:rsidRPr="00D1360D">
        <w:rPr>
          <w:iCs/>
          <w:lang w:val="en-ID"/>
        </w:rPr>
        <w:t>kerja</w:t>
      </w:r>
      <w:proofErr w:type="spellEnd"/>
      <w:r w:rsidRPr="00D1360D">
        <w:rPr>
          <w:iCs/>
          <w:lang w:val="en-ID"/>
        </w:rPr>
        <w:t xml:space="preserve"> yang </w:t>
      </w:r>
      <w:proofErr w:type="spellStart"/>
      <w:r w:rsidRPr="00D1360D">
        <w:rPr>
          <w:iCs/>
          <w:lang w:val="en-ID"/>
        </w:rPr>
        <w:t>semakin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kompetitif</w:t>
      </w:r>
      <w:proofErr w:type="spellEnd"/>
      <w:r w:rsidRPr="00D1360D">
        <w:rPr>
          <w:iCs/>
          <w:lang w:val="en-ID"/>
        </w:rPr>
        <w:t>.</w:t>
      </w:r>
    </w:p>
    <w:p w14:paraId="6B0626BB" w14:textId="77777777" w:rsidR="00D1360D" w:rsidRPr="00D1360D" w:rsidRDefault="00D1360D" w:rsidP="006A2C08">
      <w:pPr>
        <w:ind w:firstLine="567"/>
        <w:jc w:val="both"/>
        <w:rPr>
          <w:iCs/>
          <w:lang w:val="en-ID"/>
        </w:rPr>
      </w:pPr>
      <w:proofErr w:type="spellStart"/>
      <w:r w:rsidRPr="00D1360D">
        <w:rPr>
          <w:iCs/>
          <w:lang w:val="en-ID"/>
        </w:rPr>
        <w:t>Perkembangan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teknologi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informasi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telah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mendorong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berbagai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instansi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baik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pemerintah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maupun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swasta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untuk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memanfaatkan</w:t>
      </w:r>
      <w:proofErr w:type="spellEnd"/>
      <w:r w:rsidRPr="00D1360D">
        <w:rPr>
          <w:iCs/>
          <w:lang w:val="en-ID"/>
        </w:rPr>
        <w:t xml:space="preserve"> website </w:t>
      </w:r>
      <w:proofErr w:type="spellStart"/>
      <w:r w:rsidRPr="00D1360D">
        <w:rPr>
          <w:iCs/>
          <w:lang w:val="en-ID"/>
        </w:rPr>
        <w:t>sebagai</w:t>
      </w:r>
      <w:proofErr w:type="spellEnd"/>
      <w:r w:rsidRPr="00D1360D">
        <w:rPr>
          <w:iCs/>
          <w:lang w:val="en-ID"/>
        </w:rPr>
        <w:t xml:space="preserve"> media </w:t>
      </w:r>
      <w:proofErr w:type="spellStart"/>
      <w:r w:rsidRPr="00D1360D">
        <w:rPr>
          <w:iCs/>
          <w:lang w:val="en-ID"/>
        </w:rPr>
        <w:t>penyampaian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informasi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kepada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masyarakat</w:t>
      </w:r>
      <w:proofErr w:type="spellEnd"/>
      <w:r w:rsidRPr="00D1360D">
        <w:rPr>
          <w:iCs/>
          <w:lang w:val="en-ID"/>
        </w:rPr>
        <w:t xml:space="preserve">. Website </w:t>
      </w:r>
      <w:proofErr w:type="spellStart"/>
      <w:r w:rsidRPr="00D1360D">
        <w:rPr>
          <w:iCs/>
          <w:lang w:val="en-ID"/>
        </w:rPr>
        <w:t>tidak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hanya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berfungsi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sebagai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sarana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publikasi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tetapi</w:t>
      </w:r>
      <w:proofErr w:type="spellEnd"/>
      <w:r w:rsidRPr="00D1360D">
        <w:rPr>
          <w:iCs/>
          <w:lang w:val="en-ID"/>
        </w:rPr>
        <w:t xml:space="preserve"> juga </w:t>
      </w:r>
      <w:proofErr w:type="spellStart"/>
      <w:r w:rsidRPr="00D1360D">
        <w:rPr>
          <w:iCs/>
          <w:lang w:val="en-ID"/>
        </w:rPr>
        <w:t>sebagai</w:t>
      </w:r>
      <w:proofErr w:type="spellEnd"/>
      <w:r w:rsidRPr="00D1360D">
        <w:rPr>
          <w:iCs/>
          <w:lang w:val="en-ID"/>
        </w:rPr>
        <w:t xml:space="preserve"> media </w:t>
      </w:r>
      <w:proofErr w:type="spellStart"/>
      <w:r w:rsidRPr="00D1360D">
        <w:rPr>
          <w:iCs/>
          <w:lang w:val="en-ID"/>
        </w:rPr>
        <w:t>komunikasi</w:t>
      </w:r>
      <w:proofErr w:type="spellEnd"/>
      <w:r w:rsidRPr="00D1360D">
        <w:rPr>
          <w:iCs/>
          <w:lang w:val="en-ID"/>
        </w:rPr>
        <w:t xml:space="preserve"> yang </w:t>
      </w:r>
      <w:proofErr w:type="spellStart"/>
      <w:r w:rsidRPr="00D1360D">
        <w:rPr>
          <w:iCs/>
          <w:lang w:val="en-ID"/>
        </w:rPr>
        <w:t>dapat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meningkatkan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kualitas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pelayanan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informasi</w:t>
      </w:r>
      <w:proofErr w:type="spellEnd"/>
      <w:r w:rsidRPr="00D1360D">
        <w:rPr>
          <w:iCs/>
          <w:lang w:val="en-ID"/>
        </w:rPr>
        <w:t xml:space="preserve">. Oleh </w:t>
      </w:r>
      <w:proofErr w:type="spellStart"/>
      <w:r w:rsidRPr="00D1360D">
        <w:rPr>
          <w:iCs/>
          <w:lang w:val="en-ID"/>
        </w:rPr>
        <w:t>karena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itu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pengelolaan</w:t>
      </w:r>
      <w:proofErr w:type="spellEnd"/>
      <w:r w:rsidRPr="00D1360D">
        <w:rPr>
          <w:iCs/>
          <w:lang w:val="en-ID"/>
        </w:rPr>
        <w:t xml:space="preserve"> website yang </w:t>
      </w:r>
      <w:proofErr w:type="spellStart"/>
      <w:r w:rsidRPr="00D1360D">
        <w:rPr>
          <w:iCs/>
          <w:lang w:val="en-ID"/>
        </w:rPr>
        <w:t>baik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menjadi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faktor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penting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dalam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mendukung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efektivitas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penyampaian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informasi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kepada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pengguna</w:t>
      </w:r>
      <w:proofErr w:type="spellEnd"/>
      <w:r w:rsidRPr="00D1360D">
        <w:rPr>
          <w:iCs/>
          <w:lang w:val="en-ID"/>
        </w:rPr>
        <w:t>.</w:t>
      </w:r>
    </w:p>
    <w:p w14:paraId="792FB1F2" w14:textId="6A9C798A" w:rsidR="00D1360D" w:rsidRPr="00D1360D" w:rsidRDefault="00D1360D" w:rsidP="006A2C08">
      <w:pPr>
        <w:ind w:firstLine="567"/>
        <w:jc w:val="both"/>
        <w:rPr>
          <w:iCs/>
          <w:lang w:val="en-ID"/>
        </w:rPr>
      </w:pPr>
      <w:proofErr w:type="spellStart"/>
      <w:r w:rsidRPr="00D1360D">
        <w:rPr>
          <w:iCs/>
          <w:lang w:val="en-ID"/>
        </w:rPr>
        <w:t>Selama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pelaksanaan</w:t>
      </w:r>
      <w:proofErr w:type="spellEnd"/>
      <w:r w:rsidRPr="00D1360D">
        <w:rPr>
          <w:iCs/>
          <w:lang w:val="en-ID"/>
        </w:rPr>
        <w:t xml:space="preserve"> PKL/</w:t>
      </w:r>
      <w:proofErr w:type="spellStart"/>
      <w:r w:rsidRPr="00D1360D">
        <w:rPr>
          <w:iCs/>
          <w:lang w:val="en-ID"/>
        </w:rPr>
        <w:t>Magang</w:t>
      </w:r>
      <w:proofErr w:type="spellEnd"/>
      <w:r w:rsidRPr="00D1360D">
        <w:rPr>
          <w:iCs/>
          <w:lang w:val="en-ID"/>
        </w:rPr>
        <w:t xml:space="preserve"> di</w:t>
      </w:r>
      <w:r w:rsidR="00541ECB">
        <w:rPr>
          <w:iCs/>
          <w:lang w:val="en-ID"/>
        </w:rPr>
        <w:t xml:space="preserve"> </w:t>
      </w:r>
      <w:proofErr w:type="spellStart"/>
      <w:r w:rsidR="00541ECB">
        <w:rPr>
          <w:iCs/>
          <w:lang w:val="en-ID"/>
        </w:rPr>
        <w:t>Kemenag</w:t>
      </w:r>
      <w:proofErr w:type="spellEnd"/>
      <w:r w:rsidR="00541ECB">
        <w:rPr>
          <w:iCs/>
          <w:lang w:val="en-ID"/>
        </w:rPr>
        <w:t xml:space="preserve"> Kota Cilegon</w:t>
      </w:r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penulis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menemukan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bahwa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pengelolaan</w:t>
      </w:r>
      <w:proofErr w:type="spellEnd"/>
      <w:r w:rsidRPr="00D1360D">
        <w:rPr>
          <w:iCs/>
          <w:lang w:val="en-ID"/>
        </w:rPr>
        <w:t xml:space="preserve"> website </w:t>
      </w:r>
      <w:proofErr w:type="spellStart"/>
      <w:r w:rsidRPr="00D1360D">
        <w:rPr>
          <w:iCs/>
          <w:lang w:val="en-ID"/>
        </w:rPr>
        <w:t>memerlukan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perhatian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khusus</w:t>
      </w:r>
      <w:proofErr w:type="spellEnd"/>
      <w:r w:rsidRPr="00D1360D">
        <w:rPr>
          <w:iCs/>
          <w:lang w:val="en-ID"/>
        </w:rPr>
        <w:t xml:space="preserve"> pada </w:t>
      </w:r>
      <w:proofErr w:type="spellStart"/>
      <w:r w:rsidRPr="00D1360D">
        <w:rPr>
          <w:iCs/>
          <w:lang w:val="en-ID"/>
        </w:rPr>
        <w:t>aspek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tampilan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struktur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halaman</w:t>
      </w:r>
      <w:proofErr w:type="spellEnd"/>
      <w:r w:rsidRPr="00D1360D">
        <w:rPr>
          <w:iCs/>
          <w:lang w:val="en-ID"/>
        </w:rPr>
        <w:t xml:space="preserve">, dan </w:t>
      </w:r>
      <w:proofErr w:type="spellStart"/>
      <w:r w:rsidRPr="00D1360D">
        <w:rPr>
          <w:iCs/>
          <w:lang w:val="en-ID"/>
        </w:rPr>
        <w:t>penyajian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informasi</w:t>
      </w:r>
      <w:proofErr w:type="spellEnd"/>
      <w:r w:rsidRPr="00D1360D">
        <w:rPr>
          <w:iCs/>
          <w:lang w:val="en-ID"/>
        </w:rPr>
        <w:t xml:space="preserve">. </w:t>
      </w:r>
      <w:proofErr w:type="spellStart"/>
      <w:r w:rsidRPr="00D1360D">
        <w:rPr>
          <w:iCs/>
          <w:lang w:val="en-ID"/>
        </w:rPr>
        <w:t>Beberapa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bagian</w:t>
      </w:r>
      <w:proofErr w:type="spellEnd"/>
      <w:r w:rsidRPr="00D1360D">
        <w:rPr>
          <w:iCs/>
          <w:lang w:val="en-ID"/>
        </w:rPr>
        <w:t xml:space="preserve"> website </w:t>
      </w:r>
      <w:proofErr w:type="spellStart"/>
      <w:r w:rsidRPr="00D1360D">
        <w:rPr>
          <w:iCs/>
          <w:lang w:val="en-ID"/>
        </w:rPr>
        <w:t>masih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memerlukan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penyesuaian</w:t>
      </w:r>
      <w:proofErr w:type="spellEnd"/>
      <w:r w:rsidRPr="00D1360D">
        <w:rPr>
          <w:iCs/>
          <w:lang w:val="en-ID"/>
        </w:rPr>
        <w:t xml:space="preserve"> tata </w:t>
      </w:r>
      <w:proofErr w:type="spellStart"/>
      <w:r w:rsidRPr="00D1360D">
        <w:rPr>
          <w:iCs/>
          <w:lang w:val="en-ID"/>
        </w:rPr>
        <w:t>letak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pengelolaan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konten</w:t>
      </w:r>
      <w:proofErr w:type="spellEnd"/>
      <w:r w:rsidRPr="00D1360D">
        <w:rPr>
          <w:iCs/>
          <w:lang w:val="en-ID"/>
        </w:rPr>
        <w:t xml:space="preserve"> yang </w:t>
      </w:r>
      <w:proofErr w:type="spellStart"/>
      <w:r w:rsidRPr="00D1360D">
        <w:rPr>
          <w:iCs/>
          <w:lang w:val="en-ID"/>
        </w:rPr>
        <w:t>lebih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terstruktur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serta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peningkatan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kualitas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antarmuka</w:t>
      </w:r>
      <w:proofErr w:type="spellEnd"/>
      <w:r w:rsidRPr="00D1360D">
        <w:rPr>
          <w:iCs/>
          <w:lang w:val="en-ID"/>
        </w:rPr>
        <w:t xml:space="preserve"> agar </w:t>
      </w:r>
      <w:proofErr w:type="spellStart"/>
      <w:r w:rsidRPr="00D1360D">
        <w:rPr>
          <w:iCs/>
          <w:lang w:val="en-ID"/>
        </w:rPr>
        <w:t>informasi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dapat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tersampaikan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dengan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lebih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efektif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kepada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pengguna</w:t>
      </w:r>
      <w:proofErr w:type="spellEnd"/>
      <w:r w:rsidRPr="00D1360D">
        <w:rPr>
          <w:iCs/>
          <w:lang w:val="en-ID"/>
        </w:rPr>
        <w:t xml:space="preserve">. </w:t>
      </w:r>
      <w:proofErr w:type="spellStart"/>
      <w:r w:rsidRPr="00D1360D">
        <w:rPr>
          <w:iCs/>
          <w:lang w:val="en-ID"/>
        </w:rPr>
        <w:t>Kondisi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tersebut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menunjukkan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adanya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kebutuhan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untuk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menerapkan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prinsip-prinsip</w:t>
      </w:r>
      <w:proofErr w:type="spellEnd"/>
      <w:r w:rsidRPr="00D1360D">
        <w:rPr>
          <w:iCs/>
          <w:lang w:val="en-ID"/>
        </w:rPr>
        <w:t xml:space="preserve"> UI/UX </w:t>
      </w:r>
      <w:proofErr w:type="spellStart"/>
      <w:r w:rsidRPr="00D1360D">
        <w:rPr>
          <w:iCs/>
          <w:lang w:val="en-ID"/>
        </w:rPr>
        <w:t>dalam</w:t>
      </w:r>
      <w:proofErr w:type="spellEnd"/>
      <w:r w:rsidRPr="00D1360D">
        <w:rPr>
          <w:iCs/>
          <w:lang w:val="en-ID"/>
        </w:rPr>
        <w:t xml:space="preserve"> proses </w:t>
      </w:r>
      <w:proofErr w:type="spellStart"/>
      <w:r w:rsidRPr="00D1360D">
        <w:rPr>
          <w:iCs/>
          <w:lang w:val="en-ID"/>
        </w:rPr>
        <w:t>pengelolaan</w:t>
      </w:r>
      <w:proofErr w:type="spellEnd"/>
      <w:r w:rsidRPr="00D1360D">
        <w:rPr>
          <w:iCs/>
          <w:lang w:val="en-ID"/>
        </w:rPr>
        <w:t xml:space="preserve"> website.</w:t>
      </w:r>
    </w:p>
    <w:p w14:paraId="353CB418" w14:textId="77777777" w:rsidR="00D1360D" w:rsidRPr="00D1360D" w:rsidRDefault="00D1360D" w:rsidP="006A2C08">
      <w:pPr>
        <w:ind w:firstLine="567"/>
        <w:jc w:val="both"/>
        <w:rPr>
          <w:iCs/>
          <w:lang w:val="en-ID"/>
        </w:rPr>
      </w:pPr>
      <w:proofErr w:type="spellStart"/>
      <w:r w:rsidRPr="00D1360D">
        <w:rPr>
          <w:iCs/>
          <w:lang w:val="en-ID"/>
        </w:rPr>
        <w:t>Berdasarkan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kondisi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tersebut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dapat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diidentifikasi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permasalahan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berupa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perlunya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implementasi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desain</w:t>
      </w:r>
      <w:proofErr w:type="spellEnd"/>
      <w:r w:rsidRPr="00D1360D">
        <w:rPr>
          <w:iCs/>
          <w:lang w:val="en-ID"/>
        </w:rPr>
        <w:t xml:space="preserve"> UI/UX yang </w:t>
      </w:r>
      <w:proofErr w:type="spellStart"/>
      <w:r w:rsidRPr="00D1360D">
        <w:rPr>
          <w:iCs/>
          <w:lang w:val="en-ID"/>
        </w:rPr>
        <w:t>lebih</w:t>
      </w:r>
      <w:proofErr w:type="spellEnd"/>
      <w:r w:rsidRPr="00D1360D">
        <w:rPr>
          <w:iCs/>
          <w:lang w:val="en-ID"/>
        </w:rPr>
        <w:t xml:space="preserve"> optimal </w:t>
      </w:r>
      <w:proofErr w:type="spellStart"/>
      <w:r w:rsidRPr="00D1360D">
        <w:rPr>
          <w:iCs/>
          <w:lang w:val="en-ID"/>
        </w:rPr>
        <w:t>dalam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mendukung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pengelolaan</w:t>
      </w:r>
      <w:proofErr w:type="spellEnd"/>
      <w:r w:rsidRPr="00D1360D">
        <w:rPr>
          <w:iCs/>
          <w:lang w:val="en-ID"/>
        </w:rPr>
        <w:t xml:space="preserve"> website </w:t>
      </w:r>
      <w:proofErr w:type="spellStart"/>
      <w:r w:rsidRPr="00D1360D">
        <w:rPr>
          <w:iCs/>
          <w:lang w:val="en-ID"/>
        </w:rPr>
        <w:t>berbasis</w:t>
      </w:r>
      <w:proofErr w:type="spellEnd"/>
      <w:r w:rsidRPr="00D1360D">
        <w:rPr>
          <w:iCs/>
          <w:lang w:val="en-ID"/>
        </w:rPr>
        <w:t xml:space="preserve"> CMS </w:t>
      </w:r>
      <w:r w:rsidRPr="00541ECB">
        <w:rPr>
          <w:i/>
          <w:lang w:val="en-ID"/>
        </w:rPr>
        <w:t>WordPress</w:t>
      </w:r>
      <w:r w:rsidRPr="00D1360D">
        <w:rPr>
          <w:iCs/>
          <w:lang w:val="en-ID"/>
        </w:rPr>
        <w:t xml:space="preserve">. </w:t>
      </w:r>
      <w:proofErr w:type="spellStart"/>
      <w:r w:rsidRPr="00D1360D">
        <w:rPr>
          <w:iCs/>
          <w:lang w:val="en-ID"/>
        </w:rPr>
        <w:t>Permasalahan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ini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penting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untuk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dibahas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karena</w:t>
      </w:r>
      <w:proofErr w:type="spellEnd"/>
      <w:r w:rsidRPr="00D1360D">
        <w:rPr>
          <w:iCs/>
          <w:lang w:val="en-ID"/>
        </w:rPr>
        <w:t xml:space="preserve"> website </w:t>
      </w:r>
      <w:proofErr w:type="spellStart"/>
      <w:r w:rsidRPr="00D1360D">
        <w:rPr>
          <w:iCs/>
          <w:lang w:val="en-ID"/>
        </w:rPr>
        <w:t>merupakan</w:t>
      </w:r>
      <w:proofErr w:type="spellEnd"/>
      <w:r w:rsidRPr="00D1360D">
        <w:rPr>
          <w:iCs/>
          <w:lang w:val="en-ID"/>
        </w:rPr>
        <w:t xml:space="preserve"> salah </w:t>
      </w:r>
      <w:proofErr w:type="spellStart"/>
      <w:r w:rsidRPr="00D1360D">
        <w:rPr>
          <w:iCs/>
          <w:lang w:val="en-ID"/>
        </w:rPr>
        <w:t>satu</w:t>
      </w:r>
      <w:proofErr w:type="spellEnd"/>
      <w:r w:rsidRPr="00D1360D">
        <w:rPr>
          <w:iCs/>
          <w:lang w:val="en-ID"/>
        </w:rPr>
        <w:t xml:space="preserve"> media </w:t>
      </w:r>
      <w:proofErr w:type="spellStart"/>
      <w:r w:rsidRPr="00D1360D">
        <w:rPr>
          <w:iCs/>
          <w:lang w:val="en-ID"/>
        </w:rPr>
        <w:t>utama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penyebaran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informasi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lastRenderedPageBreak/>
        <w:t>instansi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kepada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masyarakat</w:t>
      </w:r>
      <w:proofErr w:type="spellEnd"/>
      <w:r w:rsidRPr="00D1360D">
        <w:rPr>
          <w:iCs/>
          <w:lang w:val="en-ID"/>
        </w:rPr>
        <w:t xml:space="preserve">. </w:t>
      </w:r>
      <w:proofErr w:type="spellStart"/>
      <w:r w:rsidRPr="00D1360D">
        <w:rPr>
          <w:iCs/>
          <w:lang w:val="en-ID"/>
        </w:rPr>
        <w:t>Penerapan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desain</w:t>
      </w:r>
      <w:proofErr w:type="spellEnd"/>
      <w:r w:rsidRPr="00D1360D">
        <w:rPr>
          <w:iCs/>
          <w:lang w:val="en-ID"/>
        </w:rPr>
        <w:t xml:space="preserve"> UI/UX yang </w:t>
      </w:r>
      <w:proofErr w:type="spellStart"/>
      <w:r w:rsidRPr="00D1360D">
        <w:rPr>
          <w:iCs/>
          <w:lang w:val="en-ID"/>
        </w:rPr>
        <w:t>baik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diharapkan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dapat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meningkatkan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kualitas</w:t>
      </w:r>
      <w:proofErr w:type="spellEnd"/>
      <w:r w:rsidRPr="00D1360D">
        <w:rPr>
          <w:iCs/>
          <w:lang w:val="en-ID"/>
        </w:rPr>
        <w:t xml:space="preserve"> website, </w:t>
      </w:r>
      <w:proofErr w:type="spellStart"/>
      <w:r w:rsidRPr="00D1360D">
        <w:rPr>
          <w:iCs/>
          <w:lang w:val="en-ID"/>
        </w:rPr>
        <w:t>mempermudah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akses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informasi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serta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memberikan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pengalaman</w:t>
      </w:r>
      <w:proofErr w:type="spellEnd"/>
      <w:r w:rsidRPr="00D1360D">
        <w:rPr>
          <w:iCs/>
          <w:lang w:val="en-ID"/>
        </w:rPr>
        <w:t xml:space="preserve"> yang </w:t>
      </w:r>
      <w:proofErr w:type="spellStart"/>
      <w:r w:rsidRPr="00D1360D">
        <w:rPr>
          <w:iCs/>
          <w:lang w:val="en-ID"/>
        </w:rPr>
        <w:t>lebih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baik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bagi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pengguna</w:t>
      </w:r>
      <w:proofErr w:type="spellEnd"/>
      <w:r w:rsidRPr="00D1360D">
        <w:rPr>
          <w:iCs/>
          <w:lang w:val="en-ID"/>
        </w:rPr>
        <w:t>.</w:t>
      </w:r>
    </w:p>
    <w:p w14:paraId="74D5D415" w14:textId="65DECAA8" w:rsidR="00D1360D" w:rsidRPr="00D1360D" w:rsidRDefault="00D1360D" w:rsidP="006A2C08">
      <w:pPr>
        <w:ind w:firstLine="567"/>
        <w:jc w:val="both"/>
        <w:rPr>
          <w:iCs/>
          <w:lang w:val="en-ID"/>
        </w:rPr>
      </w:pPr>
      <w:r w:rsidRPr="00D1360D">
        <w:rPr>
          <w:iCs/>
          <w:lang w:val="en-ID"/>
        </w:rPr>
        <w:t xml:space="preserve">Oleh </w:t>
      </w:r>
      <w:proofErr w:type="spellStart"/>
      <w:r w:rsidRPr="00D1360D">
        <w:rPr>
          <w:iCs/>
          <w:lang w:val="en-ID"/>
        </w:rPr>
        <w:t>karena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itu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penulis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melaksanakan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kegiatan</w:t>
      </w:r>
      <w:proofErr w:type="spellEnd"/>
      <w:r w:rsidRPr="00D1360D">
        <w:rPr>
          <w:iCs/>
          <w:lang w:val="en-ID"/>
        </w:rPr>
        <w:t xml:space="preserve"> PKL/</w:t>
      </w:r>
      <w:proofErr w:type="spellStart"/>
      <w:r w:rsidRPr="00D1360D">
        <w:rPr>
          <w:iCs/>
          <w:lang w:val="en-ID"/>
        </w:rPr>
        <w:t>Magang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dengan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fokus</w:t>
      </w:r>
      <w:proofErr w:type="spellEnd"/>
      <w:r w:rsidRPr="00D1360D">
        <w:rPr>
          <w:iCs/>
          <w:lang w:val="en-ID"/>
        </w:rPr>
        <w:t xml:space="preserve"> pada</w:t>
      </w:r>
      <w:r w:rsidR="00541ECB">
        <w:rPr>
          <w:iCs/>
          <w:lang w:val="en-ID"/>
        </w:rPr>
        <w:t xml:space="preserve"> </w:t>
      </w:r>
      <w:proofErr w:type="spellStart"/>
      <w:r w:rsidRPr="00541ECB">
        <w:rPr>
          <w:iCs/>
          <w:lang w:val="en-ID"/>
        </w:rPr>
        <w:t>Implementasi</w:t>
      </w:r>
      <w:proofErr w:type="spellEnd"/>
      <w:r w:rsidRPr="00541ECB">
        <w:rPr>
          <w:iCs/>
          <w:lang w:val="en-ID"/>
        </w:rPr>
        <w:t xml:space="preserve"> Desain UI/UX </w:t>
      </w:r>
      <w:proofErr w:type="spellStart"/>
      <w:r w:rsidRPr="00541ECB">
        <w:rPr>
          <w:iCs/>
          <w:lang w:val="en-ID"/>
        </w:rPr>
        <w:t>dalam</w:t>
      </w:r>
      <w:proofErr w:type="spellEnd"/>
      <w:r w:rsidRPr="00541ECB">
        <w:rPr>
          <w:iCs/>
          <w:lang w:val="en-ID"/>
        </w:rPr>
        <w:t xml:space="preserve"> </w:t>
      </w:r>
      <w:proofErr w:type="spellStart"/>
      <w:r w:rsidRPr="00541ECB">
        <w:rPr>
          <w:iCs/>
          <w:lang w:val="en-ID"/>
        </w:rPr>
        <w:t>Mendukung</w:t>
      </w:r>
      <w:proofErr w:type="spellEnd"/>
      <w:r w:rsidRPr="00541ECB">
        <w:rPr>
          <w:iCs/>
          <w:lang w:val="en-ID"/>
        </w:rPr>
        <w:t xml:space="preserve"> </w:t>
      </w:r>
      <w:proofErr w:type="spellStart"/>
      <w:r w:rsidRPr="00541ECB">
        <w:rPr>
          <w:iCs/>
          <w:lang w:val="en-ID"/>
        </w:rPr>
        <w:t>Pengelolaan</w:t>
      </w:r>
      <w:proofErr w:type="spellEnd"/>
      <w:r w:rsidRPr="00541ECB">
        <w:rPr>
          <w:iCs/>
          <w:lang w:val="en-ID"/>
        </w:rPr>
        <w:t xml:space="preserve"> Website </w:t>
      </w:r>
      <w:proofErr w:type="spellStart"/>
      <w:r w:rsidRPr="00541ECB">
        <w:rPr>
          <w:iCs/>
          <w:lang w:val="en-ID"/>
        </w:rPr>
        <w:t>Berbasis</w:t>
      </w:r>
      <w:proofErr w:type="spellEnd"/>
      <w:r w:rsidRPr="00541ECB">
        <w:rPr>
          <w:iCs/>
          <w:lang w:val="en-ID"/>
        </w:rPr>
        <w:t xml:space="preserve"> CMS </w:t>
      </w:r>
      <w:r w:rsidRPr="00541ECB">
        <w:rPr>
          <w:i/>
          <w:lang w:val="en-ID"/>
        </w:rPr>
        <w:t>WordPress</w:t>
      </w:r>
      <w:r w:rsidRPr="00541ECB">
        <w:rPr>
          <w:iCs/>
          <w:lang w:val="en-ID"/>
        </w:rPr>
        <w:t xml:space="preserve"> pada </w:t>
      </w:r>
      <w:proofErr w:type="spellStart"/>
      <w:r w:rsidRPr="00541ECB">
        <w:rPr>
          <w:iCs/>
          <w:lang w:val="en-ID"/>
        </w:rPr>
        <w:t>Kemenag</w:t>
      </w:r>
      <w:proofErr w:type="spellEnd"/>
      <w:r w:rsidRPr="00541ECB">
        <w:rPr>
          <w:iCs/>
          <w:lang w:val="en-ID"/>
        </w:rPr>
        <w:t xml:space="preserve"> Kota Cilegon</w:t>
      </w:r>
      <w:r w:rsidRPr="00D1360D">
        <w:rPr>
          <w:iCs/>
          <w:lang w:val="en-ID"/>
        </w:rPr>
        <w:t xml:space="preserve">. </w:t>
      </w:r>
      <w:proofErr w:type="spellStart"/>
      <w:r w:rsidRPr="00D1360D">
        <w:rPr>
          <w:iCs/>
          <w:lang w:val="en-ID"/>
        </w:rPr>
        <w:t>Melalui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kegiatan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ini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penulis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diharapkan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dapat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memahami</w:t>
      </w:r>
      <w:proofErr w:type="spellEnd"/>
      <w:r w:rsidRPr="00D1360D">
        <w:rPr>
          <w:iCs/>
          <w:lang w:val="en-ID"/>
        </w:rPr>
        <w:t xml:space="preserve"> proses </w:t>
      </w:r>
      <w:proofErr w:type="spellStart"/>
      <w:r w:rsidRPr="00D1360D">
        <w:rPr>
          <w:iCs/>
          <w:lang w:val="en-ID"/>
        </w:rPr>
        <w:t>pengelolaan</w:t>
      </w:r>
      <w:proofErr w:type="spellEnd"/>
      <w:r w:rsidRPr="00D1360D">
        <w:rPr>
          <w:iCs/>
          <w:lang w:val="en-ID"/>
        </w:rPr>
        <w:t xml:space="preserve"> website </w:t>
      </w:r>
      <w:proofErr w:type="spellStart"/>
      <w:r w:rsidRPr="00D1360D">
        <w:rPr>
          <w:iCs/>
          <w:lang w:val="en-ID"/>
        </w:rPr>
        <w:t>secara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langsung</w:t>
      </w:r>
      <w:proofErr w:type="spellEnd"/>
      <w:r w:rsidRPr="00D1360D">
        <w:rPr>
          <w:iCs/>
          <w:lang w:val="en-ID"/>
        </w:rPr>
        <w:t xml:space="preserve">, </w:t>
      </w:r>
      <w:proofErr w:type="spellStart"/>
      <w:r w:rsidRPr="00D1360D">
        <w:rPr>
          <w:iCs/>
          <w:lang w:val="en-ID"/>
        </w:rPr>
        <w:t>menerapkan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prinsip-prinsip</w:t>
      </w:r>
      <w:proofErr w:type="spellEnd"/>
      <w:r w:rsidRPr="00D1360D">
        <w:rPr>
          <w:iCs/>
          <w:lang w:val="en-ID"/>
        </w:rPr>
        <w:t xml:space="preserve"> UI/UX </w:t>
      </w:r>
      <w:proofErr w:type="spellStart"/>
      <w:r w:rsidRPr="00D1360D">
        <w:rPr>
          <w:iCs/>
          <w:lang w:val="en-ID"/>
        </w:rPr>
        <w:t>dalam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pengembangan</w:t>
      </w:r>
      <w:proofErr w:type="spellEnd"/>
      <w:r w:rsidRPr="00D1360D">
        <w:rPr>
          <w:iCs/>
          <w:lang w:val="en-ID"/>
        </w:rPr>
        <w:t xml:space="preserve"> website, </w:t>
      </w:r>
      <w:proofErr w:type="spellStart"/>
      <w:r w:rsidRPr="00D1360D">
        <w:rPr>
          <w:iCs/>
          <w:lang w:val="en-ID"/>
        </w:rPr>
        <w:t>serta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memberikan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kontribusi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dalam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meningkatkan</w:t>
      </w:r>
      <w:proofErr w:type="spellEnd"/>
      <w:r w:rsidRPr="00D1360D">
        <w:rPr>
          <w:iCs/>
          <w:lang w:val="en-ID"/>
        </w:rPr>
        <w:t xml:space="preserve"> </w:t>
      </w:r>
      <w:proofErr w:type="spellStart"/>
      <w:r w:rsidRPr="00D1360D">
        <w:rPr>
          <w:iCs/>
          <w:lang w:val="en-ID"/>
        </w:rPr>
        <w:t>kualitas</w:t>
      </w:r>
      <w:proofErr w:type="spellEnd"/>
      <w:r w:rsidRPr="00D1360D">
        <w:rPr>
          <w:iCs/>
          <w:lang w:val="en-ID"/>
        </w:rPr>
        <w:t xml:space="preserve"> website </w:t>
      </w:r>
      <w:proofErr w:type="spellStart"/>
      <w:r w:rsidRPr="00D1360D">
        <w:rPr>
          <w:iCs/>
          <w:lang w:val="en-ID"/>
        </w:rPr>
        <w:t>instansi</w:t>
      </w:r>
      <w:proofErr w:type="spellEnd"/>
      <w:r w:rsidRPr="00D1360D">
        <w:rPr>
          <w:iCs/>
          <w:lang w:val="en-ID"/>
        </w:rPr>
        <w:t>.</w:t>
      </w:r>
    </w:p>
    <w:p w14:paraId="32F1EA8D" w14:textId="77777777" w:rsidR="0007110D" w:rsidRPr="00D1360D" w:rsidRDefault="0007110D" w:rsidP="006A2C08">
      <w:pPr>
        <w:ind w:firstLine="567"/>
        <w:jc w:val="both"/>
        <w:rPr>
          <w:iCs/>
          <w:lang w:val="en-ID"/>
        </w:rPr>
      </w:pPr>
    </w:p>
    <w:p w14:paraId="18C992BA" w14:textId="77777777" w:rsidR="006512E0" w:rsidRDefault="008111AB" w:rsidP="006A2C08">
      <w:pPr>
        <w:pStyle w:val="Subbab"/>
        <w:jc w:val="both"/>
      </w:pPr>
      <w:r>
        <w:t xml:space="preserve">1.2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</w:p>
    <w:p w14:paraId="1A3E2163" w14:textId="6294E4A1" w:rsidR="00D1360D" w:rsidRPr="00D1360D" w:rsidRDefault="00D1360D" w:rsidP="006A2C08">
      <w:pPr>
        <w:ind w:left="284" w:firstLine="436"/>
        <w:jc w:val="both"/>
        <w:rPr>
          <w:lang w:val="en-ID"/>
        </w:rPr>
      </w:pPr>
      <w:proofErr w:type="spellStart"/>
      <w:r w:rsidRPr="00D1360D">
        <w:rPr>
          <w:lang w:val="en-ID"/>
        </w:rPr>
        <w:t>Berdasarkan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latar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belakang</w:t>
      </w:r>
      <w:proofErr w:type="spellEnd"/>
      <w:r w:rsidRPr="00D1360D">
        <w:rPr>
          <w:lang w:val="en-ID"/>
        </w:rPr>
        <w:t xml:space="preserve"> yang </w:t>
      </w:r>
      <w:proofErr w:type="spellStart"/>
      <w:r w:rsidRPr="00D1360D">
        <w:rPr>
          <w:lang w:val="en-ID"/>
        </w:rPr>
        <w:t>telah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diuraikan</w:t>
      </w:r>
      <w:proofErr w:type="spellEnd"/>
      <w:r w:rsidRPr="00D1360D">
        <w:rPr>
          <w:lang w:val="en-ID"/>
        </w:rPr>
        <w:t xml:space="preserve">, </w:t>
      </w:r>
      <w:proofErr w:type="spellStart"/>
      <w:r w:rsidRPr="00D1360D">
        <w:rPr>
          <w:lang w:val="en-ID"/>
        </w:rPr>
        <w:t>maka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rumusan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masalah</w:t>
      </w:r>
      <w:proofErr w:type="spellEnd"/>
      <w:r>
        <w:rPr>
          <w:lang w:val="en-ID"/>
        </w:rPr>
        <w:t xml:space="preserve"> </w:t>
      </w:r>
      <w:proofErr w:type="spellStart"/>
      <w:r w:rsidRPr="00D1360D">
        <w:rPr>
          <w:lang w:val="en-ID"/>
        </w:rPr>
        <w:t>dalam</w:t>
      </w:r>
      <w:proofErr w:type="spellEnd"/>
      <w:r>
        <w:rPr>
          <w:lang w:val="en-ID"/>
        </w:rPr>
        <w:t xml:space="preserve"> </w:t>
      </w:r>
      <w:proofErr w:type="spellStart"/>
      <w:r w:rsidRPr="00D1360D">
        <w:rPr>
          <w:lang w:val="en-ID"/>
        </w:rPr>
        <w:t>kegiatan</w:t>
      </w:r>
      <w:proofErr w:type="spellEnd"/>
      <w:r w:rsidRPr="00D1360D">
        <w:rPr>
          <w:lang w:val="en-ID"/>
        </w:rPr>
        <w:t xml:space="preserve"> PKL/</w:t>
      </w:r>
      <w:proofErr w:type="spellStart"/>
      <w:r w:rsidRPr="00D1360D">
        <w:rPr>
          <w:lang w:val="en-ID"/>
        </w:rPr>
        <w:t>Magang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ini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adalah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sebagai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berikut</w:t>
      </w:r>
      <w:proofErr w:type="spellEnd"/>
      <w:r w:rsidRPr="00D1360D">
        <w:rPr>
          <w:lang w:val="en-ID"/>
        </w:rPr>
        <w:t>:</w:t>
      </w:r>
    </w:p>
    <w:p w14:paraId="5C93A516" w14:textId="7A6BA3B8" w:rsidR="00D1360D" w:rsidRPr="00D1360D" w:rsidRDefault="00D1360D" w:rsidP="006A2C08">
      <w:pPr>
        <w:numPr>
          <w:ilvl w:val="0"/>
          <w:numId w:val="24"/>
        </w:numPr>
        <w:jc w:val="both"/>
        <w:rPr>
          <w:lang w:val="en-ID"/>
        </w:rPr>
      </w:pPr>
      <w:proofErr w:type="spellStart"/>
      <w:r w:rsidRPr="00D1360D">
        <w:rPr>
          <w:lang w:val="en-ID"/>
        </w:rPr>
        <w:t>Bagaimana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implementasi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desain</w:t>
      </w:r>
      <w:proofErr w:type="spellEnd"/>
      <w:r w:rsidRPr="00D1360D">
        <w:rPr>
          <w:lang w:val="en-ID"/>
        </w:rPr>
        <w:t xml:space="preserve"> </w:t>
      </w:r>
      <w:r w:rsidRPr="00372612">
        <w:rPr>
          <w:i/>
          <w:iCs/>
          <w:lang w:val="en-ID"/>
        </w:rPr>
        <w:t>User Interface</w:t>
      </w:r>
      <w:r w:rsidRPr="00D1360D">
        <w:rPr>
          <w:lang w:val="en-ID"/>
        </w:rPr>
        <w:t xml:space="preserve"> (UI) dan </w:t>
      </w:r>
      <w:r w:rsidRPr="00372612">
        <w:rPr>
          <w:i/>
          <w:iCs/>
          <w:lang w:val="en-ID"/>
        </w:rPr>
        <w:t>User Experience</w:t>
      </w:r>
      <w:r w:rsidRPr="00D1360D">
        <w:rPr>
          <w:lang w:val="en-ID"/>
        </w:rPr>
        <w:t xml:space="preserve"> (UX) </w:t>
      </w:r>
      <w:proofErr w:type="spellStart"/>
      <w:r w:rsidRPr="00D1360D">
        <w:rPr>
          <w:lang w:val="en-ID"/>
        </w:rPr>
        <w:t>dalam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mendukung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pengelolaan</w:t>
      </w:r>
      <w:proofErr w:type="spellEnd"/>
      <w:r w:rsidRPr="00D1360D">
        <w:rPr>
          <w:lang w:val="en-ID"/>
        </w:rPr>
        <w:t xml:space="preserve"> website </w:t>
      </w:r>
      <w:proofErr w:type="spellStart"/>
      <w:r w:rsidRPr="00D1360D">
        <w:rPr>
          <w:lang w:val="en-ID"/>
        </w:rPr>
        <w:t>berbasis</w:t>
      </w:r>
      <w:proofErr w:type="spellEnd"/>
      <w:r w:rsidRPr="00D1360D">
        <w:rPr>
          <w:lang w:val="en-ID"/>
        </w:rPr>
        <w:t xml:space="preserve"> CMS </w:t>
      </w:r>
      <w:r w:rsidRPr="00541ECB">
        <w:rPr>
          <w:i/>
          <w:iCs/>
          <w:lang w:val="en-ID"/>
        </w:rPr>
        <w:t>WordPress</w:t>
      </w:r>
      <w:r w:rsidRPr="00D1360D">
        <w:rPr>
          <w:lang w:val="en-ID"/>
        </w:rPr>
        <w:t xml:space="preserve"> pada </w:t>
      </w:r>
      <w:proofErr w:type="spellStart"/>
      <w:r w:rsidRPr="00D1360D">
        <w:rPr>
          <w:lang w:val="en-ID"/>
        </w:rPr>
        <w:t>Kemenag</w:t>
      </w:r>
      <w:proofErr w:type="spellEnd"/>
      <w:r w:rsidRPr="00D1360D">
        <w:rPr>
          <w:lang w:val="en-ID"/>
        </w:rPr>
        <w:t xml:space="preserve"> Kota Cilegon?</w:t>
      </w:r>
    </w:p>
    <w:p w14:paraId="273119D5" w14:textId="78736064" w:rsidR="00D1360D" w:rsidRPr="00D1360D" w:rsidRDefault="00D1360D" w:rsidP="006A2C08">
      <w:pPr>
        <w:numPr>
          <w:ilvl w:val="0"/>
          <w:numId w:val="24"/>
        </w:numPr>
        <w:jc w:val="both"/>
        <w:rPr>
          <w:lang w:val="en-ID"/>
        </w:rPr>
      </w:pPr>
      <w:proofErr w:type="spellStart"/>
      <w:r w:rsidRPr="00D1360D">
        <w:rPr>
          <w:lang w:val="en-ID"/>
        </w:rPr>
        <w:t>Bagaimana</w:t>
      </w:r>
      <w:proofErr w:type="spellEnd"/>
      <w:r w:rsidRPr="00D1360D">
        <w:rPr>
          <w:lang w:val="en-ID"/>
        </w:rPr>
        <w:t xml:space="preserve"> proses </w:t>
      </w:r>
      <w:proofErr w:type="spellStart"/>
      <w:r w:rsidRPr="00D1360D">
        <w:rPr>
          <w:lang w:val="en-ID"/>
        </w:rPr>
        <w:t>pengelolaan</w:t>
      </w:r>
      <w:proofErr w:type="spellEnd"/>
      <w:r w:rsidRPr="00D1360D">
        <w:rPr>
          <w:lang w:val="en-ID"/>
        </w:rPr>
        <w:t xml:space="preserve"> website </w:t>
      </w:r>
      <w:proofErr w:type="spellStart"/>
      <w:r w:rsidRPr="00D1360D">
        <w:rPr>
          <w:lang w:val="en-ID"/>
        </w:rPr>
        <w:t>berbasis</w:t>
      </w:r>
      <w:proofErr w:type="spellEnd"/>
      <w:r w:rsidRPr="00D1360D">
        <w:rPr>
          <w:lang w:val="en-ID"/>
        </w:rPr>
        <w:t xml:space="preserve"> CMS </w:t>
      </w:r>
      <w:r w:rsidRPr="00541ECB">
        <w:rPr>
          <w:i/>
          <w:iCs/>
          <w:lang w:val="en-ID"/>
        </w:rPr>
        <w:t>WordPress</w:t>
      </w:r>
      <w:r w:rsidRPr="00D1360D">
        <w:rPr>
          <w:lang w:val="en-ID"/>
        </w:rPr>
        <w:t xml:space="preserve"> yang </w:t>
      </w:r>
      <w:proofErr w:type="spellStart"/>
      <w:r w:rsidRPr="00D1360D">
        <w:rPr>
          <w:lang w:val="en-ID"/>
        </w:rPr>
        <w:t>dilakukan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selama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kegiatan</w:t>
      </w:r>
      <w:proofErr w:type="spellEnd"/>
      <w:r w:rsidRPr="00D1360D">
        <w:rPr>
          <w:lang w:val="en-ID"/>
        </w:rPr>
        <w:t xml:space="preserve"> PKL/</w:t>
      </w:r>
      <w:proofErr w:type="spellStart"/>
      <w:r w:rsidRPr="00D1360D">
        <w:rPr>
          <w:lang w:val="en-ID"/>
        </w:rPr>
        <w:t>Magang</w:t>
      </w:r>
      <w:proofErr w:type="spellEnd"/>
      <w:r w:rsidRPr="00D1360D">
        <w:rPr>
          <w:lang w:val="en-ID"/>
        </w:rPr>
        <w:t xml:space="preserve"> di </w:t>
      </w:r>
      <w:proofErr w:type="spellStart"/>
      <w:r w:rsidR="00541ECB" w:rsidRPr="00541ECB">
        <w:rPr>
          <w:lang w:val="en-ID"/>
        </w:rPr>
        <w:t>Kemenag</w:t>
      </w:r>
      <w:proofErr w:type="spellEnd"/>
      <w:r w:rsidR="00541ECB" w:rsidRPr="00541ECB">
        <w:rPr>
          <w:lang w:val="en-ID"/>
        </w:rPr>
        <w:t xml:space="preserve"> Kota Cilegon</w:t>
      </w:r>
      <w:r w:rsidRPr="00D1360D">
        <w:rPr>
          <w:lang w:val="en-ID"/>
        </w:rPr>
        <w:t>?</w:t>
      </w:r>
    </w:p>
    <w:p w14:paraId="21B8B5E1" w14:textId="26A1BB7A" w:rsidR="00D1360D" w:rsidRPr="00541ECB" w:rsidRDefault="00D1360D" w:rsidP="006A2C08">
      <w:pPr>
        <w:numPr>
          <w:ilvl w:val="0"/>
          <w:numId w:val="24"/>
        </w:numPr>
        <w:jc w:val="both"/>
        <w:rPr>
          <w:lang w:val="en-ID"/>
        </w:rPr>
      </w:pPr>
      <w:proofErr w:type="spellStart"/>
      <w:r w:rsidRPr="00541ECB">
        <w:rPr>
          <w:lang w:val="en-ID"/>
        </w:rPr>
        <w:t>Bagaimana</w:t>
      </w:r>
      <w:proofErr w:type="spellEnd"/>
      <w:r w:rsidRPr="00541ECB">
        <w:rPr>
          <w:lang w:val="en-ID"/>
        </w:rPr>
        <w:t xml:space="preserve"> </w:t>
      </w:r>
      <w:proofErr w:type="spellStart"/>
      <w:r w:rsidRPr="00541ECB">
        <w:rPr>
          <w:lang w:val="en-ID"/>
        </w:rPr>
        <w:t>penerapan</w:t>
      </w:r>
      <w:proofErr w:type="spellEnd"/>
      <w:r w:rsidRPr="00541ECB">
        <w:rPr>
          <w:lang w:val="en-ID"/>
        </w:rPr>
        <w:t xml:space="preserve"> </w:t>
      </w:r>
      <w:proofErr w:type="spellStart"/>
      <w:r w:rsidRPr="00541ECB">
        <w:rPr>
          <w:lang w:val="en-ID"/>
        </w:rPr>
        <w:t>prinsip-prinsip</w:t>
      </w:r>
      <w:proofErr w:type="spellEnd"/>
      <w:r w:rsidRPr="00541ECB">
        <w:rPr>
          <w:lang w:val="en-ID"/>
        </w:rPr>
        <w:t xml:space="preserve"> UI/UX </w:t>
      </w:r>
      <w:proofErr w:type="spellStart"/>
      <w:r w:rsidRPr="00541ECB">
        <w:rPr>
          <w:lang w:val="en-ID"/>
        </w:rPr>
        <w:t>dapat</w:t>
      </w:r>
      <w:proofErr w:type="spellEnd"/>
      <w:r w:rsidRPr="00541ECB">
        <w:rPr>
          <w:lang w:val="en-ID"/>
        </w:rPr>
        <w:t xml:space="preserve"> </w:t>
      </w:r>
      <w:proofErr w:type="spellStart"/>
      <w:r w:rsidRPr="00541ECB">
        <w:rPr>
          <w:lang w:val="en-ID"/>
        </w:rPr>
        <w:t>meningkatkan</w:t>
      </w:r>
      <w:proofErr w:type="spellEnd"/>
      <w:r w:rsidRPr="00541ECB">
        <w:rPr>
          <w:lang w:val="en-ID"/>
        </w:rPr>
        <w:t xml:space="preserve"> </w:t>
      </w:r>
      <w:proofErr w:type="spellStart"/>
      <w:r w:rsidRPr="00541ECB">
        <w:rPr>
          <w:lang w:val="en-ID"/>
        </w:rPr>
        <w:t>kualitas</w:t>
      </w:r>
      <w:proofErr w:type="spellEnd"/>
      <w:r w:rsidRPr="00541ECB">
        <w:rPr>
          <w:lang w:val="en-ID"/>
        </w:rPr>
        <w:t xml:space="preserve"> </w:t>
      </w:r>
      <w:proofErr w:type="spellStart"/>
      <w:r w:rsidRPr="00541ECB">
        <w:rPr>
          <w:lang w:val="en-ID"/>
        </w:rPr>
        <w:t>tampilan</w:t>
      </w:r>
      <w:proofErr w:type="spellEnd"/>
      <w:r w:rsidRPr="00541ECB">
        <w:rPr>
          <w:lang w:val="en-ID"/>
        </w:rPr>
        <w:t xml:space="preserve">, </w:t>
      </w:r>
      <w:proofErr w:type="spellStart"/>
      <w:r w:rsidRPr="00541ECB">
        <w:rPr>
          <w:lang w:val="en-ID"/>
        </w:rPr>
        <w:t>navigasi</w:t>
      </w:r>
      <w:proofErr w:type="spellEnd"/>
      <w:r w:rsidRPr="00541ECB">
        <w:rPr>
          <w:lang w:val="en-ID"/>
        </w:rPr>
        <w:t xml:space="preserve">, dan </w:t>
      </w:r>
      <w:proofErr w:type="spellStart"/>
      <w:r w:rsidRPr="00541ECB">
        <w:rPr>
          <w:lang w:val="en-ID"/>
        </w:rPr>
        <w:t>penyampaian</w:t>
      </w:r>
      <w:proofErr w:type="spellEnd"/>
      <w:r w:rsidRPr="00541ECB">
        <w:rPr>
          <w:lang w:val="en-ID"/>
        </w:rPr>
        <w:t xml:space="preserve"> </w:t>
      </w:r>
      <w:proofErr w:type="spellStart"/>
      <w:r w:rsidRPr="00541ECB">
        <w:rPr>
          <w:lang w:val="en-ID"/>
        </w:rPr>
        <w:t>informasi</w:t>
      </w:r>
      <w:proofErr w:type="spellEnd"/>
      <w:r w:rsidRPr="00541ECB">
        <w:rPr>
          <w:lang w:val="en-ID"/>
        </w:rPr>
        <w:t xml:space="preserve"> pada website </w:t>
      </w:r>
      <w:proofErr w:type="spellStart"/>
      <w:r w:rsidR="00541ECB" w:rsidRPr="00541ECB">
        <w:rPr>
          <w:lang w:val="en-ID"/>
        </w:rPr>
        <w:t>Kemenag</w:t>
      </w:r>
      <w:proofErr w:type="spellEnd"/>
      <w:r w:rsidR="00541ECB" w:rsidRPr="00541ECB">
        <w:rPr>
          <w:lang w:val="en-ID"/>
        </w:rPr>
        <w:t xml:space="preserve"> Kota Cilegon</w:t>
      </w:r>
      <w:r w:rsidRPr="00541ECB">
        <w:rPr>
          <w:lang w:val="en-ID"/>
        </w:rPr>
        <w:t>?</w:t>
      </w:r>
    </w:p>
    <w:p w14:paraId="462646BD" w14:textId="77777777" w:rsidR="00D1360D" w:rsidRPr="00D1360D" w:rsidRDefault="00D1360D" w:rsidP="006A2C08">
      <w:pPr>
        <w:numPr>
          <w:ilvl w:val="0"/>
          <w:numId w:val="24"/>
        </w:numPr>
        <w:jc w:val="both"/>
        <w:rPr>
          <w:lang w:val="en-ID"/>
        </w:rPr>
      </w:pPr>
      <w:r w:rsidRPr="00D1360D">
        <w:rPr>
          <w:lang w:val="en-ID"/>
        </w:rPr>
        <w:t xml:space="preserve">Apa </w:t>
      </w:r>
      <w:proofErr w:type="spellStart"/>
      <w:r w:rsidRPr="00D1360D">
        <w:rPr>
          <w:lang w:val="en-ID"/>
        </w:rPr>
        <w:t>saja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manfaat</w:t>
      </w:r>
      <w:proofErr w:type="spellEnd"/>
      <w:r w:rsidRPr="00D1360D">
        <w:rPr>
          <w:lang w:val="en-ID"/>
        </w:rPr>
        <w:t xml:space="preserve"> yang </w:t>
      </w:r>
      <w:proofErr w:type="spellStart"/>
      <w:r w:rsidRPr="00D1360D">
        <w:rPr>
          <w:lang w:val="en-ID"/>
        </w:rPr>
        <w:t>diperoleh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dari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implementasi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desain</w:t>
      </w:r>
      <w:proofErr w:type="spellEnd"/>
      <w:r w:rsidRPr="00D1360D">
        <w:rPr>
          <w:lang w:val="en-ID"/>
        </w:rPr>
        <w:t xml:space="preserve"> UI/UX </w:t>
      </w:r>
      <w:proofErr w:type="spellStart"/>
      <w:r w:rsidRPr="00D1360D">
        <w:rPr>
          <w:lang w:val="en-ID"/>
        </w:rPr>
        <w:t>dalam</w:t>
      </w:r>
      <w:proofErr w:type="spellEnd"/>
      <w:r w:rsidRPr="00D1360D">
        <w:rPr>
          <w:lang w:val="en-ID"/>
        </w:rPr>
        <w:t xml:space="preserve"> </w:t>
      </w:r>
      <w:proofErr w:type="spellStart"/>
      <w:r w:rsidRPr="00D1360D">
        <w:rPr>
          <w:lang w:val="en-ID"/>
        </w:rPr>
        <w:t>pengelolaan</w:t>
      </w:r>
      <w:proofErr w:type="spellEnd"/>
      <w:r w:rsidRPr="00D1360D">
        <w:rPr>
          <w:lang w:val="en-ID"/>
        </w:rPr>
        <w:t xml:space="preserve"> website </w:t>
      </w:r>
      <w:proofErr w:type="spellStart"/>
      <w:r w:rsidRPr="00D1360D">
        <w:rPr>
          <w:lang w:val="en-ID"/>
        </w:rPr>
        <w:t>berbasis</w:t>
      </w:r>
      <w:proofErr w:type="spellEnd"/>
      <w:r w:rsidRPr="00D1360D">
        <w:rPr>
          <w:lang w:val="en-ID"/>
        </w:rPr>
        <w:t xml:space="preserve"> CMS </w:t>
      </w:r>
      <w:r w:rsidRPr="00541ECB">
        <w:rPr>
          <w:i/>
          <w:iCs/>
          <w:lang w:val="en-ID"/>
        </w:rPr>
        <w:t>WordPress</w:t>
      </w:r>
      <w:r w:rsidRPr="00D1360D">
        <w:rPr>
          <w:lang w:val="en-ID"/>
        </w:rPr>
        <w:t>?</w:t>
      </w:r>
    </w:p>
    <w:p w14:paraId="2DA4AB4B" w14:textId="77777777" w:rsidR="0007110D" w:rsidRPr="00D1360D" w:rsidRDefault="0007110D" w:rsidP="006A2C08">
      <w:pPr>
        <w:ind w:left="567" w:hanging="283"/>
        <w:jc w:val="both"/>
        <w:rPr>
          <w:lang w:val="en-ID"/>
        </w:rPr>
      </w:pPr>
    </w:p>
    <w:p w14:paraId="7FD9BC05" w14:textId="77777777" w:rsidR="006512E0" w:rsidRDefault="008111AB" w:rsidP="006A2C08">
      <w:pPr>
        <w:pStyle w:val="Subbab"/>
        <w:jc w:val="both"/>
      </w:pPr>
      <w:r>
        <w:t>1.3 Tujuan PKL/</w:t>
      </w:r>
      <w:proofErr w:type="spellStart"/>
      <w:r>
        <w:t>Magang</w:t>
      </w:r>
      <w:proofErr w:type="spellEnd"/>
    </w:p>
    <w:p w14:paraId="2944BA3E" w14:textId="77777777" w:rsidR="00084EE8" w:rsidRPr="00084EE8" w:rsidRDefault="00084EE8" w:rsidP="006A2C08">
      <w:pPr>
        <w:pStyle w:val="Subbab"/>
        <w:ind w:left="360" w:firstLine="720"/>
        <w:jc w:val="both"/>
        <w:rPr>
          <w:b w:val="0"/>
          <w:bCs/>
          <w:lang w:val="en-ID"/>
        </w:rPr>
      </w:pPr>
      <w:proofErr w:type="spellStart"/>
      <w:r w:rsidRPr="00084EE8">
        <w:rPr>
          <w:b w:val="0"/>
          <w:bCs/>
          <w:lang w:val="en-ID"/>
        </w:rPr>
        <w:t>Berdasarkan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rumusan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masalah</w:t>
      </w:r>
      <w:proofErr w:type="spellEnd"/>
      <w:r w:rsidRPr="00084EE8">
        <w:rPr>
          <w:b w:val="0"/>
          <w:bCs/>
          <w:lang w:val="en-ID"/>
        </w:rPr>
        <w:t xml:space="preserve"> yang </w:t>
      </w:r>
      <w:proofErr w:type="spellStart"/>
      <w:r w:rsidRPr="00084EE8">
        <w:rPr>
          <w:b w:val="0"/>
          <w:bCs/>
          <w:lang w:val="en-ID"/>
        </w:rPr>
        <w:t>telah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disusun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tujuan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pelaksanaan</w:t>
      </w:r>
      <w:proofErr w:type="spellEnd"/>
      <w:r w:rsidRPr="00084EE8">
        <w:rPr>
          <w:b w:val="0"/>
          <w:bCs/>
          <w:lang w:val="en-ID"/>
        </w:rPr>
        <w:t xml:space="preserve"> PKL/</w:t>
      </w:r>
      <w:proofErr w:type="spellStart"/>
      <w:r w:rsidRPr="00084EE8">
        <w:rPr>
          <w:b w:val="0"/>
          <w:bCs/>
          <w:lang w:val="en-ID"/>
        </w:rPr>
        <w:t>Magang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ini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adalah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sebagai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berikut</w:t>
      </w:r>
      <w:proofErr w:type="spellEnd"/>
      <w:r w:rsidRPr="00084EE8">
        <w:rPr>
          <w:b w:val="0"/>
          <w:bCs/>
          <w:lang w:val="en-ID"/>
        </w:rPr>
        <w:t>:</w:t>
      </w:r>
    </w:p>
    <w:p w14:paraId="4CA9B7C9" w14:textId="7649C9F3" w:rsidR="00084EE8" w:rsidRPr="00084EE8" w:rsidRDefault="00084EE8" w:rsidP="006A2C08">
      <w:pPr>
        <w:pStyle w:val="Subbab"/>
        <w:numPr>
          <w:ilvl w:val="0"/>
          <w:numId w:val="25"/>
        </w:numPr>
        <w:jc w:val="both"/>
        <w:rPr>
          <w:b w:val="0"/>
          <w:bCs/>
          <w:lang w:val="en-ID"/>
        </w:rPr>
      </w:pPr>
      <w:proofErr w:type="spellStart"/>
      <w:r w:rsidRPr="00084EE8">
        <w:rPr>
          <w:b w:val="0"/>
          <w:bCs/>
          <w:lang w:val="en-ID"/>
        </w:rPr>
        <w:t>Mengetahui</w:t>
      </w:r>
      <w:proofErr w:type="spellEnd"/>
      <w:r w:rsidRPr="00084EE8">
        <w:rPr>
          <w:b w:val="0"/>
          <w:bCs/>
          <w:lang w:val="en-ID"/>
        </w:rPr>
        <w:t xml:space="preserve"> dan </w:t>
      </w:r>
      <w:proofErr w:type="spellStart"/>
      <w:r w:rsidRPr="00084EE8">
        <w:rPr>
          <w:b w:val="0"/>
          <w:bCs/>
          <w:lang w:val="en-ID"/>
        </w:rPr>
        <w:t>memahami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implementasi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desain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372612">
        <w:rPr>
          <w:b w:val="0"/>
          <w:bCs/>
          <w:i/>
          <w:iCs/>
          <w:lang w:val="en-ID"/>
        </w:rPr>
        <w:t>User Interface</w:t>
      </w:r>
      <w:r w:rsidRPr="00084EE8">
        <w:rPr>
          <w:b w:val="0"/>
          <w:bCs/>
          <w:lang w:val="en-ID"/>
        </w:rPr>
        <w:t xml:space="preserve"> (UI) dan </w:t>
      </w:r>
      <w:r w:rsidRPr="00372612">
        <w:rPr>
          <w:b w:val="0"/>
          <w:bCs/>
          <w:i/>
          <w:iCs/>
          <w:lang w:val="en-ID"/>
        </w:rPr>
        <w:t>User Experience</w:t>
      </w:r>
      <w:r w:rsidRPr="00084EE8">
        <w:rPr>
          <w:b w:val="0"/>
          <w:bCs/>
          <w:lang w:val="en-ID"/>
        </w:rPr>
        <w:t xml:space="preserve"> (UX) </w:t>
      </w:r>
      <w:proofErr w:type="spellStart"/>
      <w:r w:rsidRPr="00084EE8">
        <w:rPr>
          <w:b w:val="0"/>
          <w:bCs/>
          <w:lang w:val="en-ID"/>
        </w:rPr>
        <w:t>dalam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mendukung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pengelolaan</w:t>
      </w:r>
      <w:proofErr w:type="spellEnd"/>
      <w:r w:rsidRPr="00084EE8">
        <w:rPr>
          <w:b w:val="0"/>
          <w:bCs/>
          <w:lang w:val="en-ID"/>
        </w:rPr>
        <w:t xml:space="preserve"> website </w:t>
      </w:r>
      <w:proofErr w:type="spellStart"/>
      <w:r w:rsidRPr="00084EE8">
        <w:rPr>
          <w:b w:val="0"/>
          <w:bCs/>
          <w:lang w:val="en-ID"/>
        </w:rPr>
        <w:t>berbasis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CMS</w:t>
      </w:r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WordPress</w:t>
      </w:r>
      <w:r w:rsidRPr="00084EE8">
        <w:rPr>
          <w:b w:val="0"/>
          <w:bCs/>
          <w:lang w:val="en-ID"/>
        </w:rPr>
        <w:t xml:space="preserve"> pada </w:t>
      </w:r>
      <w:proofErr w:type="spellStart"/>
      <w:r>
        <w:rPr>
          <w:b w:val="0"/>
          <w:bCs/>
          <w:lang w:val="en-ID"/>
        </w:rPr>
        <w:t>Kemenag</w:t>
      </w:r>
      <w:proofErr w:type="spellEnd"/>
      <w:r>
        <w:rPr>
          <w:b w:val="0"/>
          <w:bCs/>
          <w:lang w:val="en-ID"/>
        </w:rPr>
        <w:t xml:space="preserve"> Kota Cilegon</w:t>
      </w:r>
      <w:r w:rsidRPr="00084EE8">
        <w:rPr>
          <w:b w:val="0"/>
          <w:bCs/>
          <w:lang w:val="en-ID"/>
        </w:rPr>
        <w:t>.</w:t>
      </w:r>
    </w:p>
    <w:p w14:paraId="25FC7D00" w14:textId="4B624401" w:rsidR="00084EE8" w:rsidRPr="00084EE8" w:rsidRDefault="00084EE8" w:rsidP="006A2C08">
      <w:pPr>
        <w:pStyle w:val="Subbab"/>
        <w:numPr>
          <w:ilvl w:val="0"/>
          <w:numId w:val="25"/>
        </w:numPr>
        <w:jc w:val="both"/>
        <w:rPr>
          <w:b w:val="0"/>
          <w:bCs/>
          <w:lang w:val="en-ID"/>
        </w:rPr>
      </w:pPr>
      <w:proofErr w:type="spellStart"/>
      <w:r w:rsidRPr="00084EE8">
        <w:rPr>
          <w:b w:val="0"/>
          <w:bCs/>
          <w:lang w:val="en-ID"/>
        </w:rPr>
        <w:lastRenderedPageBreak/>
        <w:t>Mengetahui</w:t>
      </w:r>
      <w:proofErr w:type="spellEnd"/>
      <w:r w:rsidRPr="00084EE8">
        <w:rPr>
          <w:b w:val="0"/>
          <w:bCs/>
          <w:lang w:val="en-ID"/>
        </w:rPr>
        <w:t xml:space="preserve"> proses </w:t>
      </w:r>
      <w:proofErr w:type="spellStart"/>
      <w:r w:rsidRPr="00084EE8">
        <w:rPr>
          <w:b w:val="0"/>
          <w:bCs/>
          <w:lang w:val="en-ID"/>
        </w:rPr>
        <w:t>pengelolaan</w:t>
      </w:r>
      <w:proofErr w:type="spellEnd"/>
      <w:r w:rsidRPr="00084EE8">
        <w:rPr>
          <w:b w:val="0"/>
          <w:bCs/>
          <w:lang w:val="en-ID"/>
        </w:rPr>
        <w:t xml:space="preserve"> website </w:t>
      </w:r>
      <w:proofErr w:type="spellStart"/>
      <w:r w:rsidRPr="00084EE8">
        <w:rPr>
          <w:b w:val="0"/>
          <w:bCs/>
          <w:lang w:val="en-ID"/>
        </w:rPr>
        <w:t>berbasis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CMS</w:t>
      </w:r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WordPress</w:t>
      </w:r>
      <w:r w:rsidRPr="00084EE8">
        <w:rPr>
          <w:b w:val="0"/>
          <w:bCs/>
          <w:lang w:val="en-ID"/>
        </w:rPr>
        <w:t xml:space="preserve"> yang </w:t>
      </w:r>
      <w:proofErr w:type="spellStart"/>
      <w:r w:rsidRPr="00084EE8">
        <w:rPr>
          <w:b w:val="0"/>
          <w:bCs/>
          <w:lang w:val="en-ID"/>
        </w:rPr>
        <w:t>dilakukan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selama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kegiatan</w:t>
      </w:r>
      <w:proofErr w:type="spellEnd"/>
      <w:r w:rsidRPr="00084EE8">
        <w:rPr>
          <w:b w:val="0"/>
          <w:bCs/>
          <w:lang w:val="en-ID"/>
        </w:rPr>
        <w:t xml:space="preserve"> PKL/</w:t>
      </w:r>
      <w:proofErr w:type="spellStart"/>
      <w:r w:rsidRPr="00084EE8">
        <w:rPr>
          <w:b w:val="0"/>
          <w:bCs/>
          <w:lang w:val="en-ID"/>
        </w:rPr>
        <w:t>Magang</w:t>
      </w:r>
      <w:proofErr w:type="spellEnd"/>
      <w:r w:rsidRPr="00084EE8">
        <w:rPr>
          <w:b w:val="0"/>
          <w:bCs/>
          <w:lang w:val="en-ID"/>
        </w:rPr>
        <w:t xml:space="preserve"> di </w:t>
      </w:r>
      <w:proofErr w:type="spellStart"/>
      <w:r>
        <w:rPr>
          <w:b w:val="0"/>
          <w:bCs/>
          <w:lang w:val="en-ID"/>
        </w:rPr>
        <w:t>Kemenag</w:t>
      </w:r>
      <w:proofErr w:type="spellEnd"/>
      <w:r>
        <w:rPr>
          <w:b w:val="0"/>
          <w:bCs/>
          <w:lang w:val="en-ID"/>
        </w:rPr>
        <w:t xml:space="preserve"> Kota Cilegon</w:t>
      </w:r>
      <w:r w:rsidRPr="00084EE8">
        <w:rPr>
          <w:b w:val="0"/>
          <w:bCs/>
          <w:lang w:val="en-ID"/>
        </w:rPr>
        <w:t>.</w:t>
      </w:r>
    </w:p>
    <w:p w14:paraId="625440D0" w14:textId="08D3F176" w:rsidR="00084EE8" w:rsidRPr="00084EE8" w:rsidRDefault="00084EE8" w:rsidP="006A2C08">
      <w:pPr>
        <w:pStyle w:val="Subbab"/>
        <w:numPr>
          <w:ilvl w:val="0"/>
          <w:numId w:val="25"/>
        </w:numPr>
        <w:jc w:val="both"/>
        <w:rPr>
          <w:b w:val="0"/>
          <w:bCs/>
          <w:lang w:val="en-ID"/>
        </w:rPr>
      </w:pPr>
      <w:proofErr w:type="spellStart"/>
      <w:r w:rsidRPr="00084EE8">
        <w:rPr>
          <w:b w:val="0"/>
          <w:bCs/>
          <w:lang w:val="en-ID"/>
        </w:rPr>
        <w:t>Menerapkan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prinsip-prinsip</w:t>
      </w:r>
      <w:proofErr w:type="spellEnd"/>
      <w:r w:rsidRPr="00084EE8">
        <w:rPr>
          <w:b w:val="0"/>
          <w:bCs/>
          <w:lang w:val="en-ID"/>
        </w:rPr>
        <w:t xml:space="preserve"> UI/UX </w:t>
      </w:r>
      <w:proofErr w:type="spellStart"/>
      <w:r w:rsidRPr="00084EE8">
        <w:rPr>
          <w:b w:val="0"/>
          <w:bCs/>
          <w:lang w:val="en-ID"/>
        </w:rPr>
        <w:t>untuk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meningkatkan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kualitas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tampilan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navigasi</w:t>
      </w:r>
      <w:proofErr w:type="spellEnd"/>
      <w:r w:rsidRPr="00084EE8">
        <w:rPr>
          <w:b w:val="0"/>
          <w:bCs/>
          <w:lang w:val="en-ID"/>
        </w:rPr>
        <w:t xml:space="preserve">, dan </w:t>
      </w:r>
      <w:proofErr w:type="spellStart"/>
      <w:r w:rsidRPr="00084EE8">
        <w:rPr>
          <w:b w:val="0"/>
          <w:bCs/>
          <w:lang w:val="en-ID"/>
        </w:rPr>
        <w:t>penyampaian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informasi</w:t>
      </w:r>
      <w:proofErr w:type="spellEnd"/>
      <w:r w:rsidRPr="00084EE8">
        <w:rPr>
          <w:b w:val="0"/>
          <w:bCs/>
          <w:lang w:val="en-ID"/>
        </w:rPr>
        <w:t xml:space="preserve"> pada website </w:t>
      </w:r>
      <w:proofErr w:type="spellStart"/>
      <w:r>
        <w:rPr>
          <w:b w:val="0"/>
          <w:bCs/>
          <w:lang w:val="en-ID"/>
        </w:rPr>
        <w:t>Kemenag</w:t>
      </w:r>
      <w:proofErr w:type="spellEnd"/>
      <w:r>
        <w:rPr>
          <w:b w:val="0"/>
          <w:bCs/>
          <w:lang w:val="en-ID"/>
        </w:rPr>
        <w:t xml:space="preserve"> Kota Cilegon</w:t>
      </w:r>
      <w:r w:rsidRPr="00084EE8">
        <w:rPr>
          <w:b w:val="0"/>
          <w:bCs/>
          <w:lang w:val="en-ID"/>
        </w:rPr>
        <w:t>.</w:t>
      </w:r>
    </w:p>
    <w:p w14:paraId="55476745" w14:textId="77777777" w:rsidR="00084EE8" w:rsidRPr="00084EE8" w:rsidRDefault="00084EE8" w:rsidP="006A2C08">
      <w:pPr>
        <w:pStyle w:val="Subbab"/>
        <w:numPr>
          <w:ilvl w:val="0"/>
          <w:numId w:val="25"/>
        </w:numPr>
        <w:jc w:val="both"/>
        <w:rPr>
          <w:b w:val="0"/>
          <w:bCs/>
          <w:lang w:val="en-ID"/>
        </w:rPr>
      </w:pPr>
      <w:proofErr w:type="spellStart"/>
      <w:r w:rsidRPr="00084EE8">
        <w:rPr>
          <w:b w:val="0"/>
          <w:bCs/>
          <w:lang w:val="en-ID"/>
        </w:rPr>
        <w:t>Mengetahui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manfaat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penerapan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desain</w:t>
      </w:r>
      <w:proofErr w:type="spellEnd"/>
      <w:r w:rsidRPr="00084EE8">
        <w:rPr>
          <w:b w:val="0"/>
          <w:bCs/>
          <w:lang w:val="en-ID"/>
        </w:rPr>
        <w:t xml:space="preserve"> UI/UX </w:t>
      </w:r>
      <w:proofErr w:type="spellStart"/>
      <w:r w:rsidRPr="00084EE8">
        <w:rPr>
          <w:b w:val="0"/>
          <w:bCs/>
          <w:lang w:val="en-ID"/>
        </w:rPr>
        <w:t>dalam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pengelolaan</w:t>
      </w:r>
      <w:proofErr w:type="spellEnd"/>
      <w:r w:rsidRPr="00084EE8">
        <w:rPr>
          <w:b w:val="0"/>
          <w:bCs/>
          <w:lang w:val="en-ID"/>
        </w:rPr>
        <w:t xml:space="preserve"> website </w:t>
      </w:r>
      <w:proofErr w:type="spellStart"/>
      <w:r w:rsidRPr="00084EE8">
        <w:rPr>
          <w:b w:val="0"/>
          <w:bCs/>
          <w:lang w:val="en-ID"/>
        </w:rPr>
        <w:t>berbasis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u w:val="single"/>
          <w:lang w:val="en-ID"/>
        </w:rPr>
        <w:t>CMS</w:t>
      </w:r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WordPress</w:t>
      </w:r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serta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meningkatkan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keterampilan</w:t>
      </w:r>
      <w:proofErr w:type="spellEnd"/>
      <w:r w:rsidRPr="00084EE8">
        <w:rPr>
          <w:b w:val="0"/>
          <w:bCs/>
          <w:lang w:val="en-ID"/>
        </w:rPr>
        <w:t xml:space="preserve"> dan </w:t>
      </w:r>
      <w:proofErr w:type="spellStart"/>
      <w:r w:rsidRPr="00084EE8">
        <w:rPr>
          <w:b w:val="0"/>
          <w:bCs/>
          <w:lang w:val="en-ID"/>
        </w:rPr>
        <w:t>pengalaman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kerja</w:t>
      </w:r>
      <w:proofErr w:type="spellEnd"/>
      <w:r w:rsidRPr="00084EE8">
        <w:rPr>
          <w:b w:val="0"/>
          <w:bCs/>
          <w:lang w:val="en-ID"/>
        </w:rPr>
        <w:t xml:space="preserve"> di </w:t>
      </w:r>
      <w:proofErr w:type="spellStart"/>
      <w:r w:rsidRPr="00084EE8">
        <w:rPr>
          <w:b w:val="0"/>
          <w:bCs/>
          <w:lang w:val="en-ID"/>
        </w:rPr>
        <w:t>bidang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pengembangan</w:t>
      </w:r>
      <w:proofErr w:type="spellEnd"/>
      <w:r w:rsidRPr="00084EE8">
        <w:rPr>
          <w:b w:val="0"/>
          <w:bCs/>
          <w:lang w:val="en-ID"/>
        </w:rPr>
        <w:t xml:space="preserve"> website.</w:t>
      </w:r>
    </w:p>
    <w:p w14:paraId="7D6DB5B0" w14:textId="77777777" w:rsidR="00084EE8" w:rsidRPr="00084EE8" w:rsidRDefault="00084EE8" w:rsidP="006A2C08">
      <w:pPr>
        <w:pStyle w:val="Subbab"/>
        <w:jc w:val="both"/>
        <w:rPr>
          <w:lang w:val="en-ID"/>
        </w:rPr>
      </w:pPr>
    </w:p>
    <w:p w14:paraId="5F0EF9E2" w14:textId="77777777" w:rsidR="006512E0" w:rsidRDefault="008111AB" w:rsidP="006A2C08">
      <w:pPr>
        <w:pStyle w:val="AnakSubbab"/>
        <w:jc w:val="both"/>
      </w:pPr>
      <w:r>
        <w:t xml:space="preserve">1.3.1 Tujuan </w:t>
      </w:r>
      <w:proofErr w:type="spellStart"/>
      <w:r>
        <w:t>umum</w:t>
      </w:r>
      <w:proofErr w:type="spellEnd"/>
    </w:p>
    <w:p w14:paraId="4345980C" w14:textId="62009817" w:rsidR="0007110D" w:rsidRPr="00084EE8" w:rsidRDefault="00084EE8" w:rsidP="006A2C08">
      <w:pPr>
        <w:pStyle w:val="AnakSubbab"/>
        <w:ind w:left="720" w:firstLine="720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Tujuan </w:t>
      </w:r>
      <w:proofErr w:type="spellStart"/>
      <w:r w:rsidRPr="00084EE8">
        <w:rPr>
          <w:b w:val="0"/>
          <w:bCs/>
          <w:lang w:val="en-ID"/>
        </w:rPr>
        <w:t>umum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pelaksanaan</w:t>
      </w:r>
      <w:proofErr w:type="spellEnd"/>
      <w:r w:rsidRPr="00084EE8">
        <w:rPr>
          <w:b w:val="0"/>
          <w:bCs/>
          <w:lang w:val="en-ID"/>
        </w:rPr>
        <w:t xml:space="preserve"> PKL/</w:t>
      </w:r>
      <w:proofErr w:type="spellStart"/>
      <w:r w:rsidRPr="00084EE8">
        <w:rPr>
          <w:b w:val="0"/>
          <w:bCs/>
          <w:lang w:val="en-ID"/>
        </w:rPr>
        <w:t>Magang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ini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adalah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untuk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memberikan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pengalaman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kerja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secara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langsung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kepada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mahasiswa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dalam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menerapkan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ilmu</w:t>
      </w:r>
      <w:proofErr w:type="spellEnd"/>
      <w:r w:rsidRPr="00084EE8">
        <w:rPr>
          <w:b w:val="0"/>
          <w:bCs/>
          <w:lang w:val="en-ID"/>
        </w:rPr>
        <w:t xml:space="preserve"> dan </w:t>
      </w:r>
      <w:proofErr w:type="spellStart"/>
      <w:r w:rsidRPr="00084EE8">
        <w:rPr>
          <w:b w:val="0"/>
          <w:bCs/>
          <w:lang w:val="en-ID"/>
        </w:rPr>
        <w:t>keterampilan</w:t>
      </w:r>
      <w:proofErr w:type="spellEnd"/>
      <w:r w:rsidRPr="00084EE8">
        <w:rPr>
          <w:b w:val="0"/>
          <w:bCs/>
          <w:lang w:val="en-ID"/>
        </w:rPr>
        <w:t xml:space="preserve"> yang </w:t>
      </w:r>
      <w:proofErr w:type="spellStart"/>
      <w:r w:rsidRPr="00084EE8">
        <w:rPr>
          <w:b w:val="0"/>
          <w:bCs/>
          <w:lang w:val="en-ID"/>
        </w:rPr>
        <w:t>telah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diperoleh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selama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perkuliahan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khususnya</w:t>
      </w:r>
      <w:proofErr w:type="spellEnd"/>
      <w:r w:rsidRPr="00084EE8">
        <w:rPr>
          <w:b w:val="0"/>
          <w:bCs/>
          <w:lang w:val="en-ID"/>
        </w:rPr>
        <w:t xml:space="preserve"> di </w:t>
      </w:r>
      <w:proofErr w:type="spellStart"/>
      <w:r w:rsidRPr="00084EE8">
        <w:rPr>
          <w:b w:val="0"/>
          <w:bCs/>
          <w:lang w:val="en-ID"/>
        </w:rPr>
        <w:t>bidang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desain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User Interface</w:t>
      </w:r>
      <w:r w:rsidRPr="00084EE8">
        <w:rPr>
          <w:b w:val="0"/>
          <w:bCs/>
          <w:lang w:val="en-ID"/>
        </w:rPr>
        <w:t xml:space="preserve"> (UI), </w:t>
      </w:r>
      <w:r w:rsidRPr="00084EE8">
        <w:rPr>
          <w:b w:val="0"/>
          <w:bCs/>
          <w:i/>
          <w:iCs/>
          <w:lang w:val="en-ID"/>
        </w:rPr>
        <w:t>User Experience</w:t>
      </w:r>
      <w:r w:rsidRPr="00084EE8">
        <w:rPr>
          <w:b w:val="0"/>
          <w:bCs/>
          <w:lang w:val="en-ID"/>
        </w:rPr>
        <w:t xml:space="preserve"> (UX), dan </w:t>
      </w:r>
      <w:proofErr w:type="spellStart"/>
      <w:r w:rsidRPr="00084EE8">
        <w:rPr>
          <w:b w:val="0"/>
          <w:bCs/>
          <w:lang w:val="en-ID"/>
        </w:rPr>
        <w:t>pengelolaan</w:t>
      </w:r>
      <w:proofErr w:type="spellEnd"/>
      <w:r w:rsidRPr="00084EE8">
        <w:rPr>
          <w:b w:val="0"/>
          <w:bCs/>
          <w:lang w:val="en-ID"/>
        </w:rPr>
        <w:t xml:space="preserve"> website </w:t>
      </w:r>
      <w:proofErr w:type="spellStart"/>
      <w:r w:rsidRPr="00084EE8">
        <w:rPr>
          <w:b w:val="0"/>
          <w:bCs/>
          <w:lang w:val="en-ID"/>
        </w:rPr>
        <w:t>berbasis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Content Management System</w:t>
      </w:r>
      <w:r w:rsidRPr="00084EE8">
        <w:rPr>
          <w:b w:val="0"/>
          <w:bCs/>
          <w:lang w:val="en-ID"/>
        </w:rPr>
        <w:t xml:space="preserve"> (CMS) WordPress pada </w:t>
      </w:r>
      <w:proofErr w:type="spellStart"/>
      <w:r w:rsidRPr="00084EE8">
        <w:rPr>
          <w:b w:val="0"/>
          <w:bCs/>
          <w:lang w:val="en-ID"/>
        </w:rPr>
        <w:t>Kemenag</w:t>
      </w:r>
      <w:proofErr w:type="spellEnd"/>
      <w:r w:rsidRPr="00084EE8">
        <w:rPr>
          <w:b w:val="0"/>
          <w:bCs/>
          <w:lang w:val="en-ID"/>
        </w:rPr>
        <w:t xml:space="preserve"> Kota Cilegon. Selain </w:t>
      </w:r>
      <w:proofErr w:type="spellStart"/>
      <w:r w:rsidRPr="00084EE8">
        <w:rPr>
          <w:b w:val="0"/>
          <w:bCs/>
          <w:lang w:val="en-ID"/>
        </w:rPr>
        <w:t>itu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kegiatan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ini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bertujuan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untuk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meningkatkan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kompetensi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mahasiswa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dalam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memahami</w:t>
      </w:r>
      <w:proofErr w:type="spellEnd"/>
      <w:r w:rsidRPr="00084EE8">
        <w:rPr>
          <w:b w:val="0"/>
          <w:bCs/>
          <w:lang w:val="en-ID"/>
        </w:rPr>
        <w:t xml:space="preserve"> proses </w:t>
      </w:r>
      <w:proofErr w:type="spellStart"/>
      <w:r w:rsidRPr="00084EE8">
        <w:rPr>
          <w:b w:val="0"/>
          <w:bCs/>
          <w:lang w:val="en-ID"/>
        </w:rPr>
        <w:t>pengelolaan</w:t>
      </w:r>
      <w:proofErr w:type="spellEnd"/>
      <w:r w:rsidRPr="00084EE8">
        <w:rPr>
          <w:b w:val="0"/>
          <w:bCs/>
          <w:lang w:val="en-ID"/>
        </w:rPr>
        <w:t xml:space="preserve"> website </w:t>
      </w:r>
      <w:proofErr w:type="spellStart"/>
      <w:r w:rsidRPr="00084EE8">
        <w:rPr>
          <w:b w:val="0"/>
          <w:bCs/>
          <w:lang w:val="en-ID"/>
        </w:rPr>
        <w:t>instansi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mengembangkan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kemampuan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profesional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serta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mempersiapkan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diri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menghadapi</w:t>
      </w:r>
      <w:proofErr w:type="spellEnd"/>
      <w:r w:rsidRPr="00084EE8">
        <w:rPr>
          <w:b w:val="0"/>
          <w:bCs/>
          <w:lang w:val="en-ID"/>
        </w:rPr>
        <w:t xml:space="preserve"> dunia </w:t>
      </w:r>
      <w:proofErr w:type="spellStart"/>
      <w:r w:rsidRPr="00084EE8">
        <w:rPr>
          <w:b w:val="0"/>
          <w:bCs/>
          <w:lang w:val="en-ID"/>
        </w:rPr>
        <w:t>kerja</w:t>
      </w:r>
      <w:proofErr w:type="spellEnd"/>
      <w:r w:rsidRPr="00084EE8">
        <w:rPr>
          <w:b w:val="0"/>
          <w:bCs/>
          <w:lang w:val="en-ID"/>
        </w:rPr>
        <w:t xml:space="preserve"> yang </w:t>
      </w:r>
      <w:proofErr w:type="spellStart"/>
      <w:r w:rsidRPr="00084EE8">
        <w:rPr>
          <w:b w:val="0"/>
          <w:bCs/>
          <w:lang w:val="en-ID"/>
        </w:rPr>
        <w:t>sesungguhnya</w:t>
      </w:r>
      <w:proofErr w:type="spellEnd"/>
      <w:r w:rsidRPr="00084EE8">
        <w:rPr>
          <w:b w:val="0"/>
          <w:bCs/>
          <w:lang w:val="en-ID"/>
        </w:rPr>
        <w:t>.</w:t>
      </w:r>
    </w:p>
    <w:p w14:paraId="371AD9DF" w14:textId="77777777" w:rsidR="0007110D" w:rsidRDefault="0007110D" w:rsidP="006A2C08">
      <w:pPr>
        <w:ind w:firstLine="567"/>
        <w:jc w:val="both"/>
      </w:pPr>
    </w:p>
    <w:p w14:paraId="1FA9913F" w14:textId="228BD80F" w:rsidR="0007110D" w:rsidRDefault="008111AB" w:rsidP="006A2C08">
      <w:pPr>
        <w:pStyle w:val="AnakSubbab"/>
        <w:jc w:val="both"/>
      </w:pPr>
      <w:r>
        <w:t xml:space="preserve">1.3.2 Tujuan </w:t>
      </w:r>
      <w:proofErr w:type="spellStart"/>
      <w:r>
        <w:t>khusus</w:t>
      </w:r>
      <w:proofErr w:type="spellEnd"/>
    </w:p>
    <w:p w14:paraId="43DF80ED" w14:textId="77777777" w:rsidR="00084EE8" w:rsidRPr="00084EE8" w:rsidRDefault="00084EE8" w:rsidP="006A2C08">
      <w:pPr>
        <w:pStyle w:val="AnakSubbab"/>
        <w:numPr>
          <w:ilvl w:val="0"/>
          <w:numId w:val="27"/>
        </w:numPr>
        <w:jc w:val="both"/>
        <w:rPr>
          <w:b w:val="0"/>
          <w:bCs/>
          <w:lang w:val="en-ID"/>
        </w:rPr>
      </w:pPr>
      <w:proofErr w:type="spellStart"/>
      <w:r w:rsidRPr="00084EE8">
        <w:rPr>
          <w:b w:val="0"/>
          <w:bCs/>
          <w:lang w:val="en-ID"/>
        </w:rPr>
        <w:t>Mengetahui</w:t>
      </w:r>
      <w:proofErr w:type="spellEnd"/>
      <w:r w:rsidRPr="00084EE8">
        <w:rPr>
          <w:b w:val="0"/>
          <w:bCs/>
          <w:lang w:val="en-ID"/>
        </w:rPr>
        <w:t xml:space="preserve"> dan </w:t>
      </w:r>
      <w:proofErr w:type="spellStart"/>
      <w:r w:rsidRPr="00084EE8">
        <w:rPr>
          <w:b w:val="0"/>
          <w:bCs/>
          <w:lang w:val="en-ID"/>
        </w:rPr>
        <w:t>memahami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implementasi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desain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User Interface</w:t>
      </w:r>
      <w:r w:rsidRPr="00084EE8">
        <w:rPr>
          <w:b w:val="0"/>
          <w:bCs/>
          <w:lang w:val="en-ID"/>
        </w:rPr>
        <w:t xml:space="preserve"> (UI) dan </w:t>
      </w:r>
      <w:r w:rsidRPr="00084EE8">
        <w:rPr>
          <w:b w:val="0"/>
          <w:bCs/>
          <w:i/>
          <w:iCs/>
          <w:lang w:val="en-ID"/>
        </w:rPr>
        <w:t>User Experience</w:t>
      </w:r>
      <w:r w:rsidRPr="00084EE8">
        <w:rPr>
          <w:b w:val="0"/>
          <w:bCs/>
          <w:lang w:val="en-ID"/>
        </w:rPr>
        <w:t xml:space="preserve"> (UX) </w:t>
      </w:r>
      <w:proofErr w:type="spellStart"/>
      <w:r w:rsidRPr="00084EE8">
        <w:rPr>
          <w:b w:val="0"/>
          <w:bCs/>
          <w:lang w:val="en-ID"/>
        </w:rPr>
        <w:t>dalam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mendukung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pengelolaan</w:t>
      </w:r>
      <w:proofErr w:type="spellEnd"/>
      <w:r w:rsidRPr="00084EE8">
        <w:rPr>
          <w:b w:val="0"/>
          <w:bCs/>
          <w:lang w:val="en-ID"/>
        </w:rPr>
        <w:t xml:space="preserve"> website </w:t>
      </w:r>
      <w:proofErr w:type="spellStart"/>
      <w:r w:rsidRPr="00084EE8">
        <w:rPr>
          <w:b w:val="0"/>
          <w:bCs/>
          <w:lang w:val="en-ID"/>
        </w:rPr>
        <w:t>berbasis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Content Management System</w:t>
      </w:r>
      <w:r w:rsidRPr="00084EE8">
        <w:rPr>
          <w:b w:val="0"/>
          <w:bCs/>
          <w:lang w:val="en-ID"/>
        </w:rPr>
        <w:t xml:space="preserve"> (CMS) WordPress pada </w:t>
      </w:r>
      <w:proofErr w:type="spellStart"/>
      <w:r w:rsidRPr="00084EE8">
        <w:rPr>
          <w:b w:val="0"/>
          <w:bCs/>
          <w:lang w:val="en-ID"/>
        </w:rPr>
        <w:t>Kemenag</w:t>
      </w:r>
      <w:proofErr w:type="spellEnd"/>
      <w:r w:rsidRPr="00084EE8">
        <w:rPr>
          <w:b w:val="0"/>
          <w:bCs/>
          <w:lang w:val="en-ID"/>
        </w:rPr>
        <w:t xml:space="preserve"> Kota Cilegon.</w:t>
      </w:r>
    </w:p>
    <w:p w14:paraId="7061E38E" w14:textId="77777777" w:rsidR="00084EE8" w:rsidRPr="00084EE8" w:rsidRDefault="00084EE8" w:rsidP="006A2C08">
      <w:pPr>
        <w:pStyle w:val="AnakSubbab"/>
        <w:numPr>
          <w:ilvl w:val="0"/>
          <w:numId w:val="27"/>
        </w:numPr>
        <w:jc w:val="both"/>
        <w:rPr>
          <w:b w:val="0"/>
          <w:bCs/>
          <w:lang w:val="en-ID"/>
        </w:rPr>
      </w:pPr>
      <w:proofErr w:type="spellStart"/>
      <w:r w:rsidRPr="00084EE8">
        <w:rPr>
          <w:b w:val="0"/>
          <w:bCs/>
          <w:lang w:val="en-ID"/>
        </w:rPr>
        <w:t>Mengetahui</w:t>
      </w:r>
      <w:proofErr w:type="spellEnd"/>
      <w:r w:rsidRPr="00084EE8">
        <w:rPr>
          <w:b w:val="0"/>
          <w:bCs/>
          <w:lang w:val="en-ID"/>
        </w:rPr>
        <w:t xml:space="preserve"> proses </w:t>
      </w:r>
      <w:proofErr w:type="spellStart"/>
      <w:r w:rsidRPr="00084EE8">
        <w:rPr>
          <w:b w:val="0"/>
          <w:bCs/>
          <w:lang w:val="en-ID"/>
        </w:rPr>
        <w:t>pengelolaan</w:t>
      </w:r>
      <w:proofErr w:type="spellEnd"/>
      <w:r w:rsidRPr="00084EE8">
        <w:rPr>
          <w:b w:val="0"/>
          <w:bCs/>
          <w:lang w:val="en-ID"/>
        </w:rPr>
        <w:t xml:space="preserve"> website </w:t>
      </w:r>
      <w:proofErr w:type="spellStart"/>
      <w:r w:rsidRPr="00084EE8">
        <w:rPr>
          <w:b w:val="0"/>
          <w:bCs/>
          <w:lang w:val="en-ID"/>
        </w:rPr>
        <w:t>berbasis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Content Management System</w:t>
      </w:r>
      <w:r w:rsidRPr="00084EE8">
        <w:rPr>
          <w:b w:val="0"/>
          <w:bCs/>
          <w:lang w:val="en-ID"/>
        </w:rPr>
        <w:t xml:space="preserve"> (CMS) WordPress yang </w:t>
      </w:r>
      <w:proofErr w:type="spellStart"/>
      <w:r w:rsidRPr="00084EE8">
        <w:rPr>
          <w:b w:val="0"/>
          <w:bCs/>
          <w:lang w:val="en-ID"/>
        </w:rPr>
        <w:t>dilakukan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selama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kegiatan</w:t>
      </w:r>
      <w:proofErr w:type="spellEnd"/>
      <w:r w:rsidRPr="00084EE8">
        <w:rPr>
          <w:b w:val="0"/>
          <w:bCs/>
          <w:lang w:val="en-ID"/>
        </w:rPr>
        <w:t xml:space="preserve"> PKL/</w:t>
      </w:r>
      <w:proofErr w:type="spellStart"/>
      <w:r w:rsidRPr="00084EE8">
        <w:rPr>
          <w:b w:val="0"/>
          <w:bCs/>
          <w:lang w:val="en-ID"/>
        </w:rPr>
        <w:t>Magang</w:t>
      </w:r>
      <w:proofErr w:type="spellEnd"/>
      <w:r w:rsidRPr="00084EE8">
        <w:rPr>
          <w:b w:val="0"/>
          <w:bCs/>
          <w:lang w:val="en-ID"/>
        </w:rPr>
        <w:t xml:space="preserve"> di </w:t>
      </w:r>
      <w:proofErr w:type="spellStart"/>
      <w:r w:rsidRPr="00084EE8">
        <w:rPr>
          <w:b w:val="0"/>
          <w:bCs/>
          <w:lang w:val="en-ID"/>
        </w:rPr>
        <w:t>Kemenag</w:t>
      </w:r>
      <w:proofErr w:type="spellEnd"/>
      <w:r w:rsidRPr="00084EE8">
        <w:rPr>
          <w:b w:val="0"/>
          <w:bCs/>
          <w:lang w:val="en-ID"/>
        </w:rPr>
        <w:t xml:space="preserve"> Kota Cilegon.</w:t>
      </w:r>
    </w:p>
    <w:p w14:paraId="7663A828" w14:textId="77777777" w:rsidR="00084EE8" w:rsidRPr="00084EE8" w:rsidRDefault="00084EE8" w:rsidP="006A2C08">
      <w:pPr>
        <w:pStyle w:val="AnakSubbab"/>
        <w:numPr>
          <w:ilvl w:val="0"/>
          <w:numId w:val="27"/>
        </w:numPr>
        <w:jc w:val="both"/>
        <w:rPr>
          <w:b w:val="0"/>
          <w:bCs/>
          <w:lang w:val="en-ID"/>
        </w:rPr>
      </w:pPr>
      <w:proofErr w:type="spellStart"/>
      <w:r w:rsidRPr="00084EE8">
        <w:rPr>
          <w:b w:val="0"/>
          <w:bCs/>
          <w:lang w:val="en-ID"/>
        </w:rPr>
        <w:t>Menerapkan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prinsip-prinsip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User Interface</w:t>
      </w:r>
      <w:r w:rsidRPr="00084EE8">
        <w:rPr>
          <w:b w:val="0"/>
          <w:bCs/>
          <w:lang w:val="en-ID"/>
        </w:rPr>
        <w:t xml:space="preserve"> (UI) dan </w:t>
      </w:r>
      <w:r w:rsidRPr="00084EE8">
        <w:rPr>
          <w:b w:val="0"/>
          <w:bCs/>
          <w:i/>
          <w:iCs/>
          <w:lang w:val="en-ID"/>
        </w:rPr>
        <w:t>User Experience</w:t>
      </w:r>
      <w:r w:rsidRPr="00084EE8">
        <w:rPr>
          <w:b w:val="0"/>
          <w:bCs/>
          <w:lang w:val="en-ID"/>
        </w:rPr>
        <w:t xml:space="preserve"> (UX) </w:t>
      </w:r>
      <w:proofErr w:type="spellStart"/>
      <w:r w:rsidRPr="00084EE8">
        <w:rPr>
          <w:b w:val="0"/>
          <w:bCs/>
          <w:lang w:val="en-ID"/>
        </w:rPr>
        <w:t>untuk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meningkatkan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kualitas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tampilan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navigasi</w:t>
      </w:r>
      <w:proofErr w:type="spellEnd"/>
      <w:r w:rsidRPr="00084EE8">
        <w:rPr>
          <w:b w:val="0"/>
          <w:bCs/>
          <w:lang w:val="en-ID"/>
        </w:rPr>
        <w:t xml:space="preserve">, dan </w:t>
      </w:r>
      <w:proofErr w:type="spellStart"/>
      <w:r w:rsidRPr="00084EE8">
        <w:rPr>
          <w:b w:val="0"/>
          <w:bCs/>
          <w:lang w:val="en-ID"/>
        </w:rPr>
        <w:t>penyampaian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informasi</w:t>
      </w:r>
      <w:proofErr w:type="spellEnd"/>
      <w:r w:rsidRPr="00084EE8">
        <w:rPr>
          <w:b w:val="0"/>
          <w:bCs/>
          <w:lang w:val="en-ID"/>
        </w:rPr>
        <w:t xml:space="preserve"> pada website </w:t>
      </w:r>
      <w:proofErr w:type="spellStart"/>
      <w:r w:rsidRPr="00084EE8">
        <w:rPr>
          <w:b w:val="0"/>
          <w:bCs/>
          <w:lang w:val="en-ID"/>
        </w:rPr>
        <w:t>Kemenag</w:t>
      </w:r>
      <w:proofErr w:type="spellEnd"/>
      <w:r w:rsidRPr="00084EE8">
        <w:rPr>
          <w:b w:val="0"/>
          <w:bCs/>
          <w:lang w:val="en-ID"/>
        </w:rPr>
        <w:t xml:space="preserve"> Kota Cilegon.</w:t>
      </w:r>
    </w:p>
    <w:p w14:paraId="6837042F" w14:textId="77777777" w:rsidR="00084EE8" w:rsidRPr="00084EE8" w:rsidRDefault="00084EE8" w:rsidP="006A2C08">
      <w:pPr>
        <w:pStyle w:val="AnakSubbab"/>
        <w:numPr>
          <w:ilvl w:val="0"/>
          <w:numId w:val="27"/>
        </w:numPr>
        <w:jc w:val="both"/>
        <w:rPr>
          <w:lang w:val="en-ID"/>
        </w:rPr>
      </w:pPr>
      <w:proofErr w:type="spellStart"/>
      <w:r w:rsidRPr="00084EE8">
        <w:rPr>
          <w:b w:val="0"/>
          <w:bCs/>
          <w:lang w:val="en-ID"/>
        </w:rPr>
        <w:lastRenderedPageBreak/>
        <w:t>Mengetahui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manfaat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penerapan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desain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User Interface</w:t>
      </w:r>
      <w:r w:rsidRPr="00084EE8">
        <w:rPr>
          <w:b w:val="0"/>
          <w:bCs/>
          <w:lang w:val="en-ID"/>
        </w:rPr>
        <w:t xml:space="preserve"> (UI) dan </w:t>
      </w:r>
      <w:r w:rsidRPr="00084EE8">
        <w:rPr>
          <w:b w:val="0"/>
          <w:bCs/>
          <w:i/>
          <w:iCs/>
          <w:lang w:val="en-ID"/>
        </w:rPr>
        <w:t>User Experience</w:t>
      </w:r>
      <w:r w:rsidRPr="00084EE8">
        <w:rPr>
          <w:b w:val="0"/>
          <w:bCs/>
          <w:lang w:val="en-ID"/>
        </w:rPr>
        <w:t xml:space="preserve"> (UX) </w:t>
      </w:r>
      <w:proofErr w:type="spellStart"/>
      <w:r w:rsidRPr="00084EE8">
        <w:rPr>
          <w:b w:val="0"/>
          <w:bCs/>
          <w:lang w:val="en-ID"/>
        </w:rPr>
        <w:t>dalam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pengelolaan</w:t>
      </w:r>
      <w:proofErr w:type="spellEnd"/>
      <w:r w:rsidRPr="00084EE8">
        <w:rPr>
          <w:b w:val="0"/>
          <w:bCs/>
          <w:lang w:val="en-ID"/>
        </w:rPr>
        <w:t xml:space="preserve"> website </w:t>
      </w:r>
      <w:proofErr w:type="spellStart"/>
      <w:r w:rsidRPr="00084EE8">
        <w:rPr>
          <w:b w:val="0"/>
          <w:bCs/>
          <w:lang w:val="en-ID"/>
        </w:rPr>
        <w:t>berbasis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Content Management System</w:t>
      </w:r>
      <w:r w:rsidRPr="00084EE8">
        <w:rPr>
          <w:b w:val="0"/>
          <w:bCs/>
          <w:lang w:val="en-ID"/>
        </w:rPr>
        <w:t xml:space="preserve"> (CMS) WordPress </w:t>
      </w:r>
      <w:proofErr w:type="spellStart"/>
      <w:r w:rsidRPr="00084EE8">
        <w:rPr>
          <w:b w:val="0"/>
          <w:bCs/>
          <w:lang w:val="en-ID"/>
        </w:rPr>
        <w:t>serta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meningkatkan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keterampilan</w:t>
      </w:r>
      <w:proofErr w:type="spellEnd"/>
      <w:r w:rsidRPr="00084EE8">
        <w:rPr>
          <w:b w:val="0"/>
          <w:bCs/>
          <w:lang w:val="en-ID"/>
        </w:rPr>
        <w:t xml:space="preserve"> dan </w:t>
      </w:r>
      <w:proofErr w:type="spellStart"/>
      <w:r w:rsidRPr="00084EE8">
        <w:rPr>
          <w:b w:val="0"/>
          <w:bCs/>
          <w:lang w:val="en-ID"/>
        </w:rPr>
        <w:t>pengalaman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kerja</w:t>
      </w:r>
      <w:proofErr w:type="spellEnd"/>
      <w:r w:rsidRPr="00084EE8">
        <w:rPr>
          <w:b w:val="0"/>
          <w:bCs/>
          <w:lang w:val="en-ID"/>
        </w:rPr>
        <w:t xml:space="preserve"> di </w:t>
      </w:r>
      <w:proofErr w:type="spellStart"/>
      <w:r w:rsidRPr="00084EE8">
        <w:rPr>
          <w:b w:val="0"/>
          <w:bCs/>
          <w:lang w:val="en-ID"/>
        </w:rPr>
        <w:t>bidang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pengembangan</w:t>
      </w:r>
      <w:proofErr w:type="spellEnd"/>
      <w:r w:rsidRPr="00084EE8">
        <w:rPr>
          <w:b w:val="0"/>
          <w:bCs/>
          <w:lang w:val="en-ID"/>
        </w:rPr>
        <w:t xml:space="preserve"> website.</w:t>
      </w:r>
    </w:p>
    <w:p w14:paraId="2E5311D2" w14:textId="77777777" w:rsidR="00084EE8" w:rsidRPr="00084EE8" w:rsidRDefault="00084EE8" w:rsidP="006A2C08">
      <w:pPr>
        <w:pStyle w:val="AnakSubbab"/>
        <w:jc w:val="both"/>
        <w:rPr>
          <w:lang w:val="en-ID"/>
        </w:rPr>
      </w:pPr>
    </w:p>
    <w:p w14:paraId="3DDD4AE4" w14:textId="77777777" w:rsidR="00084EE8" w:rsidRDefault="008111AB" w:rsidP="006A2C08">
      <w:pPr>
        <w:pStyle w:val="Subbab"/>
        <w:jc w:val="both"/>
      </w:pPr>
      <w:r>
        <w:t>1.4 Manfaat PKL/</w:t>
      </w:r>
      <w:proofErr w:type="spellStart"/>
      <w:r>
        <w:t>Magang</w:t>
      </w:r>
      <w:proofErr w:type="spellEnd"/>
    </w:p>
    <w:p w14:paraId="54888DE8" w14:textId="2AA9598D" w:rsidR="00084EE8" w:rsidRPr="00084EE8" w:rsidRDefault="00084EE8" w:rsidP="006A2C08">
      <w:pPr>
        <w:pStyle w:val="Subbab"/>
        <w:ind w:left="426" w:firstLine="720"/>
        <w:jc w:val="both"/>
        <w:rPr>
          <w:b w:val="0"/>
          <w:bCs/>
        </w:rPr>
      </w:pPr>
      <w:proofErr w:type="spellStart"/>
      <w:r w:rsidRPr="00084EE8">
        <w:rPr>
          <w:b w:val="0"/>
          <w:bCs/>
          <w:lang w:val="en-ID"/>
        </w:rPr>
        <w:t>Pelaksanaan</w:t>
      </w:r>
      <w:proofErr w:type="spellEnd"/>
      <w:r w:rsidRPr="00084EE8">
        <w:rPr>
          <w:b w:val="0"/>
          <w:bCs/>
          <w:lang w:val="en-ID"/>
        </w:rPr>
        <w:t xml:space="preserve"> PKL/</w:t>
      </w:r>
      <w:proofErr w:type="spellStart"/>
      <w:r w:rsidRPr="00084EE8">
        <w:rPr>
          <w:b w:val="0"/>
          <w:bCs/>
          <w:lang w:val="en-ID"/>
        </w:rPr>
        <w:t>Magang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diharapkan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dapat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memberikan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manfaat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bagi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berbagai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pihak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yaitu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mahasiswa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instansi</w:t>
      </w:r>
      <w:proofErr w:type="spellEnd"/>
      <w:r w:rsidRPr="00084EE8">
        <w:rPr>
          <w:b w:val="0"/>
          <w:bCs/>
          <w:lang w:val="en-ID"/>
        </w:rPr>
        <w:t xml:space="preserve">, dan </w:t>
      </w:r>
      <w:proofErr w:type="spellStart"/>
      <w:r w:rsidRPr="00084EE8">
        <w:rPr>
          <w:b w:val="0"/>
          <w:bCs/>
          <w:lang w:val="en-ID"/>
        </w:rPr>
        <w:t>perguruan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tinggi</w:t>
      </w:r>
      <w:proofErr w:type="spellEnd"/>
      <w:r w:rsidRPr="00084EE8">
        <w:rPr>
          <w:b w:val="0"/>
          <w:bCs/>
          <w:lang w:val="en-ID"/>
        </w:rPr>
        <w:t>.</w:t>
      </w:r>
    </w:p>
    <w:p w14:paraId="15B8F23F" w14:textId="77777777" w:rsidR="00084EE8" w:rsidRPr="00084EE8" w:rsidRDefault="00084EE8" w:rsidP="006A2C08">
      <w:pPr>
        <w:pStyle w:val="Subbab"/>
        <w:ind w:firstLine="426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1. Bagi </w:t>
      </w:r>
      <w:proofErr w:type="spellStart"/>
      <w:r w:rsidRPr="00084EE8">
        <w:rPr>
          <w:b w:val="0"/>
          <w:bCs/>
          <w:lang w:val="en-ID"/>
        </w:rPr>
        <w:t>Mahasiswa</w:t>
      </w:r>
      <w:proofErr w:type="spellEnd"/>
    </w:p>
    <w:p w14:paraId="7332231D" w14:textId="77777777" w:rsidR="00084EE8" w:rsidRPr="00084EE8" w:rsidRDefault="00084EE8" w:rsidP="006A2C08">
      <w:pPr>
        <w:pStyle w:val="Subbab"/>
        <w:ind w:left="426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a. </w:t>
      </w:r>
      <w:proofErr w:type="spellStart"/>
      <w:r w:rsidRPr="00084EE8">
        <w:rPr>
          <w:b w:val="0"/>
          <w:bCs/>
          <w:lang w:val="en-ID"/>
        </w:rPr>
        <w:t>Menambah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wawasan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pengetahuan</w:t>
      </w:r>
      <w:proofErr w:type="spellEnd"/>
      <w:r w:rsidRPr="00084EE8">
        <w:rPr>
          <w:b w:val="0"/>
          <w:bCs/>
          <w:lang w:val="en-ID"/>
        </w:rPr>
        <w:t xml:space="preserve">, dan </w:t>
      </w:r>
      <w:proofErr w:type="spellStart"/>
      <w:r w:rsidRPr="00084EE8">
        <w:rPr>
          <w:b w:val="0"/>
          <w:bCs/>
          <w:lang w:val="en-ID"/>
        </w:rPr>
        <w:t>pengalaman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kerja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secara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langsung</w:t>
      </w:r>
      <w:proofErr w:type="spellEnd"/>
      <w:r w:rsidRPr="00084EE8">
        <w:rPr>
          <w:b w:val="0"/>
          <w:bCs/>
          <w:lang w:val="en-ID"/>
        </w:rPr>
        <w:t xml:space="preserve"> di </w:t>
      </w:r>
      <w:proofErr w:type="spellStart"/>
      <w:r w:rsidRPr="00084EE8">
        <w:rPr>
          <w:b w:val="0"/>
          <w:bCs/>
          <w:lang w:val="en-ID"/>
        </w:rPr>
        <w:t>lingkungan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profesional</w:t>
      </w:r>
      <w:proofErr w:type="spellEnd"/>
      <w:r w:rsidRPr="00084EE8">
        <w:rPr>
          <w:b w:val="0"/>
          <w:bCs/>
          <w:lang w:val="en-ID"/>
        </w:rPr>
        <w:t>.</w:t>
      </w:r>
    </w:p>
    <w:p w14:paraId="657A13A2" w14:textId="77777777" w:rsidR="00084EE8" w:rsidRPr="00084EE8" w:rsidRDefault="00084EE8" w:rsidP="006A2C08">
      <w:pPr>
        <w:pStyle w:val="Subbab"/>
        <w:ind w:left="426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b. </w:t>
      </w:r>
      <w:proofErr w:type="spellStart"/>
      <w:r w:rsidRPr="00084EE8">
        <w:rPr>
          <w:b w:val="0"/>
          <w:bCs/>
          <w:lang w:val="en-ID"/>
        </w:rPr>
        <w:t>Meningkatkan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kemampuan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dalam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menerapkan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konsep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User Interface</w:t>
      </w:r>
      <w:r w:rsidRPr="00084EE8">
        <w:rPr>
          <w:b w:val="0"/>
          <w:bCs/>
          <w:lang w:val="en-ID"/>
        </w:rPr>
        <w:t xml:space="preserve"> (UI) dan </w:t>
      </w:r>
      <w:r w:rsidRPr="00084EE8">
        <w:rPr>
          <w:b w:val="0"/>
          <w:bCs/>
          <w:i/>
          <w:iCs/>
          <w:lang w:val="en-ID"/>
        </w:rPr>
        <w:t>User Experience</w:t>
      </w:r>
      <w:r w:rsidRPr="00084EE8">
        <w:rPr>
          <w:b w:val="0"/>
          <w:bCs/>
          <w:lang w:val="en-ID"/>
        </w:rPr>
        <w:t xml:space="preserve"> (UX) pada </w:t>
      </w:r>
      <w:proofErr w:type="spellStart"/>
      <w:r w:rsidRPr="00084EE8">
        <w:rPr>
          <w:b w:val="0"/>
          <w:bCs/>
          <w:lang w:val="en-ID"/>
        </w:rPr>
        <w:t>pengelolaan</w:t>
      </w:r>
      <w:proofErr w:type="spellEnd"/>
      <w:r w:rsidRPr="00084EE8">
        <w:rPr>
          <w:b w:val="0"/>
          <w:bCs/>
          <w:lang w:val="en-ID"/>
        </w:rPr>
        <w:t xml:space="preserve"> website.</w:t>
      </w:r>
    </w:p>
    <w:p w14:paraId="175010AF" w14:textId="77777777" w:rsidR="00084EE8" w:rsidRPr="00084EE8" w:rsidRDefault="00084EE8" w:rsidP="006A2C08">
      <w:pPr>
        <w:pStyle w:val="Subbab"/>
        <w:ind w:left="426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c. </w:t>
      </w:r>
      <w:proofErr w:type="spellStart"/>
      <w:r w:rsidRPr="00084EE8">
        <w:rPr>
          <w:b w:val="0"/>
          <w:bCs/>
          <w:lang w:val="en-ID"/>
        </w:rPr>
        <w:t>Mengembangkan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keterampilan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dalam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mengelola</w:t>
      </w:r>
      <w:proofErr w:type="spellEnd"/>
      <w:r w:rsidRPr="00084EE8">
        <w:rPr>
          <w:b w:val="0"/>
          <w:bCs/>
          <w:lang w:val="en-ID"/>
        </w:rPr>
        <w:t xml:space="preserve"> website </w:t>
      </w:r>
      <w:proofErr w:type="spellStart"/>
      <w:r w:rsidRPr="00084EE8">
        <w:rPr>
          <w:b w:val="0"/>
          <w:bCs/>
          <w:lang w:val="en-ID"/>
        </w:rPr>
        <w:t>berbasis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Content Management System</w:t>
      </w:r>
      <w:r w:rsidRPr="00084EE8">
        <w:rPr>
          <w:b w:val="0"/>
          <w:bCs/>
          <w:lang w:val="en-ID"/>
        </w:rPr>
        <w:t xml:space="preserve"> (CMS) WordPress.</w:t>
      </w:r>
    </w:p>
    <w:p w14:paraId="759CD373" w14:textId="77777777" w:rsidR="00084EE8" w:rsidRPr="00084EE8" w:rsidRDefault="00084EE8" w:rsidP="006A2C08">
      <w:pPr>
        <w:pStyle w:val="Subbab"/>
        <w:ind w:left="426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d. </w:t>
      </w:r>
      <w:proofErr w:type="spellStart"/>
      <w:r w:rsidRPr="00084EE8">
        <w:rPr>
          <w:b w:val="0"/>
          <w:bCs/>
          <w:lang w:val="en-ID"/>
        </w:rPr>
        <w:t>Melatih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kemampuan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beradaptasi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berkomunikasi</w:t>
      </w:r>
      <w:proofErr w:type="spellEnd"/>
      <w:r w:rsidRPr="00084EE8">
        <w:rPr>
          <w:b w:val="0"/>
          <w:bCs/>
          <w:lang w:val="en-ID"/>
        </w:rPr>
        <w:t xml:space="preserve">, </w:t>
      </w:r>
      <w:proofErr w:type="spellStart"/>
      <w:r w:rsidRPr="00084EE8">
        <w:rPr>
          <w:b w:val="0"/>
          <w:bCs/>
          <w:lang w:val="en-ID"/>
        </w:rPr>
        <w:t>serta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bekerja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sama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dalam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lingkungan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kerja</w:t>
      </w:r>
      <w:proofErr w:type="spellEnd"/>
      <w:r w:rsidRPr="00084EE8">
        <w:rPr>
          <w:b w:val="0"/>
          <w:bCs/>
          <w:lang w:val="en-ID"/>
        </w:rPr>
        <w:t>.</w:t>
      </w:r>
    </w:p>
    <w:p w14:paraId="1C68E6BB" w14:textId="77777777" w:rsidR="00084EE8" w:rsidRPr="00084EE8" w:rsidRDefault="00084EE8" w:rsidP="006A2C08">
      <w:pPr>
        <w:pStyle w:val="Subbab"/>
        <w:ind w:left="426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e. </w:t>
      </w:r>
      <w:proofErr w:type="spellStart"/>
      <w:r w:rsidRPr="00084EE8">
        <w:rPr>
          <w:b w:val="0"/>
          <w:bCs/>
          <w:lang w:val="en-ID"/>
        </w:rPr>
        <w:t>Mempersiapkan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diri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untuk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memasuki</w:t>
      </w:r>
      <w:proofErr w:type="spellEnd"/>
      <w:r w:rsidRPr="00084EE8">
        <w:rPr>
          <w:b w:val="0"/>
          <w:bCs/>
          <w:lang w:val="en-ID"/>
        </w:rPr>
        <w:t xml:space="preserve"> dunia </w:t>
      </w:r>
      <w:proofErr w:type="spellStart"/>
      <w:r w:rsidRPr="00084EE8">
        <w:rPr>
          <w:b w:val="0"/>
          <w:bCs/>
          <w:lang w:val="en-ID"/>
        </w:rPr>
        <w:t>kerja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dengan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bekal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pengalaman</w:t>
      </w:r>
      <w:proofErr w:type="spellEnd"/>
      <w:r w:rsidRPr="00084EE8">
        <w:rPr>
          <w:b w:val="0"/>
          <w:bCs/>
          <w:lang w:val="en-ID"/>
        </w:rPr>
        <w:t xml:space="preserve"> dan </w:t>
      </w:r>
      <w:proofErr w:type="spellStart"/>
      <w:r w:rsidRPr="00084EE8">
        <w:rPr>
          <w:b w:val="0"/>
          <w:bCs/>
          <w:lang w:val="en-ID"/>
        </w:rPr>
        <w:t>keterampilan</w:t>
      </w:r>
      <w:proofErr w:type="spellEnd"/>
      <w:r w:rsidRPr="00084EE8">
        <w:rPr>
          <w:b w:val="0"/>
          <w:bCs/>
          <w:lang w:val="en-ID"/>
        </w:rPr>
        <w:t xml:space="preserve"> yang </w:t>
      </w:r>
      <w:proofErr w:type="spellStart"/>
      <w:r w:rsidRPr="00084EE8">
        <w:rPr>
          <w:b w:val="0"/>
          <w:bCs/>
          <w:lang w:val="en-ID"/>
        </w:rPr>
        <w:t>relevan</w:t>
      </w:r>
      <w:proofErr w:type="spellEnd"/>
      <w:r w:rsidRPr="00084EE8">
        <w:rPr>
          <w:b w:val="0"/>
          <w:bCs/>
          <w:lang w:val="en-ID"/>
        </w:rPr>
        <w:t>.</w:t>
      </w:r>
    </w:p>
    <w:p w14:paraId="7F684276" w14:textId="77777777" w:rsidR="00084EE8" w:rsidRPr="00084EE8" w:rsidRDefault="00084EE8" w:rsidP="006A2C08">
      <w:pPr>
        <w:pStyle w:val="Subbab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2. Bagi </w:t>
      </w:r>
      <w:proofErr w:type="spellStart"/>
      <w:r w:rsidRPr="00084EE8">
        <w:rPr>
          <w:b w:val="0"/>
          <w:bCs/>
          <w:lang w:val="en-ID"/>
        </w:rPr>
        <w:t>Kemenag</w:t>
      </w:r>
      <w:proofErr w:type="spellEnd"/>
      <w:r w:rsidRPr="00084EE8">
        <w:rPr>
          <w:b w:val="0"/>
          <w:bCs/>
          <w:lang w:val="en-ID"/>
        </w:rPr>
        <w:t xml:space="preserve"> Kota Cilegon</w:t>
      </w:r>
    </w:p>
    <w:p w14:paraId="5DCAA15A" w14:textId="77777777" w:rsidR="00084EE8" w:rsidRPr="00084EE8" w:rsidRDefault="00084EE8" w:rsidP="006A2C08">
      <w:pPr>
        <w:pStyle w:val="Subbab"/>
        <w:ind w:left="720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a. </w:t>
      </w:r>
      <w:proofErr w:type="spellStart"/>
      <w:r w:rsidRPr="00084EE8">
        <w:rPr>
          <w:b w:val="0"/>
          <w:bCs/>
          <w:lang w:val="en-ID"/>
        </w:rPr>
        <w:t>Membantu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pelaksanaan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kegiatan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pengelolaan</w:t>
      </w:r>
      <w:proofErr w:type="spellEnd"/>
      <w:r w:rsidRPr="00084EE8">
        <w:rPr>
          <w:b w:val="0"/>
          <w:bCs/>
          <w:lang w:val="en-ID"/>
        </w:rPr>
        <w:t xml:space="preserve"> dan </w:t>
      </w:r>
      <w:proofErr w:type="spellStart"/>
      <w:r w:rsidRPr="00084EE8">
        <w:rPr>
          <w:b w:val="0"/>
          <w:bCs/>
          <w:lang w:val="en-ID"/>
        </w:rPr>
        <w:t>pengembangan</w:t>
      </w:r>
      <w:proofErr w:type="spellEnd"/>
      <w:r w:rsidRPr="00084EE8">
        <w:rPr>
          <w:b w:val="0"/>
          <w:bCs/>
          <w:lang w:val="en-ID"/>
        </w:rPr>
        <w:t xml:space="preserve"> website </w:t>
      </w:r>
      <w:proofErr w:type="spellStart"/>
      <w:r w:rsidRPr="00084EE8">
        <w:rPr>
          <w:b w:val="0"/>
          <w:bCs/>
          <w:lang w:val="en-ID"/>
        </w:rPr>
        <w:t>instansi</w:t>
      </w:r>
      <w:proofErr w:type="spellEnd"/>
      <w:r w:rsidRPr="00084EE8">
        <w:rPr>
          <w:b w:val="0"/>
          <w:bCs/>
          <w:lang w:val="en-ID"/>
        </w:rPr>
        <w:t>.</w:t>
      </w:r>
    </w:p>
    <w:p w14:paraId="419CD688" w14:textId="77777777" w:rsidR="00084EE8" w:rsidRPr="00084EE8" w:rsidRDefault="00084EE8" w:rsidP="006A2C08">
      <w:pPr>
        <w:pStyle w:val="Subbab"/>
        <w:ind w:left="720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b. </w:t>
      </w:r>
      <w:proofErr w:type="spellStart"/>
      <w:r w:rsidRPr="00084EE8">
        <w:rPr>
          <w:b w:val="0"/>
          <w:bCs/>
          <w:lang w:val="en-ID"/>
        </w:rPr>
        <w:t>Mendukung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peningkatan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kualitas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tampilan</w:t>
      </w:r>
      <w:proofErr w:type="spellEnd"/>
      <w:r w:rsidRPr="00084EE8">
        <w:rPr>
          <w:b w:val="0"/>
          <w:bCs/>
          <w:lang w:val="en-ID"/>
        </w:rPr>
        <w:t xml:space="preserve"> dan </w:t>
      </w:r>
      <w:proofErr w:type="spellStart"/>
      <w:r w:rsidRPr="00084EE8">
        <w:rPr>
          <w:b w:val="0"/>
          <w:bCs/>
          <w:lang w:val="en-ID"/>
        </w:rPr>
        <w:t>pengalaman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pengguna</w:t>
      </w:r>
      <w:proofErr w:type="spellEnd"/>
      <w:r w:rsidRPr="00084EE8">
        <w:rPr>
          <w:b w:val="0"/>
          <w:bCs/>
          <w:lang w:val="en-ID"/>
        </w:rPr>
        <w:t xml:space="preserve"> pada website </w:t>
      </w:r>
      <w:proofErr w:type="spellStart"/>
      <w:r w:rsidRPr="00084EE8">
        <w:rPr>
          <w:b w:val="0"/>
          <w:bCs/>
          <w:lang w:val="en-ID"/>
        </w:rPr>
        <w:t>melalui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penerapan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prinsip</w:t>
      </w:r>
      <w:proofErr w:type="spellEnd"/>
      <w:r w:rsidRPr="00084EE8">
        <w:rPr>
          <w:b w:val="0"/>
          <w:bCs/>
          <w:lang w:val="en-ID"/>
        </w:rPr>
        <w:t xml:space="preserve"> </w:t>
      </w:r>
      <w:r w:rsidRPr="00084EE8">
        <w:rPr>
          <w:b w:val="0"/>
          <w:bCs/>
          <w:i/>
          <w:iCs/>
          <w:lang w:val="en-ID"/>
        </w:rPr>
        <w:t>User Interface</w:t>
      </w:r>
      <w:r w:rsidRPr="00084EE8">
        <w:rPr>
          <w:b w:val="0"/>
          <w:bCs/>
          <w:lang w:val="en-ID"/>
        </w:rPr>
        <w:t xml:space="preserve"> (UI) dan </w:t>
      </w:r>
      <w:r w:rsidRPr="00084EE8">
        <w:rPr>
          <w:b w:val="0"/>
          <w:bCs/>
          <w:i/>
          <w:iCs/>
          <w:lang w:val="en-ID"/>
        </w:rPr>
        <w:t>User Experience</w:t>
      </w:r>
      <w:r w:rsidRPr="00084EE8">
        <w:rPr>
          <w:b w:val="0"/>
          <w:bCs/>
          <w:lang w:val="en-ID"/>
        </w:rPr>
        <w:t xml:space="preserve"> (UX).</w:t>
      </w:r>
    </w:p>
    <w:p w14:paraId="38DEFB45" w14:textId="77777777" w:rsidR="00084EE8" w:rsidRPr="00084EE8" w:rsidRDefault="00084EE8" w:rsidP="006A2C08">
      <w:pPr>
        <w:pStyle w:val="Subbab"/>
        <w:ind w:left="720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c. </w:t>
      </w:r>
      <w:proofErr w:type="spellStart"/>
      <w:r w:rsidRPr="00084EE8">
        <w:rPr>
          <w:b w:val="0"/>
          <w:bCs/>
          <w:lang w:val="en-ID"/>
        </w:rPr>
        <w:t>Membantu</w:t>
      </w:r>
      <w:proofErr w:type="spellEnd"/>
      <w:r w:rsidRPr="00084EE8">
        <w:rPr>
          <w:b w:val="0"/>
          <w:bCs/>
          <w:lang w:val="en-ID"/>
        </w:rPr>
        <w:t xml:space="preserve"> proses </w:t>
      </w:r>
      <w:proofErr w:type="spellStart"/>
      <w:r w:rsidRPr="00084EE8">
        <w:rPr>
          <w:b w:val="0"/>
          <w:bCs/>
          <w:lang w:val="en-ID"/>
        </w:rPr>
        <w:t>pengelolaan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konten</w:t>
      </w:r>
      <w:proofErr w:type="spellEnd"/>
      <w:r w:rsidRPr="00084EE8">
        <w:rPr>
          <w:b w:val="0"/>
          <w:bCs/>
          <w:lang w:val="en-ID"/>
        </w:rPr>
        <w:t xml:space="preserve"> dan </w:t>
      </w:r>
      <w:proofErr w:type="spellStart"/>
      <w:r w:rsidRPr="00084EE8">
        <w:rPr>
          <w:b w:val="0"/>
          <w:bCs/>
          <w:lang w:val="en-ID"/>
        </w:rPr>
        <w:t>penyajian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informasi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kepada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masyarakat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melalui</w:t>
      </w:r>
      <w:proofErr w:type="spellEnd"/>
      <w:r w:rsidRPr="00084EE8">
        <w:rPr>
          <w:b w:val="0"/>
          <w:bCs/>
          <w:lang w:val="en-ID"/>
        </w:rPr>
        <w:t xml:space="preserve"> website </w:t>
      </w:r>
      <w:proofErr w:type="spellStart"/>
      <w:r w:rsidRPr="00084EE8">
        <w:rPr>
          <w:b w:val="0"/>
          <w:bCs/>
          <w:lang w:val="en-ID"/>
        </w:rPr>
        <w:t>instansi</w:t>
      </w:r>
      <w:proofErr w:type="spellEnd"/>
      <w:r w:rsidRPr="00084EE8">
        <w:rPr>
          <w:b w:val="0"/>
          <w:bCs/>
          <w:lang w:val="en-ID"/>
        </w:rPr>
        <w:t>.</w:t>
      </w:r>
    </w:p>
    <w:p w14:paraId="5D5A5411" w14:textId="77777777" w:rsidR="00084EE8" w:rsidRPr="00084EE8" w:rsidRDefault="00084EE8" w:rsidP="006A2C08">
      <w:pPr>
        <w:pStyle w:val="Subbab"/>
        <w:ind w:left="1440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d. </w:t>
      </w:r>
      <w:proofErr w:type="spellStart"/>
      <w:r w:rsidRPr="00084EE8">
        <w:rPr>
          <w:b w:val="0"/>
          <w:bCs/>
          <w:lang w:val="en-ID"/>
        </w:rPr>
        <w:t>Menjalin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kerja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sama</w:t>
      </w:r>
      <w:proofErr w:type="spellEnd"/>
      <w:r w:rsidRPr="00084EE8">
        <w:rPr>
          <w:b w:val="0"/>
          <w:bCs/>
          <w:lang w:val="en-ID"/>
        </w:rPr>
        <w:t xml:space="preserve"> yang </w:t>
      </w:r>
      <w:proofErr w:type="spellStart"/>
      <w:r w:rsidRPr="00084EE8">
        <w:rPr>
          <w:b w:val="0"/>
          <w:bCs/>
          <w:lang w:val="en-ID"/>
        </w:rPr>
        <w:t>baik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antara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instansi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dengan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perguruan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tinggi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dalam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pengembangan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sumber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daya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manusia</w:t>
      </w:r>
      <w:proofErr w:type="spellEnd"/>
      <w:r w:rsidRPr="00084EE8">
        <w:rPr>
          <w:b w:val="0"/>
          <w:bCs/>
          <w:lang w:val="en-ID"/>
        </w:rPr>
        <w:t>.</w:t>
      </w:r>
    </w:p>
    <w:p w14:paraId="6D57ED62" w14:textId="77777777" w:rsidR="00084EE8" w:rsidRPr="00084EE8" w:rsidRDefault="00084EE8" w:rsidP="006A2C08">
      <w:pPr>
        <w:pStyle w:val="Subbab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3. Bagi </w:t>
      </w:r>
      <w:proofErr w:type="spellStart"/>
      <w:r w:rsidRPr="00084EE8">
        <w:rPr>
          <w:b w:val="0"/>
          <w:bCs/>
          <w:lang w:val="en-ID"/>
        </w:rPr>
        <w:t>Perguruan</w:t>
      </w:r>
      <w:proofErr w:type="spellEnd"/>
      <w:r w:rsidRPr="00084EE8">
        <w:rPr>
          <w:b w:val="0"/>
          <w:bCs/>
          <w:lang w:val="en-ID"/>
        </w:rPr>
        <w:t xml:space="preserve"> Tinggi</w:t>
      </w:r>
    </w:p>
    <w:p w14:paraId="613AC74E" w14:textId="77777777" w:rsidR="00084EE8" w:rsidRPr="00084EE8" w:rsidRDefault="00084EE8" w:rsidP="006A2C08">
      <w:pPr>
        <w:pStyle w:val="Subbab"/>
        <w:ind w:left="720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lastRenderedPageBreak/>
        <w:t xml:space="preserve">a. </w:t>
      </w:r>
      <w:proofErr w:type="spellStart"/>
      <w:r w:rsidRPr="00084EE8">
        <w:rPr>
          <w:b w:val="0"/>
          <w:bCs/>
          <w:lang w:val="en-ID"/>
        </w:rPr>
        <w:t>Memperkuat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hubungan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kerja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sama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antara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perguruan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tinggi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dengan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Kemenag</w:t>
      </w:r>
      <w:proofErr w:type="spellEnd"/>
      <w:r w:rsidRPr="00084EE8">
        <w:rPr>
          <w:b w:val="0"/>
          <w:bCs/>
          <w:lang w:val="en-ID"/>
        </w:rPr>
        <w:t xml:space="preserve"> Kota Cilegon.</w:t>
      </w:r>
    </w:p>
    <w:p w14:paraId="26FCDB2C" w14:textId="77777777" w:rsidR="00084EE8" w:rsidRPr="00084EE8" w:rsidRDefault="00084EE8" w:rsidP="006A2C08">
      <w:pPr>
        <w:pStyle w:val="Subbab"/>
        <w:ind w:left="720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b. </w:t>
      </w:r>
      <w:proofErr w:type="spellStart"/>
      <w:r w:rsidRPr="00084EE8">
        <w:rPr>
          <w:b w:val="0"/>
          <w:bCs/>
          <w:lang w:val="en-ID"/>
        </w:rPr>
        <w:t>Menjadi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sarana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evaluasi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terhadap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kesesuaian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antara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materi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pembelajaran</w:t>
      </w:r>
      <w:proofErr w:type="spellEnd"/>
      <w:r w:rsidRPr="00084EE8">
        <w:rPr>
          <w:b w:val="0"/>
          <w:bCs/>
          <w:lang w:val="en-ID"/>
        </w:rPr>
        <w:t xml:space="preserve"> di </w:t>
      </w:r>
      <w:proofErr w:type="spellStart"/>
      <w:r w:rsidRPr="00084EE8">
        <w:rPr>
          <w:b w:val="0"/>
          <w:bCs/>
          <w:lang w:val="en-ID"/>
        </w:rPr>
        <w:t>perguruan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tinggi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dengan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kebutuhan</w:t>
      </w:r>
      <w:proofErr w:type="spellEnd"/>
      <w:r w:rsidRPr="00084EE8">
        <w:rPr>
          <w:b w:val="0"/>
          <w:bCs/>
          <w:lang w:val="en-ID"/>
        </w:rPr>
        <w:t xml:space="preserve"> dunia </w:t>
      </w:r>
      <w:proofErr w:type="spellStart"/>
      <w:r w:rsidRPr="00084EE8">
        <w:rPr>
          <w:b w:val="0"/>
          <w:bCs/>
          <w:lang w:val="en-ID"/>
        </w:rPr>
        <w:t>kerja</w:t>
      </w:r>
      <w:proofErr w:type="spellEnd"/>
      <w:r w:rsidRPr="00084EE8">
        <w:rPr>
          <w:b w:val="0"/>
          <w:bCs/>
          <w:lang w:val="en-ID"/>
        </w:rPr>
        <w:t>.</w:t>
      </w:r>
    </w:p>
    <w:p w14:paraId="4D70E6AC" w14:textId="77777777" w:rsidR="00084EE8" w:rsidRPr="00084EE8" w:rsidRDefault="00084EE8" w:rsidP="006A2C08">
      <w:pPr>
        <w:pStyle w:val="Subbab"/>
        <w:ind w:left="720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c. </w:t>
      </w:r>
      <w:proofErr w:type="spellStart"/>
      <w:r w:rsidRPr="00084EE8">
        <w:rPr>
          <w:b w:val="0"/>
          <w:bCs/>
          <w:lang w:val="en-ID"/>
        </w:rPr>
        <w:t>Meningkatkan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kualitas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pendidikan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melalui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pengalaman</w:t>
      </w:r>
      <w:proofErr w:type="spellEnd"/>
      <w:r w:rsidRPr="00084EE8">
        <w:rPr>
          <w:b w:val="0"/>
          <w:bCs/>
          <w:lang w:val="en-ID"/>
        </w:rPr>
        <w:t xml:space="preserve"> dan </w:t>
      </w:r>
      <w:proofErr w:type="spellStart"/>
      <w:r w:rsidRPr="00084EE8">
        <w:rPr>
          <w:b w:val="0"/>
          <w:bCs/>
          <w:lang w:val="en-ID"/>
        </w:rPr>
        <w:t>masukan</w:t>
      </w:r>
      <w:proofErr w:type="spellEnd"/>
      <w:r w:rsidRPr="00084EE8">
        <w:rPr>
          <w:b w:val="0"/>
          <w:bCs/>
          <w:lang w:val="en-ID"/>
        </w:rPr>
        <w:t xml:space="preserve"> yang </w:t>
      </w:r>
      <w:proofErr w:type="spellStart"/>
      <w:r w:rsidRPr="00084EE8">
        <w:rPr>
          <w:b w:val="0"/>
          <w:bCs/>
          <w:lang w:val="en-ID"/>
        </w:rPr>
        <w:t>diperoleh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mahasiswa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selama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kegiatan</w:t>
      </w:r>
      <w:proofErr w:type="spellEnd"/>
      <w:r w:rsidRPr="00084EE8">
        <w:rPr>
          <w:b w:val="0"/>
          <w:bCs/>
          <w:lang w:val="en-ID"/>
        </w:rPr>
        <w:t xml:space="preserve"> PKL/</w:t>
      </w:r>
      <w:proofErr w:type="spellStart"/>
      <w:r w:rsidRPr="00084EE8">
        <w:rPr>
          <w:b w:val="0"/>
          <w:bCs/>
          <w:lang w:val="en-ID"/>
        </w:rPr>
        <w:t>Magang</w:t>
      </w:r>
      <w:proofErr w:type="spellEnd"/>
      <w:r w:rsidRPr="00084EE8">
        <w:rPr>
          <w:b w:val="0"/>
          <w:bCs/>
          <w:lang w:val="en-ID"/>
        </w:rPr>
        <w:t>.</w:t>
      </w:r>
    </w:p>
    <w:p w14:paraId="7F4E3D75" w14:textId="77777777" w:rsidR="00084EE8" w:rsidRPr="00084EE8" w:rsidRDefault="00084EE8" w:rsidP="006A2C08">
      <w:pPr>
        <w:pStyle w:val="Subbab"/>
        <w:ind w:left="720"/>
        <w:jc w:val="both"/>
        <w:rPr>
          <w:b w:val="0"/>
          <w:bCs/>
          <w:lang w:val="en-ID"/>
        </w:rPr>
      </w:pPr>
      <w:r w:rsidRPr="00084EE8">
        <w:rPr>
          <w:b w:val="0"/>
          <w:bCs/>
          <w:lang w:val="en-ID"/>
        </w:rPr>
        <w:t xml:space="preserve">d. </w:t>
      </w:r>
      <w:proofErr w:type="spellStart"/>
      <w:r w:rsidRPr="00084EE8">
        <w:rPr>
          <w:b w:val="0"/>
          <w:bCs/>
          <w:lang w:val="en-ID"/>
        </w:rPr>
        <w:t>Menghasilkan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lulusan</w:t>
      </w:r>
      <w:proofErr w:type="spellEnd"/>
      <w:r w:rsidRPr="00084EE8">
        <w:rPr>
          <w:b w:val="0"/>
          <w:bCs/>
          <w:lang w:val="en-ID"/>
        </w:rPr>
        <w:t xml:space="preserve"> yang </w:t>
      </w:r>
      <w:proofErr w:type="spellStart"/>
      <w:r w:rsidRPr="00084EE8">
        <w:rPr>
          <w:b w:val="0"/>
          <w:bCs/>
          <w:lang w:val="en-ID"/>
        </w:rPr>
        <w:t>memiliki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kompetensi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akademik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serta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pengalaman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praktis</w:t>
      </w:r>
      <w:proofErr w:type="spellEnd"/>
      <w:r w:rsidRPr="00084EE8">
        <w:rPr>
          <w:b w:val="0"/>
          <w:bCs/>
          <w:lang w:val="en-ID"/>
        </w:rPr>
        <w:t xml:space="preserve"> yang </w:t>
      </w:r>
      <w:proofErr w:type="spellStart"/>
      <w:r w:rsidRPr="00084EE8">
        <w:rPr>
          <w:b w:val="0"/>
          <w:bCs/>
          <w:lang w:val="en-ID"/>
        </w:rPr>
        <w:t>sesuai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dengan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kebutuhan</w:t>
      </w:r>
      <w:proofErr w:type="spellEnd"/>
      <w:r w:rsidRPr="00084EE8">
        <w:rPr>
          <w:b w:val="0"/>
          <w:bCs/>
          <w:lang w:val="en-ID"/>
        </w:rPr>
        <w:t xml:space="preserve"> </w:t>
      </w:r>
      <w:proofErr w:type="spellStart"/>
      <w:r w:rsidRPr="00084EE8">
        <w:rPr>
          <w:b w:val="0"/>
          <w:bCs/>
          <w:lang w:val="en-ID"/>
        </w:rPr>
        <w:t>industri</w:t>
      </w:r>
      <w:proofErr w:type="spellEnd"/>
      <w:r w:rsidRPr="00084EE8">
        <w:rPr>
          <w:b w:val="0"/>
          <w:bCs/>
          <w:lang w:val="en-ID"/>
        </w:rPr>
        <w:t xml:space="preserve"> dan </w:t>
      </w:r>
      <w:proofErr w:type="spellStart"/>
      <w:r w:rsidRPr="00084EE8">
        <w:rPr>
          <w:b w:val="0"/>
          <w:bCs/>
          <w:lang w:val="en-ID"/>
        </w:rPr>
        <w:t>instansi</w:t>
      </w:r>
      <w:proofErr w:type="spellEnd"/>
      <w:r w:rsidRPr="00084EE8">
        <w:rPr>
          <w:b w:val="0"/>
          <w:bCs/>
          <w:lang w:val="en-ID"/>
        </w:rPr>
        <w:t>.</w:t>
      </w:r>
    </w:p>
    <w:p w14:paraId="286CC784" w14:textId="77777777" w:rsidR="00084EE8" w:rsidRPr="00084EE8" w:rsidRDefault="00084EE8" w:rsidP="006A2C08">
      <w:pPr>
        <w:pStyle w:val="Subbab"/>
        <w:jc w:val="both"/>
        <w:rPr>
          <w:lang w:val="en-ID"/>
        </w:rPr>
      </w:pPr>
    </w:p>
    <w:p w14:paraId="74A0FD6A" w14:textId="77777777" w:rsidR="006512E0" w:rsidRDefault="008111AB" w:rsidP="006A2C08">
      <w:pPr>
        <w:pStyle w:val="AnakSubbab"/>
        <w:jc w:val="both"/>
      </w:pPr>
      <w:r>
        <w:t xml:space="preserve">1.4.1 Manfaat </w:t>
      </w:r>
      <w:proofErr w:type="spellStart"/>
      <w:r>
        <w:t>teoritis</w:t>
      </w:r>
      <w:proofErr w:type="spellEnd"/>
    </w:p>
    <w:p w14:paraId="780378E6" w14:textId="7C40B122" w:rsidR="00FF4AE2" w:rsidRPr="00FF4AE2" w:rsidRDefault="00FF4AE2" w:rsidP="006A2C08">
      <w:pPr>
        <w:pStyle w:val="AnakSubbab"/>
        <w:ind w:left="720" w:firstLine="720"/>
        <w:jc w:val="both"/>
        <w:rPr>
          <w:b w:val="0"/>
          <w:bCs/>
        </w:rPr>
      </w:pPr>
      <w:proofErr w:type="spellStart"/>
      <w:r w:rsidRPr="00FF4AE2">
        <w:rPr>
          <w:b w:val="0"/>
          <w:bCs/>
        </w:rPr>
        <w:t>Kegiatan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Praktik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Kerja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Lapangan</w:t>
      </w:r>
      <w:proofErr w:type="spellEnd"/>
      <w:r w:rsidRPr="00FF4AE2">
        <w:rPr>
          <w:b w:val="0"/>
          <w:bCs/>
        </w:rPr>
        <w:t xml:space="preserve"> (PKL) </w:t>
      </w:r>
      <w:proofErr w:type="spellStart"/>
      <w:r w:rsidRPr="00FF4AE2">
        <w:rPr>
          <w:b w:val="0"/>
          <w:bCs/>
        </w:rPr>
        <w:t>ini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diharapkan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dapat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menambah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wawasan</w:t>
      </w:r>
      <w:proofErr w:type="spellEnd"/>
      <w:r w:rsidRPr="00FF4AE2">
        <w:rPr>
          <w:b w:val="0"/>
          <w:bCs/>
        </w:rPr>
        <w:t xml:space="preserve"> dan </w:t>
      </w:r>
      <w:proofErr w:type="spellStart"/>
      <w:r w:rsidRPr="00FF4AE2">
        <w:rPr>
          <w:b w:val="0"/>
          <w:bCs/>
        </w:rPr>
        <w:t>pengetahuan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mengenai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penerapan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teknologi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informasi</w:t>
      </w:r>
      <w:proofErr w:type="spellEnd"/>
      <w:r w:rsidRPr="00FF4AE2">
        <w:rPr>
          <w:b w:val="0"/>
          <w:bCs/>
        </w:rPr>
        <w:t xml:space="preserve">, </w:t>
      </w:r>
      <w:proofErr w:type="spellStart"/>
      <w:r w:rsidRPr="00FF4AE2">
        <w:rPr>
          <w:b w:val="0"/>
          <w:bCs/>
        </w:rPr>
        <w:t>khususnya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dalam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pengelolaan</w:t>
      </w:r>
      <w:proofErr w:type="spellEnd"/>
      <w:r w:rsidRPr="00FF4AE2">
        <w:rPr>
          <w:b w:val="0"/>
          <w:bCs/>
        </w:rPr>
        <w:t xml:space="preserve"> dan </w:t>
      </w:r>
      <w:proofErr w:type="spellStart"/>
      <w:r w:rsidRPr="00FF4AE2">
        <w:rPr>
          <w:b w:val="0"/>
          <w:bCs/>
        </w:rPr>
        <w:t>pengembangan</w:t>
      </w:r>
      <w:proofErr w:type="spellEnd"/>
      <w:r w:rsidRPr="00FF4AE2">
        <w:rPr>
          <w:b w:val="0"/>
          <w:bCs/>
        </w:rPr>
        <w:t xml:space="preserve"> website </w:t>
      </w:r>
      <w:proofErr w:type="spellStart"/>
      <w:r w:rsidRPr="00FF4AE2">
        <w:rPr>
          <w:b w:val="0"/>
          <w:bCs/>
        </w:rPr>
        <w:t>instansi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pemerintahan</w:t>
      </w:r>
      <w:proofErr w:type="spellEnd"/>
      <w:r w:rsidRPr="00FF4AE2">
        <w:rPr>
          <w:b w:val="0"/>
          <w:bCs/>
        </w:rPr>
        <w:t xml:space="preserve">. Selain </w:t>
      </w:r>
      <w:proofErr w:type="spellStart"/>
      <w:r w:rsidRPr="00FF4AE2">
        <w:rPr>
          <w:b w:val="0"/>
          <w:bCs/>
        </w:rPr>
        <w:t>itu</w:t>
      </w:r>
      <w:proofErr w:type="spellEnd"/>
      <w:r w:rsidRPr="00FF4AE2">
        <w:rPr>
          <w:b w:val="0"/>
          <w:bCs/>
        </w:rPr>
        <w:t xml:space="preserve">, </w:t>
      </w:r>
      <w:proofErr w:type="spellStart"/>
      <w:r w:rsidRPr="00FF4AE2">
        <w:rPr>
          <w:b w:val="0"/>
          <w:bCs/>
        </w:rPr>
        <w:t>kegiatan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ini</w:t>
      </w:r>
      <w:proofErr w:type="spellEnd"/>
      <w:r w:rsidRPr="00FF4AE2">
        <w:rPr>
          <w:b w:val="0"/>
          <w:bCs/>
        </w:rPr>
        <w:t xml:space="preserve"> juga </w:t>
      </w:r>
      <w:proofErr w:type="spellStart"/>
      <w:r w:rsidRPr="00FF4AE2">
        <w:rPr>
          <w:b w:val="0"/>
          <w:bCs/>
        </w:rPr>
        <w:t>dapat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menjadi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sarana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untuk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menghubungkan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teori</w:t>
      </w:r>
      <w:proofErr w:type="spellEnd"/>
      <w:r w:rsidRPr="00FF4AE2">
        <w:rPr>
          <w:b w:val="0"/>
          <w:bCs/>
        </w:rPr>
        <w:t xml:space="preserve"> yang </w:t>
      </w:r>
      <w:proofErr w:type="spellStart"/>
      <w:r w:rsidRPr="00FF4AE2">
        <w:rPr>
          <w:b w:val="0"/>
          <w:bCs/>
        </w:rPr>
        <w:t>diperoleh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selama</w:t>
      </w:r>
      <w:proofErr w:type="spellEnd"/>
      <w:r w:rsidRPr="00FF4AE2">
        <w:rPr>
          <w:b w:val="0"/>
          <w:bCs/>
        </w:rPr>
        <w:t xml:space="preserve"> proses </w:t>
      </w:r>
      <w:proofErr w:type="spellStart"/>
      <w:r w:rsidRPr="00FF4AE2">
        <w:rPr>
          <w:b w:val="0"/>
          <w:bCs/>
        </w:rPr>
        <w:t>pembelajaran</w:t>
      </w:r>
      <w:proofErr w:type="spellEnd"/>
      <w:r w:rsidRPr="00FF4AE2">
        <w:rPr>
          <w:b w:val="0"/>
          <w:bCs/>
        </w:rPr>
        <w:t xml:space="preserve"> di </w:t>
      </w:r>
      <w:proofErr w:type="spellStart"/>
      <w:r w:rsidRPr="00FF4AE2">
        <w:rPr>
          <w:b w:val="0"/>
          <w:bCs/>
        </w:rPr>
        <w:t>sekolah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dengan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praktik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kerja</w:t>
      </w:r>
      <w:proofErr w:type="spellEnd"/>
      <w:r w:rsidRPr="00FF4AE2">
        <w:rPr>
          <w:b w:val="0"/>
          <w:bCs/>
        </w:rPr>
        <w:t xml:space="preserve"> yang </w:t>
      </w:r>
      <w:proofErr w:type="spellStart"/>
      <w:r w:rsidRPr="00FF4AE2">
        <w:rPr>
          <w:b w:val="0"/>
          <w:bCs/>
        </w:rPr>
        <w:t>dilakukan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secara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langsung</w:t>
      </w:r>
      <w:proofErr w:type="spellEnd"/>
      <w:r w:rsidRPr="00FF4AE2">
        <w:rPr>
          <w:b w:val="0"/>
          <w:bCs/>
        </w:rPr>
        <w:t xml:space="preserve"> di </w:t>
      </w:r>
      <w:proofErr w:type="spellStart"/>
      <w:r w:rsidRPr="00FF4AE2">
        <w:rPr>
          <w:b w:val="0"/>
          <w:bCs/>
        </w:rPr>
        <w:t>lingkungan</w:t>
      </w:r>
      <w:proofErr w:type="spellEnd"/>
      <w:r w:rsidRPr="00FF4AE2">
        <w:rPr>
          <w:b w:val="0"/>
          <w:bCs/>
        </w:rPr>
        <w:t xml:space="preserve"> Kementerian Agama Kota Cilegon, </w:t>
      </w:r>
      <w:proofErr w:type="spellStart"/>
      <w:r w:rsidRPr="00FF4AE2">
        <w:rPr>
          <w:b w:val="0"/>
          <w:bCs/>
        </w:rPr>
        <w:t>sehingga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dapat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memperkaya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pemahaman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peserta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didik</w:t>
      </w:r>
      <w:proofErr w:type="spellEnd"/>
      <w:r w:rsidRPr="00FF4AE2">
        <w:rPr>
          <w:b w:val="0"/>
          <w:bCs/>
        </w:rPr>
        <w:t xml:space="preserve"> </w:t>
      </w:r>
      <w:proofErr w:type="spellStart"/>
      <w:r w:rsidRPr="00FF4AE2">
        <w:rPr>
          <w:b w:val="0"/>
          <w:bCs/>
        </w:rPr>
        <w:t>mengenai</w:t>
      </w:r>
      <w:proofErr w:type="spellEnd"/>
      <w:r w:rsidRPr="00FF4AE2">
        <w:rPr>
          <w:b w:val="0"/>
          <w:bCs/>
        </w:rPr>
        <w:t xml:space="preserve"> dunia </w:t>
      </w:r>
      <w:proofErr w:type="spellStart"/>
      <w:r w:rsidRPr="00FF4AE2">
        <w:rPr>
          <w:b w:val="0"/>
          <w:bCs/>
        </w:rPr>
        <w:t>kerja</w:t>
      </w:r>
      <w:proofErr w:type="spellEnd"/>
      <w:r w:rsidRPr="00FF4AE2">
        <w:rPr>
          <w:b w:val="0"/>
          <w:bCs/>
        </w:rPr>
        <w:t xml:space="preserve"> yang </w:t>
      </w:r>
      <w:proofErr w:type="spellStart"/>
      <w:r w:rsidRPr="00FF4AE2">
        <w:rPr>
          <w:b w:val="0"/>
          <w:bCs/>
        </w:rPr>
        <w:t>sesungguhnya</w:t>
      </w:r>
      <w:proofErr w:type="spellEnd"/>
      <w:r w:rsidRPr="00FF4AE2">
        <w:rPr>
          <w:b w:val="0"/>
          <w:bCs/>
        </w:rPr>
        <w:t>.</w:t>
      </w:r>
    </w:p>
    <w:p w14:paraId="6D81A0F3" w14:textId="77777777" w:rsidR="006512E0" w:rsidRDefault="008111AB" w:rsidP="006A2C08">
      <w:pPr>
        <w:pStyle w:val="AnakSubbab"/>
        <w:jc w:val="both"/>
      </w:pPr>
      <w:r>
        <w:t xml:space="preserve">1.4.2 Manfaat </w:t>
      </w:r>
      <w:proofErr w:type="spellStart"/>
      <w:r>
        <w:t>praktis</w:t>
      </w:r>
      <w:proofErr w:type="spellEnd"/>
    </w:p>
    <w:p w14:paraId="4374B70B" w14:textId="77777777" w:rsidR="006120D7" w:rsidRPr="006120D7" w:rsidRDefault="006120D7" w:rsidP="006A2C08">
      <w:pPr>
        <w:pStyle w:val="AnakSubbab"/>
        <w:numPr>
          <w:ilvl w:val="0"/>
          <w:numId w:val="28"/>
        </w:numPr>
        <w:jc w:val="both"/>
        <w:rPr>
          <w:b w:val="0"/>
          <w:lang w:val="en-ID"/>
        </w:rPr>
      </w:pPr>
      <w:r w:rsidRPr="006120D7">
        <w:rPr>
          <w:b w:val="0"/>
          <w:lang w:val="en-ID"/>
        </w:rPr>
        <w:t xml:space="preserve">Bagi </w:t>
      </w:r>
      <w:proofErr w:type="spellStart"/>
      <w:r w:rsidRPr="006120D7">
        <w:rPr>
          <w:b w:val="0"/>
          <w:lang w:val="en-ID"/>
        </w:rPr>
        <w:t>Peserta</w:t>
      </w:r>
      <w:proofErr w:type="spellEnd"/>
      <w:r w:rsidRPr="006120D7">
        <w:rPr>
          <w:b w:val="0"/>
          <w:lang w:val="en-ID"/>
        </w:rPr>
        <w:t xml:space="preserve"> PKL/</w:t>
      </w:r>
      <w:proofErr w:type="spellStart"/>
      <w:r w:rsidRPr="006120D7">
        <w:rPr>
          <w:b w:val="0"/>
          <w:lang w:val="en-ID"/>
        </w:rPr>
        <w:t>Magang</w:t>
      </w:r>
      <w:proofErr w:type="spellEnd"/>
    </w:p>
    <w:p w14:paraId="6F9F04B9" w14:textId="77777777" w:rsidR="006120D7" w:rsidRPr="006120D7" w:rsidRDefault="006120D7" w:rsidP="006A2C08">
      <w:pPr>
        <w:pStyle w:val="AnakSubbab"/>
        <w:ind w:left="720"/>
        <w:jc w:val="both"/>
        <w:rPr>
          <w:b w:val="0"/>
          <w:lang w:val="en-ID"/>
        </w:rPr>
      </w:pPr>
      <w:proofErr w:type="spellStart"/>
      <w:r w:rsidRPr="006120D7">
        <w:rPr>
          <w:b w:val="0"/>
          <w:lang w:val="en-ID"/>
        </w:rPr>
        <w:t>Memberikan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pengalaman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kerja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secara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langsung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serta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meningkatkan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keterampilan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dalam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bidang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teknologi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informasi</w:t>
      </w:r>
      <w:proofErr w:type="spellEnd"/>
      <w:r w:rsidRPr="006120D7">
        <w:rPr>
          <w:b w:val="0"/>
          <w:lang w:val="en-ID"/>
        </w:rPr>
        <w:t xml:space="preserve">, </w:t>
      </w:r>
      <w:proofErr w:type="spellStart"/>
      <w:r w:rsidRPr="006120D7">
        <w:rPr>
          <w:b w:val="0"/>
          <w:lang w:val="en-ID"/>
        </w:rPr>
        <w:t>khususnya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dalam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pengelolaan</w:t>
      </w:r>
      <w:proofErr w:type="spellEnd"/>
      <w:r w:rsidRPr="006120D7">
        <w:rPr>
          <w:b w:val="0"/>
          <w:lang w:val="en-ID"/>
        </w:rPr>
        <w:t xml:space="preserve"> dan </w:t>
      </w:r>
      <w:proofErr w:type="spellStart"/>
      <w:r w:rsidRPr="006120D7">
        <w:rPr>
          <w:b w:val="0"/>
          <w:lang w:val="en-ID"/>
        </w:rPr>
        <w:t>pengembangan</w:t>
      </w:r>
      <w:proofErr w:type="spellEnd"/>
      <w:r w:rsidRPr="006120D7">
        <w:rPr>
          <w:b w:val="0"/>
          <w:lang w:val="en-ID"/>
        </w:rPr>
        <w:t xml:space="preserve"> website </w:t>
      </w:r>
      <w:proofErr w:type="spellStart"/>
      <w:r w:rsidRPr="006120D7">
        <w:rPr>
          <w:b w:val="0"/>
          <w:lang w:val="en-ID"/>
        </w:rPr>
        <w:t>instansi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pemerintahan</w:t>
      </w:r>
      <w:proofErr w:type="spellEnd"/>
      <w:r w:rsidRPr="006120D7">
        <w:rPr>
          <w:b w:val="0"/>
          <w:lang w:val="en-ID"/>
        </w:rPr>
        <w:t xml:space="preserve">. Selain </w:t>
      </w:r>
      <w:proofErr w:type="spellStart"/>
      <w:r w:rsidRPr="006120D7">
        <w:rPr>
          <w:b w:val="0"/>
          <w:lang w:val="en-ID"/>
        </w:rPr>
        <w:t>itu</w:t>
      </w:r>
      <w:proofErr w:type="spellEnd"/>
      <w:r w:rsidRPr="006120D7">
        <w:rPr>
          <w:b w:val="0"/>
          <w:lang w:val="en-ID"/>
        </w:rPr>
        <w:t xml:space="preserve">, </w:t>
      </w:r>
      <w:proofErr w:type="spellStart"/>
      <w:r w:rsidRPr="006120D7">
        <w:rPr>
          <w:b w:val="0"/>
          <w:lang w:val="en-ID"/>
        </w:rPr>
        <w:t>peserta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dapat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mengembangkan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kemampuan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komunikasi</w:t>
      </w:r>
      <w:proofErr w:type="spellEnd"/>
      <w:r w:rsidRPr="006120D7">
        <w:rPr>
          <w:b w:val="0"/>
          <w:lang w:val="en-ID"/>
        </w:rPr>
        <w:t xml:space="preserve">, </w:t>
      </w:r>
      <w:proofErr w:type="spellStart"/>
      <w:r w:rsidRPr="006120D7">
        <w:rPr>
          <w:b w:val="0"/>
          <w:lang w:val="en-ID"/>
        </w:rPr>
        <w:t>kerja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sama</w:t>
      </w:r>
      <w:proofErr w:type="spellEnd"/>
      <w:r w:rsidRPr="006120D7">
        <w:rPr>
          <w:b w:val="0"/>
          <w:lang w:val="en-ID"/>
        </w:rPr>
        <w:t xml:space="preserve">, dan </w:t>
      </w:r>
      <w:proofErr w:type="spellStart"/>
      <w:r w:rsidRPr="006120D7">
        <w:rPr>
          <w:b w:val="0"/>
          <w:lang w:val="en-ID"/>
        </w:rPr>
        <w:t>tanggung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jawab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dalam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lingkungan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kerja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profesional</w:t>
      </w:r>
      <w:proofErr w:type="spellEnd"/>
      <w:r w:rsidRPr="006120D7">
        <w:rPr>
          <w:b w:val="0"/>
          <w:lang w:val="en-ID"/>
        </w:rPr>
        <w:t>.</w:t>
      </w:r>
    </w:p>
    <w:p w14:paraId="42852458" w14:textId="77777777" w:rsidR="006120D7" w:rsidRPr="006120D7" w:rsidRDefault="006120D7" w:rsidP="006A2C08">
      <w:pPr>
        <w:pStyle w:val="AnakSubbab"/>
        <w:numPr>
          <w:ilvl w:val="0"/>
          <w:numId w:val="28"/>
        </w:numPr>
        <w:jc w:val="both"/>
        <w:rPr>
          <w:b w:val="0"/>
          <w:lang w:val="en-ID"/>
        </w:rPr>
      </w:pPr>
      <w:r w:rsidRPr="006120D7">
        <w:rPr>
          <w:b w:val="0"/>
          <w:lang w:val="en-ID"/>
        </w:rPr>
        <w:t xml:space="preserve">Bagi </w:t>
      </w:r>
      <w:r w:rsidRPr="006120D7">
        <w:rPr>
          <w:b w:val="0"/>
          <w:i/>
          <w:iCs/>
          <w:lang w:val="en-ID"/>
        </w:rPr>
        <w:t>Kementerian Agama Kota Cilegon</w:t>
      </w:r>
    </w:p>
    <w:p w14:paraId="55DE22DF" w14:textId="7E250303" w:rsidR="006A2C08" w:rsidRPr="002C509E" w:rsidRDefault="006120D7" w:rsidP="002C509E">
      <w:pPr>
        <w:pStyle w:val="AnakSubbab"/>
        <w:ind w:left="720"/>
        <w:jc w:val="both"/>
        <w:rPr>
          <w:b w:val="0"/>
          <w:lang w:val="en-ID"/>
        </w:rPr>
      </w:pPr>
      <w:proofErr w:type="spellStart"/>
      <w:r w:rsidRPr="006120D7">
        <w:rPr>
          <w:b w:val="0"/>
          <w:lang w:val="en-ID"/>
        </w:rPr>
        <w:t>Membantu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pelaksanaan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tugas</w:t>
      </w:r>
      <w:proofErr w:type="spellEnd"/>
      <w:r w:rsidRPr="006120D7">
        <w:rPr>
          <w:b w:val="0"/>
          <w:lang w:val="en-ID"/>
        </w:rPr>
        <w:t xml:space="preserve"> dan </w:t>
      </w:r>
      <w:proofErr w:type="spellStart"/>
      <w:r w:rsidRPr="006120D7">
        <w:rPr>
          <w:b w:val="0"/>
          <w:lang w:val="en-ID"/>
        </w:rPr>
        <w:t>kegiatan</w:t>
      </w:r>
      <w:proofErr w:type="spellEnd"/>
      <w:r w:rsidRPr="006120D7">
        <w:rPr>
          <w:b w:val="0"/>
          <w:lang w:val="en-ID"/>
        </w:rPr>
        <w:t xml:space="preserve"> yang </w:t>
      </w:r>
      <w:proofErr w:type="spellStart"/>
      <w:r w:rsidRPr="006120D7">
        <w:rPr>
          <w:b w:val="0"/>
          <w:lang w:val="en-ID"/>
        </w:rPr>
        <w:t>berkaitan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dengan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pengelolaan</w:t>
      </w:r>
      <w:proofErr w:type="spellEnd"/>
      <w:r w:rsidRPr="006120D7">
        <w:rPr>
          <w:b w:val="0"/>
          <w:lang w:val="en-ID"/>
        </w:rPr>
        <w:t xml:space="preserve"> website </w:t>
      </w:r>
      <w:proofErr w:type="spellStart"/>
      <w:r w:rsidRPr="006120D7">
        <w:rPr>
          <w:b w:val="0"/>
          <w:lang w:val="en-ID"/>
        </w:rPr>
        <w:t>serta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memberikan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kontribusi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berupa</w:t>
      </w:r>
      <w:proofErr w:type="spellEnd"/>
      <w:r w:rsidRPr="006120D7">
        <w:rPr>
          <w:b w:val="0"/>
          <w:lang w:val="en-ID"/>
        </w:rPr>
        <w:t xml:space="preserve"> ide, </w:t>
      </w:r>
      <w:proofErr w:type="spellStart"/>
      <w:r w:rsidRPr="006120D7">
        <w:rPr>
          <w:b w:val="0"/>
          <w:lang w:val="en-ID"/>
        </w:rPr>
        <w:t>inovasi</w:t>
      </w:r>
      <w:proofErr w:type="spellEnd"/>
      <w:r w:rsidRPr="006120D7">
        <w:rPr>
          <w:b w:val="0"/>
          <w:lang w:val="en-ID"/>
        </w:rPr>
        <w:t xml:space="preserve">, dan </w:t>
      </w:r>
      <w:proofErr w:type="spellStart"/>
      <w:r w:rsidRPr="006120D7">
        <w:rPr>
          <w:b w:val="0"/>
          <w:lang w:val="en-ID"/>
        </w:rPr>
        <w:t>hasil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pekerjaan</w:t>
      </w:r>
      <w:proofErr w:type="spellEnd"/>
      <w:r w:rsidRPr="006120D7">
        <w:rPr>
          <w:b w:val="0"/>
          <w:lang w:val="en-ID"/>
        </w:rPr>
        <w:t xml:space="preserve"> yang </w:t>
      </w:r>
      <w:proofErr w:type="spellStart"/>
      <w:r w:rsidRPr="006120D7">
        <w:rPr>
          <w:b w:val="0"/>
          <w:lang w:val="en-ID"/>
        </w:rPr>
        <w:t>dapat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mendukung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penyebaran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informasi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kepada</w:t>
      </w:r>
      <w:proofErr w:type="spellEnd"/>
      <w:r w:rsidRPr="006120D7">
        <w:rPr>
          <w:b w:val="0"/>
          <w:lang w:val="en-ID"/>
        </w:rPr>
        <w:t xml:space="preserve"> </w:t>
      </w:r>
      <w:proofErr w:type="spellStart"/>
      <w:r w:rsidRPr="006120D7">
        <w:rPr>
          <w:b w:val="0"/>
          <w:lang w:val="en-ID"/>
        </w:rPr>
        <w:t>masyarakat</w:t>
      </w:r>
      <w:proofErr w:type="spellEnd"/>
      <w:r w:rsidRPr="006120D7">
        <w:rPr>
          <w:b w:val="0"/>
          <w:lang w:val="en-ID"/>
        </w:rPr>
        <w:t>.</w:t>
      </w:r>
    </w:p>
    <w:p w14:paraId="3E0C3A95" w14:textId="276A3A05" w:rsidR="009144C8" w:rsidRDefault="008111AB" w:rsidP="002C509E">
      <w:pPr>
        <w:pStyle w:val="BabTitle"/>
      </w:pPr>
      <w:r>
        <w:lastRenderedPageBreak/>
        <w:t>BAB II</w:t>
      </w:r>
      <w:r>
        <w:br/>
        <w:t>KAJIAN PUSTAKA</w:t>
      </w:r>
    </w:p>
    <w:p w14:paraId="3633576E" w14:textId="77777777" w:rsidR="002C509E" w:rsidRDefault="002C509E" w:rsidP="002C509E">
      <w:pPr>
        <w:pStyle w:val="BabTitle"/>
      </w:pPr>
    </w:p>
    <w:p w14:paraId="3577AB89" w14:textId="165A5C8C" w:rsidR="0007110D" w:rsidRDefault="008111AB" w:rsidP="006A2C08">
      <w:pPr>
        <w:pStyle w:val="Subbab"/>
        <w:jc w:val="both"/>
      </w:pPr>
      <w:r>
        <w:t>2.1 Kajian Pustaka</w:t>
      </w:r>
    </w:p>
    <w:p w14:paraId="5AA98380" w14:textId="77777777" w:rsidR="008B2824" w:rsidRPr="008B2824" w:rsidRDefault="008B2824" w:rsidP="006A2C08">
      <w:pPr>
        <w:pStyle w:val="Subbab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 xml:space="preserve">2.1 </w:t>
      </w:r>
      <w:proofErr w:type="spellStart"/>
      <w:r w:rsidRPr="008B2824">
        <w:rPr>
          <w:b w:val="0"/>
          <w:lang w:val="en-ID"/>
        </w:rPr>
        <w:t>Praktik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Kerja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Lapangan</w:t>
      </w:r>
      <w:proofErr w:type="spellEnd"/>
      <w:r w:rsidRPr="008B2824">
        <w:rPr>
          <w:b w:val="0"/>
          <w:lang w:val="en-ID"/>
        </w:rPr>
        <w:t xml:space="preserve"> (PKL)</w:t>
      </w:r>
    </w:p>
    <w:p w14:paraId="3426B43F" w14:textId="77777777" w:rsidR="008B2824" w:rsidRPr="008B2824" w:rsidRDefault="008B2824" w:rsidP="006A2C08">
      <w:pPr>
        <w:pStyle w:val="Subbab"/>
        <w:ind w:left="720" w:firstLine="720"/>
        <w:jc w:val="both"/>
        <w:rPr>
          <w:b w:val="0"/>
          <w:lang w:val="en-ID"/>
        </w:rPr>
      </w:pPr>
      <w:proofErr w:type="spellStart"/>
      <w:r w:rsidRPr="008B2824">
        <w:rPr>
          <w:b w:val="0"/>
          <w:lang w:val="en-ID"/>
        </w:rPr>
        <w:t>Praktik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Kerja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Lapangan</w:t>
      </w:r>
      <w:proofErr w:type="spellEnd"/>
      <w:r w:rsidRPr="008B2824">
        <w:rPr>
          <w:b w:val="0"/>
          <w:lang w:val="en-ID"/>
        </w:rPr>
        <w:t xml:space="preserve"> (PKL) </w:t>
      </w:r>
      <w:proofErr w:type="spellStart"/>
      <w:r w:rsidRPr="008B2824">
        <w:rPr>
          <w:b w:val="0"/>
          <w:lang w:val="en-ID"/>
        </w:rPr>
        <w:t>merupakan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kegiatan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pembelajaran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dilaksanakan</w:t>
      </w:r>
      <w:proofErr w:type="spellEnd"/>
      <w:r w:rsidRPr="008B2824">
        <w:rPr>
          <w:b w:val="0"/>
          <w:lang w:val="en-ID"/>
        </w:rPr>
        <w:t xml:space="preserve"> di dunia </w:t>
      </w:r>
      <w:proofErr w:type="spellStart"/>
      <w:r w:rsidRPr="008B2824">
        <w:rPr>
          <w:b w:val="0"/>
          <w:lang w:val="en-ID"/>
        </w:rPr>
        <w:t>kerja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sebagai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bentuk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penerapan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kompetensi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telah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diperoleh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peserta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didik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selama</w:t>
      </w:r>
      <w:proofErr w:type="spellEnd"/>
      <w:r w:rsidRPr="008B2824">
        <w:rPr>
          <w:b w:val="0"/>
          <w:lang w:val="en-ID"/>
        </w:rPr>
        <w:t xml:space="preserve"> proses </w:t>
      </w:r>
      <w:proofErr w:type="spellStart"/>
      <w:r w:rsidRPr="008B2824">
        <w:rPr>
          <w:b w:val="0"/>
          <w:lang w:val="en-ID"/>
        </w:rPr>
        <w:t>pembelajaran</w:t>
      </w:r>
      <w:proofErr w:type="spellEnd"/>
      <w:r w:rsidRPr="008B2824">
        <w:rPr>
          <w:b w:val="0"/>
          <w:lang w:val="en-ID"/>
        </w:rPr>
        <w:t xml:space="preserve"> di </w:t>
      </w:r>
      <w:proofErr w:type="spellStart"/>
      <w:r w:rsidRPr="008B2824">
        <w:rPr>
          <w:b w:val="0"/>
          <w:lang w:val="en-ID"/>
        </w:rPr>
        <w:t>sekolah</w:t>
      </w:r>
      <w:proofErr w:type="spellEnd"/>
      <w:r w:rsidRPr="008B2824">
        <w:rPr>
          <w:b w:val="0"/>
          <w:lang w:val="en-ID"/>
        </w:rPr>
        <w:t xml:space="preserve">. PKL </w:t>
      </w:r>
      <w:proofErr w:type="spellStart"/>
      <w:r w:rsidRPr="008B2824">
        <w:rPr>
          <w:b w:val="0"/>
          <w:lang w:val="en-ID"/>
        </w:rPr>
        <w:t>bertujuan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untuk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memberikan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pengalaman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kerja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nyata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meningkatkan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keterampilan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serta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menumbuhkan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sikap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profesional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sesuai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dengan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bidang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keahlian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dimiliki</w:t>
      </w:r>
      <w:proofErr w:type="spellEnd"/>
      <w:r w:rsidRPr="008B2824">
        <w:rPr>
          <w:b w:val="0"/>
          <w:lang w:val="en-ID"/>
        </w:rPr>
        <w:t>.</w:t>
      </w:r>
    </w:p>
    <w:p w14:paraId="4BDD9A32" w14:textId="77777777" w:rsidR="008B2824" w:rsidRPr="008B2824" w:rsidRDefault="008B2824" w:rsidP="006A2C08">
      <w:pPr>
        <w:pStyle w:val="Subbab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>2.2 Website</w:t>
      </w:r>
    </w:p>
    <w:p w14:paraId="0F714AAE" w14:textId="77777777" w:rsidR="008B2824" w:rsidRPr="008B2824" w:rsidRDefault="008B2824" w:rsidP="006A2C08">
      <w:pPr>
        <w:pStyle w:val="Subbab"/>
        <w:ind w:left="720" w:firstLine="720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 xml:space="preserve">Website </w:t>
      </w:r>
      <w:proofErr w:type="spellStart"/>
      <w:r w:rsidRPr="008B2824">
        <w:rPr>
          <w:b w:val="0"/>
          <w:lang w:val="en-ID"/>
        </w:rPr>
        <w:t>adalah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kumpulan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halaman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saling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terhubung</w:t>
      </w:r>
      <w:proofErr w:type="spellEnd"/>
      <w:r w:rsidRPr="008B2824">
        <w:rPr>
          <w:b w:val="0"/>
          <w:lang w:val="en-ID"/>
        </w:rPr>
        <w:t xml:space="preserve"> dan </w:t>
      </w:r>
      <w:proofErr w:type="spellStart"/>
      <w:r w:rsidRPr="008B2824">
        <w:rPr>
          <w:b w:val="0"/>
          <w:lang w:val="en-ID"/>
        </w:rPr>
        <w:t>dapat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diakses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melalui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jaringan</w:t>
      </w:r>
      <w:proofErr w:type="spellEnd"/>
      <w:r w:rsidRPr="008B2824">
        <w:rPr>
          <w:b w:val="0"/>
          <w:lang w:val="en-ID"/>
        </w:rPr>
        <w:t xml:space="preserve"> internet </w:t>
      </w:r>
      <w:proofErr w:type="spellStart"/>
      <w:r w:rsidRPr="008B2824">
        <w:rPr>
          <w:b w:val="0"/>
          <w:lang w:val="en-ID"/>
        </w:rPr>
        <w:t>menggunakan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peramban</w:t>
      </w:r>
      <w:proofErr w:type="spellEnd"/>
      <w:r w:rsidRPr="008B2824">
        <w:rPr>
          <w:b w:val="0"/>
          <w:lang w:val="en-ID"/>
        </w:rPr>
        <w:t xml:space="preserve"> (browser). Website </w:t>
      </w:r>
      <w:proofErr w:type="spellStart"/>
      <w:r w:rsidRPr="008B2824">
        <w:rPr>
          <w:b w:val="0"/>
          <w:lang w:val="en-ID"/>
        </w:rPr>
        <w:t>berfungsi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sebagai</w:t>
      </w:r>
      <w:proofErr w:type="spellEnd"/>
      <w:r w:rsidRPr="008B2824">
        <w:rPr>
          <w:b w:val="0"/>
          <w:lang w:val="en-ID"/>
        </w:rPr>
        <w:t xml:space="preserve"> media </w:t>
      </w:r>
      <w:proofErr w:type="spellStart"/>
      <w:r w:rsidRPr="008B2824">
        <w:rPr>
          <w:b w:val="0"/>
          <w:lang w:val="en-ID"/>
        </w:rPr>
        <w:t>penyampaian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informasi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komunikasi</w:t>
      </w:r>
      <w:proofErr w:type="spellEnd"/>
      <w:r w:rsidRPr="008B2824">
        <w:rPr>
          <w:b w:val="0"/>
          <w:lang w:val="en-ID"/>
        </w:rPr>
        <w:t xml:space="preserve">, dan </w:t>
      </w:r>
      <w:proofErr w:type="spellStart"/>
      <w:r w:rsidRPr="008B2824">
        <w:rPr>
          <w:b w:val="0"/>
          <w:lang w:val="en-ID"/>
        </w:rPr>
        <w:t>publikasi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dapat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diakses</w:t>
      </w:r>
      <w:proofErr w:type="spellEnd"/>
      <w:r w:rsidRPr="008B2824">
        <w:rPr>
          <w:b w:val="0"/>
          <w:lang w:val="en-ID"/>
        </w:rPr>
        <w:t xml:space="preserve"> oleh </w:t>
      </w:r>
      <w:proofErr w:type="spellStart"/>
      <w:r w:rsidRPr="008B2824">
        <w:rPr>
          <w:b w:val="0"/>
          <w:lang w:val="en-ID"/>
        </w:rPr>
        <w:t>masyarakat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secara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luas</w:t>
      </w:r>
      <w:proofErr w:type="spellEnd"/>
      <w:r w:rsidRPr="008B2824">
        <w:rPr>
          <w:b w:val="0"/>
          <w:lang w:val="en-ID"/>
        </w:rPr>
        <w:t>.</w:t>
      </w:r>
    </w:p>
    <w:p w14:paraId="084AB8E0" w14:textId="77777777" w:rsidR="008B2824" w:rsidRPr="008B2824" w:rsidRDefault="008B2824" w:rsidP="006A2C08">
      <w:pPr>
        <w:pStyle w:val="Subbab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>2.3 Content Management System (CMS)</w:t>
      </w:r>
    </w:p>
    <w:p w14:paraId="35A31DAD" w14:textId="77777777" w:rsidR="008B2824" w:rsidRPr="008B2824" w:rsidRDefault="008B2824" w:rsidP="006A2C08">
      <w:pPr>
        <w:pStyle w:val="Subbab"/>
        <w:ind w:left="720" w:firstLine="720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 xml:space="preserve">Content Management System (CMS) </w:t>
      </w:r>
      <w:proofErr w:type="spellStart"/>
      <w:r w:rsidRPr="008B2824">
        <w:rPr>
          <w:b w:val="0"/>
          <w:lang w:val="en-ID"/>
        </w:rPr>
        <w:t>merupakan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perangkat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lunak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digunakan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untuk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membuat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mengelola</w:t>
      </w:r>
      <w:proofErr w:type="spellEnd"/>
      <w:r w:rsidRPr="008B2824">
        <w:rPr>
          <w:b w:val="0"/>
          <w:lang w:val="en-ID"/>
        </w:rPr>
        <w:t xml:space="preserve">, dan </w:t>
      </w:r>
      <w:proofErr w:type="spellStart"/>
      <w:r w:rsidRPr="008B2824">
        <w:rPr>
          <w:b w:val="0"/>
          <w:lang w:val="en-ID"/>
        </w:rPr>
        <w:t>mempublikasikan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konten</w:t>
      </w:r>
      <w:proofErr w:type="spellEnd"/>
      <w:r w:rsidRPr="008B2824">
        <w:rPr>
          <w:b w:val="0"/>
          <w:lang w:val="en-ID"/>
        </w:rPr>
        <w:t xml:space="preserve"> digital </w:t>
      </w:r>
      <w:proofErr w:type="spellStart"/>
      <w:r w:rsidRPr="008B2824">
        <w:rPr>
          <w:b w:val="0"/>
          <w:lang w:val="en-ID"/>
        </w:rPr>
        <w:t>tanpa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harus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memiliki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kemampuan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pemrograman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kompleks</w:t>
      </w:r>
      <w:proofErr w:type="spellEnd"/>
      <w:r w:rsidRPr="008B2824">
        <w:rPr>
          <w:b w:val="0"/>
          <w:lang w:val="en-ID"/>
        </w:rPr>
        <w:t xml:space="preserve">. CMS </w:t>
      </w:r>
      <w:proofErr w:type="spellStart"/>
      <w:r w:rsidRPr="008B2824">
        <w:rPr>
          <w:b w:val="0"/>
          <w:lang w:val="en-ID"/>
        </w:rPr>
        <w:t>memudahkan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pengguna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dalam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melakukan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pengelolaan</w:t>
      </w:r>
      <w:proofErr w:type="spellEnd"/>
      <w:r w:rsidRPr="008B2824">
        <w:rPr>
          <w:b w:val="0"/>
          <w:lang w:val="en-ID"/>
        </w:rPr>
        <w:t xml:space="preserve"> website </w:t>
      </w:r>
      <w:proofErr w:type="spellStart"/>
      <w:r w:rsidRPr="008B2824">
        <w:rPr>
          <w:b w:val="0"/>
          <w:lang w:val="en-ID"/>
        </w:rPr>
        <w:t>secara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efisien</w:t>
      </w:r>
      <w:proofErr w:type="spellEnd"/>
      <w:r w:rsidRPr="008B2824">
        <w:rPr>
          <w:b w:val="0"/>
          <w:lang w:val="en-ID"/>
        </w:rPr>
        <w:t>.</w:t>
      </w:r>
    </w:p>
    <w:p w14:paraId="4DB64772" w14:textId="77777777" w:rsidR="008B2824" w:rsidRPr="008B2824" w:rsidRDefault="008B2824" w:rsidP="006A2C08">
      <w:pPr>
        <w:pStyle w:val="Subbab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>2.4 WordPress</w:t>
      </w:r>
    </w:p>
    <w:p w14:paraId="64DFB2D5" w14:textId="77777777" w:rsidR="008B2824" w:rsidRPr="008B2824" w:rsidRDefault="008B2824" w:rsidP="006A2C08">
      <w:pPr>
        <w:pStyle w:val="Subbab"/>
        <w:ind w:left="720" w:firstLine="720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 xml:space="preserve">WordPress </w:t>
      </w:r>
      <w:proofErr w:type="spellStart"/>
      <w:r w:rsidRPr="008B2824">
        <w:rPr>
          <w:b w:val="0"/>
          <w:lang w:val="en-ID"/>
        </w:rPr>
        <w:t>adalah</w:t>
      </w:r>
      <w:proofErr w:type="spellEnd"/>
      <w:r w:rsidRPr="008B2824">
        <w:rPr>
          <w:b w:val="0"/>
          <w:lang w:val="en-ID"/>
        </w:rPr>
        <w:t xml:space="preserve"> salah </w:t>
      </w:r>
      <w:proofErr w:type="spellStart"/>
      <w:r w:rsidRPr="008B2824">
        <w:rPr>
          <w:b w:val="0"/>
          <w:lang w:val="en-ID"/>
        </w:rPr>
        <w:t>satu</w:t>
      </w:r>
      <w:proofErr w:type="spellEnd"/>
      <w:r w:rsidRPr="008B2824">
        <w:rPr>
          <w:b w:val="0"/>
          <w:lang w:val="en-ID"/>
        </w:rPr>
        <w:t xml:space="preserve"> CMS yang </w:t>
      </w:r>
      <w:proofErr w:type="spellStart"/>
      <w:r w:rsidRPr="008B2824">
        <w:rPr>
          <w:b w:val="0"/>
          <w:lang w:val="en-ID"/>
        </w:rPr>
        <w:t>bersifat</w:t>
      </w:r>
      <w:proofErr w:type="spellEnd"/>
      <w:r w:rsidRPr="008B2824">
        <w:rPr>
          <w:b w:val="0"/>
          <w:lang w:val="en-ID"/>
        </w:rPr>
        <w:t xml:space="preserve"> open source dan </w:t>
      </w:r>
      <w:proofErr w:type="spellStart"/>
      <w:r w:rsidRPr="008B2824">
        <w:rPr>
          <w:b w:val="0"/>
          <w:lang w:val="en-ID"/>
        </w:rPr>
        <w:t>banyak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digunakan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untuk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membangun</w:t>
      </w:r>
      <w:proofErr w:type="spellEnd"/>
      <w:r w:rsidRPr="008B2824">
        <w:rPr>
          <w:b w:val="0"/>
          <w:lang w:val="en-ID"/>
        </w:rPr>
        <w:t xml:space="preserve"> website. WordPress </w:t>
      </w:r>
      <w:proofErr w:type="spellStart"/>
      <w:r w:rsidRPr="008B2824">
        <w:rPr>
          <w:b w:val="0"/>
          <w:lang w:val="en-ID"/>
        </w:rPr>
        <w:t>menyediakan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berbagai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fitur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tema</w:t>
      </w:r>
      <w:proofErr w:type="spellEnd"/>
      <w:r w:rsidRPr="008B2824">
        <w:rPr>
          <w:b w:val="0"/>
          <w:lang w:val="en-ID"/>
        </w:rPr>
        <w:t xml:space="preserve">, dan plugin yang </w:t>
      </w:r>
      <w:proofErr w:type="spellStart"/>
      <w:r w:rsidRPr="008B2824">
        <w:rPr>
          <w:b w:val="0"/>
          <w:lang w:val="en-ID"/>
        </w:rPr>
        <w:t>memudahkan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pengguna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dalam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mengembangkan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serta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mengelola</w:t>
      </w:r>
      <w:proofErr w:type="spellEnd"/>
      <w:r w:rsidRPr="008B2824">
        <w:rPr>
          <w:b w:val="0"/>
          <w:lang w:val="en-ID"/>
        </w:rPr>
        <w:t xml:space="preserve"> website </w:t>
      </w:r>
      <w:proofErr w:type="spellStart"/>
      <w:r w:rsidRPr="008B2824">
        <w:rPr>
          <w:b w:val="0"/>
          <w:lang w:val="en-ID"/>
        </w:rPr>
        <w:t>sesuai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kebutuhan</w:t>
      </w:r>
      <w:proofErr w:type="spellEnd"/>
      <w:r w:rsidRPr="008B2824">
        <w:rPr>
          <w:b w:val="0"/>
          <w:lang w:val="en-ID"/>
        </w:rPr>
        <w:t>.</w:t>
      </w:r>
    </w:p>
    <w:p w14:paraId="74DC8E16" w14:textId="77777777" w:rsidR="008B2824" w:rsidRPr="008B2824" w:rsidRDefault="008B2824" w:rsidP="006A2C08">
      <w:pPr>
        <w:pStyle w:val="Subbab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 xml:space="preserve">2.5 </w:t>
      </w:r>
      <w:proofErr w:type="spellStart"/>
      <w:r w:rsidRPr="008B2824">
        <w:rPr>
          <w:b w:val="0"/>
          <w:lang w:val="en-ID"/>
        </w:rPr>
        <w:t>Elementor</w:t>
      </w:r>
      <w:proofErr w:type="spellEnd"/>
    </w:p>
    <w:p w14:paraId="4C43D3BC" w14:textId="77777777" w:rsidR="008B2824" w:rsidRPr="008B2824" w:rsidRDefault="008B2824" w:rsidP="006A2C08">
      <w:pPr>
        <w:pStyle w:val="Subbab"/>
        <w:ind w:left="720" w:firstLine="720"/>
        <w:jc w:val="both"/>
        <w:rPr>
          <w:b w:val="0"/>
          <w:lang w:val="en-ID"/>
        </w:rPr>
      </w:pPr>
      <w:proofErr w:type="spellStart"/>
      <w:r w:rsidRPr="008B2824">
        <w:rPr>
          <w:b w:val="0"/>
          <w:lang w:val="en-ID"/>
        </w:rPr>
        <w:t>Elementor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merupakan</w:t>
      </w:r>
      <w:proofErr w:type="spellEnd"/>
      <w:r w:rsidRPr="008B2824">
        <w:rPr>
          <w:b w:val="0"/>
          <w:lang w:val="en-ID"/>
        </w:rPr>
        <w:t xml:space="preserve"> plugin page builder pada WordPress yang </w:t>
      </w:r>
      <w:proofErr w:type="spellStart"/>
      <w:r w:rsidRPr="008B2824">
        <w:rPr>
          <w:b w:val="0"/>
          <w:lang w:val="en-ID"/>
        </w:rPr>
        <w:t>memungkinkan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pengguna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membuat</w:t>
      </w:r>
      <w:proofErr w:type="spellEnd"/>
      <w:r w:rsidRPr="008B2824">
        <w:rPr>
          <w:b w:val="0"/>
          <w:lang w:val="en-ID"/>
        </w:rPr>
        <w:t xml:space="preserve"> dan </w:t>
      </w:r>
      <w:proofErr w:type="spellStart"/>
      <w:r w:rsidRPr="008B2824">
        <w:rPr>
          <w:b w:val="0"/>
          <w:lang w:val="en-ID"/>
        </w:rPr>
        <w:t>mengatur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tampilan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halaman</w:t>
      </w:r>
      <w:proofErr w:type="spellEnd"/>
      <w:r w:rsidRPr="008B2824">
        <w:rPr>
          <w:b w:val="0"/>
          <w:lang w:val="en-ID"/>
        </w:rPr>
        <w:t xml:space="preserve"> </w:t>
      </w:r>
      <w:r w:rsidRPr="008B2824">
        <w:rPr>
          <w:b w:val="0"/>
          <w:lang w:val="en-ID"/>
        </w:rPr>
        <w:lastRenderedPageBreak/>
        <w:t xml:space="preserve">website </w:t>
      </w:r>
      <w:proofErr w:type="spellStart"/>
      <w:r w:rsidRPr="008B2824">
        <w:rPr>
          <w:b w:val="0"/>
          <w:lang w:val="en-ID"/>
        </w:rPr>
        <w:t>secara</w:t>
      </w:r>
      <w:proofErr w:type="spellEnd"/>
      <w:r w:rsidRPr="008B2824">
        <w:rPr>
          <w:b w:val="0"/>
          <w:lang w:val="en-ID"/>
        </w:rPr>
        <w:t xml:space="preserve"> visual </w:t>
      </w:r>
      <w:proofErr w:type="spellStart"/>
      <w:r w:rsidRPr="008B2824">
        <w:rPr>
          <w:b w:val="0"/>
          <w:lang w:val="en-ID"/>
        </w:rPr>
        <w:t>dengan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metode</w:t>
      </w:r>
      <w:proofErr w:type="spellEnd"/>
      <w:r w:rsidRPr="008B2824">
        <w:rPr>
          <w:b w:val="0"/>
          <w:lang w:val="en-ID"/>
        </w:rPr>
        <w:t xml:space="preserve"> drag-and-drop. </w:t>
      </w:r>
      <w:proofErr w:type="spellStart"/>
      <w:r w:rsidRPr="008B2824">
        <w:rPr>
          <w:b w:val="0"/>
          <w:lang w:val="en-ID"/>
        </w:rPr>
        <w:t>Elementor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membantu</w:t>
      </w:r>
      <w:proofErr w:type="spellEnd"/>
      <w:r w:rsidRPr="008B2824">
        <w:rPr>
          <w:b w:val="0"/>
          <w:lang w:val="en-ID"/>
        </w:rPr>
        <w:t xml:space="preserve"> proses </w:t>
      </w:r>
      <w:proofErr w:type="spellStart"/>
      <w:r w:rsidRPr="008B2824">
        <w:rPr>
          <w:b w:val="0"/>
          <w:lang w:val="en-ID"/>
        </w:rPr>
        <w:t>desain</w:t>
      </w:r>
      <w:proofErr w:type="spellEnd"/>
      <w:r w:rsidRPr="008B2824">
        <w:rPr>
          <w:b w:val="0"/>
          <w:lang w:val="en-ID"/>
        </w:rPr>
        <w:t xml:space="preserve"> website </w:t>
      </w:r>
      <w:proofErr w:type="spellStart"/>
      <w:r w:rsidRPr="008B2824">
        <w:rPr>
          <w:b w:val="0"/>
          <w:lang w:val="en-ID"/>
        </w:rPr>
        <w:t>menjadi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lebih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mudah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cepat</w:t>
      </w:r>
      <w:proofErr w:type="spellEnd"/>
      <w:r w:rsidRPr="008B2824">
        <w:rPr>
          <w:b w:val="0"/>
          <w:lang w:val="en-ID"/>
        </w:rPr>
        <w:t xml:space="preserve">, dan </w:t>
      </w:r>
      <w:proofErr w:type="spellStart"/>
      <w:r w:rsidRPr="008B2824">
        <w:rPr>
          <w:b w:val="0"/>
          <w:lang w:val="en-ID"/>
        </w:rPr>
        <w:t>fleksibel</w:t>
      </w:r>
      <w:proofErr w:type="spellEnd"/>
      <w:r w:rsidRPr="008B2824">
        <w:rPr>
          <w:b w:val="0"/>
          <w:lang w:val="en-ID"/>
        </w:rPr>
        <w:t>.</w:t>
      </w:r>
    </w:p>
    <w:p w14:paraId="611EA2F2" w14:textId="77777777" w:rsidR="008B2824" w:rsidRPr="008B2824" w:rsidRDefault="008B2824" w:rsidP="006A2C08">
      <w:pPr>
        <w:pStyle w:val="Subbab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 xml:space="preserve">2.6 </w:t>
      </w:r>
      <w:proofErr w:type="spellStart"/>
      <w:r w:rsidRPr="008B2824">
        <w:rPr>
          <w:b w:val="0"/>
          <w:lang w:val="en-ID"/>
        </w:rPr>
        <w:t>Sistem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Informasi</w:t>
      </w:r>
      <w:proofErr w:type="spellEnd"/>
    </w:p>
    <w:p w14:paraId="6F5DFAF9" w14:textId="77777777" w:rsidR="008B2824" w:rsidRPr="008B2824" w:rsidRDefault="008B2824" w:rsidP="006A2C08">
      <w:pPr>
        <w:pStyle w:val="Subbab"/>
        <w:ind w:left="720" w:firstLine="720"/>
        <w:jc w:val="both"/>
        <w:rPr>
          <w:lang w:val="en-ID"/>
        </w:rPr>
      </w:pPr>
      <w:proofErr w:type="spellStart"/>
      <w:r w:rsidRPr="008B2824">
        <w:rPr>
          <w:b w:val="0"/>
          <w:lang w:val="en-ID"/>
        </w:rPr>
        <w:t>Sistem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informasi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adalah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sekumpulan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komponen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saling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berhubungan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untuk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mengumpulkan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mengolah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menyimpan</w:t>
      </w:r>
      <w:proofErr w:type="spellEnd"/>
      <w:r w:rsidRPr="008B2824">
        <w:rPr>
          <w:b w:val="0"/>
          <w:lang w:val="en-ID"/>
        </w:rPr>
        <w:t xml:space="preserve">, dan </w:t>
      </w:r>
      <w:proofErr w:type="spellStart"/>
      <w:r w:rsidRPr="008B2824">
        <w:rPr>
          <w:b w:val="0"/>
          <w:lang w:val="en-ID"/>
        </w:rPr>
        <w:t>menyajikan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informasi</w:t>
      </w:r>
      <w:proofErr w:type="spellEnd"/>
      <w:r w:rsidRPr="008B2824">
        <w:rPr>
          <w:b w:val="0"/>
          <w:lang w:val="en-ID"/>
        </w:rPr>
        <w:t xml:space="preserve"> guna </w:t>
      </w:r>
      <w:proofErr w:type="spellStart"/>
      <w:r w:rsidRPr="008B2824">
        <w:rPr>
          <w:b w:val="0"/>
          <w:lang w:val="en-ID"/>
        </w:rPr>
        <w:t>mendukung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kegiatan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operasional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serta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pengambilan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keputusan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dalam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suatu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organisasi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atau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instansi</w:t>
      </w:r>
      <w:proofErr w:type="spellEnd"/>
      <w:r w:rsidRPr="008B2824">
        <w:rPr>
          <w:b w:val="0"/>
          <w:lang w:val="en-ID"/>
        </w:rPr>
        <w:t>.</w:t>
      </w:r>
    </w:p>
    <w:p w14:paraId="5DD15DDC" w14:textId="77777777" w:rsidR="008B2824" w:rsidRPr="008B2824" w:rsidRDefault="008B2824" w:rsidP="006A2C08">
      <w:pPr>
        <w:pStyle w:val="Subbab"/>
        <w:jc w:val="both"/>
        <w:rPr>
          <w:lang w:val="en-ID"/>
        </w:rPr>
      </w:pPr>
    </w:p>
    <w:p w14:paraId="53773700" w14:textId="1C03E30F" w:rsidR="0007110D" w:rsidRDefault="008111AB" w:rsidP="006A2C08">
      <w:pPr>
        <w:pStyle w:val="AnakSubbab"/>
        <w:jc w:val="both"/>
      </w:pPr>
      <w:r>
        <w:t xml:space="preserve">2.1.1 </w:t>
      </w:r>
      <w:proofErr w:type="spellStart"/>
      <w:r>
        <w:t>Pengertian</w:t>
      </w:r>
      <w:proofErr w:type="spellEnd"/>
    </w:p>
    <w:p w14:paraId="74ADFB1B" w14:textId="77777777" w:rsidR="008B2824" w:rsidRPr="008B2824" w:rsidRDefault="008B2824" w:rsidP="002C509E">
      <w:pPr>
        <w:pStyle w:val="AnakSubbab"/>
        <w:ind w:firstLine="720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>2.1 Website</w:t>
      </w:r>
    </w:p>
    <w:p w14:paraId="51872009" w14:textId="77777777" w:rsidR="008B2824" w:rsidRPr="008B2824" w:rsidRDefault="008B2824" w:rsidP="006A2C08">
      <w:pPr>
        <w:pStyle w:val="AnakSubbab"/>
        <w:ind w:left="720" w:firstLine="720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 xml:space="preserve">Website </w:t>
      </w:r>
      <w:proofErr w:type="spellStart"/>
      <w:r w:rsidRPr="008B2824">
        <w:rPr>
          <w:b w:val="0"/>
          <w:lang w:val="en-ID"/>
        </w:rPr>
        <w:t>merupakan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kumpulan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halaman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saling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terhubung</w:t>
      </w:r>
      <w:proofErr w:type="spellEnd"/>
      <w:r w:rsidRPr="008B2824">
        <w:rPr>
          <w:b w:val="0"/>
          <w:lang w:val="en-ID"/>
        </w:rPr>
        <w:t xml:space="preserve"> dan </w:t>
      </w:r>
      <w:proofErr w:type="spellStart"/>
      <w:r w:rsidRPr="008B2824">
        <w:rPr>
          <w:b w:val="0"/>
          <w:lang w:val="en-ID"/>
        </w:rPr>
        <w:t>dapat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diakses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melalui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jaringan</w:t>
      </w:r>
      <w:proofErr w:type="spellEnd"/>
      <w:r w:rsidRPr="008B2824">
        <w:rPr>
          <w:b w:val="0"/>
          <w:lang w:val="en-ID"/>
        </w:rPr>
        <w:t xml:space="preserve"> internet </w:t>
      </w:r>
      <w:proofErr w:type="spellStart"/>
      <w:r w:rsidRPr="008B2824">
        <w:rPr>
          <w:b w:val="0"/>
          <w:lang w:val="en-ID"/>
        </w:rPr>
        <w:t>menggunakan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peramban</w:t>
      </w:r>
      <w:proofErr w:type="spellEnd"/>
      <w:r w:rsidRPr="008B2824">
        <w:rPr>
          <w:b w:val="0"/>
          <w:lang w:val="en-ID"/>
        </w:rPr>
        <w:t xml:space="preserve"> (browser). Website </w:t>
      </w:r>
      <w:proofErr w:type="spellStart"/>
      <w:r w:rsidRPr="008B2824">
        <w:rPr>
          <w:b w:val="0"/>
          <w:lang w:val="en-ID"/>
        </w:rPr>
        <w:t>berfungsi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sebagai</w:t>
      </w:r>
      <w:proofErr w:type="spellEnd"/>
      <w:r w:rsidRPr="008B2824">
        <w:rPr>
          <w:b w:val="0"/>
          <w:lang w:val="en-ID"/>
        </w:rPr>
        <w:t xml:space="preserve"> media </w:t>
      </w:r>
      <w:proofErr w:type="spellStart"/>
      <w:r w:rsidRPr="008B2824">
        <w:rPr>
          <w:b w:val="0"/>
          <w:lang w:val="en-ID"/>
        </w:rPr>
        <w:t>penyampaian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informasi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komunikasi</w:t>
      </w:r>
      <w:proofErr w:type="spellEnd"/>
      <w:r w:rsidRPr="008B2824">
        <w:rPr>
          <w:b w:val="0"/>
          <w:lang w:val="en-ID"/>
        </w:rPr>
        <w:t xml:space="preserve">, dan </w:t>
      </w:r>
      <w:proofErr w:type="spellStart"/>
      <w:r w:rsidRPr="008B2824">
        <w:rPr>
          <w:b w:val="0"/>
          <w:lang w:val="en-ID"/>
        </w:rPr>
        <w:t>publikasi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dapat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diakses</w:t>
      </w:r>
      <w:proofErr w:type="spellEnd"/>
      <w:r w:rsidRPr="008B2824">
        <w:rPr>
          <w:b w:val="0"/>
          <w:lang w:val="en-ID"/>
        </w:rPr>
        <w:t xml:space="preserve"> oleh </w:t>
      </w:r>
      <w:proofErr w:type="spellStart"/>
      <w:r w:rsidRPr="008B2824">
        <w:rPr>
          <w:b w:val="0"/>
          <w:lang w:val="en-ID"/>
        </w:rPr>
        <w:t>masyarakat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secara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luas</w:t>
      </w:r>
      <w:proofErr w:type="spellEnd"/>
      <w:r w:rsidRPr="008B2824">
        <w:rPr>
          <w:b w:val="0"/>
          <w:lang w:val="en-ID"/>
        </w:rPr>
        <w:t xml:space="preserve">. </w:t>
      </w:r>
      <w:proofErr w:type="spellStart"/>
      <w:r w:rsidRPr="008B2824">
        <w:rPr>
          <w:b w:val="0"/>
          <w:lang w:val="en-ID"/>
        </w:rPr>
        <w:t>Dalam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instansi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pemerintahan</w:t>
      </w:r>
      <w:proofErr w:type="spellEnd"/>
      <w:r w:rsidRPr="008B2824">
        <w:rPr>
          <w:b w:val="0"/>
          <w:lang w:val="en-ID"/>
        </w:rPr>
        <w:t xml:space="preserve">, website </w:t>
      </w:r>
      <w:proofErr w:type="spellStart"/>
      <w:r w:rsidRPr="008B2824">
        <w:rPr>
          <w:b w:val="0"/>
          <w:lang w:val="en-ID"/>
        </w:rPr>
        <w:t>digunakan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sebagai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sarana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penyebaran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informasi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publikasi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kegiatan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pengumuman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serta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pelayanan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kepada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masyarakat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secara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cepat</w:t>
      </w:r>
      <w:proofErr w:type="spellEnd"/>
      <w:r w:rsidRPr="008B2824">
        <w:rPr>
          <w:b w:val="0"/>
          <w:lang w:val="en-ID"/>
        </w:rPr>
        <w:t xml:space="preserve"> dan </w:t>
      </w:r>
      <w:proofErr w:type="spellStart"/>
      <w:r w:rsidRPr="008B2824">
        <w:rPr>
          <w:b w:val="0"/>
          <w:lang w:val="en-ID"/>
        </w:rPr>
        <w:t>efisien</w:t>
      </w:r>
      <w:proofErr w:type="spellEnd"/>
      <w:r w:rsidRPr="008B2824">
        <w:rPr>
          <w:b w:val="0"/>
          <w:lang w:val="en-ID"/>
        </w:rPr>
        <w:t>.</w:t>
      </w:r>
    </w:p>
    <w:p w14:paraId="47E4E265" w14:textId="77777777" w:rsidR="008B2824" w:rsidRPr="008B2824" w:rsidRDefault="008B2824" w:rsidP="006A2C08">
      <w:pPr>
        <w:pStyle w:val="AnakSubbab"/>
        <w:ind w:left="720" w:firstLine="720"/>
        <w:jc w:val="both"/>
        <w:rPr>
          <w:b w:val="0"/>
          <w:lang w:val="en-ID"/>
        </w:rPr>
      </w:pPr>
      <w:proofErr w:type="spellStart"/>
      <w:r w:rsidRPr="008B2824">
        <w:rPr>
          <w:b w:val="0"/>
          <w:lang w:val="en-ID"/>
        </w:rPr>
        <w:t>Melalui</w:t>
      </w:r>
      <w:proofErr w:type="spellEnd"/>
      <w:r w:rsidRPr="008B2824">
        <w:rPr>
          <w:b w:val="0"/>
          <w:lang w:val="en-ID"/>
        </w:rPr>
        <w:t xml:space="preserve"> website, </w:t>
      </w:r>
      <w:proofErr w:type="spellStart"/>
      <w:r w:rsidRPr="008B2824">
        <w:rPr>
          <w:b w:val="0"/>
          <w:lang w:val="en-ID"/>
        </w:rPr>
        <w:t>masyarakat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dapat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memperoleh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informasi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dibutuhkan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tanpa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harus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datang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langsung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kantor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instansi</w:t>
      </w:r>
      <w:proofErr w:type="spellEnd"/>
      <w:r w:rsidRPr="008B2824">
        <w:rPr>
          <w:b w:val="0"/>
          <w:lang w:val="en-ID"/>
        </w:rPr>
        <w:t xml:space="preserve">. Oleh </w:t>
      </w:r>
      <w:proofErr w:type="spellStart"/>
      <w:r w:rsidRPr="008B2824">
        <w:rPr>
          <w:b w:val="0"/>
          <w:lang w:val="en-ID"/>
        </w:rPr>
        <w:t>karena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itu</w:t>
      </w:r>
      <w:proofErr w:type="spellEnd"/>
      <w:r w:rsidRPr="008B2824">
        <w:rPr>
          <w:b w:val="0"/>
          <w:lang w:val="en-ID"/>
        </w:rPr>
        <w:t xml:space="preserve">, website </w:t>
      </w:r>
      <w:proofErr w:type="spellStart"/>
      <w:r w:rsidRPr="008B2824">
        <w:rPr>
          <w:b w:val="0"/>
          <w:lang w:val="en-ID"/>
        </w:rPr>
        <w:t>menjadi</w:t>
      </w:r>
      <w:proofErr w:type="spellEnd"/>
      <w:r w:rsidRPr="008B2824">
        <w:rPr>
          <w:b w:val="0"/>
          <w:lang w:val="en-ID"/>
        </w:rPr>
        <w:t xml:space="preserve"> salah </w:t>
      </w:r>
      <w:proofErr w:type="spellStart"/>
      <w:r w:rsidRPr="008B2824">
        <w:rPr>
          <w:b w:val="0"/>
          <w:lang w:val="en-ID"/>
        </w:rPr>
        <w:t>satu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bentuk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pemanfaatan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teknologi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informasi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mendukung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transparansi</w:t>
      </w:r>
      <w:proofErr w:type="spellEnd"/>
      <w:r w:rsidRPr="008B2824">
        <w:rPr>
          <w:b w:val="0"/>
          <w:lang w:val="en-ID"/>
        </w:rPr>
        <w:t xml:space="preserve"> dan </w:t>
      </w:r>
      <w:proofErr w:type="spellStart"/>
      <w:r w:rsidRPr="008B2824">
        <w:rPr>
          <w:b w:val="0"/>
          <w:lang w:val="en-ID"/>
        </w:rPr>
        <w:t>kualitas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pelayanan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publik</w:t>
      </w:r>
      <w:proofErr w:type="spellEnd"/>
      <w:r w:rsidRPr="008B2824">
        <w:rPr>
          <w:b w:val="0"/>
          <w:lang w:val="en-ID"/>
        </w:rPr>
        <w:t>.</w:t>
      </w:r>
    </w:p>
    <w:p w14:paraId="21E15535" w14:textId="5928A28D" w:rsidR="008B2824" w:rsidRPr="002C509E" w:rsidRDefault="008B2824" w:rsidP="002C509E">
      <w:pPr>
        <w:pStyle w:val="AnakSubbab"/>
        <w:ind w:left="720"/>
        <w:jc w:val="both"/>
        <w:rPr>
          <w:b w:val="0"/>
          <w:lang w:val="en-ID"/>
        </w:rPr>
      </w:pPr>
      <w:r w:rsidRPr="008B2824">
        <w:rPr>
          <w:b w:val="0"/>
          <w:lang w:val="en-ID"/>
        </w:rPr>
        <w:t xml:space="preserve">Pada </w:t>
      </w:r>
      <w:proofErr w:type="spellStart"/>
      <w:r w:rsidRPr="008B2824">
        <w:rPr>
          <w:b w:val="0"/>
          <w:lang w:val="en-ID"/>
        </w:rPr>
        <w:t>kegiatan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Praktik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Kerja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Lapangan</w:t>
      </w:r>
      <w:proofErr w:type="spellEnd"/>
      <w:r w:rsidRPr="008B2824">
        <w:rPr>
          <w:b w:val="0"/>
          <w:lang w:val="en-ID"/>
        </w:rPr>
        <w:t xml:space="preserve"> (PKL) di Kementerian Agama Kota Cilegon, website </w:t>
      </w:r>
      <w:proofErr w:type="spellStart"/>
      <w:r w:rsidRPr="008B2824">
        <w:rPr>
          <w:b w:val="0"/>
          <w:lang w:val="en-ID"/>
        </w:rPr>
        <w:t>digunakan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sebagai</w:t>
      </w:r>
      <w:proofErr w:type="spellEnd"/>
      <w:r w:rsidRPr="008B2824">
        <w:rPr>
          <w:b w:val="0"/>
          <w:lang w:val="en-ID"/>
        </w:rPr>
        <w:t xml:space="preserve"> media </w:t>
      </w:r>
      <w:proofErr w:type="spellStart"/>
      <w:r w:rsidRPr="008B2824">
        <w:rPr>
          <w:b w:val="0"/>
          <w:lang w:val="en-ID"/>
        </w:rPr>
        <w:t>informasi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resmi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memuat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berita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pengumuman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profil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instansi</w:t>
      </w:r>
      <w:proofErr w:type="spellEnd"/>
      <w:r w:rsidRPr="008B2824">
        <w:rPr>
          <w:b w:val="0"/>
          <w:lang w:val="en-ID"/>
        </w:rPr>
        <w:t xml:space="preserve">, </w:t>
      </w:r>
      <w:proofErr w:type="spellStart"/>
      <w:r w:rsidRPr="008B2824">
        <w:rPr>
          <w:b w:val="0"/>
          <w:lang w:val="en-ID"/>
        </w:rPr>
        <w:t>serta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berbagai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layanan</w:t>
      </w:r>
      <w:proofErr w:type="spellEnd"/>
      <w:r w:rsidRPr="008B2824">
        <w:rPr>
          <w:b w:val="0"/>
          <w:lang w:val="en-ID"/>
        </w:rPr>
        <w:t xml:space="preserve"> yang </w:t>
      </w:r>
      <w:proofErr w:type="spellStart"/>
      <w:r w:rsidRPr="008B2824">
        <w:rPr>
          <w:b w:val="0"/>
          <w:lang w:val="en-ID"/>
        </w:rPr>
        <w:t>dapat</w:t>
      </w:r>
      <w:proofErr w:type="spellEnd"/>
      <w:r w:rsidRPr="008B2824">
        <w:rPr>
          <w:b w:val="0"/>
          <w:lang w:val="en-ID"/>
        </w:rPr>
        <w:t xml:space="preserve"> </w:t>
      </w:r>
      <w:proofErr w:type="spellStart"/>
      <w:r w:rsidRPr="008B2824">
        <w:rPr>
          <w:b w:val="0"/>
          <w:lang w:val="en-ID"/>
        </w:rPr>
        <w:t>diakses</w:t>
      </w:r>
      <w:proofErr w:type="spellEnd"/>
      <w:r w:rsidRPr="008B2824">
        <w:rPr>
          <w:b w:val="0"/>
          <w:lang w:val="en-ID"/>
        </w:rPr>
        <w:t xml:space="preserve"> oleh </w:t>
      </w:r>
      <w:proofErr w:type="spellStart"/>
      <w:r w:rsidRPr="008B2824">
        <w:rPr>
          <w:b w:val="0"/>
          <w:lang w:val="en-ID"/>
        </w:rPr>
        <w:t>masyarakat</w:t>
      </w:r>
      <w:proofErr w:type="spellEnd"/>
      <w:r w:rsidRPr="008B2824">
        <w:rPr>
          <w:b w:val="0"/>
          <w:lang w:val="en-ID"/>
        </w:rPr>
        <w:t>.</w:t>
      </w:r>
    </w:p>
    <w:p w14:paraId="6B6E5758" w14:textId="72D7BADD" w:rsidR="0007110D" w:rsidRDefault="008111AB" w:rsidP="006A2C08">
      <w:pPr>
        <w:pStyle w:val="AnakSubbab"/>
        <w:jc w:val="both"/>
      </w:pPr>
      <w:r>
        <w:t xml:space="preserve">2.1.2 </w:t>
      </w:r>
      <w:proofErr w:type="spellStart"/>
      <w:r>
        <w:t>Konsep</w:t>
      </w:r>
      <w:proofErr w:type="spellEnd"/>
    </w:p>
    <w:p w14:paraId="29148261" w14:textId="77777777" w:rsidR="008540F2" w:rsidRPr="008540F2" w:rsidRDefault="008540F2" w:rsidP="006A2C08">
      <w:pPr>
        <w:pStyle w:val="AnakSubbab"/>
        <w:ind w:firstLine="720"/>
        <w:jc w:val="both"/>
        <w:rPr>
          <w:b w:val="0"/>
          <w:lang w:val="en-ID"/>
        </w:rPr>
      </w:pPr>
      <w:r w:rsidRPr="008540F2">
        <w:rPr>
          <w:b w:val="0"/>
          <w:lang w:val="en-ID"/>
        </w:rPr>
        <w:t xml:space="preserve">2.2 Teori </w:t>
      </w:r>
      <w:proofErr w:type="spellStart"/>
      <w:r w:rsidRPr="008540F2">
        <w:rPr>
          <w:b w:val="0"/>
          <w:lang w:val="en-ID"/>
        </w:rPr>
        <w:t>Pendukung</w:t>
      </w:r>
      <w:proofErr w:type="spellEnd"/>
    </w:p>
    <w:p w14:paraId="12DA8122" w14:textId="77777777" w:rsidR="008540F2" w:rsidRPr="008540F2" w:rsidRDefault="008540F2" w:rsidP="006A2C08">
      <w:pPr>
        <w:pStyle w:val="AnakSubbab"/>
        <w:ind w:firstLine="720"/>
        <w:jc w:val="both"/>
        <w:rPr>
          <w:b w:val="0"/>
          <w:lang w:val="en-ID"/>
        </w:rPr>
      </w:pPr>
      <w:r w:rsidRPr="008540F2">
        <w:rPr>
          <w:b w:val="0"/>
          <w:lang w:val="en-ID"/>
        </w:rPr>
        <w:t>2.2.1 Content Management System (CMS)</w:t>
      </w:r>
    </w:p>
    <w:p w14:paraId="6398AA2D" w14:textId="77777777" w:rsidR="008540F2" w:rsidRPr="008540F2" w:rsidRDefault="008540F2" w:rsidP="006A2C08">
      <w:pPr>
        <w:pStyle w:val="AnakSubbab"/>
        <w:ind w:left="720" w:firstLine="720"/>
        <w:jc w:val="both"/>
        <w:rPr>
          <w:b w:val="0"/>
          <w:lang w:val="en-ID"/>
        </w:rPr>
      </w:pPr>
      <w:r w:rsidRPr="008540F2">
        <w:rPr>
          <w:b w:val="0"/>
          <w:lang w:val="en-ID"/>
        </w:rPr>
        <w:t xml:space="preserve">Content Management System (CMS) </w:t>
      </w:r>
      <w:proofErr w:type="spellStart"/>
      <w:r w:rsidRPr="008540F2">
        <w:rPr>
          <w:b w:val="0"/>
          <w:lang w:val="en-ID"/>
        </w:rPr>
        <w:t>adalah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perangkat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lunak</w:t>
      </w:r>
      <w:proofErr w:type="spellEnd"/>
      <w:r w:rsidRPr="008540F2">
        <w:rPr>
          <w:b w:val="0"/>
          <w:lang w:val="en-ID"/>
        </w:rPr>
        <w:t xml:space="preserve"> yang </w:t>
      </w:r>
      <w:proofErr w:type="spellStart"/>
      <w:r w:rsidRPr="008540F2">
        <w:rPr>
          <w:b w:val="0"/>
          <w:lang w:val="en-ID"/>
        </w:rPr>
        <w:t>digunakan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untuk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membuat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mengelola</w:t>
      </w:r>
      <w:proofErr w:type="spellEnd"/>
      <w:r w:rsidRPr="008540F2">
        <w:rPr>
          <w:b w:val="0"/>
          <w:lang w:val="en-ID"/>
        </w:rPr>
        <w:t xml:space="preserve">, dan </w:t>
      </w:r>
      <w:proofErr w:type="spellStart"/>
      <w:r w:rsidRPr="008540F2">
        <w:rPr>
          <w:b w:val="0"/>
          <w:lang w:val="en-ID"/>
        </w:rPr>
        <w:t>mempublikasikan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konten</w:t>
      </w:r>
      <w:proofErr w:type="spellEnd"/>
      <w:r w:rsidRPr="008540F2">
        <w:rPr>
          <w:b w:val="0"/>
          <w:lang w:val="en-ID"/>
        </w:rPr>
        <w:t xml:space="preserve"> digital </w:t>
      </w:r>
      <w:proofErr w:type="spellStart"/>
      <w:r w:rsidRPr="008540F2">
        <w:rPr>
          <w:b w:val="0"/>
          <w:lang w:val="en-ID"/>
        </w:rPr>
        <w:t>tanpa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memerlukan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kemampuan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pemrograman</w:t>
      </w:r>
      <w:proofErr w:type="spellEnd"/>
      <w:r w:rsidRPr="008540F2">
        <w:rPr>
          <w:b w:val="0"/>
          <w:lang w:val="en-ID"/>
        </w:rPr>
        <w:t xml:space="preserve"> yang </w:t>
      </w:r>
      <w:proofErr w:type="spellStart"/>
      <w:r w:rsidRPr="008540F2">
        <w:rPr>
          <w:b w:val="0"/>
          <w:lang w:val="en-ID"/>
        </w:rPr>
        <w:t>kompleks</w:t>
      </w:r>
      <w:proofErr w:type="spellEnd"/>
      <w:r w:rsidRPr="008540F2">
        <w:rPr>
          <w:b w:val="0"/>
          <w:lang w:val="en-ID"/>
        </w:rPr>
        <w:t xml:space="preserve">. CMS </w:t>
      </w:r>
      <w:proofErr w:type="spellStart"/>
      <w:r w:rsidRPr="008540F2">
        <w:rPr>
          <w:b w:val="0"/>
          <w:lang w:val="en-ID"/>
        </w:rPr>
        <w:lastRenderedPageBreak/>
        <w:t>memungkinkan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pengguna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untuk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mengelola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halaman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artikel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gambar</w:t>
      </w:r>
      <w:proofErr w:type="spellEnd"/>
      <w:r w:rsidRPr="008540F2">
        <w:rPr>
          <w:b w:val="0"/>
          <w:lang w:val="en-ID"/>
        </w:rPr>
        <w:t xml:space="preserve">, dan </w:t>
      </w:r>
      <w:proofErr w:type="spellStart"/>
      <w:r w:rsidRPr="008540F2">
        <w:rPr>
          <w:b w:val="0"/>
          <w:lang w:val="en-ID"/>
        </w:rPr>
        <w:t>berbagai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lainnya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secara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lebih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mudah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efisien</w:t>
      </w:r>
      <w:proofErr w:type="spellEnd"/>
      <w:r w:rsidRPr="008540F2">
        <w:rPr>
          <w:b w:val="0"/>
          <w:lang w:val="en-ID"/>
        </w:rPr>
        <w:t xml:space="preserve">. </w:t>
      </w:r>
      <w:proofErr w:type="spellStart"/>
      <w:r w:rsidRPr="008540F2">
        <w:rPr>
          <w:b w:val="0"/>
          <w:lang w:val="en-ID"/>
        </w:rPr>
        <w:t>Penggunaan</w:t>
      </w:r>
      <w:proofErr w:type="spellEnd"/>
      <w:r w:rsidRPr="008540F2">
        <w:rPr>
          <w:b w:val="0"/>
          <w:lang w:val="en-ID"/>
        </w:rPr>
        <w:t xml:space="preserve"> CMS sangat </w:t>
      </w:r>
      <w:proofErr w:type="spellStart"/>
      <w:r w:rsidRPr="008540F2">
        <w:rPr>
          <w:b w:val="0"/>
          <w:lang w:val="en-ID"/>
        </w:rPr>
        <w:t>membantu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instansi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mengelola</w:t>
      </w:r>
      <w:proofErr w:type="spellEnd"/>
      <w:r w:rsidRPr="008540F2">
        <w:rPr>
          <w:b w:val="0"/>
          <w:lang w:val="en-ID"/>
        </w:rPr>
        <w:t xml:space="preserve"> website agar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dapat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diperbarui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secara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cepat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terstruktur</w:t>
      </w:r>
      <w:proofErr w:type="spellEnd"/>
      <w:r w:rsidRPr="008540F2">
        <w:rPr>
          <w:b w:val="0"/>
          <w:lang w:val="en-ID"/>
        </w:rPr>
        <w:t>.</w:t>
      </w:r>
    </w:p>
    <w:p w14:paraId="72C55C5B" w14:textId="77777777" w:rsidR="008540F2" w:rsidRPr="008540F2" w:rsidRDefault="008540F2" w:rsidP="006A2C08">
      <w:pPr>
        <w:pStyle w:val="AnakSubbab"/>
        <w:jc w:val="both"/>
        <w:rPr>
          <w:b w:val="0"/>
          <w:lang w:val="en-ID"/>
        </w:rPr>
      </w:pPr>
      <w:r w:rsidRPr="008540F2">
        <w:rPr>
          <w:b w:val="0"/>
          <w:lang w:val="en-ID"/>
        </w:rPr>
        <w:t>2.2.2 WordPress</w:t>
      </w:r>
    </w:p>
    <w:p w14:paraId="1875115D" w14:textId="77777777" w:rsidR="008540F2" w:rsidRPr="008540F2" w:rsidRDefault="008540F2" w:rsidP="006A2C08">
      <w:pPr>
        <w:pStyle w:val="AnakSubbab"/>
        <w:ind w:left="720" w:firstLine="720"/>
        <w:jc w:val="both"/>
        <w:rPr>
          <w:b w:val="0"/>
          <w:lang w:val="en-ID"/>
        </w:rPr>
      </w:pPr>
      <w:r w:rsidRPr="008540F2">
        <w:rPr>
          <w:b w:val="0"/>
          <w:lang w:val="en-ID"/>
        </w:rPr>
        <w:t xml:space="preserve">WordPress </w:t>
      </w:r>
      <w:proofErr w:type="spellStart"/>
      <w:r w:rsidRPr="008540F2">
        <w:rPr>
          <w:b w:val="0"/>
          <w:lang w:val="en-ID"/>
        </w:rPr>
        <w:t>merupakan</w:t>
      </w:r>
      <w:proofErr w:type="spellEnd"/>
      <w:r w:rsidRPr="008540F2">
        <w:rPr>
          <w:b w:val="0"/>
          <w:lang w:val="en-ID"/>
        </w:rPr>
        <w:t xml:space="preserve"> salah </w:t>
      </w:r>
      <w:proofErr w:type="spellStart"/>
      <w:r w:rsidRPr="008540F2">
        <w:rPr>
          <w:b w:val="0"/>
          <w:lang w:val="en-ID"/>
        </w:rPr>
        <w:t>satu</w:t>
      </w:r>
      <w:proofErr w:type="spellEnd"/>
      <w:r w:rsidRPr="008540F2">
        <w:rPr>
          <w:b w:val="0"/>
          <w:lang w:val="en-ID"/>
        </w:rPr>
        <w:t xml:space="preserve"> CMS yang </w:t>
      </w:r>
      <w:proofErr w:type="spellStart"/>
      <w:r w:rsidRPr="008540F2">
        <w:rPr>
          <w:b w:val="0"/>
          <w:lang w:val="en-ID"/>
        </w:rPr>
        <w:t>bersifat</w:t>
      </w:r>
      <w:proofErr w:type="spellEnd"/>
      <w:r w:rsidRPr="008540F2">
        <w:rPr>
          <w:b w:val="0"/>
          <w:lang w:val="en-ID"/>
        </w:rPr>
        <w:t xml:space="preserve"> open source dan </w:t>
      </w:r>
      <w:proofErr w:type="spellStart"/>
      <w:r w:rsidRPr="008540F2">
        <w:rPr>
          <w:b w:val="0"/>
          <w:lang w:val="en-ID"/>
        </w:rPr>
        <w:t>banyak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digunakan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pembuatan</w:t>
      </w:r>
      <w:proofErr w:type="spellEnd"/>
      <w:r w:rsidRPr="008540F2">
        <w:rPr>
          <w:b w:val="0"/>
          <w:lang w:val="en-ID"/>
        </w:rPr>
        <w:t xml:space="preserve"> website. WordPress </w:t>
      </w:r>
      <w:proofErr w:type="spellStart"/>
      <w:r w:rsidRPr="008540F2">
        <w:rPr>
          <w:b w:val="0"/>
          <w:lang w:val="en-ID"/>
        </w:rPr>
        <w:t>menyediakan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berbagai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fitur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tema</w:t>
      </w:r>
      <w:proofErr w:type="spellEnd"/>
      <w:r w:rsidRPr="008540F2">
        <w:rPr>
          <w:b w:val="0"/>
          <w:lang w:val="en-ID"/>
        </w:rPr>
        <w:t xml:space="preserve">, dan plugin yang </w:t>
      </w:r>
      <w:proofErr w:type="spellStart"/>
      <w:r w:rsidRPr="008540F2">
        <w:rPr>
          <w:b w:val="0"/>
          <w:lang w:val="en-ID"/>
        </w:rPr>
        <w:t>dapat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membantu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pengguna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mengembangkan</w:t>
      </w:r>
      <w:proofErr w:type="spellEnd"/>
      <w:r w:rsidRPr="008540F2">
        <w:rPr>
          <w:b w:val="0"/>
          <w:lang w:val="en-ID"/>
        </w:rPr>
        <w:t xml:space="preserve"> website </w:t>
      </w:r>
      <w:proofErr w:type="spellStart"/>
      <w:r w:rsidRPr="008540F2">
        <w:rPr>
          <w:b w:val="0"/>
          <w:lang w:val="en-ID"/>
        </w:rPr>
        <w:t>sesuai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kebutuhan</w:t>
      </w:r>
      <w:proofErr w:type="spellEnd"/>
      <w:r w:rsidRPr="008540F2">
        <w:rPr>
          <w:b w:val="0"/>
          <w:lang w:val="en-ID"/>
        </w:rPr>
        <w:t xml:space="preserve">.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kegiatan</w:t>
      </w:r>
      <w:proofErr w:type="spellEnd"/>
      <w:r w:rsidRPr="008540F2">
        <w:rPr>
          <w:b w:val="0"/>
          <w:lang w:val="en-ID"/>
        </w:rPr>
        <w:t xml:space="preserve"> PKL, WordPress </w:t>
      </w:r>
      <w:proofErr w:type="spellStart"/>
      <w:r w:rsidRPr="008540F2">
        <w:rPr>
          <w:b w:val="0"/>
          <w:lang w:val="en-ID"/>
        </w:rPr>
        <w:t>digunakan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sebagai</w:t>
      </w:r>
      <w:proofErr w:type="spellEnd"/>
      <w:r w:rsidRPr="008540F2">
        <w:rPr>
          <w:b w:val="0"/>
          <w:lang w:val="en-ID"/>
        </w:rPr>
        <w:t xml:space="preserve"> platform </w:t>
      </w:r>
      <w:proofErr w:type="spellStart"/>
      <w:r w:rsidRPr="008540F2">
        <w:rPr>
          <w:b w:val="0"/>
          <w:lang w:val="en-ID"/>
        </w:rPr>
        <w:t>utama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untuk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mengelola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memperbarui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konten</w:t>
      </w:r>
      <w:proofErr w:type="spellEnd"/>
      <w:r w:rsidRPr="008540F2">
        <w:rPr>
          <w:b w:val="0"/>
          <w:lang w:val="en-ID"/>
        </w:rPr>
        <w:t xml:space="preserve"> website Kementerian Agama Kota Cilegon.</w:t>
      </w:r>
    </w:p>
    <w:p w14:paraId="5E27CB77" w14:textId="77777777" w:rsidR="008540F2" w:rsidRPr="008540F2" w:rsidRDefault="008540F2" w:rsidP="006A2C08">
      <w:pPr>
        <w:pStyle w:val="AnakSubbab"/>
        <w:jc w:val="both"/>
        <w:rPr>
          <w:b w:val="0"/>
          <w:lang w:val="en-ID"/>
        </w:rPr>
      </w:pPr>
      <w:r w:rsidRPr="008540F2">
        <w:rPr>
          <w:b w:val="0"/>
          <w:lang w:val="en-ID"/>
        </w:rPr>
        <w:t xml:space="preserve">2.2.3 </w:t>
      </w:r>
      <w:proofErr w:type="spellStart"/>
      <w:r w:rsidRPr="008540F2">
        <w:rPr>
          <w:b w:val="0"/>
          <w:lang w:val="en-ID"/>
        </w:rPr>
        <w:t>Elementor</w:t>
      </w:r>
      <w:proofErr w:type="spellEnd"/>
    </w:p>
    <w:p w14:paraId="37B5744A" w14:textId="77777777" w:rsidR="008540F2" w:rsidRPr="008540F2" w:rsidRDefault="008540F2" w:rsidP="006A2C08">
      <w:pPr>
        <w:pStyle w:val="AnakSubbab"/>
        <w:ind w:left="720" w:firstLine="720"/>
        <w:jc w:val="both"/>
        <w:rPr>
          <w:b w:val="0"/>
          <w:lang w:val="en-ID"/>
        </w:rPr>
      </w:pPr>
      <w:proofErr w:type="spellStart"/>
      <w:r w:rsidRPr="008540F2">
        <w:rPr>
          <w:b w:val="0"/>
          <w:lang w:val="en-ID"/>
        </w:rPr>
        <w:t>Elementor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adalah</w:t>
      </w:r>
      <w:proofErr w:type="spellEnd"/>
      <w:r w:rsidRPr="008540F2">
        <w:rPr>
          <w:b w:val="0"/>
          <w:lang w:val="en-ID"/>
        </w:rPr>
        <w:t xml:space="preserve"> plugin page builder pada WordPress yang </w:t>
      </w:r>
      <w:proofErr w:type="spellStart"/>
      <w:r w:rsidRPr="008540F2">
        <w:rPr>
          <w:b w:val="0"/>
          <w:lang w:val="en-ID"/>
        </w:rPr>
        <w:t>memungkinkan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pengguna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mendesain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halaman</w:t>
      </w:r>
      <w:proofErr w:type="spellEnd"/>
      <w:r w:rsidRPr="008540F2">
        <w:rPr>
          <w:b w:val="0"/>
          <w:lang w:val="en-ID"/>
        </w:rPr>
        <w:t xml:space="preserve"> website </w:t>
      </w:r>
      <w:proofErr w:type="spellStart"/>
      <w:r w:rsidRPr="008540F2">
        <w:rPr>
          <w:b w:val="0"/>
          <w:lang w:val="en-ID"/>
        </w:rPr>
        <w:t>secara</w:t>
      </w:r>
      <w:proofErr w:type="spellEnd"/>
      <w:r w:rsidRPr="008540F2">
        <w:rPr>
          <w:b w:val="0"/>
          <w:lang w:val="en-ID"/>
        </w:rPr>
        <w:t xml:space="preserve"> visual </w:t>
      </w:r>
      <w:proofErr w:type="spellStart"/>
      <w:r w:rsidRPr="008540F2">
        <w:rPr>
          <w:b w:val="0"/>
          <w:lang w:val="en-ID"/>
        </w:rPr>
        <w:t>dengan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metode</w:t>
      </w:r>
      <w:proofErr w:type="spellEnd"/>
      <w:r w:rsidRPr="008540F2">
        <w:rPr>
          <w:b w:val="0"/>
          <w:lang w:val="en-ID"/>
        </w:rPr>
        <w:t xml:space="preserve"> drag-and-drop. </w:t>
      </w:r>
      <w:proofErr w:type="spellStart"/>
      <w:r w:rsidRPr="008540F2">
        <w:rPr>
          <w:b w:val="0"/>
          <w:lang w:val="en-ID"/>
        </w:rPr>
        <w:t>Elementor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mempermudah</w:t>
      </w:r>
      <w:proofErr w:type="spellEnd"/>
      <w:r w:rsidRPr="008540F2">
        <w:rPr>
          <w:b w:val="0"/>
          <w:lang w:val="en-ID"/>
        </w:rPr>
        <w:t xml:space="preserve"> proses </w:t>
      </w:r>
      <w:proofErr w:type="spellStart"/>
      <w:r w:rsidRPr="008540F2">
        <w:rPr>
          <w:b w:val="0"/>
          <w:lang w:val="en-ID"/>
        </w:rPr>
        <w:t>pengembangan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tampilan</w:t>
      </w:r>
      <w:proofErr w:type="spellEnd"/>
      <w:r w:rsidRPr="008540F2">
        <w:rPr>
          <w:b w:val="0"/>
          <w:lang w:val="en-ID"/>
        </w:rPr>
        <w:t xml:space="preserve"> website </w:t>
      </w:r>
      <w:proofErr w:type="spellStart"/>
      <w:r w:rsidRPr="008540F2">
        <w:rPr>
          <w:b w:val="0"/>
          <w:lang w:val="en-ID"/>
        </w:rPr>
        <w:t>tanpa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harus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menulis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kode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pemrograman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secara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langsung</w:t>
      </w:r>
      <w:proofErr w:type="spellEnd"/>
      <w:r w:rsidRPr="008540F2">
        <w:rPr>
          <w:b w:val="0"/>
          <w:lang w:val="en-ID"/>
        </w:rPr>
        <w:t xml:space="preserve">. </w:t>
      </w:r>
      <w:proofErr w:type="spellStart"/>
      <w:r w:rsidRPr="008540F2">
        <w:rPr>
          <w:b w:val="0"/>
          <w:lang w:val="en-ID"/>
        </w:rPr>
        <w:t>Dengan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Elementor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pengelolaan</w:t>
      </w:r>
      <w:proofErr w:type="spellEnd"/>
      <w:r w:rsidRPr="008540F2">
        <w:rPr>
          <w:b w:val="0"/>
          <w:lang w:val="en-ID"/>
        </w:rPr>
        <w:t xml:space="preserve"> tata </w:t>
      </w:r>
      <w:proofErr w:type="spellStart"/>
      <w:r w:rsidRPr="008540F2">
        <w:rPr>
          <w:b w:val="0"/>
          <w:lang w:val="en-ID"/>
        </w:rPr>
        <w:t>letak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halaman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menjadi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lebih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mudah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fleksibel</w:t>
      </w:r>
      <w:proofErr w:type="spellEnd"/>
      <w:r w:rsidRPr="008540F2">
        <w:rPr>
          <w:b w:val="0"/>
          <w:lang w:val="en-ID"/>
        </w:rPr>
        <w:t>.</w:t>
      </w:r>
    </w:p>
    <w:p w14:paraId="473B0F7A" w14:textId="77777777" w:rsidR="008540F2" w:rsidRPr="008540F2" w:rsidRDefault="008540F2" w:rsidP="006A2C08">
      <w:pPr>
        <w:pStyle w:val="AnakSubbab"/>
        <w:jc w:val="both"/>
        <w:rPr>
          <w:b w:val="0"/>
          <w:lang w:val="en-ID"/>
        </w:rPr>
      </w:pPr>
      <w:r w:rsidRPr="008540F2">
        <w:rPr>
          <w:b w:val="0"/>
          <w:lang w:val="en-ID"/>
        </w:rPr>
        <w:t xml:space="preserve">2.2.4 </w:t>
      </w:r>
      <w:proofErr w:type="spellStart"/>
      <w:r w:rsidRPr="008540F2">
        <w:rPr>
          <w:b w:val="0"/>
          <w:lang w:val="en-ID"/>
        </w:rPr>
        <w:t>Sistem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</w:p>
    <w:p w14:paraId="3FCD97EF" w14:textId="77777777" w:rsidR="008540F2" w:rsidRPr="008540F2" w:rsidRDefault="008540F2" w:rsidP="006A2C08">
      <w:pPr>
        <w:pStyle w:val="AnakSubbab"/>
        <w:ind w:left="720" w:firstLine="720"/>
        <w:jc w:val="both"/>
        <w:rPr>
          <w:lang w:val="en-ID"/>
        </w:rPr>
      </w:pPr>
      <w:proofErr w:type="spellStart"/>
      <w:r w:rsidRPr="008540F2">
        <w:rPr>
          <w:b w:val="0"/>
          <w:lang w:val="en-ID"/>
        </w:rPr>
        <w:t>Sistem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adalah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sekumpulan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komponen</w:t>
      </w:r>
      <w:proofErr w:type="spellEnd"/>
      <w:r w:rsidRPr="008540F2">
        <w:rPr>
          <w:b w:val="0"/>
          <w:lang w:val="en-ID"/>
        </w:rPr>
        <w:t xml:space="preserve"> yang </w:t>
      </w:r>
      <w:proofErr w:type="spellStart"/>
      <w:r w:rsidRPr="008540F2">
        <w:rPr>
          <w:b w:val="0"/>
          <w:lang w:val="en-ID"/>
        </w:rPr>
        <w:t>saling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berhubungan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mengumpulkan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mengolah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menyimpan</w:t>
      </w:r>
      <w:proofErr w:type="spellEnd"/>
      <w:r w:rsidRPr="008540F2">
        <w:rPr>
          <w:b w:val="0"/>
          <w:lang w:val="en-ID"/>
        </w:rPr>
        <w:t xml:space="preserve">, dan </w:t>
      </w:r>
      <w:proofErr w:type="spellStart"/>
      <w:r w:rsidRPr="008540F2">
        <w:rPr>
          <w:b w:val="0"/>
          <w:lang w:val="en-ID"/>
        </w:rPr>
        <w:t>menyajikan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untuk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mendukung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kegiatan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suatu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organisasi</w:t>
      </w:r>
      <w:proofErr w:type="spellEnd"/>
      <w:r w:rsidRPr="008540F2">
        <w:rPr>
          <w:b w:val="0"/>
          <w:lang w:val="en-ID"/>
        </w:rPr>
        <w:t xml:space="preserve">. Website </w:t>
      </w:r>
      <w:proofErr w:type="spellStart"/>
      <w:r w:rsidRPr="008540F2">
        <w:rPr>
          <w:b w:val="0"/>
          <w:lang w:val="en-ID"/>
        </w:rPr>
        <w:t>instansi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merupakan</w:t>
      </w:r>
      <w:proofErr w:type="spellEnd"/>
      <w:r w:rsidRPr="008540F2">
        <w:rPr>
          <w:b w:val="0"/>
          <w:lang w:val="en-ID"/>
        </w:rPr>
        <w:t xml:space="preserve"> salah </w:t>
      </w:r>
      <w:proofErr w:type="spellStart"/>
      <w:r w:rsidRPr="008540F2">
        <w:rPr>
          <w:b w:val="0"/>
          <w:lang w:val="en-ID"/>
        </w:rPr>
        <w:t>satu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bentuk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penerapan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sistem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yang </w:t>
      </w:r>
      <w:proofErr w:type="spellStart"/>
      <w:r w:rsidRPr="008540F2">
        <w:rPr>
          <w:b w:val="0"/>
          <w:lang w:val="en-ID"/>
        </w:rPr>
        <w:t>berfungsi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sebagai</w:t>
      </w:r>
      <w:proofErr w:type="spellEnd"/>
      <w:r w:rsidRPr="008540F2">
        <w:rPr>
          <w:b w:val="0"/>
          <w:lang w:val="en-ID"/>
        </w:rPr>
        <w:t xml:space="preserve"> media </w:t>
      </w:r>
      <w:proofErr w:type="spellStart"/>
      <w:r w:rsidRPr="008540F2">
        <w:rPr>
          <w:b w:val="0"/>
          <w:lang w:val="en-ID"/>
        </w:rPr>
        <w:t>penyebaran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kepada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masyarakat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secara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cepat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akurat</w:t>
      </w:r>
      <w:proofErr w:type="spellEnd"/>
      <w:r w:rsidRPr="008540F2">
        <w:rPr>
          <w:lang w:val="en-ID"/>
        </w:rPr>
        <w:t>.</w:t>
      </w:r>
    </w:p>
    <w:p w14:paraId="1651438F" w14:textId="77777777" w:rsidR="008540F2" w:rsidRPr="008540F2" w:rsidRDefault="008540F2" w:rsidP="006A2C08">
      <w:pPr>
        <w:pStyle w:val="AnakSubbab"/>
        <w:jc w:val="both"/>
        <w:rPr>
          <w:lang w:val="en-ID"/>
        </w:rPr>
      </w:pPr>
    </w:p>
    <w:p w14:paraId="0F382CDF" w14:textId="0931D91B" w:rsidR="0007110D" w:rsidRDefault="008111AB" w:rsidP="006A2C08">
      <w:pPr>
        <w:pStyle w:val="AnakSubbab"/>
        <w:jc w:val="both"/>
      </w:pPr>
      <w:r>
        <w:t xml:space="preserve">2.1.3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terkait</w:t>
      </w:r>
      <w:proofErr w:type="spellEnd"/>
    </w:p>
    <w:p w14:paraId="2429ABAF" w14:textId="77777777" w:rsidR="008540F2" w:rsidRPr="008540F2" w:rsidRDefault="008540F2" w:rsidP="002C509E">
      <w:pPr>
        <w:pStyle w:val="AnakSubbab"/>
        <w:ind w:firstLine="720"/>
        <w:jc w:val="both"/>
        <w:rPr>
          <w:b w:val="0"/>
          <w:lang w:val="en-ID"/>
        </w:rPr>
      </w:pPr>
      <w:r w:rsidRPr="008540F2">
        <w:rPr>
          <w:b w:val="0"/>
          <w:lang w:val="en-ID"/>
        </w:rPr>
        <w:t xml:space="preserve">2.3 </w:t>
      </w:r>
      <w:proofErr w:type="spellStart"/>
      <w:r w:rsidRPr="008540F2">
        <w:rPr>
          <w:b w:val="0"/>
          <w:lang w:val="en-ID"/>
        </w:rPr>
        <w:t>Penelitian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Terdahulu</w:t>
      </w:r>
      <w:proofErr w:type="spellEnd"/>
    </w:p>
    <w:p w14:paraId="6DAC0B86" w14:textId="77777777" w:rsidR="008540F2" w:rsidRPr="008540F2" w:rsidRDefault="008540F2" w:rsidP="002C509E">
      <w:pPr>
        <w:pStyle w:val="AnakSubbab"/>
        <w:ind w:left="360"/>
        <w:jc w:val="both"/>
        <w:rPr>
          <w:b w:val="0"/>
          <w:lang w:val="en-ID"/>
        </w:rPr>
      </w:pPr>
      <w:proofErr w:type="spellStart"/>
      <w:r w:rsidRPr="008540F2">
        <w:rPr>
          <w:b w:val="0"/>
          <w:lang w:val="en-ID"/>
        </w:rPr>
        <w:t>Beberapa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penelitian</w:t>
      </w:r>
      <w:proofErr w:type="spellEnd"/>
      <w:r w:rsidRPr="008540F2">
        <w:rPr>
          <w:b w:val="0"/>
          <w:lang w:val="en-ID"/>
        </w:rPr>
        <w:t xml:space="preserve"> yang </w:t>
      </w:r>
      <w:proofErr w:type="spellStart"/>
      <w:r w:rsidRPr="008540F2">
        <w:rPr>
          <w:b w:val="0"/>
          <w:lang w:val="en-ID"/>
        </w:rPr>
        <w:t>berkaitan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dengan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pengelolaan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pemanfaatan</w:t>
      </w:r>
      <w:proofErr w:type="spellEnd"/>
      <w:r w:rsidRPr="008540F2">
        <w:rPr>
          <w:b w:val="0"/>
          <w:lang w:val="en-ID"/>
        </w:rPr>
        <w:t xml:space="preserve"> website pada </w:t>
      </w:r>
      <w:proofErr w:type="spellStart"/>
      <w:r w:rsidRPr="008540F2">
        <w:rPr>
          <w:b w:val="0"/>
          <w:lang w:val="en-ID"/>
        </w:rPr>
        <w:t>instansi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pemerintah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antara</w:t>
      </w:r>
      <w:proofErr w:type="spellEnd"/>
      <w:r w:rsidRPr="008540F2">
        <w:rPr>
          <w:b w:val="0"/>
          <w:lang w:val="en-ID"/>
        </w:rPr>
        <w:t xml:space="preserve"> lain:</w:t>
      </w:r>
    </w:p>
    <w:p w14:paraId="7C43014C" w14:textId="77777777" w:rsidR="008540F2" w:rsidRPr="008540F2" w:rsidRDefault="008540F2" w:rsidP="006A2C08">
      <w:pPr>
        <w:pStyle w:val="AnakSubbab"/>
        <w:numPr>
          <w:ilvl w:val="0"/>
          <w:numId w:val="29"/>
        </w:numPr>
        <w:jc w:val="both"/>
        <w:rPr>
          <w:b w:val="0"/>
          <w:lang w:val="en-ID"/>
        </w:rPr>
      </w:pPr>
      <w:proofErr w:type="spellStart"/>
      <w:r w:rsidRPr="008540F2">
        <w:rPr>
          <w:b w:val="0"/>
          <w:lang w:val="en-ID"/>
        </w:rPr>
        <w:lastRenderedPageBreak/>
        <w:t>Rohmah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Ma'sum</w:t>
      </w:r>
      <w:proofErr w:type="spellEnd"/>
      <w:r w:rsidRPr="008540F2">
        <w:rPr>
          <w:b w:val="0"/>
          <w:lang w:val="en-ID"/>
        </w:rPr>
        <w:t xml:space="preserve"> (2025)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penelitian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berjudul</w:t>
      </w:r>
      <w:proofErr w:type="spellEnd"/>
      <w:r w:rsidRPr="008540F2">
        <w:rPr>
          <w:b w:val="0"/>
          <w:lang w:val="en-ID"/>
        </w:rPr>
        <w:t xml:space="preserve"> </w:t>
      </w:r>
      <w:r w:rsidRPr="008540F2">
        <w:rPr>
          <w:b w:val="0"/>
          <w:i/>
          <w:iCs/>
          <w:lang w:val="en-ID"/>
        </w:rPr>
        <w:t>"</w:t>
      </w:r>
      <w:proofErr w:type="spellStart"/>
      <w:r w:rsidRPr="008540F2">
        <w:rPr>
          <w:b w:val="0"/>
          <w:i/>
          <w:iCs/>
          <w:lang w:val="en-ID"/>
        </w:rPr>
        <w:t>Pengembangan</w:t>
      </w:r>
      <w:proofErr w:type="spellEnd"/>
      <w:r w:rsidRPr="008540F2">
        <w:rPr>
          <w:b w:val="0"/>
          <w:i/>
          <w:iCs/>
          <w:lang w:val="en-ID"/>
        </w:rPr>
        <w:t xml:space="preserve"> Website </w:t>
      </w:r>
      <w:proofErr w:type="spellStart"/>
      <w:r w:rsidRPr="008540F2">
        <w:rPr>
          <w:b w:val="0"/>
          <w:i/>
          <w:iCs/>
          <w:lang w:val="en-ID"/>
        </w:rPr>
        <w:t>Sistem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Informasi</w:t>
      </w:r>
      <w:proofErr w:type="spellEnd"/>
      <w:r w:rsidRPr="008540F2">
        <w:rPr>
          <w:b w:val="0"/>
          <w:i/>
          <w:iCs/>
          <w:lang w:val="en-ID"/>
        </w:rPr>
        <w:t xml:space="preserve"> SAKIP </w:t>
      </w:r>
      <w:proofErr w:type="spellStart"/>
      <w:r w:rsidRPr="008540F2">
        <w:rPr>
          <w:b w:val="0"/>
          <w:i/>
          <w:iCs/>
          <w:lang w:val="en-ID"/>
        </w:rPr>
        <w:t>Berbasis</w:t>
      </w:r>
      <w:proofErr w:type="spellEnd"/>
      <w:r w:rsidRPr="008540F2">
        <w:rPr>
          <w:b w:val="0"/>
          <w:i/>
          <w:iCs/>
          <w:lang w:val="en-ID"/>
        </w:rPr>
        <w:t xml:space="preserve"> WordPress"</w:t>
      </w:r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menjelaskan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bahwa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penggunaan</w:t>
      </w:r>
      <w:proofErr w:type="spellEnd"/>
      <w:r w:rsidRPr="008540F2">
        <w:rPr>
          <w:b w:val="0"/>
          <w:lang w:val="en-ID"/>
        </w:rPr>
        <w:t xml:space="preserve"> WordPress </w:t>
      </w:r>
      <w:proofErr w:type="spellStart"/>
      <w:r w:rsidRPr="008540F2">
        <w:rPr>
          <w:b w:val="0"/>
          <w:lang w:val="en-ID"/>
        </w:rPr>
        <w:t>dapat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membantu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instansi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pemerintah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mengelola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secara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lebih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terstruktur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memudahkan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pengguna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mengakses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dokumen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serta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yang </w:t>
      </w:r>
      <w:proofErr w:type="spellStart"/>
      <w:r w:rsidRPr="008540F2">
        <w:rPr>
          <w:b w:val="0"/>
          <w:lang w:val="en-ID"/>
        </w:rPr>
        <w:t>dibutuhkan</w:t>
      </w:r>
      <w:proofErr w:type="spellEnd"/>
      <w:r w:rsidRPr="008540F2">
        <w:rPr>
          <w:b w:val="0"/>
          <w:lang w:val="en-ID"/>
        </w:rPr>
        <w:t>.</w:t>
      </w:r>
    </w:p>
    <w:p w14:paraId="3195B6EC" w14:textId="77777777" w:rsidR="008540F2" w:rsidRPr="008540F2" w:rsidRDefault="008540F2" w:rsidP="006A2C08">
      <w:pPr>
        <w:pStyle w:val="AnakSubbab"/>
        <w:numPr>
          <w:ilvl w:val="0"/>
          <w:numId w:val="29"/>
        </w:numPr>
        <w:jc w:val="both"/>
        <w:rPr>
          <w:b w:val="0"/>
          <w:lang w:val="en-ID"/>
        </w:rPr>
      </w:pPr>
      <w:proofErr w:type="spellStart"/>
      <w:r w:rsidRPr="008540F2">
        <w:rPr>
          <w:b w:val="0"/>
          <w:lang w:val="en-ID"/>
        </w:rPr>
        <w:t>Ismawan</w:t>
      </w:r>
      <w:proofErr w:type="spellEnd"/>
      <w:r w:rsidRPr="008540F2">
        <w:rPr>
          <w:b w:val="0"/>
          <w:lang w:val="en-ID"/>
        </w:rPr>
        <w:t xml:space="preserve"> dan Irma (2024)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penelitian</w:t>
      </w:r>
      <w:proofErr w:type="spellEnd"/>
      <w:r w:rsidRPr="008540F2">
        <w:rPr>
          <w:b w:val="0"/>
          <w:lang w:val="en-ID"/>
        </w:rPr>
        <w:t xml:space="preserve"> </w:t>
      </w:r>
      <w:r w:rsidRPr="008540F2">
        <w:rPr>
          <w:b w:val="0"/>
          <w:i/>
          <w:iCs/>
          <w:lang w:val="en-ID"/>
        </w:rPr>
        <w:t>"</w:t>
      </w:r>
      <w:proofErr w:type="spellStart"/>
      <w:r w:rsidRPr="008540F2">
        <w:rPr>
          <w:b w:val="0"/>
          <w:i/>
          <w:iCs/>
          <w:lang w:val="en-ID"/>
        </w:rPr>
        <w:t>Pemanfaatan</w:t>
      </w:r>
      <w:proofErr w:type="spellEnd"/>
      <w:r w:rsidRPr="008540F2">
        <w:rPr>
          <w:b w:val="0"/>
          <w:i/>
          <w:iCs/>
          <w:lang w:val="en-ID"/>
        </w:rPr>
        <w:t xml:space="preserve"> Website </w:t>
      </w:r>
      <w:proofErr w:type="spellStart"/>
      <w:r w:rsidRPr="008540F2">
        <w:rPr>
          <w:b w:val="0"/>
          <w:i/>
          <w:iCs/>
          <w:lang w:val="en-ID"/>
        </w:rPr>
        <w:t>Pemerintah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Kabupaten</w:t>
      </w:r>
      <w:proofErr w:type="spellEnd"/>
      <w:r w:rsidRPr="008540F2">
        <w:rPr>
          <w:b w:val="0"/>
          <w:i/>
          <w:iCs/>
          <w:lang w:val="en-ID"/>
        </w:rPr>
        <w:t xml:space="preserve"> Aceh Barat </w:t>
      </w:r>
      <w:proofErr w:type="spellStart"/>
      <w:r w:rsidRPr="008540F2">
        <w:rPr>
          <w:b w:val="0"/>
          <w:i/>
          <w:iCs/>
          <w:lang w:val="en-ID"/>
        </w:rPr>
        <w:t>Dalam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Mewujudkan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Keterbukaan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Informasi</w:t>
      </w:r>
      <w:proofErr w:type="spellEnd"/>
      <w:r w:rsidRPr="008540F2">
        <w:rPr>
          <w:b w:val="0"/>
          <w:i/>
          <w:iCs/>
          <w:lang w:val="en-ID"/>
        </w:rPr>
        <w:t xml:space="preserve"> Publik"</w:t>
      </w:r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menyimpulkan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bahwa</w:t>
      </w:r>
      <w:proofErr w:type="spellEnd"/>
      <w:r w:rsidRPr="008540F2">
        <w:rPr>
          <w:b w:val="0"/>
          <w:lang w:val="en-ID"/>
        </w:rPr>
        <w:t xml:space="preserve"> website </w:t>
      </w:r>
      <w:proofErr w:type="spellStart"/>
      <w:r w:rsidRPr="008540F2">
        <w:rPr>
          <w:b w:val="0"/>
          <w:lang w:val="en-ID"/>
        </w:rPr>
        <w:t>pemerintah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berperan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penting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menyediakan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publik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secara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terbuka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mendukung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transparansi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kepada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masyarakat</w:t>
      </w:r>
      <w:proofErr w:type="spellEnd"/>
      <w:r w:rsidRPr="008540F2">
        <w:rPr>
          <w:b w:val="0"/>
          <w:lang w:val="en-ID"/>
        </w:rPr>
        <w:t>.</w:t>
      </w:r>
    </w:p>
    <w:p w14:paraId="57974E61" w14:textId="77777777" w:rsidR="008540F2" w:rsidRPr="008540F2" w:rsidRDefault="008540F2" w:rsidP="006A2C08">
      <w:pPr>
        <w:pStyle w:val="AnakSubbab"/>
        <w:numPr>
          <w:ilvl w:val="0"/>
          <w:numId w:val="29"/>
        </w:numPr>
        <w:jc w:val="both"/>
        <w:rPr>
          <w:b w:val="0"/>
          <w:lang w:val="en-ID"/>
        </w:rPr>
      </w:pPr>
      <w:r w:rsidRPr="008540F2">
        <w:rPr>
          <w:b w:val="0"/>
          <w:lang w:val="en-ID"/>
        </w:rPr>
        <w:t xml:space="preserve">Kurniawan (2021)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penelitian</w:t>
      </w:r>
      <w:proofErr w:type="spellEnd"/>
      <w:r w:rsidRPr="008540F2">
        <w:rPr>
          <w:b w:val="0"/>
          <w:lang w:val="en-ID"/>
        </w:rPr>
        <w:t xml:space="preserve"> </w:t>
      </w:r>
      <w:r w:rsidRPr="008540F2">
        <w:rPr>
          <w:b w:val="0"/>
          <w:i/>
          <w:iCs/>
          <w:lang w:val="en-ID"/>
        </w:rPr>
        <w:t>"</w:t>
      </w:r>
      <w:proofErr w:type="spellStart"/>
      <w:r w:rsidRPr="008540F2">
        <w:rPr>
          <w:b w:val="0"/>
          <w:i/>
          <w:iCs/>
          <w:lang w:val="en-ID"/>
        </w:rPr>
        <w:t>Pengembangan</w:t>
      </w:r>
      <w:proofErr w:type="spellEnd"/>
      <w:r w:rsidRPr="008540F2">
        <w:rPr>
          <w:b w:val="0"/>
          <w:i/>
          <w:iCs/>
          <w:lang w:val="en-ID"/>
        </w:rPr>
        <w:t xml:space="preserve"> Website </w:t>
      </w:r>
      <w:proofErr w:type="spellStart"/>
      <w:r w:rsidRPr="008540F2">
        <w:rPr>
          <w:b w:val="0"/>
          <w:i/>
          <w:iCs/>
          <w:lang w:val="en-ID"/>
        </w:rPr>
        <w:t>Sebagai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Wujud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Implementasi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Keterbukaan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Informasi</w:t>
      </w:r>
      <w:proofErr w:type="spellEnd"/>
      <w:r w:rsidRPr="008540F2">
        <w:rPr>
          <w:b w:val="0"/>
          <w:i/>
          <w:iCs/>
          <w:lang w:val="en-ID"/>
        </w:rPr>
        <w:t xml:space="preserve"> Publik </w:t>
      </w:r>
      <w:proofErr w:type="spellStart"/>
      <w:r w:rsidRPr="008540F2">
        <w:rPr>
          <w:b w:val="0"/>
          <w:i/>
          <w:iCs/>
          <w:lang w:val="en-ID"/>
        </w:rPr>
        <w:t>Kabupaten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Sintang</w:t>
      </w:r>
      <w:proofErr w:type="spellEnd"/>
      <w:r w:rsidRPr="008540F2">
        <w:rPr>
          <w:b w:val="0"/>
          <w:i/>
          <w:iCs/>
          <w:lang w:val="en-ID"/>
        </w:rPr>
        <w:t>"</w:t>
      </w:r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menunjukkan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bahwa</w:t>
      </w:r>
      <w:proofErr w:type="spellEnd"/>
      <w:r w:rsidRPr="008540F2">
        <w:rPr>
          <w:b w:val="0"/>
          <w:lang w:val="en-ID"/>
        </w:rPr>
        <w:t xml:space="preserve"> website </w:t>
      </w:r>
      <w:proofErr w:type="spellStart"/>
      <w:r w:rsidRPr="008540F2">
        <w:rPr>
          <w:b w:val="0"/>
          <w:lang w:val="en-ID"/>
        </w:rPr>
        <w:t>instansi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pemerintah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dapat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menjadi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sarana</w:t>
      </w:r>
      <w:proofErr w:type="spellEnd"/>
      <w:r w:rsidRPr="008540F2">
        <w:rPr>
          <w:b w:val="0"/>
          <w:lang w:val="en-ID"/>
        </w:rPr>
        <w:t xml:space="preserve"> yang </w:t>
      </w:r>
      <w:proofErr w:type="spellStart"/>
      <w:r w:rsidRPr="008540F2">
        <w:rPr>
          <w:b w:val="0"/>
          <w:lang w:val="en-ID"/>
        </w:rPr>
        <w:t>efektif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untuk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menyampaikan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publik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meningkatkan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pelayanan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kepada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masyarakat</w:t>
      </w:r>
      <w:proofErr w:type="spellEnd"/>
      <w:r w:rsidRPr="008540F2">
        <w:rPr>
          <w:b w:val="0"/>
          <w:lang w:val="en-ID"/>
        </w:rPr>
        <w:t>.</w:t>
      </w:r>
    </w:p>
    <w:p w14:paraId="62A6C67D" w14:textId="77777777" w:rsidR="008540F2" w:rsidRPr="008540F2" w:rsidRDefault="008540F2" w:rsidP="006A2C08">
      <w:pPr>
        <w:pStyle w:val="AnakSubbab"/>
        <w:numPr>
          <w:ilvl w:val="0"/>
          <w:numId w:val="29"/>
        </w:numPr>
        <w:jc w:val="both"/>
        <w:rPr>
          <w:b w:val="0"/>
          <w:lang w:val="en-ID"/>
        </w:rPr>
      </w:pPr>
      <w:proofErr w:type="spellStart"/>
      <w:r w:rsidRPr="008540F2">
        <w:rPr>
          <w:b w:val="0"/>
          <w:lang w:val="en-ID"/>
        </w:rPr>
        <w:t>Nurrahman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dkk</w:t>
      </w:r>
      <w:proofErr w:type="spellEnd"/>
      <w:r w:rsidRPr="008540F2">
        <w:rPr>
          <w:b w:val="0"/>
          <w:lang w:val="en-ID"/>
        </w:rPr>
        <w:t xml:space="preserve">. (2021)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penelitian</w:t>
      </w:r>
      <w:proofErr w:type="spellEnd"/>
      <w:r w:rsidRPr="008540F2">
        <w:rPr>
          <w:b w:val="0"/>
          <w:lang w:val="en-ID"/>
        </w:rPr>
        <w:t xml:space="preserve"> </w:t>
      </w:r>
      <w:r w:rsidRPr="008540F2">
        <w:rPr>
          <w:b w:val="0"/>
          <w:i/>
          <w:iCs/>
          <w:lang w:val="en-ID"/>
        </w:rPr>
        <w:t>"</w:t>
      </w:r>
      <w:proofErr w:type="spellStart"/>
      <w:r w:rsidRPr="008540F2">
        <w:rPr>
          <w:b w:val="0"/>
          <w:i/>
          <w:iCs/>
          <w:lang w:val="en-ID"/>
        </w:rPr>
        <w:t>Pemanfaatan</w:t>
      </w:r>
      <w:proofErr w:type="spellEnd"/>
      <w:r w:rsidRPr="008540F2">
        <w:rPr>
          <w:b w:val="0"/>
          <w:i/>
          <w:iCs/>
          <w:lang w:val="en-ID"/>
        </w:rPr>
        <w:t xml:space="preserve"> Website </w:t>
      </w:r>
      <w:proofErr w:type="spellStart"/>
      <w:r w:rsidRPr="008540F2">
        <w:rPr>
          <w:b w:val="0"/>
          <w:i/>
          <w:iCs/>
          <w:lang w:val="en-ID"/>
        </w:rPr>
        <w:t>Sebagai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Bentuk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Digitalisasi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Pelayanan</w:t>
      </w:r>
      <w:proofErr w:type="spellEnd"/>
      <w:r w:rsidRPr="008540F2">
        <w:rPr>
          <w:b w:val="0"/>
          <w:i/>
          <w:iCs/>
          <w:lang w:val="en-ID"/>
        </w:rPr>
        <w:t xml:space="preserve"> Publik di </w:t>
      </w:r>
      <w:proofErr w:type="spellStart"/>
      <w:r w:rsidRPr="008540F2">
        <w:rPr>
          <w:b w:val="0"/>
          <w:i/>
          <w:iCs/>
          <w:lang w:val="en-ID"/>
        </w:rPr>
        <w:t>Kabupaten</w:t>
      </w:r>
      <w:proofErr w:type="spellEnd"/>
      <w:r w:rsidRPr="008540F2">
        <w:rPr>
          <w:b w:val="0"/>
          <w:i/>
          <w:iCs/>
          <w:lang w:val="en-ID"/>
        </w:rPr>
        <w:t xml:space="preserve"> </w:t>
      </w:r>
      <w:proofErr w:type="spellStart"/>
      <w:r w:rsidRPr="008540F2">
        <w:rPr>
          <w:b w:val="0"/>
          <w:i/>
          <w:iCs/>
          <w:lang w:val="en-ID"/>
        </w:rPr>
        <w:t>Garut</w:t>
      </w:r>
      <w:proofErr w:type="spellEnd"/>
      <w:r w:rsidRPr="008540F2">
        <w:rPr>
          <w:b w:val="0"/>
          <w:i/>
          <w:iCs/>
          <w:lang w:val="en-ID"/>
        </w:rPr>
        <w:t>"</w:t>
      </w:r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menjelaskan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bahwa</w:t>
      </w:r>
      <w:proofErr w:type="spellEnd"/>
      <w:r w:rsidRPr="008540F2">
        <w:rPr>
          <w:b w:val="0"/>
          <w:lang w:val="en-ID"/>
        </w:rPr>
        <w:t xml:space="preserve"> website </w:t>
      </w:r>
      <w:proofErr w:type="spellStart"/>
      <w:r w:rsidRPr="008540F2">
        <w:rPr>
          <w:b w:val="0"/>
          <w:lang w:val="en-ID"/>
        </w:rPr>
        <w:t>dapat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mendukung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digitalisasi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pelayanan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publik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meskipun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diperlukan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pengelolaan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pemeliharaan</w:t>
      </w:r>
      <w:proofErr w:type="spellEnd"/>
      <w:r w:rsidRPr="008540F2">
        <w:rPr>
          <w:b w:val="0"/>
          <w:lang w:val="en-ID"/>
        </w:rPr>
        <w:t xml:space="preserve"> yang </w:t>
      </w:r>
      <w:proofErr w:type="spellStart"/>
      <w:r w:rsidRPr="008540F2">
        <w:rPr>
          <w:b w:val="0"/>
          <w:lang w:val="en-ID"/>
        </w:rPr>
        <w:t>baik</w:t>
      </w:r>
      <w:proofErr w:type="spellEnd"/>
      <w:r w:rsidRPr="008540F2">
        <w:rPr>
          <w:b w:val="0"/>
          <w:lang w:val="en-ID"/>
        </w:rPr>
        <w:t xml:space="preserve"> agar </w:t>
      </w:r>
      <w:proofErr w:type="spellStart"/>
      <w:r w:rsidRPr="008540F2">
        <w:rPr>
          <w:b w:val="0"/>
          <w:lang w:val="en-ID"/>
        </w:rPr>
        <w:t>seluruh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fitur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dapat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berfungsi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secara</w:t>
      </w:r>
      <w:proofErr w:type="spellEnd"/>
      <w:r w:rsidRPr="008540F2">
        <w:rPr>
          <w:b w:val="0"/>
          <w:lang w:val="en-ID"/>
        </w:rPr>
        <w:t xml:space="preserve"> optimal.</w:t>
      </w:r>
    </w:p>
    <w:p w14:paraId="33198ECA" w14:textId="77777777" w:rsidR="008540F2" w:rsidRDefault="008540F2" w:rsidP="006A2C08">
      <w:pPr>
        <w:pStyle w:val="AnakSubbab"/>
        <w:ind w:left="360" w:firstLine="720"/>
        <w:jc w:val="both"/>
        <w:rPr>
          <w:b w:val="0"/>
          <w:lang w:val="en-ID"/>
        </w:rPr>
      </w:pPr>
      <w:proofErr w:type="spellStart"/>
      <w:r w:rsidRPr="008540F2">
        <w:rPr>
          <w:b w:val="0"/>
          <w:lang w:val="en-ID"/>
        </w:rPr>
        <w:t>Berdasarkan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beberapa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penelitian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tersebut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dapat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disimpulkan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bahwa</w:t>
      </w:r>
      <w:proofErr w:type="spellEnd"/>
      <w:r w:rsidRPr="008540F2">
        <w:rPr>
          <w:b w:val="0"/>
          <w:lang w:val="en-ID"/>
        </w:rPr>
        <w:t xml:space="preserve"> website </w:t>
      </w:r>
      <w:proofErr w:type="spellStart"/>
      <w:r w:rsidRPr="008540F2">
        <w:rPr>
          <w:b w:val="0"/>
          <w:lang w:val="en-ID"/>
        </w:rPr>
        <w:t>memiliki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peran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penting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dalam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penyebaran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keterbukaan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publik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serta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peningkatan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kualitas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pelayanan</w:t>
      </w:r>
      <w:proofErr w:type="spellEnd"/>
      <w:r w:rsidRPr="008540F2">
        <w:rPr>
          <w:b w:val="0"/>
          <w:lang w:val="en-ID"/>
        </w:rPr>
        <w:t xml:space="preserve"> pada </w:t>
      </w:r>
      <w:proofErr w:type="spellStart"/>
      <w:r w:rsidRPr="008540F2">
        <w:rPr>
          <w:b w:val="0"/>
          <w:lang w:val="en-ID"/>
        </w:rPr>
        <w:t>instansi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pemerintah</w:t>
      </w:r>
      <w:proofErr w:type="spellEnd"/>
      <w:r w:rsidRPr="008540F2">
        <w:rPr>
          <w:b w:val="0"/>
          <w:lang w:val="en-ID"/>
        </w:rPr>
        <w:t xml:space="preserve">. Oleh </w:t>
      </w:r>
      <w:proofErr w:type="spellStart"/>
      <w:r w:rsidRPr="008540F2">
        <w:rPr>
          <w:b w:val="0"/>
          <w:lang w:val="en-ID"/>
        </w:rPr>
        <w:t>karena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itu</w:t>
      </w:r>
      <w:proofErr w:type="spellEnd"/>
      <w:r w:rsidRPr="008540F2">
        <w:rPr>
          <w:b w:val="0"/>
          <w:lang w:val="en-ID"/>
        </w:rPr>
        <w:t xml:space="preserve">, </w:t>
      </w:r>
      <w:proofErr w:type="spellStart"/>
      <w:r w:rsidRPr="008540F2">
        <w:rPr>
          <w:b w:val="0"/>
          <w:lang w:val="en-ID"/>
        </w:rPr>
        <w:t>pengelolaan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pengembangan</w:t>
      </w:r>
      <w:proofErr w:type="spellEnd"/>
      <w:r w:rsidRPr="008540F2">
        <w:rPr>
          <w:b w:val="0"/>
          <w:lang w:val="en-ID"/>
        </w:rPr>
        <w:t xml:space="preserve"> website pada Kementerian Agama Kota Cilegon </w:t>
      </w:r>
      <w:proofErr w:type="spellStart"/>
      <w:r w:rsidRPr="008540F2">
        <w:rPr>
          <w:b w:val="0"/>
          <w:lang w:val="en-ID"/>
        </w:rPr>
        <w:t>menjadi</w:t>
      </w:r>
      <w:proofErr w:type="spellEnd"/>
      <w:r w:rsidRPr="008540F2">
        <w:rPr>
          <w:b w:val="0"/>
          <w:lang w:val="en-ID"/>
        </w:rPr>
        <w:t xml:space="preserve"> salah </w:t>
      </w:r>
      <w:proofErr w:type="spellStart"/>
      <w:r w:rsidRPr="008540F2">
        <w:rPr>
          <w:b w:val="0"/>
          <w:lang w:val="en-ID"/>
        </w:rPr>
        <w:t>satu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upaya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untuk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meningkatkan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akses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informasi</w:t>
      </w:r>
      <w:proofErr w:type="spellEnd"/>
      <w:r w:rsidRPr="008540F2">
        <w:rPr>
          <w:b w:val="0"/>
          <w:lang w:val="en-ID"/>
        </w:rPr>
        <w:t xml:space="preserve"> dan </w:t>
      </w:r>
      <w:proofErr w:type="spellStart"/>
      <w:r w:rsidRPr="008540F2">
        <w:rPr>
          <w:b w:val="0"/>
          <w:lang w:val="en-ID"/>
        </w:rPr>
        <w:t>pelayanan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kepada</w:t>
      </w:r>
      <w:proofErr w:type="spellEnd"/>
      <w:r w:rsidRPr="008540F2">
        <w:rPr>
          <w:b w:val="0"/>
          <w:lang w:val="en-ID"/>
        </w:rPr>
        <w:t xml:space="preserve"> </w:t>
      </w:r>
      <w:proofErr w:type="spellStart"/>
      <w:r w:rsidRPr="008540F2">
        <w:rPr>
          <w:b w:val="0"/>
          <w:lang w:val="en-ID"/>
        </w:rPr>
        <w:t>masyarakat</w:t>
      </w:r>
      <w:proofErr w:type="spellEnd"/>
      <w:r w:rsidRPr="008540F2">
        <w:rPr>
          <w:b w:val="0"/>
          <w:lang w:val="en-ID"/>
        </w:rPr>
        <w:t>.</w:t>
      </w:r>
    </w:p>
    <w:p w14:paraId="57E096BC" w14:textId="77777777" w:rsidR="008540F2" w:rsidRDefault="008540F2" w:rsidP="006A2C08">
      <w:pPr>
        <w:pStyle w:val="AnakSubbab"/>
        <w:jc w:val="both"/>
        <w:rPr>
          <w:b w:val="0"/>
          <w:lang w:val="en-ID"/>
        </w:rPr>
      </w:pPr>
    </w:p>
    <w:p w14:paraId="465B0DDF" w14:textId="77777777" w:rsidR="002C509E" w:rsidRDefault="002C509E" w:rsidP="006A2C08">
      <w:pPr>
        <w:pStyle w:val="AnakSubbab"/>
        <w:jc w:val="both"/>
        <w:rPr>
          <w:b w:val="0"/>
          <w:lang w:val="en-ID"/>
        </w:rPr>
      </w:pPr>
    </w:p>
    <w:p w14:paraId="0263E349" w14:textId="77777777" w:rsidR="002C509E" w:rsidRDefault="002C509E" w:rsidP="006A2C08">
      <w:pPr>
        <w:pStyle w:val="AnakSubbab"/>
        <w:jc w:val="both"/>
        <w:rPr>
          <w:b w:val="0"/>
          <w:lang w:val="en-ID"/>
        </w:rPr>
      </w:pPr>
    </w:p>
    <w:p w14:paraId="4A8346C5" w14:textId="77777777" w:rsidR="008540F2" w:rsidRPr="008540F2" w:rsidRDefault="008540F2" w:rsidP="006A2C08">
      <w:pPr>
        <w:pStyle w:val="AnakSubbab"/>
        <w:jc w:val="both"/>
        <w:rPr>
          <w:b w:val="0"/>
          <w:lang w:val="en-ID"/>
        </w:rPr>
      </w:pPr>
    </w:p>
    <w:p w14:paraId="5A9FF204" w14:textId="77777777" w:rsidR="008540F2" w:rsidRPr="008540F2" w:rsidRDefault="008540F2" w:rsidP="006A2C08">
      <w:pPr>
        <w:pStyle w:val="AnakSubbab"/>
        <w:jc w:val="both"/>
        <w:rPr>
          <w:lang w:val="en-ID"/>
        </w:rPr>
      </w:pPr>
    </w:p>
    <w:p w14:paraId="5402CEFA" w14:textId="293EDC51" w:rsidR="006512E0" w:rsidRDefault="008111AB" w:rsidP="006A2C08">
      <w:pPr>
        <w:pStyle w:val="Subbab"/>
        <w:jc w:val="both"/>
      </w:pPr>
      <w:r>
        <w:lastRenderedPageBreak/>
        <w:t xml:space="preserve">2.2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Pikir</w:t>
      </w:r>
      <w:proofErr w:type="spellEnd"/>
      <w:r>
        <w:t xml:space="preserve"> </w:t>
      </w:r>
      <w:proofErr w:type="spellStart"/>
      <w:r>
        <w:t>Teoritis</w:t>
      </w:r>
      <w:proofErr w:type="spellEnd"/>
    </w:p>
    <w:p w14:paraId="69A4265D" w14:textId="77777777" w:rsidR="008540F2" w:rsidRPr="008540F2" w:rsidRDefault="008540F2" w:rsidP="002C509E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8540F2">
        <w:rPr>
          <w:b w:val="0"/>
          <w:bCs/>
          <w:lang w:val="en-ID"/>
        </w:rPr>
        <w:t>Perkembangan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teknologi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informasi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mendorong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instansi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pemerintah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untuk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menyediakan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informasi</w:t>
      </w:r>
      <w:proofErr w:type="spellEnd"/>
      <w:r w:rsidRPr="008540F2">
        <w:rPr>
          <w:b w:val="0"/>
          <w:bCs/>
          <w:lang w:val="en-ID"/>
        </w:rPr>
        <w:t xml:space="preserve"> yang </w:t>
      </w:r>
      <w:proofErr w:type="spellStart"/>
      <w:r w:rsidRPr="008540F2">
        <w:rPr>
          <w:b w:val="0"/>
          <w:bCs/>
          <w:lang w:val="en-ID"/>
        </w:rPr>
        <w:t>cepat</w:t>
      </w:r>
      <w:proofErr w:type="spellEnd"/>
      <w:r w:rsidRPr="008540F2">
        <w:rPr>
          <w:b w:val="0"/>
          <w:bCs/>
          <w:lang w:val="en-ID"/>
        </w:rPr>
        <w:t xml:space="preserve">, </w:t>
      </w:r>
      <w:proofErr w:type="spellStart"/>
      <w:r w:rsidRPr="008540F2">
        <w:rPr>
          <w:b w:val="0"/>
          <w:bCs/>
          <w:lang w:val="en-ID"/>
        </w:rPr>
        <w:t>akurat</w:t>
      </w:r>
      <w:proofErr w:type="spellEnd"/>
      <w:r w:rsidRPr="008540F2">
        <w:rPr>
          <w:b w:val="0"/>
          <w:bCs/>
          <w:lang w:val="en-ID"/>
        </w:rPr>
        <w:t xml:space="preserve">, dan </w:t>
      </w:r>
      <w:proofErr w:type="spellStart"/>
      <w:r w:rsidRPr="008540F2">
        <w:rPr>
          <w:b w:val="0"/>
          <w:bCs/>
          <w:lang w:val="en-ID"/>
        </w:rPr>
        <w:t>mudah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diakses</w:t>
      </w:r>
      <w:proofErr w:type="spellEnd"/>
      <w:r w:rsidRPr="008540F2">
        <w:rPr>
          <w:b w:val="0"/>
          <w:bCs/>
          <w:lang w:val="en-ID"/>
        </w:rPr>
        <w:t xml:space="preserve"> oleh </w:t>
      </w:r>
      <w:proofErr w:type="spellStart"/>
      <w:r w:rsidRPr="008540F2">
        <w:rPr>
          <w:b w:val="0"/>
          <w:bCs/>
          <w:lang w:val="en-ID"/>
        </w:rPr>
        <w:t>masyarakat</w:t>
      </w:r>
      <w:proofErr w:type="spellEnd"/>
      <w:r w:rsidRPr="008540F2">
        <w:rPr>
          <w:b w:val="0"/>
          <w:bCs/>
          <w:lang w:val="en-ID"/>
        </w:rPr>
        <w:t xml:space="preserve">. Salah </w:t>
      </w:r>
      <w:proofErr w:type="spellStart"/>
      <w:r w:rsidRPr="008540F2">
        <w:rPr>
          <w:b w:val="0"/>
          <w:bCs/>
          <w:lang w:val="en-ID"/>
        </w:rPr>
        <w:t>satu</w:t>
      </w:r>
      <w:proofErr w:type="spellEnd"/>
      <w:r w:rsidRPr="008540F2">
        <w:rPr>
          <w:b w:val="0"/>
          <w:bCs/>
          <w:lang w:val="en-ID"/>
        </w:rPr>
        <w:t xml:space="preserve"> media yang </w:t>
      </w:r>
      <w:proofErr w:type="spellStart"/>
      <w:r w:rsidRPr="008540F2">
        <w:rPr>
          <w:b w:val="0"/>
          <w:bCs/>
          <w:lang w:val="en-ID"/>
        </w:rPr>
        <w:t>digunakan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adalah</w:t>
      </w:r>
      <w:proofErr w:type="spellEnd"/>
      <w:r w:rsidRPr="008540F2">
        <w:rPr>
          <w:b w:val="0"/>
          <w:bCs/>
          <w:lang w:val="en-ID"/>
        </w:rPr>
        <w:t xml:space="preserve"> website </w:t>
      </w:r>
      <w:proofErr w:type="spellStart"/>
      <w:r w:rsidRPr="008540F2">
        <w:rPr>
          <w:b w:val="0"/>
          <w:bCs/>
          <w:lang w:val="en-ID"/>
        </w:rPr>
        <w:t>sebagai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sarana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publikasi</w:t>
      </w:r>
      <w:proofErr w:type="spellEnd"/>
      <w:r w:rsidRPr="008540F2">
        <w:rPr>
          <w:b w:val="0"/>
          <w:bCs/>
          <w:lang w:val="en-ID"/>
        </w:rPr>
        <w:t xml:space="preserve"> dan </w:t>
      </w:r>
      <w:proofErr w:type="spellStart"/>
      <w:r w:rsidRPr="008540F2">
        <w:rPr>
          <w:b w:val="0"/>
          <w:bCs/>
          <w:lang w:val="en-ID"/>
        </w:rPr>
        <w:t>pelayanan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informasi</w:t>
      </w:r>
      <w:proofErr w:type="spellEnd"/>
      <w:r w:rsidRPr="008540F2">
        <w:rPr>
          <w:b w:val="0"/>
          <w:bCs/>
          <w:lang w:val="en-ID"/>
        </w:rPr>
        <w:t>.</w:t>
      </w:r>
    </w:p>
    <w:p w14:paraId="5960A0F2" w14:textId="77777777" w:rsidR="008540F2" w:rsidRPr="008540F2" w:rsidRDefault="008540F2" w:rsidP="006A2C08">
      <w:pPr>
        <w:pStyle w:val="Subbab"/>
        <w:ind w:left="720"/>
        <w:jc w:val="both"/>
        <w:rPr>
          <w:b w:val="0"/>
          <w:bCs/>
          <w:lang w:val="en-ID"/>
        </w:rPr>
      </w:pPr>
      <w:proofErr w:type="spellStart"/>
      <w:r w:rsidRPr="008540F2">
        <w:rPr>
          <w:b w:val="0"/>
          <w:bCs/>
          <w:lang w:val="en-ID"/>
        </w:rPr>
        <w:t>Dalam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pengelolaan</w:t>
      </w:r>
      <w:proofErr w:type="spellEnd"/>
      <w:r w:rsidRPr="008540F2">
        <w:rPr>
          <w:b w:val="0"/>
          <w:bCs/>
          <w:lang w:val="en-ID"/>
        </w:rPr>
        <w:t xml:space="preserve"> website </w:t>
      </w:r>
      <w:proofErr w:type="spellStart"/>
      <w:r w:rsidRPr="008540F2">
        <w:rPr>
          <w:b w:val="0"/>
          <w:bCs/>
          <w:lang w:val="en-ID"/>
        </w:rPr>
        <w:t>instansi</w:t>
      </w:r>
      <w:proofErr w:type="spellEnd"/>
      <w:r w:rsidRPr="008540F2">
        <w:rPr>
          <w:b w:val="0"/>
          <w:bCs/>
          <w:lang w:val="en-ID"/>
        </w:rPr>
        <w:t xml:space="preserve">, </w:t>
      </w:r>
      <w:proofErr w:type="spellStart"/>
      <w:r w:rsidRPr="008540F2">
        <w:rPr>
          <w:b w:val="0"/>
          <w:bCs/>
          <w:lang w:val="en-ID"/>
        </w:rPr>
        <w:t>diperlukan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sistem</w:t>
      </w:r>
      <w:proofErr w:type="spellEnd"/>
      <w:r w:rsidRPr="008540F2">
        <w:rPr>
          <w:b w:val="0"/>
          <w:bCs/>
          <w:lang w:val="en-ID"/>
        </w:rPr>
        <w:t xml:space="preserve"> yang </w:t>
      </w:r>
      <w:proofErr w:type="spellStart"/>
      <w:r w:rsidRPr="008540F2">
        <w:rPr>
          <w:b w:val="0"/>
          <w:bCs/>
          <w:lang w:val="en-ID"/>
        </w:rPr>
        <w:t>memudahkan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pengelolaan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konten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sehingga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informasi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dapat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diperbarui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secara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efektif</w:t>
      </w:r>
      <w:proofErr w:type="spellEnd"/>
      <w:r w:rsidRPr="008540F2">
        <w:rPr>
          <w:b w:val="0"/>
          <w:bCs/>
          <w:lang w:val="en-ID"/>
        </w:rPr>
        <w:t xml:space="preserve">. Oleh </w:t>
      </w:r>
      <w:proofErr w:type="spellStart"/>
      <w:r w:rsidRPr="008540F2">
        <w:rPr>
          <w:b w:val="0"/>
          <w:bCs/>
          <w:lang w:val="en-ID"/>
        </w:rPr>
        <w:t>karena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itu</w:t>
      </w:r>
      <w:proofErr w:type="spellEnd"/>
      <w:r w:rsidRPr="008540F2">
        <w:rPr>
          <w:b w:val="0"/>
          <w:bCs/>
          <w:lang w:val="en-ID"/>
        </w:rPr>
        <w:t xml:space="preserve">, </w:t>
      </w:r>
      <w:proofErr w:type="spellStart"/>
      <w:r w:rsidRPr="008540F2">
        <w:rPr>
          <w:b w:val="0"/>
          <w:bCs/>
          <w:lang w:val="en-ID"/>
        </w:rPr>
        <w:t>penggunaan</w:t>
      </w:r>
      <w:proofErr w:type="spellEnd"/>
      <w:r w:rsidRPr="008540F2">
        <w:rPr>
          <w:b w:val="0"/>
          <w:bCs/>
          <w:lang w:val="en-ID"/>
        </w:rPr>
        <w:t xml:space="preserve"> Content Management System (CMS) </w:t>
      </w:r>
      <w:proofErr w:type="spellStart"/>
      <w:r w:rsidRPr="008540F2">
        <w:rPr>
          <w:b w:val="0"/>
          <w:bCs/>
          <w:lang w:val="en-ID"/>
        </w:rPr>
        <w:t>seperti</w:t>
      </w:r>
      <w:proofErr w:type="spellEnd"/>
      <w:r w:rsidRPr="008540F2">
        <w:rPr>
          <w:b w:val="0"/>
          <w:bCs/>
          <w:lang w:val="en-ID"/>
        </w:rPr>
        <w:t xml:space="preserve"> WordPress </w:t>
      </w:r>
      <w:proofErr w:type="spellStart"/>
      <w:r w:rsidRPr="008540F2">
        <w:rPr>
          <w:b w:val="0"/>
          <w:bCs/>
          <w:lang w:val="en-ID"/>
        </w:rPr>
        <w:t>menjadi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solusi</w:t>
      </w:r>
      <w:proofErr w:type="spellEnd"/>
      <w:r w:rsidRPr="008540F2">
        <w:rPr>
          <w:b w:val="0"/>
          <w:bCs/>
          <w:lang w:val="en-ID"/>
        </w:rPr>
        <w:t xml:space="preserve"> yang </w:t>
      </w:r>
      <w:proofErr w:type="spellStart"/>
      <w:r w:rsidRPr="008540F2">
        <w:rPr>
          <w:b w:val="0"/>
          <w:bCs/>
          <w:lang w:val="en-ID"/>
        </w:rPr>
        <w:t>tepat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karena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memungkinkan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pengelolaan</w:t>
      </w:r>
      <w:proofErr w:type="spellEnd"/>
      <w:r w:rsidRPr="008540F2">
        <w:rPr>
          <w:b w:val="0"/>
          <w:bCs/>
          <w:lang w:val="en-ID"/>
        </w:rPr>
        <w:t xml:space="preserve"> website </w:t>
      </w:r>
      <w:proofErr w:type="spellStart"/>
      <w:r w:rsidRPr="008540F2">
        <w:rPr>
          <w:b w:val="0"/>
          <w:bCs/>
          <w:lang w:val="en-ID"/>
        </w:rPr>
        <w:t>tanpa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memerlukan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kemampuan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pemrograman</w:t>
      </w:r>
      <w:proofErr w:type="spellEnd"/>
      <w:r w:rsidRPr="008540F2">
        <w:rPr>
          <w:b w:val="0"/>
          <w:bCs/>
          <w:lang w:val="en-ID"/>
        </w:rPr>
        <w:t xml:space="preserve"> yang </w:t>
      </w:r>
      <w:proofErr w:type="spellStart"/>
      <w:r w:rsidRPr="008540F2">
        <w:rPr>
          <w:b w:val="0"/>
          <w:bCs/>
          <w:lang w:val="en-ID"/>
        </w:rPr>
        <w:t>kompleks</w:t>
      </w:r>
      <w:proofErr w:type="spellEnd"/>
      <w:r w:rsidRPr="008540F2">
        <w:rPr>
          <w:b w:val="0"/>
          <w:bCs/>
          <w:lang w:val="en-ID"/>
        </w:rPr>
        <w:t>.</w:t>
      </w:r>
    </w:p>
    <w:p w14:paraId="6B0B58BA" w14:textId="77777777" w:rsidR="008540F2" w:rsidRPr="008540F2" w:rsidRDefault="008540F2" w:rsidP="006A2C08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8540F2">
        <w:rPr>
          <w:b w:val="0"/>
          <w:bCs/>
          <w:lang w:val="en-ID"/>
        </w:rPr>
        <w:t>Untuk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mendukung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tampilan</w:t>
      </w:r>
      <w:proofErr w:type="spellEnd"/>
      <w:r w:rsidRPr="008540F2">
        <w:rPr>
          <w:b w:val="0"/>
          <w:bCs/>
          <w:lang w:val="en-ID"/>
        </w:rPr>
        <w:t xml:space="preserve"> website yang </w:t>
      </w:r>
      <w:proofErr w:type="spellStart"/>
      <w:r w:rsidRPr="008540F2">
        <w:rPr>
          <w:b w:val="0"/>
          <w:bCs/>
          <w:lang w:val="en-ID"/>
        </w:rPr>
        <w:t>lebih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menarik</w:t>
      </w:r>
      <w:proofErr w:type="spellEnd"/>
      <w:r w:rsidRPr="008540F2">
        <w:rPr>
          <w:b w:val="0"/>
          <w:bCs/>
          <w:lang w:val="en-ID"/>
        </w:rPr>
        <w:t xml:space="preserve"> dan </w:t>
      </w:r>
      <w:proofErr w:type="spellStart"/>
      <w:r w:rsidRPr="008540F2">
        <w:rPr>
          <w:b w:val="0"/>
          <w:bCs/>
          <w:lang w:val="en-ID"/>
        </w:rPr>
        <w:t>mudah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digunakan</w:t>
      </w:r>
      <w:proofErr w:type="spellEnd"/>
      <w:r w:rsidRPr="008540F2">
        <w:rPr>
          <w:b w:val="0"/>
          <w:bCs/>
          <w:lang w:val="en-ID"/>
        </w:rPr>
        <w:t xml:space="preserve">, WordPress </w:t>
      </w:r>
      <w:proofErr w:type="spellStart"/>
      <w:r w:rsidRPr="008540F2">
        <w:rPr>
          <w:b w:val="0"/>
          <w:bCs/>
          <w:lang w:val="en-ID"/>
        </w:rPr>
        <w:t>dapat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dikombinasikan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dengan</w:t>
      </w:r>
      <w:proofErr w:type="spellEnd"/>
      <w:r w:rsidRPr="008540F2">
        <w:rPr>
          <w:b w:val="0"/>
          <w:bCs/>
          <w:lang w:val="en-ID"/>
        </w:rPr>
        <w:t xml:space="preserve"> plugin </w:t>
      </w:r>
      <w:proofErr w:type="spellStart"/>
      <w:r w:rsidRPr="008540F2">
        <w:rPr>
          <w:b w:val="0"/>
          <w:bCs/>
          <w:lang w:val="en-ID"/>
        </w:rPr>
        <w:t>Elementor</w:t>
      </w:r>
      <w:proofErr w:type="spellEnd"/>
      <w:r w:rsidRPr="008540F2">
        <w:rPr>
          <w:b w:val="0"/>
          <w:bCs/>
          <w:lang w:val="en-ID"/>
        </w:rPr>
        <w:t xml:space="preserve"> yang </w:t>
      </w:r>
      <w:proofErr w:type="spellStart"/>
      <w:r w:rsidRPr="008540F2">
        <w:rPr>
          <w:b w:val="0"/>
          <w:bCs/>
          <w:lang w:val="en-ID"/>
        </w:rPr>
        <w:t>memungkinkan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pembuatan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halaman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secara</w:t>
      </w:r>
      <w:proofErr w:type="spellEnd"/>
      <w:r w:rsidRPr="008540F2">
        <w:rPr>
          <w:b w:val="0"/>
          <w:bCs/>
          <w:lang w:val="en-ID"/>
        </w:rPr>
        <w:t xml:space="preserve"> visual. </w:t>
      </w:r>
      <w:proofErr w:type="spellStart"/>
      <w:r w:rsidRPr="008540F2">
        <w:rPr>
          <w:b w:val="0"/>
          <w:bCs/>
          <w:lang w:val="en-ID"/>
        </w:rPr>
        <w:t>Dengan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penerapan</w:t>
      </w:r>
      <w:proofErr w:type="spellEnd"/>
      <w:r w:rsidRPr="008540F2">
        <w:rPr>
          <w:b w:val="0"/>
          <w:bCs/>
          <w:lang w:val="en-ID"/>
        </w:rPr>
        <w:t xml:space="preserve"> WordPress dan </w:t>
      </w:r>
      <w:proofErr w:type="spellStart"/>
      <w:r w:rsidRPr="008540F2">
        <w:rPr>
          <w:b w:val="0"/>
          <w:bCs/>
          <w:lang w:val="en-ID"/>
        </w:rPr>
        <w:t>Elementor</w:t>
      </w:r>
      <w:proofErr w:type="spellEnd"/>
      <w:r w:rsidRPr="008540F2">
        <w:rPr>
          <w:b w:val="0"/>
          <w:bCs/>
          <w:lang w:val="en-ID"/>
        </w:rPr>
        <w:t xml:space="preserve">, proses </w:t>
      </w:r>
      <w:proofErr w:type="spellStart"/>
      <w:r w:rsidRPr="008540F2">
        <w:rPr>
          <w:b w:val="0"/>
          <w:bCs/>
          <w:lang w:val="en-ID"/>
        </w:rPr>
        <w:t>pengelolaan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serta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pengembangan</w:t>
      </w:r>
      <w:proofErr w:type="spellEnd"/>
      <w:r w:rsidRPr="008540F2">
        <w:rPr>
          <w:b w:val="0"/>
          <w:bCs/>
          <w:lang w:val="en-ID"/>
        </w:rPr>
        <w:t xml:space="preserve"> website Kementerian Agama Kota Cilegon </w:t>
      </w:r>
      <w:proofErr w:type="spellStart"/>
      <w:r w:rsidRPr="008540F2">
        <w:rPr>
          <w:b w:val="0"/>
          <w:bCs/>
          <w:lang w:val="en-ID"/>
        </w:rPr>
        <w:t>dapat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dilakukan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dengan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lebih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efisien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sehingga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mampu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meningkatkan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kualitas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penyampaian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informasi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kepada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masyarakat</w:t>
      </w:r>
      <w:proofErr w:type="spellEnd"/>
      <w:r w:rsidRPr="008540F2">
        <w:rPr>
          <w:b w:val="0"/>
          <w:bCs/>
          <w:lang w:val="en-ID"/>
        </w:rPr>
        <w:t>.</w:t>
      </w:r>
    </w:p>
    <w:p w14:paraId="2D57B83B" w14:textId="77777777" w:rsidR="008540F2" w:rsidRPr="008540F2" w:rsidRDefault="008540F2" w:rsidP="006A2C08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8540F2">
        <w:rPr>
          <w:b w:val="0"/>
          <w:bCs/>
          <w:lang w:val="en-ID"/>
        </w:rPr>
        <w:t>Berdasarkan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teori-teori</w:t>
      </w:r>
      <w:proofErr w:type="spellEnd"/>
      <w:r w:rsidRPr="008540F2">
        <w:rPr>
          <w:b w:val="0"/>
          <w:bCs/>
          <w:lang w:val="en-ID"/>
        </w:rPr>
        <w:t xml:space="preserve"> yang </w:t>
      </w:r>
      <w:proofErr w:type="spellStart"/>
      <w:r w:rsidRPr="008540F2">
        <w:rPr>
          <w:b w:val="0"/>
          <w:bCs/>
          <w:lang w:val="en-ID"/>
        </w:rPr>
        <w:t>telah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dijelaskan</w:t>
      </w:r>
      <w:proofErr w:type="spellEnd"/>
      <w:r w:rsidRPr="008540F2">
        <w:rPr>
          <w:b w:val="0"/>
          <w:bCs/>
          <w:lang w:val="en-ID"/>
        </w:rPr>
        <w:t xml:space="preserve">, website </w:t>
      </w:r>
      <w:proofErr w:type="spellStart"/>
      <w:r w:rsidRPr="008540F2">
        <w:rPr>
          <w:b w:val="0"/>
          <w:bCs/>
          <w:lang w:val="en-ID"/>
        </w:rPr>
        <w:t>berperan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sebagai</w:t>
      </w:r>
      <w:proofErr w:type="spellEnd"/>
      <w:r w:rsidRPr="008540F2">
        <w:rPr>
          <w:b w:val="0"/>
          <w:bCs/>
          <w:lang w:val="en-ID"/>
        </w:rPr>
        <w:t xml:space="preserve"> media </w:t>
      </w:r>
      <w:proofErr w:type="spellStart"/>
      <w:r w:rsidRPr="008540F2">
        <w:rPr>
          <w:b w:val="0"/>
          <w:bCs/>
          <w:lang w:val="en-ID"/>
        </w:rPr>
        <w:t>informasi</w:t>
      </w:r>
      <w:proofErr w:type="spellEnd"/>
      <w:r w:rsidRPr="008540F2">
        <w:rPr>
          <w:b w:val="0"/>
          <w:bCs/>
          <w:lang w:val="en-ID"/>
        </w:rPr>
        <w:t xml:space="preserve">, WordPress </w:t>
      </w:r>
      <w:proofErr w:type="spellStart"/>
      <w:r w:rsidRPr="008540F2">
        <w:rPr>
          <w:b w:val="0"/>
          <w:bCs/>
          <w:lang w:val="en-ID"/>
        </w:rPr>
        <w:t>sebagai</w:t>
      </w:r>
      <w:proofErr w:type="spellEnd"/>
      <w:r w:rsidRPr="008540F2">
        <w:rPr>
          <w:b w:val="0"/>
          <w:bCs/>
          <w:lang w:val="en-ID"/>
        </w:rPr>
        <w:t xml:space="preserve"> platform </w:t>
      </w:r>
      <w:proofErr w:type="spellStart"/>
      <w:r w:rsidRPr="008540F2">
        <w:rPr>
          <w:b w:val="0"/>
          <w:bCs/>
          <w:lang w:val="en-ID"/>
        </w:rPr>
        <w:t>pengelolaan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konten</w:t>
      </w:r>
      <w:proofErr w:type="spellEnd"/>
      <w:r w:rsidRPr="008540F2">
        <w:rPr>
          <w:b w:val="0"/>
          <w:bCs/>
          <w:lang w:val="en-ID"/>
        </w:rPr>
        <w:t xml:space="preserve">, dan </w:t>
      </w:r>
      <w:proofErr w:type="spellStart"/>
      <w:r w:rsidRPr="008540F2">
        <w:rPr>
          <w:b w:val="0"/>
          <w:bCs/>
          <w:lang w:val="en-ID"/>
        </w:rPr>
        <w:t>Elementor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sebagai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alat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pendukung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desain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antarmuka</w:t>
      </w:r>
      <w:proofErr w:type="spellEnd"/>
      <w:r w:rsidRPr="008540F2">
        <w:rPr>
          <w:b w:val="0"/>
          <w:bCs/>
          <w:lang w:val="en-ID"/>
        </w:rPr>
        <w:t xml:space="preserve">. </w:t>
      </w:r>
      <w:proofErr w:type="spellStart"/>
      <w:r w:rsidRPr="008540F2">
        <w:rPr>
          <w:b w:val="0"/>
          <w:bCs/>
          <w:lang w:val="en-ID"/>
        </w:rPr>
        <w:t>Ketiga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komponen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tersebut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menjadi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dasar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dalam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pelaksanaan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kegiatan</w:t>
      </w:r>
      <w:proofErr w:type="spellEnd"/>
      <w:r w:rsidRPr="008540F2">
        <w:rPr>
          <w:b w:val="0"/>
          <w:bCs/>
          <w:lang w:val="en-ID"/>
        </w:rPr>
        <w:t xml:space="preserve"> PKL yang </w:t>
      </w:r>
      <w:proofErr w:type="spellStart"/>
      <w:r w:rsidRPr="008540F2">
        <w:rPr>
          <w:b w:val="0"/>
          <w:bCs/>
          <w:lang w:val="en-ID"/>
        </w:rPr>
        <w:t>berfokus</w:t>
      </w:r>
      <w:proofErr w:type="spellEnd"/>
      <w:r w:rsidRPr="008540F2">
        <w:rPr>
          <w:b w:val="0"/>
          <w:bCs/>
          <w:lang w:val="en-ID"/>
        </w:rPr>
        <w:t xml:space="preserve"> pada </w:t>
      </w:r>
      <w:proofErr w:type="spellStart"/>
      <w:r w:rsidRPr="008540F2">
        <w:rPr>
          <w:b w:val="0"/>
          <w:bCs/>
          <w:lang w:val="en-ID"/>
        </w:rPr>
        <w:t>pengelolaan</w:t>
      </w:r>
      <w:proofErr w:type="spellEnd"/>
      <w:r w:rsidRPr="008540F2">
        <w:rPr>
          <w:b w:val="0"/>
          <w:bCs/>
          <w:lang w:val="en-ID"/>
        </w:rPr>
        <w:t xml:space="preserve"> dan </w:t>
      </w:r>
      <w:proofErr w:type="spellStart"/>
      <w:r w:rsidRPr="008540F2">
        <w:rPr>
          <w:b w:val="0"/>
          <w:bCs/>
          <w:lang w:val="en-ID"/>
        </w:rPr>
        <w:t>pengembangan</w:t>
      </w:r>
      <w:proofErr w:type="spellEnd"/>
      <w:r w:rsidRPr="008540F2">
        <w:rPr>
          <w:b w:val="0"/>
          <w:bCs/>
          <w:lang w:val="en-ID"/>
        </w:rPr>
        <w:t xml:space="preserve"> website di Kementerian Agama Kota Cilegon.</w:t>
      </w:r>
    </w:p>
    <w:p w14:paraId="171DEBC6" w14:textId="77777777" w:rsidR="008540F2" w:rsidRPr="008540F2" w:rsidRDefault="008540F2" w:rsidP="006A2C08">
      <w:pPr>
        <w:pStyle w:val="Subbab"/>
        <w:jc w:val="both"/>
        <w:rPr>
          <w:lang w:val="en-ID"/>
        </w:rPr>
      </w:pPr>
    </w:p>
    <w:p w14:paraId="29A2D38A" w14:textId="77777777" w:rsidR="0007110D" w:rsidRDefault="0007110D" w:rsidP="006A2C08">
      <w:pPr>
        <w:spacing w:after="200"/>
        <w:jc w:val="both"/>
        <w:rPr>
          <w:b/>
        </w:rPr>
      </w:pPr>
      <w:r>
        <w:br w:type="page"/>
      </w:r>
    </w:p>
    <w:p w14:paraId="0ACB3127" w14:textId="5745BE4F" w:rsidR="006512E0" w:rsidRDefault="008111AB" w:rsidP="006A2C08">
      <w:pPr>
        <w:pStyle w:val="BabTitle"/>
      </w:pPr>
      <w:r>
        <w:lastRenderedPageBreak/>
        <w:t>BAB III</w:t>
      </w:r>
      <w:r>
        <w:br/>
        <w:t>METODE PKL/MAGANG</w:t>
      </w:r>
    </w:p>
    <w:p w14:paraId="3EC1D4EA" w14:textId="77777777" w:rsidR="0007110D" w:rsidRDefault="0007110D" w:rsidP="006A2C08">
      <w:pPr>
        <w:pStyle w:val="BabTitle"/>
        <w:jc w:val="both"/>
      </w:pPr>
    </w:p>
    <w:p w14:paraId="31865C20" w14:textId="77777777" w:rsidR="009144C8" w:rsidRDefault="009144C8" w:rsidP="006A2C08">
      <w:pPr>
        <w:pStyle w:val="BabTitle"/>
        <w:jc w:val="both"/>
      </w:pPr>
    </w:p>
    <w:p w14:paraId="21026F2A" w14:textId="20377439" w:rsidR="0007110D" w:rsidRDefault="008111AB" w:rsidP="006A2C08">
      <w:pPr>
        <w:pStyle w:val="Subbab"/>
        <w:jc w:val="both"/>
      </w:pPr>
      <w:r>
        <w:t>3.1 Lokasi PKL/</w:t>
      </w:r>
      <w:proofErr w:type="spellStart"/>
      <w:r>
        <w:t>Magang</w:t>
      </w:r>
      <w:proofErr w:type="spellEnd"/>
    </w:p>
    <w:p w14:paraId="301F4360" w14:textId="77777777" w:rsidR="008540F2" w:rsidRPr="008540F2" w:rsidRDefault="008540F2" w:rsidP="006A2C08">
      <w:pPr>
        <w:pStyle w:val="Subbab"/>
        <w:ind w:firstLine="720"/>
        <w:rPr>
          <w:b w:val="0"/>
          <w:bCs/>
          <w:lang w:val="en-ID"/>
        </w:rPr>
      </w:pPr>
      <w:r w:rsidRPr="008540F2">
        <w:rPr>
          <w:b w:val="0"/>
          <w:bCs/>
          <w:lang w:val="en-ID"/>
        </w:rPr>
        <w:t xml:space="preserve">Adapun </w:t>
      </w:r>
      <w:proofErr w:type="spellStart"/>
      <w:r w:rsidRPr="008540F2">
        <w:rPr>
          <w:b w:val="0"/>
          <w:bCs/>
          <w:lang w:val="en-ID"/>
        </w:rPr>
        <w:t>lokasi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pelaksanaan</w:t>
      </w:r>
      <w:proofErr w:type="spellEnd"/>
      <w:r w:rsidRPr="008540F2">
        <w:rPr>
          <w:b w:val="0"/>
          <w:bCs/>
          <w:lang w:val="en-ID"/>
        </w:rPr>
        <w:t xml:space="preserve"> PKL </w:t>
      </w:r>
      <w:proofErr w:type="spellStart"/>
      <w:r w:rsidRPr="008540F2">
        <w:rPr>
          <w:b w:val="0"/>
          <w:bCs/>
          <w:lang w:val="en-ID"/>
        </w:rPr>
        <w:t>adalah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sebagai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berikut</w:t>
      </w:r>
      <w:proofErr w:type="spellEnd"/>
      <w:r w:rsidRPr="008540F2">
        <w:rPr>
          <w:b w:val="0"/>
          <w:bCs/>
          <w:lang w:val="en-ID"/>
        </w:rPr>
        <w:t>:</w:t>
      </w:r>
    </w:p>
    <w:p w14:paraId="45BD9CA4" w14:textId="4BBA617E" w:rsidR="004C2EC8" w:rsidRDefault="008540F2" w:rsidP="006A2C08">
      <w:pPr>
        <w:pStyle w:val="Subbab"/>
        <w:rPr>
          <w:b w:val="0"/>
          <w:bCs/>
          <w:lang w:val="en-ID"/>
        </w:rPr>
      </w:pPr>
      <w:r w:rsidRPr="008540F2">
        <w:rPr>
          <w:b w:val="0"/>
          <w:bCs/>
          <w:lang w:val="en-ID"/>
        </w:rPr>
        <w:t xml:space="preserve">Nama </w:t>
      </w:r>
      <w:proofErr w:type="spellStart"/>
      <w:proofErr w:type="gramStart"/>
      <w:r w:rsidRPr="008540F2">
        <w:rPr>
          <w:b w:val="0"/>
          <w:bCs/>
          <w:lang w:val="en-ID"/>
        </w:rPr>
        <w:t>Instansi</w:t>
      </w:r>
      <w:proofErr w:type="spellEnd"/>
      <w:r w:rsidRPr="008540F2">
        <w:rPr>
          <w:b w:val="0"/>
          <w:bCs/>
          <w:lang w:val="en-ID"/>
        </w:rPr>
        <w:t xml:space="preserve"> :</w:t>
      </w:r>
      <w:proofErr w:type="gramEnd"/>
      <w:r w:rsidRPr="008540F2">
        <w:rPr>
          <w:b w:val="0"/>
          <w:bCs/>
          <w:lang w:val="en-ID"/>
        </w:rPr>
        <w:t xml:space="preserve"> </w:t>
      </w:r>
      <w:r w:rsidRPr="008540F2">
        <w:rPr>
          <w:b w:val="0"/>
          <w:bCs/>
          <w:i/>
          <w:iCs/>
          <w:lang w:val="en-ID"/>
        </w:rPr>
        <w:t>Kantor Kementerian Agama Kota Cilegon</w:t>
      </w:r>
      <w:r w:rsidRPr="008540F2">
        <w:rPr>
          <w:b w:val="0"/>
          <w:bCs/>
          <w:lang w:val="en-ID"/>
        </w:rPr>
        <w:br/>
      </w:r>
      <w:proofErr w:type="gramStart"/>
      <w:r w:rsidRPr="008540F2">
        <w:rPr>
          <w:b w:val="0"/>
          <w:bCs/>
          <w:lang w:val="en-ID"/>
        </w:rPr>
        <w:t>Alamat :</w:t>
      </w:r>
      <w:proofErr w:type="gramEnd"/>
      <w:r w:rsidRPr="008540F2">
        <w:rPr>
          <w:b w:val="0"/>
          <w:bCs/>
          <w:lang w:val="en-ID"/>
        </w:rPr>
        <w:t xml:space="preserve"> Jl. </w:t>
      </w:r>
      <w:proofErr w:type="spellStart"/>
      <w:r w:rsidRPr="008540F2">
        <w:rPr>
          <w:b w:val="0"/>
          <w:bCs/>
          <w:lang w:val="en-ID"/>
        </w:rPr>
        <w:t>Jenderal</w:t>
      </w:r>
      <w:proofErr w:type="spellEnd"/>
      <w:r w:rsidRPr="008540F2">
        <w:rPr>
          <w:b w:val="0"/>
          <w:bCs/>
          <w:lang w:val="en-ID"/>
        </w:rPr>
        <w:t xml:space="preserve"> Ahmad Yani No. 58, </w:t>
      </w:r>
      <w:proofErr w:type="spellStart"/>
      <w:r w:rsidRPr="008540F2">
        <w:rPr>
          <w:b w:val="0"/>
          <w:bCs/>
          <w:lang w:val="en-ID"/>
        </w:rPr>
        <w:t>Sukmajaya</w:t>
      </w:r>
      <w:proofErr w:type="spellEnd"/>
      <w:r w:rsidRPr="008540F2">
        <w:rPr>
          <w:b w:val="0"/>
          <w:bCs/>
          <w:lang w:val="en-ID"/>
        </w:rPr>
        <w:t xml:space="preserve">, </w:t>
      </w:r>
      <w:proofErr w:type="spellStart"/>
      <w:r w:rsidRPr="008540F2">
        <w:rPr>
          <w:b w:val="0"/>
          <w:bCs/>
          <w:lang w:val="en-ID"/>
        </w:rPr>
        <w:t>Kecamatan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Jombang</w:t>
      </w:r>
      <w:proofErr w:type="spellEnd"/>
      <w:r w:rsidRPr="008540F2">
        <w:rPr>
          <w:b w:val="0"/>
          <w:bCs/>
          <w:lang w:val="en-ID"/>
        </w:rPr>
        <w:t>, Kota Cilegon, Banten</w:t>
      </w:r>
      <w:r w:rsidRPr="008540F2">
        <w:rPr>
          <w:b w:val="0"/>
          <w:bCs/>
          <w:lang w:val="en-ID"/>
        </w:rPr>
        <w:br/>
      </w:r>
      <w:proofErr w:type="spellStart"/>
      <w:r w:rsidRPr="008540F2">
        <w:rPr>
          <w:b w:val="0"/>
          <w:bCs/>
          <w:lang w:val="en-ID"/>
        </w:rPr>
        <w:t>Bidang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proofErr w:type="gramStart"/>
      <w:r w:rsidRPr="008540F2">
        <w:rPr>
          <w:b w:val="0"/>
          <w:bCs/>
          <w:lang w:val="en-ID"/>
        </w:rPr>
        <w:t>Penempatan</w:t>
      </w:r>
      <w:proofErr w:type="spellEnd"/>
      <w:r w:rsidR="004C2EC8">
        <w:rPr>
          <w:b w:val="0"/>
          <w:bCs/>
          <w:lang w:val="en-ID"/>
        </w:rPr>
        <w:t xml:space="preserve"> </w:t>
      </w:r>
      <w:r w:rsidRPr="008540F2">
        <w:rPr>
          <w:b w:val="0"/>
          <w:bCs/>
          <w:lang w:val="en-ID"/>
        </w:rPr>
        <w:t>:</w:t>
      </w:r>
      <w:proofErr w:type="gramEnd"/>
      <w:r w:rsidRPr="008540F2">
        <w:rPr>
          <w:b w:val="0"/>
          <w:bCs/>
          <w:lang w:val="en-ID"/>
        </w:rPr>
        <w:t xml:space="preserve"> Humas / </w:t>
      </w:r>
      <w:proofErr w:type="spellStart"/>
      <w:r w:rsidRPr="008540F2">
        <w:rPr>
          <w:b w:val="0"/>
          <w:bCs/>
          <w:lang w:val="en-ID"/>
        </w:rPr>
        <w:t>Pengelola</w:t>
      </w:r>
      <w:proofErr w:type="spellEnd"/>
      <w:r w:rsidRPr="008540F2">
        <w:rPr>
          <w:b w:val="0"/>
          <w:bCs/>
          <w:lang w:val="en-ID"/>
        </w:rPr>
        <w:t xml:space="preserve"> Website</w:t>
      </w:r>
      <w:r w:rsidR="004C2EC8" w:rsidRPr="008540F2">
        <w:rPr>
          <w:b w:val="0"/>
          <w:bCs/>
          <w:lang w:val="en-ID"/>
        </w:rPr>
        <w:t xml:space="preserve"> </w:t>
      </w:r>
    </w:p>
    <w:p w14:paraId="3014C303" w14:textId="77777777" w:rsidR="004C2EC8" w:rsidRDefault="008540F2" w:rsidP="006A2C08">
      <w:pPr>
        <w:pStyle w:val="Subbab"/>
        <w:rPr>
          <w:b w:val="0"/>
          <w:bCs/>
          <w:lang w:val="en-ID"/>
        </w:rPr>
      </w:pPr>
      <w:r w:rsidRPr="008540F2">
        <w:rPr>
          <w:b w:val="0"/>
          <w:bCs/>
          <w:lang w:val="en-ID"/>
        </w:rPr>
        <w:t xml:space="preserve">Waktu </w:t>
      </w:r>
      <w:proofErr w:type="spellStart"/>
      <w:proofErr w:type="gramStart"/>
      <w:r w:rsidRPr="008540F2">
        <w:rPr>
          <w:b w:val="0"/>
          <w:bCs/>
          <w:lang w:val="en-ID"/>
        </w:rPr>
        <w:t>Pelaksanaan</w:t>
      </w:r>
      <w:proofErr w:type="spellEnd"/>
      <w:r w:rsidR="004C2EC8">
        <w:rPr>
          <w:b w:val="0"/>
          <w:bCs/>
          <w:lang w:val="en-ID"/>
        </w:rPr>
        <w:t xml:space="preserve"> </w:t>
      </w:r>
      <w:r w:rsidRPr="008540F2">
        <w:rPr>
          <w:b w:val="0"/>
          <w:bCs/>
          <w:lang w:val="en-ID"/>
        </w:rPr>
        <w:t>:</w:t>
      </w:r>
      <w:proofErr w:type="gramEnd"/>
      <w:r w:rsidRPr="008540F2">
        <w:rPr>
          <w:b w:val="0"/>
          <w:bCs/>
          <w:lang w:val="en-ID"/>
        </w:rPr>
        <w:t xml:space="preserve"> </w:t>
      </w:r>
      <w:r w:rsidR="004C2EC8">
        <w:rPr>
          <w:b w:val="0"/>
          <w:bCs/>
          <w:lang w:val="en-ID"/>
        </w:rPr>
        <w:t xml:space="preserve">9 </w:t>
      </w:r>
      <w:proofErr w:type="spellStart"/>
      <w:r w:rsidR="004C2EC8">
        <w:rPr>
          <w:b w:val="0"/>
          <w:bCs/>
          <w:lang w:val="en-ID"/>
        </w:rPr>
        <w:t>Februari</w:t>
      </w:r>
      <w:proofErr w:type="spellEnd"/>
      <w:r w:rsidR="004C2EC8">
        <w:rPr>
          <w:b w:val="0"/>
          <w:bCs/>
          <w:lang w:val="en-ID"/>
        </w:rPr>
        <w:t xml:space="preserve"> 2026 </w:t>
      </w:r>
      <w:proofErr w:type="spellStart"/>
      <w:r w:rsidR="004C2EC8">
        <w:rPr>
          <w:b w:val="0"/>
          <w:bCs/>
          <w:lang w:val="en-ID"/>
        </w:rPr>
        <w:t>sampai</w:t>
      </w:r>
      <w:proofErr w:type="spellEnd"/>
      <w:r w:rsidR="004C2EC8">
        <w:rPr>
          <w:b w:val="0"/>
          <w:bCs/>
          <w:lang w:val="en-ID"/>
        </w:rPr>
        <w:t xml:space="preserve"> </w:t>
      </w:r>
      <w:proofErr w:type="spellStart"/>
      <w:r w:rsidR="004C2EC8">
        <w:rPr>
          <w:b w:val="0"/>
          <w:bCs/>
          <w:lang w:val="en-ID"/>
        </w:rPr>
        <w:t>dengan</w:t>
      </w:r>
      <w:proofErr w:type="spellEnd"/>
      <w:r w:rsidR="004C2EC8">
        <w:rPr>
          <w:b w:val="0"/>
          <w:bCs/>
          <w:lang w:val="en-ID"/>
        </w:rPr>
        <w:t xml:space="preserve"> 13 Juli 2026 </w:t>
      </w:r>
    </w:p>
    <w:p w14:paraId="5476F903" w14:textId="02A932F6" w:rsidR="008540F2" w:rsidRPr="008540F2" w:rsidRDefault="008540F2" w:rsidP="006A2C08">
      <w:pPr>
        <w:pStyle w:val="Subbab"/>
        <w:ind w:firstLine="720"/>
        <w:rPr>
          <w:b w:val="0"/>
          <w:bCs/>
          <w:lang w:val="en-ID"/>
        </w:rPr>
      </w:pPr>
      <w:proofErr w:type="spellStart"/>
      <w:r w:rsidRPr="008540F2">
        <w:rPr>
          <w:b w:val="0"/>
          <w:bCs/>
          <w:lang w:val="en-ID"/>
        </w:rPr>
        <w:t>Pemilihan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lokasi</w:t>
      </w:r>
      <w:proofErr w:type="spellEnd"/>
      <w:r w:rsidRPr="008540F2">
        <w:rPr>
          <w:b w:val="0"/>
          <w:bCs/>
          <w:lang w:val="en-ID"/>
        </w:rPr>
        <w:t xml:space="preserve"> PKL </w:t>
      </w:r>
      <w:proofErr w:type="spellStart"/>
      <w:r w:rsidRPr="008540F2">
        <w:rPr>
          <w:b w:val="0"/>
          <w:bCs/>
          <w:lang w:val="en-ID"/>
        </w:rPr>
        <w:t>ini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bertujuan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untuk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memberikan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pengalaman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kerja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secara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langsung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dalam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lingkungan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instansi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pemerintahan</w:t>
      </w:r>
      <w:proofErr w:type="spellEnd"/>
      <w:r w:rsidRPr="008540F2">
        <w:rPr>
          <w:b w:val="0"/>
          <w:bCs/>
          <w:lang w:val="en-ID"/>
        </w:rPr>
        <w:t xml:space="preserve">, </w:t>
      </w:r>
      <w:proofErr w:type="spellStart"/>
      <w:r w:rsidRPr="008540F2">
        <w:rPr>
          <w:b w:val="0"/>
          <w:bCs/>
          <w:lang w:val="en-ID"/>
        </w:rPr>
        <w:t>khususnya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dalam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bidang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pengelolaan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teknologi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informasi</w:t>
      </w:r>
      <w:proofErr w:type="spellEnd"/>
      <w:r w:rsidRPr="008540F2">
        <w:rPr>
          <w:b w:val="0"/>
          <w:bCs/>
          <w:lang w:val="en-ID"/>
        </w:rPr>
        <w:t xml:space="preserve"> dan website </w:t>
      </w:r>
      <w:proofErr w:type="spellStart"/>
      <w:r w:rsidRPr="008540F2">
        <w:rPr>
          <w:b w:val="0"/>
          <w:bCs/>
          <w:lang w:val="en-ID"/>
        </w:rPr>
        <w:t>sebagai</w:t>
      </w:r>
      <w:proofErr w:type="spellEnd"/>
      <w:r w:rsidRPr="008540F2">
        <w:rPr>
          <w:b w:val="0"/>
          <w:bCs/>
          <w:lang w:val="en-ID"/>
        </w:rPr>
        <w:t xml:space="preserve"> media </w:t>
      </w:r>
      <w:proofErr w:type="spellStart"/>
      <w:r w:rsidRPr="008540F2">
        <w:rPr>
          <w:b w:val="0"/>
          <w:bCs/>
          <w:lang w:val="en-ID"/>
        </w:rPr>
        <w:t>penyampaian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informasi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kepada</w:t>
      </w:r>
      <w:proofErr w:type="spellEnd"/>
      <w:r w:rsidRPr="008540F2">
        <w:rPr>
          <w:b w:val="0"/>
          <w:bCs/>
          <w:lang w:val="en-ID"/>
        </w:rPr>
        <w:t xml:space="preserve"> </w:t>
      </w:r>
      <w:proofErr w:type="spellStart"/>
      <w:r w:rsidRPr="008540F2">
        <w:rPr>
          <w:b w:val="0"/>
          <w:bCs/>
          <w:lang w:val="en-ID"/>
        </w:rPr>
        <w:t>masyarakat</w:t>
      </w:r>
      <w:proofErr w:type="spellEnd"/>
      <w:r w:rsidRPr="008540F2">
        <w:rPr>
          <w:b w:val="0"/>
          <w:bCs/>
          <w:lang w:val="en-ID"/>
        </w:rPr>
        <w:t>.</w:t>
      </w:r>
    </w:p>
    <w:p w14:paraId="654F4727" w14:textId="77777777" w:rsidR="008540F2" w:rsidRPr="008540F2" w:rsidRDefault="008540F2" w:rsidP="006A2C08">
      <w:pPr>
        <w:pStyle w:val="Subbab"/>
        <w:jc w:val="both"/>
        <w:rPr>
          <w:lang w:val="en-ID"/>
        </w:rPr>
      </w:pPr>
    </w:p>
    <w:p w14:paraId="4F17777F" w14:textId="42BD9013" w:rsidR="0007110D" w:rsidRDefault="008111AB" w:rsidP="006A2C08">
      <w:pPr>
        <w:pStyle w:val="Subbab"/>
        <w:jc w:val="both"/>
      </w:pPr>
      <w:r>
        <w:t xml:space="preserve">3.2 Desain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639113EF" w14:textId="4734828D" w:rsidR="004C2EC8" w:rsidRPr="004C2EC8" w:rsidRDefault="004C2EC8" w:rsidP="006A2C08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4C2EC8">
        <w:rPr>
          <w:b w:val="0"/>
          <w:bCs/>
          <w:lang w:val="en-ID"/>
        </w:rPr>
        <w:t>Pelaksanaan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Praktik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Kerja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Lapangan</w:t>
      </w:r>
      <w:proofErr w:type="spellEnd"/>
      <w:r w:rsidRPr="004C2EC8">
        <w:rPr>
          <w:b w:val="0"/>
          <w:bCs/>
          <w:lang w:val="en-ID"/>
        </w:rPr>
        <w:t xml:space="preserve"> (PKL) di Kementerian Agama Kota Cilegon </w:t>
      </w:r>
      <w:proofErr w:type="spellStart"/>
      <w:r w:rsidRPr="004C2EC8">
        <w:rPr>
          <w:b w:val="0"/>
          <w:bCs/>
          <w:lang w:val="en-ID"/>
        </w:rPr>
        <w:t>menggunakan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pendekatan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deskriptif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dengan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metode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observasi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lapangan</w:t>
      </w:r>
      <w:proofErr w:type="spellEnd"/>
      <w:r w:rsidRPr="004C2EC8">
        <w:rPr>
          <w:b w:val="0"/>
          <w:bCs/>
          <w:lang w:val="en-ID"/>
        </w:rPr>
        <w:t xml:space="preserve"> dan </w:t>
      </w:r>
      <w:proofErr w:type="spellStart"/>
      <w:r w:rsidRPr="004C2EC8">
        <w:rPr>
          <w:b w:val="0"/>
          <w:bCs/>
          <w:lang w:val="en-ID"/>
        </w:rPr>
        <w:t>praktik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kerja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secara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langsung</w:t>
      </w:r>
      <w:proofErr w:type="spellEnd"/>
      <w:r w:rsidRPr="004C2EC8">
        <w:rPr>
          <w:b w:val="0"/>
          <w:bCs/>
          <w:lang w:val="en-ID"/>
        </w:rPr>
        <w:t xml:space="preserve">. </w:t>
      </w:r>
      <w:proofErr w:type="spellStart"/>
      <w:r w:rsidRPr="004C2EC8">
        <w:rPr>
          <w:b w:val="0"/>
          <w:bCs/>
          <w:lang w:val="en-ID"/>
        </w:rPr>
        <w:t>Pendekatan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deskriptif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digunakan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untuk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memperoleh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gambaran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mengenai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kegiatan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kerja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sistem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pengelolaan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informasi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serta</w:t>
      </w:r>
      <w:proofErr w:type="spellEnd"/>
      <w:r w:rsidRPr="004C2EC8">
        <w:rPr>
          <w:b w:val="0"/>
          <w:bCs/>
          <w:lang w:val="en-ID"/>
        </w:rPr>
        <w:t xml:space="preserve"> proses </w:t>
      </w:r>
      <w:proofErr w:type="spellStart"/>
      <w:r w:rsidRPr="004C2EC8">
        <w:rPr>
          <w:b w:val="0"/>
          <w:bCs/>
          <w:lang w:val="en-ID"/>
        </w:rPr>
        <w:t>pengelolaan</w:t>
      </w:r>
      <w:proofErr w:type="spellEnd"/>
      <w:r w:rsidRPr="004C2EC8">
        <w:rPr>
          <w:b w:val="0"/>
          <w:bCs/>
          <w:lang w:val="en-ID"/>
        </w:rPr>
        <w:t xml:space="preserve"> website yang </w:t>
      </w:r>
      <w:proofErr w:type="spellStart"/>
      <w:r w:rsidRPr="004C2EC8">
        <w:rPr>
          <w:b w:val="0"/>
          <w:bCs/>
          <w:lang w:val="en-ID"/>
        </w:rPr>
        <w:t>diterapkan</w:t>
      </w:r>
      <w:proofErr w:type="spellEnd"/>
      <w:r w:rsidRPr="004C2EC8">
        <w:rPr>
          <w:b w:val="0"/>
          <w:bCs/>
          <w:lang w:val="en-ID"/>
        </w:rPr>
        <w:t xml:space="preserve"> di </w:t>
      </w:r>
      <w:proofErr w:type="spellStart"/>
      <w:r w:rsidRPr="004C2EC8">
        <w:rPr>
          <w:b w:val="0"/>
          <w:bCs/>
          <w:lang w:val="en-ID"/>
        </w:rPr>
        <w:t>instansi</w:t>
      </w:r>
      <w:proofErr w:type="spellEnd"/>
      <w:r w:rsidRPr="004C2EC8">
        <w:rPr>
          <w:b w:val="0"/>
          <w:bCs/>
          <w:lang w:val="en-ID"/>
        </w:rPr>
        <w:t>.</w:t>
      </w:r>
    </w:p>
    <w:p w14:paraId="4FB69DE0" w14:textId="77777777" w:rsidR="004C2EC8" w:rsidRPr="004C2EC8" w:rsidRDefault="004C2EC8" w:rsidP="006A2C08">
      <w:pPr>
        <w:pStyle w:val="Subbab"/>
        <w:ind w:left="720" w:firstLine="720"/>
        <w:jc w:val="both"/>
        <w:rPr>
          <w:b w:val="0"/>
          <w:bCs/>
          <w:lang w:val="en-ID"/>
        </w:rPr>
      </w:pPr>
      <w:r w:rsidRPr="004C2EC8">
        <w:rPr>
          <w:b w:val="0"/>
          <w:bCs/>
          <w:lang w:val="en-ID"/>
        </w:rPr>
        <w:t xml:space="preserve">Metode </w:t>
      </w:r>
      <w:proofErr w:type="spellStart"/>
      <w:r w:rsidRPr="004C2EC8">
        <w:rPr>
          <w:b w:val="0"/>
          <w:bCs/>
          <w:lang w:val="en-ID"/>
        </w:rPr>
        <w:t>observasi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lapangan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dilakukan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dengan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mengamati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secara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langsung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aktivitas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kerja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struktur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organisasi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serta</w:t>
      </w:r>
      <w:proofErr w:type="spellEnd"/>
      <w:r w:rsidRPr="004C2EC8">
        <w:rPr>
          <w:b w:val="0"/>
          <w:bCs/>
          <w:lang w:val="en-ID"/>
        </w:rPr>
        <w:t xml:space="preserve"> proses </w:t>
      </w:r>
      <w:proofErr w:type="spellStart"/>
      <w:r w:rsidRPr="004C2EC8">
        <w:rPr>
          <w:b w:val="0"/>
          <w:bCs/>
          <w:lang w:val="en-ID"/>
        </w:rPr>
        <w:t>pengelolaan</w:t>
      </w:r>
      <w:proofErr w:type="spellEnd"/>
      <w:r w:rsidRPr="004C2EC8">
        <w:rPr>
          <w:b w:val="0"/>
          <w:bCs/>
          <w:lang w:val="en-ID"/>
        </w:rPr>
        <w:t xml:space="preserve"> website yang </w:t>
      </w:r>
      <w:proofErr w:type="spellStart"/>
      <w:r w:rsidRPr="004C2EC8">
        <w:rPr>
          <w:b w:val="0"/>
          <w:bCs/>
          <w:lang w:val="en-ID"/>
        </w:rPr>
        <w:t>berlangsung</w:t>
      </w:r>
      <w:proofErr w:type="spellEnd"/>
      <w:r w:rsidRPr="004C2EC8">
        <w:rPr>
          <w:b w:val="0"/>
          <w:bCs/>
          <w:lang w:val="en-ID"/>
        </w:rPr>
        <w:t xml:space="preserve"> di </w:t>
      </w:r>
      <w:proofErr w:type="spellStart"/>
      <w:r w:rsidRPr="004C2EC8">
        <w:rPr>
          <w:b w:val="0"/>
          <w:bCs/>
          <w:lang w:val="en-ID"/>
        </w:rPr>
        <w:t>lingkungan</w:t>
      </w:r>
      <w:proofErr w:type="spellEnd"/>
      <w:r w:rsidRPr="004C2EC8">
        <w:rPr>
          <w:b w:val="0"/>
          <w:bCs/>
          <w:lang w:val="en-ID"/>
        </w:rPr>
        <w:t xml:space="preserve"> Kementerian Agama Kota Cilegon. Selain </w:t>
      </w:r>
      <w:proofErr w:type="spellStart"/>
      <w:r w:rsidRPr="004C2EC8">
        <w:rPr>
          <w:b w:val="0"/>
          <w:bCs/>
          <w:lang w:val="en-ID"/>
        </w:rPr>
        <w:t>observasi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pelaksanaan</w:t>
      </w:r>
      <w:proofErr w:type="spellEnd"/>
      <w:r w:rsidRPr="004C2EC8">
        <w:rPr>
          <w:b w:val="0"/>
          <w:bCs/>
          <w:lang w:val="en-ID"/>
        </w:rPr>
        <w:t xml:space="preserve"> PKL juga </w:t>
      </w:r>
      <w:proofErr w:type="spellStart"/>
      <w:r w:rsidRPr="004C2EC8">
        <w:rPr>
          <w:b w:val="0"/>
          <w:bCs/>
          <w:lang w:val="en-ID"/>
        </w:rPr>
        <w:t>dilakukan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melalui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praktik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langsung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dengan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terlibat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dalam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kegiatan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pengelolaan</w:t>
      </w:r>
      <w:proofErr w:type="spellEnd"/>
      <w:r w:rsidRPr="004C2EC8">
        <w:rPr>
          <w:b w:val="0"/>
          <w:bCs/>
          <w:lang w:val="en-ID"/>
        </w:rPr>
        <w:t xml:space="preserve"> dan </w:t>
      </w:r>
      <w:proofErr w:type="spellStart"/>
      <w:r w:rsidRPr="004C2EC8">
        <w:rPr>
          <w:b w:val="0"/>
          <w:bCs/>
          <w:lang w:val="en-ID"/>
        </w:rPr>
        <w:t>pengembangan</w:t>
      </w:r>
      <w:proofErr w:type="spellEnd"/>
      <w:r w:rsidRPr="004C2EC8">
        <w:rPr>
          <w:b w:val="0"/>
          <w:bCs/>
          <w:lang w:val="en-ID"/>
        </w:rPr>
        <w:t xml:space="preserve"> website </w:t>
      </w:r>
      <w:proofErr w:type="spellStart"/>
      <w:r w:rsidRPr="004C2EC8">
        <w:rPr>
          <w:b w:val="0"/>
          <w:bCs/>
          <w:lang w:val="en-ID"/>
        </w:rPr>
        <w:t>menggunakan</w:t>
      </w:r>
      <w:proofErr w:type="spellEnd"/>
      <w:r w:rsidRPr="004C2EC8">
        <w:rPr>
          <w:b w:val="0"/>
          <w:bCs/>
          <w:lang w:val="en-ID"/>
        </w:rPr>
        <w:t xml:space="preserve"> WordPress dan </w:t>
      </w:r>
      <w:proofErr w:type="spellStart"/>
      <w:r w:rsidRPr="004C2EC8">
        <w:rPr>
          <w:b w:val="0"/>
          <w:bCs/>
          <w:lang w:val="en-ID"/>
        </w:rPr>
        <w:t>Elementor</w:t>
      </w:r>
      <w:proofErr w:type="spellEnd"/>
      <w:r w:rsidRPr="004C2EC8">
        <w:rPr>
          <w:b w:val="0"/>
          <w:bCs/>
          <w:lang w:val="en-ID"/>
        </w:rPr>
        <w:t>.</w:t>
      </w:r>
    </w:p>
    <w:p w14:paraId="2BD3835A" w14:textId="77777777" w:rsidR="004C2EC8" w:rsidRPr="004C2EC8" w:rsidRDefault="004C2EC8" w:rsidP="006A2C08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4C2EC8">
        <w:rPr>
          <w:b w:val="0"/>
          <w:bCs/>
          <w:lang w:val="en-ID"/>
        </w:rPr>
        <w:t>Pemilihan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pendekatan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bertujuan</w:t>
      </w:r>
      <w:proofErr w:type="spellEnd"/>
      <w:r w:rsidRPr="004C2EC8">
        <w:rPr>
          <w:b w:val="0"/>
          <w:bCs/>
          <w:lang w:val="en-ID"/>
        </w:rPr>
        <w:t xml:space="preserve"> agar </w:t>
      </w:r>
      <w:proofErr w:type="spellStart"/>
      <w:r w:rsidRPr="004C2EC8">
        <w:rPr>
          <w:b w:val="0"/>
          <w:bCs/>
          <w:lang w:val="en-ID"/>
        </w:rPr>
        <w:t>peserta</w:t>
      </w:r>
      <w:proofErr w:type="spellEnd"/>
      <w:r w:rsidRPr="004C2EC8">
        <w:rPr>
          <w:b w:val="0"/>
          <w:bCs/>
          <w:lang w:val="en-ID"/>
        </w:rPr>
        <w:t xml:space="preserve"> PKL </w:t>
      </w:r>
      <w:proofErr w:type="spellStart"/>
      <w:r w:rsidRPr="004C2EC8">
        <w:rPr>
          <w:b w:val="0"/>
          <w:bCs/>
          <w:lang w:val="en-ID"/>
        </w:rPr>
        <w:t>dapat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memahami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kondisi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kerja</w:t>
      </w:r>
      <w:proofErr w:type="spellEnd"/>
      <w:r w:rsidRPr="004C2EC8">
        <w:rPr>
          <w:b w:val="0"/>
          <w:bCs/>
          <w:lang w:val="en-ID"/>
        </w:rPr>
        <w:t xml:space="preserve"> yang </w:t>
      </w:r>
      <w:proofErr w:type="spellStart"/>
      <w:r w:rsidRPr="004C2EC8">
        <w:rPr>
          <w:b w:val="0"/>
          <w:bCs/>
          <w:lang w:val="en-ID"/>
        </w:rPr>
        <w:t>sebenarnya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memperoleh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pengalaman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lastRenderedPageBreak/>
        <w:t>praktis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serta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mampu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menerapkan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pengetahuan</w:t>
      </w:r>
      <w:proofErr w:type="spellEnd"/>
      <w:r w:rsidRPr="004C2EC8">
        <w:rPr>
          <w:b w:val="0"/>
          <w:bCs/>
          <w:lang w:val="en-ID"/>
        </w:rPr>
        <w:t xml:space="preserve"> dan </w:t>
      </w:r>
      <w:proofErr w:type="spellStart"/>
      <w:r w:rsidRPr="004C2EC8">
        <w:rPr>
          <w:b w:val="0"/>
          <w:bCs/>
          <w:lang w:val="en-ID"/>
        </w:rPr>
        <w:t>keterampilan</w:t>
      </w:r>
      <w:proofErr w:type="spellEnd"/>
      <w:r w:rsidRPr="004C2EC8">
        <w:rPr>
          <w:b w:val="0"/>
          <w:bCs/>
          <w:lang w:val="en-ID"/>
        </w:rPr>
        <w:t xml:space="preserve"> yang </w:t>
      </w:r>
      <w:proofErr w:type="spellStart"/>
      <w:r w:rsidRPr="004C2EC8">
        <w:rPr>
          <w:b w:val="0"/>
          <w:bCs/>
          <w:lang w:val="en-ID"/>
        </w:rPr>
        <w:t>telah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dipelajari</w:t>
      </w:r>
      <w:proofErr w:type="spellEnd"/>
      <w:r w:rsidRPr="004C2EC8">
        <w:rPr>
          <w:b w:val="0"/>
          <w:bCs/>
          <w:lang w:val="en-ID"/>
        </w:rPr>
        <w:t xml:space="preserve"> di </w:t>
      </w:r>
      <w:proofErr w:type="spellStart"/>
      <w:r w:rsidRPr="004C2EC8">
        <w:rPr>
          <w:b w:val="0"/>
          <w:bCs/>
          <w:lang w:val="en-ID"/>
        </w:rPr>
        <w:t>sekolah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dalam</w:t>
      </w:r>
      <w:proofErr w:type="spellEnd"/>
      <w:r w:rsidRPr="004C2EC8">
        <w:rPr>
          <w:b w:val="0"/>
          <w:bCs/>
          <w:lang w:val="en-ID"/>
        </w:rPr>
        <w:t xml:space="preserve"> dunia </w:t>
      </w:r>
      <w:proofErr w:type="spellStart"/>
      <w:r w:rsidRPr="004C2EC8">
        <w:rPr>
          <w:b w:val="0"/>
          <w:bCs/>
          <w:lang w:val="en-ID"/>
        </w:rPr>
        <w:t>kerja</w:t>
      </w:r>
      <w:proofErr w:type="spellEnd"/>
      <w:r w:rsidRPr="004C2EC8">
        <w:rPr>
          <w:b w:val="0"/>
          <w:bCs/>
          <w:lang w:val="en-ID"/>
        </w:rPr>
        <w:t xml:space="preserve">. </w:t>
      </w:r>
      <w:proofErr w:type="spellStart"/>
      <w:r w:rsidRPr="004C2EC8">
        <w:rPr>
          <w:b w:val="0"/>
          <w:bCs/>
          <w:lang w:val="en-ID"/>
        </w:rPr>
        <w:t>Dengan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demikian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kegiatan</w:t>
      </w:r>
      <w:proofErr w:type="spellEnd"/>
      <w:r w:rsidRPr="004C2EC8">
        <w:rPr>
          <w:b w:val="0"/>
          <w:bCs/>
          <w:lang w:val="en-ID"/>
        </w:rPr>
        <w:t xml:space="preserve"> PKL </w:t>
      </w:r>
      <w:proofErr w:type="spellStart"/>
      <w:r w:rsidRPr="004C2EC8">
        <w:rPr>
          <w:b w:val="0"/>
          <w:bCs/>
          <w:lang w:val="en-ID"/>
        </w:rPr>
        <w:t>tidak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hanya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memberikan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pemahaman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teoritis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tetapi</w:t>
      </w:r>
      <w:proofErr w:type="spellEnd"/>
      <w:r w:rsidRPr="004C2EC8">
        <w:rPr>
          <w:b w:val="0"/>
          <w:bCs/>
          <w:lang w:val="en-ID"/>
        </w:rPr>
        <w:t xml:space="preserve"> juga </w:t>
      </w:r>
      <w:proofErr w:type="spellStart"/>
      <w:r w:rsidRPr="004C2EC8">
        <w:rPr>
          <w:b w:val="0"/>
          <w:bCs/>
          <w:lang w:val="en-ID"/>
        </w:rPr>
        <w:t>pengalaman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nyata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dalam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bidang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teknologi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informasi</w:t>
      </w:r>
      <w:proofErr w:type="spellEnd"/>
      <w:r w:rsidRPr="004C2EC8">
        <w:rPr>
          <w:b w:val="0"/>
          <w:bCs/>
          <w:lang w:val="en-ID"/>
        </w:rPr>
        <w:t xml:space="preserve"> dan </w:t>
      </w:r>
      <w:proofErr w:type="spellStart"/>
      <w:r w:rsidRPr="004C2EC8">
        <w:rPr>
          <w:b w:val="0"/>
          <w:bCs/>
          <w:lang w:val="en-ID"/>
        </w:rPr>
        <w:t>pengelolaan</w:t>
      </w:r>
      <w:proofErr w:type="spellEnd"/>
      <w:r w:rsidRPr="004C2EC8">
        <w:rPr>
          <w:b w:val="0"/>
          <w:bCs/>
          <w:lang w:val="en-ID"/>
        </w:rPr>
        <w:t xml:space="preserve"> website </w:t>
      </w:r>
      <w:proofErr w:type="spellStart"/>
      <w:r w:rsidRPr="004C2EC8">
        <w:rPr>
          <w:b w:val="0"/>
          <w:bCs/>
          <w:lang w:val="en-ID"/>
        </w:rPr>
        <w:t>instansi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pemerintahan</w:t>
      </w:r>
      <w:proofErr w:type="spellEnd"/>
      <w:r w:rsidRPr="004C2EC8">
        <w:rPr>
          <w:b w:val="0"/>
          <w:bCs/>
          <w:lang w:val="en-ID"/>
        </w:rPr>
        <w:t>.</w:t>
      </w:r>
    </w:p>
    <w:p w14:paraId="06C951C8" w14:textId="6C62D987" w:rsidR="004C2EC8" w:rsidRDefault="004C2EC8" w:rsidP="006A2C08">
      <w:pPr>
        <w:pStyle w:val="Subbab"/>
        <w:jc w:val="both"/>
      </w:pPr>
    </w:p>
    <w:p w14:paraId="67CD64F9" w14:textId="37665ED5" w:rsidR="0007110D" w:rsidRDefault="008111AB" w:rsidP="006A2C08">
      <w:pPr>
        <w:pStyle w:val="Subbab"/>
        <w:jc w:val="both"/>
      </w:pPr>
      <w:r>
        <w:t xml:space="preserve">3.3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3F6BE89A" w14:textId="67ED5F7F" w:rsidR="004C2EC8" w:rsidRPr="004C2EC8" w:rsidRDefault="004C2EC8" w:rsidP="002C509E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4C2EC8">
        <w:rPr>
          <w:b w:val="0"/>
          <w:bCs/>
          <w:lang w:val="en-ID"/>
        </w:rPr>
        <w:t>Objek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dalam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kegiatan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Praktik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Kerja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Lapangan</w:t>
      </w:r>
      <w:proofErr w:type="spellEnd"/>
      <w:r w:rsidRPr="004C2EC8">
        <w:rPr>
          <w:b w:val="0"/>
          <w:bCs/>
          <w:lang w:val="en-ID"/>
        </w:rPr>
        <w:t xml:space="preserve"> (PKL) </w:t>
      </w:r>
      <w:proofErr w:type="spellStart"/>
      <w:r w:rsidRPr="004C2EC8">
        <w:rPr>
          <w:b w:val="0"/>
          <w:bCs/>
          <w:lang w:val="en-ID"/>
        </w:rPr>
        <w:t>ini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adalah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pengelolaan</w:t>
      </w:r>
      <w:proofErr w:type="spellEnd"/>
      <w:r w:rsidRPr="004C2EC8">
        <w:rPr>
          <w:b w:val="0"/>
          <w:bCs/>
          <w:lang w:val="en-ID"/>
        </w:rPr>
        <w:t xml:space="preserve"> dan </w:t>
      </w:r>
      <w:proofErr w:type="spellStart"/>
      <w:r w:rsidRPr="004C2EC8">
        <w:rPr>
          <w:b w:val="0"/>
          <w:bCs/>
          <w:lang w:val="en-ID"/>
        </w:rPr>
        <w:t>pengembangan</w:t>
      </w:r>
      <w:proofErr w:type="spellEnd"/>
      <w:r w:rsidRPr="004C2EC8">
        <w:rPr>
          <w:b w:val="0"/>
          <w:bCs/>
          <w:lang w:val="en-ID"/>
        </w:rPr>
        <w:t xml:space="preserve"> website pada Kementerian Agama Kota Cilegon. </w:t>
      </w:r>
      <w:proofErr w:type="spellStart"/>
      <w:r w:rsidRPr="004C2EC8">
        <w:rPr>
          <w:b w:val="0"/>
          <w:bCs/>
          <w:lang w:val="en-ID"/>
        </w:rPr>
        <w:t>Pemilihan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objek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magang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didasarkan</w:t>
      </w:r>
      <w:proofErr w:type="spellEnd"/>
      <w:r w:rsidRPr="004C2EC8">
        <w:rPr>
          <w:b w:val="0"/>
          <w:bCs/>
          <w:lang w:val="en-ID"/>
        </w:rPr>
        <w:t xml:space="preserve"> pada </w:t>
      </w:r>
      <w:proofErr w:type="spellStart"/>
      <w:r w:rsidRPr="004C2EC8">
        <w:rPr>
          <w:b w:val="0"/>
          <w:bCs/>
          <w:lang w:val="en-ID"/>
        </w:rPr>
        <w:t>kebutuhan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instansi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dalam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menyampaikan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informasi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kepada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masyarakat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melalui</w:t>
      </w:r>
      <w:proofErr w:type="spellEnd"/>
      <w:r w:rsidRPr="004C2EC8">
        <w:rPr>
          <w:b w:val="0"/>
          <w:bCs/>
          <w:lang w:val="en-ID"/>
        </w:rPr>
        <w:t xml:space="preserve"> media digital, </w:t>
      </w:r>
      <w:proofErr w:type="spellStart"/>
      <w:r w:rsidRPr="004C2EC8">
        <w:rPr>
          <w:b w:val="0"/>
          <w:bCs/>
          <w:lang w:val="en-ID"/>
        </w:rPr>
        <w:t>khususnya</w:t>
      </w:r>
      <w:proofErr w:type="spellEnd"/>
      <w:r w:rsidRPr="004C2EC8">
        <w:rPr>
          <w:b w:val="0"/>
          <w:bCs/>
          <w:lang w:val="en-ID"/>
        </w:rPr>
        <w:t xml:space="preserve"> website </w:t>
      </w:r>
      <w:proofErr w:type="spellStart"/>
      <w:r w:rsidRPr="004C2EC8">
        <w:rPr>
          <w:b w:val="0"/>
          <w:bCs/>
          <w:lang w:val="en-ID"/>
        </w:rPr>
        <w:t>resmi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instansi</w:t>
      </w:r>
      <w:proofErr w:type="spellEnd"/>
      <w:r w:rsidRPr="004C2EC8">
        <w:rPr>
          <w:b w:val="0"/>
          <w:bCs/>
          <w:lang w:val="en-ID"/>
        </w:rPr>
        <w:t>.</w:t>
      </w:r>
    </w:p>
    <w:p w14:paraId="29C73A22" w14:textId="77777777" w:rsidR="004C2EC8" w:rsidRPr="004C2EC8" w:rsidRDefault="004C2EC8" w:rsidP="002C509E">
      <w:pPr>
        <w:pStyle w:val="Subbab"/>
        <w:ind w:left="720" w:firstLine="720"/>
        <w:jc w:val="both"/>
        <w:rPr>
          <w:b w:val="0"/>
          <w:bCs/>
          <w:lang w:val="en-ID"/>
        </w:rPr>
      </w:pPr>
      <w:r w:rsidRPr="004C2EC8">
        <w:rPr>
          <w:b w:val="0"/>
          <w:bCs/>
          <w:lang w:val="en-ID"/>
        </w:rPr>
        <w:t xml:space="preserve">Kementerian Agama Kota Cilegon </w:t>
      </w:r>
      <w:proofErr w:type="spellStart"/>
      <w:r w:rsidRPr="004C2EC8">
        <w:rPr>
          <w:b w:val="0"/>
          <w:bCs/>
          <w:lang w:val="en-ID"/>
        </w:rPr>
        <w:t>dipilih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sebagai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tempat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pelaksanaan</w:t>
      </w:r>
      <w:proofErr w:type="spellEnd"/>
      <w:r w:rsidRPr="004C2EC8">
        <w:rPr>
          <w:b w:val="0"/>
          <w:bCs/>
          <w:lang w:val="en-ID"/>
        </w:rPr>
        <w:t xml:space="preserve"> PKL </w:t>
      </w:r>
      <w:proofErr w:type="spellStart"/>
      <w:r w:rsidRPr="004C2EC8">
        <w:rPr>
          <w:b w:val="0"/>
          <w:bCs/>
          <w:lang w:val="en-ID"/>
        </w:rPr>
        <w:t>karena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merupakan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instansi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pemerintah</w:t>
      </w:r>
      <w:proofErr w:type="spellEnd"/>
      <w:r w:rsidRPr="004C2EC8">
        <w:rPr>
          <w:b w:val="0"/>
          <w:bCs/>
          <w:lang w:val="en-ID"/>
        </w:rPr>
        <w:t xml:space="preserve"> yang </w:t>
      </w:r>
      <w:proofErr w:type="spellStart"/>
      <w:r w:rsidRPr="004C2EC8">
        <w:rPr>
          <w:b w:val="0"/>
          <w:bCs/>
          <w:lang w:val="en-ID"/>
        </w:rPr>
        <w:t>memanfaatkan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teknologi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informasi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dalam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penyebaran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informasi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publikasi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kegiatan</w:t>
      </w:r>
      <w:proofErr w:type="spellEnd"/>
      <w:r w:rsidRPr="004C2EC8">
        <w:rPr>
          <w:b w:val="0"/>
          <w:bCs/>
          <w:lang w:val="en-ID"/>
        </w:rPr>
        <w:t xml:space="preserve">, dan </w:t>
      </w:r>
      <w:proofErr w:type="spellStart"/>
      <w:r w:rsidRPr="004C2EC8">
        <w:rPr>
          <w:b w:val="0"/>
          <w:bCs/>
          <w:lang w:val="en-ID"/>
        </w:rPr>
        <w:t>pelayanan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kepada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masyarakat</w:t>
      </w:r>
      <w:proofErr w:type="spellEnd"/>
      <w:r w:rsidRPr="004C2EC8">
        <w:rPr>
          <w:b w:val="0"/>
          <w:bCs/>
          <w:lang w:val="en-ID"/>
        </w:rPr>
        <w:t xml:space="preserve">. Selain </w:t>
      </w:r>
      <w:proofErr w:type="spellStart"/>
      <w:r w:rsidRPr="004C2EC8">
        <w:rPr>
          <w:b w:val="0"/>
          <w:bCs/>
          <w:lang w:val="en-ID"/>
        </w:rPr>
        <w:t>itu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instansi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memberikan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kesempatan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kepada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peserta</w:t>
      </w:r>
      <w:proofErr w:type="spellEnd"/>
      <w:r w:rsidRPr="004C2EC8">
        <w:rPr>
          <w:b w:val="0"/>
          <w:bCs/>
          <w:lang w:val="en-ID"/>
        </w:rPr>
        <w:t xml:space="preserve"> PKL </w:t>
      </w:r>
      <w:proofErr w:type="spellStart"/>
      <w:r w:rsidRPr="004C2EC8">
        <w:rPr>
          <w:b w:val="0"/>
          <w:bCs/>
          <w:lang w:val="en-ID"/>
        </w:rPr>
        <w:t>untuk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terlibat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secara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langsung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dalam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kegiatan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pengelolaan</w:t>
      </w:r>
      <w:proofErr w:type="spellEnd"/>
      <w:r w:rsidRPr="004C2EC8">
        <w:rPr>
          <w:b w:val="0"/>
          <w:bCs/>
          <w:lang w:val="en-ID"/>
        </w:rPr>
        <w:t xml:space="preserve"> website </w:t>
      </w:r>
      <w:proofErr w:type="spellStart"/>
      <w:r w:rsidRPr="004C2EC8">
        <w:rPr>
          <w:b w:val="0"/>
          <w:bCs/>
          <w:lang w:val="en-ID"/>
        </w:rPr>
        <w:t>menggunakan</w:t>
      </w:r>
      <w:proofErr w:type="spellEnd"/>
      <w:r w:rsidRPr="004C2EC8">
        <w:rPr>
          <w:b w:val="0"/>
          <w:bCs/>
          <w:lang w:val="en-ID"/>
        </w:rPr>
        <w:t xml:space="preserve"> WordPress dan </w:t>
      </w:r>
      <w:proofErr w:type="spellStart"/>
      <w:r w:rsidRPr="004C2EC8">
        <w:rPr>
          <w:b w:val="0"/>
          <w:bCs/>
          <w:lang w:val="en-ID"/>
        </w:rPr>
        <w:t>Elementor</w:t>
      </w:r>
      <w:proofErr w:type="spellEnd"/>
      <w:r w:rsidRPr="004C2EC8">
        <w:rPr>
          <w:b w:val="0"/>
          <w:bCs/>
          <w:lang w:val="en-ID"/>
        </w:rPr>
        <w:t>.</w:t>
      </w:r>
    </w:p>
    <w:p w14:paraId="50DBBD5D" w14:textId="18757AA3" w:rsidR="004C2EC8" w:rsidRPr="002C509E" w:rsidRDefault="004C2EC8" w:rsidP="002C509E">
      <w:pPr>
        <w:pStyle w:val="Subbab"/>
        <w:ind w:left="720"/>
        <w:jc w:val="both"/>
        <w:rPr>
          <w:b w:val="0"/>
          <w:bCs/>
          <w:lang w:val="en-ID"/>
        </w:rPr>
      </w:pPr>
      <w:proofErr w:type="spellStart"/>
      <w:r w:rsidRPr="004C2EC8">
        <w:rPr>
          <w:b w:val="0"/>
          <w:bCs/>
          <w:lang w:val="en-ID"/>
        </w:rPr>
        <w:t>Melalui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objek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magang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tersebut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peserta</w:t>
      </w:r>
      <w:proofErr w:type="spellEnd"/>
      <w:r w:rsidRPr="004C2EC8">
        <w:rPr>
          <w:b w:val="0"/>
          <w:bCs/>
          <w:lang w:val="en-ID"/>
        </w:rPr>
        <w:t xml:space="preserve"> PKL </w:t>
      </w:r>
      <w:proofErr w:type="spellStart"/>
      <w:r w:rsidRPr="004C2EC8">
        <w:rPr>
          <w:b w:val="0"/>
          <w:bCs/>
          <w:lang w:val="en-ID"/>
        </w:rPr>
        <w:t>dapat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mempelajari</w:t>
      </w:r>
      <w:proofErr w:type="spellEnd"/>
      <w:r w:rsidRPr="004C2EC8">
        <w:rPr>
          <w:b w:val="0"/>
          <w:bCs/>
          <w:lang w:val="en-ID"/>
        </w:rPr>
        <w:t xml:space="preserve"> proses </w:t>
      </w:r>
      <w:proofErr w:type="spellStart"/>
      <w:r w:rsidRPr="004C2EC8">
        <w:rPr>
          <w:b w:val="0"/>
          <w:bCs/>
          <w:lang w:val="en-ID"/>
        </w:rPr>
        <w:t>pengelolaan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konten</w:t>
      </w:r>
      <w:proofErr w:type="spellEnd"/>
      <w:r w:rsidRPr="004C2EC8">
        <w:rPr>
          <w:b w:val="0"/>
          <w:bCs/>
          <w:lang w:val="en-ID"/>
        </w:rPr>
        <w:t xml:space="preserve"> website, </w:t>
      </w:r>
      <w:proofErr w:type="spellStart"/>
      <w:r w:rsidRPr="004C2EC8">
        <w:rPr>
          <w:b w:val="0"/>
          <w:bCs/>
          <w:lang w:val="en-ID"/>
        </w:rPr>
        <w:t>pembaruan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informasi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pengaturan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tampilan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halaman</w:t>
      </w:r>
      <w:proofErr w:type="spellEnd"/>
      <w:r w:rsidRPr="004C2EC8">
        <w:rPr>
          <w:b w:val="0"/>
          <w:bCs/>
          <w:lang w:val="en-ID"/>
        </w:rPr>
        <w:t xml:space="preserve">, </w:t>
      </w:r>
      <w:proofErr w:type="spellStart"/>
      <w:r w:rsidRPr="004C2EC8">
        <w:rPr>
          <w:b w:val="0"/>
          <w:bCs/>
          <w:lang w:val="en-ID"/>
        </w:rPr>
        <w:t>serta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berbagai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kegiatan</w:t>
      </w:r>
      <w:proofErr w:type="spellEnd"/>
      <w:r w:rsidRPr="004C2EC8">
        <w:rPr>
          <w:b w:val="0"/>
          <w:bCs/>
          <w:lang w:val="en-ID"/>
        </w:rPr>
        <w:t xml:space="preserve"> yang </w:t>
      </w:r>
      <w:proofErr w:type="spellStart"/>
      <w:r w:rsidRPr="004C2EC8">
        <w:rPr>
          <w:b w:val="0"/>
          <w:bCs/>
          <w:lang w:val="en-ID"/>
        </w:rPr>
        <w:t>berkaitan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dengan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pemanfaatan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teknologi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informasi</w:t>
      </w:r>
      <w:proofErr w:type="spellEnd"/>
      <w:r w:rsidRPr="004C2EC8">
        <w:rPr>
          <w:b w:val="0"/>
          <w:bCs/>
          <w:lang w:val="en-ID"/>
        </w:rPr>
        <w:t xml:space="preserve"> di </w:t>
      </w:r>
      <w:proofErr w:type="spellStart"/>
      <w:r w:rsidRPr="004C2EC8">
        <w:rPr>
          <w:b w:val="0"/>
          <w:bCs/>
          <w:lang w:val="en-ID"/>
        </w:rPr>
        <w:t>lingkungan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instansi</w:t>
      </w:r>
      <w:proofErr w:type="spellEnd"/>
      <w:r w:rsidRPr="004C2EC8">
        <w:rPr>
          <w:b w:val="0"/>
          <w:bCs/>
          <w:lang w:val="en-ID"/>
        </w:rPr>
        <w:t xml:space="preserve"> </w:t>
      </w:r>
      <w:proofErr w:type="spellStart"/>
      <w:r w:rsidRPr="004C2EC8">
        <w:rPr>
          <w:b w:val="0"/>
          <w:bCs/>
          <w:lang w:val="en-ID"/>
        </w:rPr>
        <w:t>pemerintahan</w:t>
      </w:r>
      <w:proofErr w:type="spellEnd"/>
      <w:r w:rsidRPr="004C2EC8">
        <w:rPr>
          <w:b w:val="0"/>
          <w:bCs/>
          <w:lang w:val="en-ID"/>
        </w:rPr>
        <w:t>.</w:t>
      </w:r>
    </w:p>
    <w:p w14:paraId="5F9B1181" w14:textId="77777777" w:rsidR="006512E0" w:rsidRDefault="008111AB" w:rsidP="006A2C08">
      <w:pPr>
        <w:pStyle w:val="Subbab"/>
        <w:jc w:val="both"/>
      </w:pPr>
      <w:r>
        <w:t xml:space="preserve">3.4 Metode </w:t>
      </w:r>
      <w:proofErr w:type="spellStart"/>
      <w:r>
        <w:t>Pengumpulan</w:t>
      </w:r>
      <w:proofErr w:type="spellEnd"/>
      <w:r>
        <w:t xml:space="preserve"> Data</w:t>
      </w:r>
    </w:p>
    <w:p w14:paraId="1C8F7E3F" w14:textId="77777777" w:rsidR="00730E44" w:rsidRPr="00730E44" w:rsidRDefault="00730E44" w:rsidP="006A2C08">
      <w:pPr>
        <w:ind w:firstLine="720"/>
        <w:jc w:val="both"/>
        <w:rPr>
          <w:lang w:val="en-ID"/>
        </w:rPr>
      </w:pPr>
      <w:r w:rsidRPr="00730E44">
        <w:rPr>
          <w:lang w:val="en-ID"/>
        </w:rPr>
        <w:t xml:space="preserve">Metode </w:t>
      </w:r>
      <w:proofErr w:type="spellStart"/>
      <w:r w:rsidRPr="00730E44">
        <w:rPr>
          <w:lang w:val="en-ID"/>
        </w:rPr>
        <w:t>pengumpulan</w:t>
      </w:r>
      <w:proofErr w:type="spellEnd"/>
      <w:r w:rsidRPr="00730E44">
        <w:rPr>
          <w:lang w:val="en-ID"/>
        </w:rPr>
        <w:t xml:space="preserve"> data yang </w:t>
      </w:r>
      <w:proofErr w:type="spellStart"/>
      <w:r w:rsidRPr="00730E44">
        <w:rPr>
          <w:lang w:val="en-ID"/>
        </w:rPr>
        <w:t>digunakan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dalam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pelaksanaan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Praktik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Kerja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Lapangan</w:t>
      </w:r>
      <w:proofErr w:type="spellEnd"/>
      <w:r w:rsidRPr="00730E44">
        <w:rPr>
          <w:lang w:val="en-ID"/>
        </w:rPr>
        <w:t xml:space="preserve"> (PKL) di Kementerian Agama Kota Cilegon </w:t>
      </w:r>
      <w:proofErr w:type="spellStart"/>
      <w:r w:rsidRPr="00730E44">
        <w:rPr>
          <w:lang w:val="en-ID"/>
        </w:rPr>
        <w:t>adalah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sebagai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berikut</w:t>
      </w:r>
      <w:proofErr w:type="spellEnd"/>
      <w:r w:rsidRPr="00730E44">
        <w:rPr>
          <w:lang w:val="en-ID"/>
        </w:rPr>
        <w:t>:</w:t>
      </w:r>
    </w:p>
    <w:p w14:paraId="47EAE6C4" w14:textId="77777777" w:rsidR="00730E44" w:rsidRPr="00730E44" w:rsidRDefault="00730E44" w:rsidP="006A2C08">
      <w:pPr>
        <w:pStyle w:val="ListParagraph"/>
        <w:jc w:val="both"/>
        <w:rPr>
          <w:b/>
          <w:bCs/>
          <w:lang w:val="en-ID"/>
        </w:rPr>
      </w:pPr>
      <w:r w:rsidRPr="00730E44">
        <w:rPr>
          <w:b/>
          <w:bCs/>
          <w:lang w:val="en-ID"/>
        </w:rPr>
        <w:t xml:space="preserve">a. </w:t>
      </w:r>
      <w:proofErr w:type="spellStart"/>
      <w:r w:rsidRPr="00730E44">
        <w:rPr>
          <w:b/>
          <w:bCs/>
          <w:lang w:val="en-ID"/>
        </w:rPr>
        <w:t>Observasi</w:t>
      </w:r>
      <w:proofErr w:type="spellEnd"/>
    </w:p>
    <w:p w14:paraId="19A3C9AB" w14:textId="77777777" w:rsidR="00730E44" w:rsidRPr="00730E44" w:rsidRDefault="00730E44" w:rsidP="006A2C08">
      <w:pPr>
        <w:pStyle w:val="ListParagraph"/>
        <w:jc w:val="both"/>
        <w:rPr>
          <w:lang w:val="en-ID"/>
        </w:rPr>
      </w:pPr>
      <w:proofErr w:type="spellStart"/>
      <w:r w:rsidRPr="00730E44">
        <w:rPr>
          <w:lang w:val="en-ID"/>
        </w:rPr>
        <w:t>Observasi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dilakukan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dengan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cara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mengamati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secara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langsung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kegiatan</w:t>
      </w:r>
      <w:proofErr w:type="spellEnd"/>
      <w:r w:rsidRPr="00730E44">
        <w:rPr>
          <w:lang w:val="en-ID"/>
        </w:rPr>
        <w:t xml:space="preserve"> dan proses </w:t>
      </w:r>
      <w:proofErr w:type="spellStart"/>
      <w:r w:rsidRPr="00730E44">
        <w:rPr>
          <w:lang w:val="en-ID"/>
        </w:rPr>
        <w:t>kerja</w:t>
      </w:r>
      <w:proofErr w:type="spellEnd"/>
      <w:r w:rsidRPr="00730E44">
        <w:rPr>
          <w:lang w:val="en-ID"/>
        </w:rPr>
        <w:t xml:space="preserve"> yang </w:t>
      </w:r>
      <w:proofErr w:type="spellStart"/>
      <w:r w:rsidRPr="00730E44">
        <w:rPr>
          <w:lang w:val="en-ID"/>
        </w:rPr>
        <w:t>berlangsung</w:t>
      </w:r>
      <w:proofErr w:type="spellEnd"/>
      <w:r w:rsidRPr="00730E44">
        <w:rPr>
          <w:lang w:val="en-ID"/>
        </w:rPr>
        <w:t xml:space="preserve"> di </w:t>
      </w:r>
      <w:proofErr w:type="spellStart"/>
      <w:r w:rsidRPr="00730E44">
        <w:rPr>
          <w:lang w:val="en-ID"/>
        </w:rPr>
        <w:t>lingkungan</w:t>
      </w:r>
      <w:proofErr w:type="spellEnd"/>
      <w:r w:rsidRPr="00730E44">
        <w:rPr>
          <w:lang w:val="en-ID"/>
        </w:rPr>
        <w:t xml:space="preserve"> Kementerian Agama Kota Cilegon, </w:t>
      </w:r>
      <w:proofErr w:type="spellStart"/>
      <w:r w:rsidRPr="00730E44">
        <w:rPr>
          <w:lang w:val="en-ID"/>
        </w:rPr>
        <w:t>khususnya</w:t>
      </w:r>
      <w:proofErr w:type="spellEnd"/>
      <w:r w:rsidRPr="00730E44">
        <w:rPr>
          <w:lang w:val="en-ID"/>
        </w:rPr>
        <w:t xml:space="preserve"> yang </w:t>
      </w:r>
      <w:proofErr w:type="spellStart"/>
      <w:r w:rsidRPr="00730E44">
        <w:rPr>
          <w:lang w:val="en-ID"/>
        </w:rPr>
        <w:t>berkaitan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dengan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pengelolaan</w:t>
      </w:r>
      <w:proofErr w:type="spellEnd"/>
      <w:r w:rsidRPr="00730E44">
        <w:rPr>
          <w:lang w:val="en-ID"/>
        </w:rPr>
        <w:t xml:space="preserve"> dan </w:t>
      </w:r>
      <w:proofErr w:type="spellStart"/>
      <w:r w:rsidRPr="00730E44">
        <w:rPr>
          <w:lang w:val="en-ID"/>
        </w:rPr>
        <w:t>pengembangan</w:t>
      </w:r>
      <w:proofErr w:type="spellEnd"/>
      <w:r w:rsidRPr="00730E44">
        <w:rPr>
          <w:lang w:val="en-ID"/>
        </w:rPr>
        <w:t xml:space="preserve"> </w:t>
      </w:r>
      <w:r w:rsidRPr="00730E44">
        <w:rPr>
          <w:lang w:val="en-ID"/>
        </w:rPr>
        <w:lastRenderedPageBreak/>
        <w:t xml:space="preserve">website </w:t>
      </w:r>
      <w:proofErr w:type="spellStart"/>
      <w:r w:rsidRPr="00730E44">
        <w:rPr>
          <w:lang w:val="en-ID"/>
        </w:rPr>
        <w:t>instansi</w:t>
      </w:r>
      <w:proofErr w:type="spellEnd"/>
      <w:r w:rsidRPr="00730E44">
        <w:rPr>
          <w:lang w:val="en-ID"/>
        </w:rPr>
        <w:t xml:space="preserve">. Metode </w:t>
      </w:r>
      <w:proofErr w:type="spellStart"/>
      <w:r w:rsidRPr="00730E44">
        <w:rPr>
          <w:lang w:val="en-ID"/>
        </w:rPr>
        <w:t>ini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dipilih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karena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memungkinkan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penulis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memperoleh</w:t>
      </w:r>
      <w:proofErr w:type="spellEnd"/>
      <w:r w:rsidRPr="00730E44">
        <w:rPr>
          <w:lang w:val="en-ID"/>
        </w:rPr>
        <w:t xml:space="preserve"> data </w:t>
      </w:r>
      <w:proofErr w:type="spellStart"/>
      <w:r w:rsidRPr="00730E44">
        <w:rPr>
          <w:lang w:val="en-ID"/>
        </w:rPr>
        <w:t>secara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nyata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mengenai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kondisi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kerja</w:t>
      </w:r>
      <w:proofErr w:type="spellEnd"/>
      <w:r w:rsidRPr="00730E44">
        <w:rPr>
          <w:lang w:val="en-ID"/>
        </w:rPr>
        <w:t xml:space="preserve">, </w:t>
      </w:r>
      <w:proofErr w:type="spellStart"/>
      <w:r w:rsidRPr="00730E44">
        <w:rPr>
          <w:lang w:val="en-ID"/>
        </w:rPr>
        <w:t>tugas</w:t>
      </w:r>
      <w:proofErr w:type="spellEnd"/>
      <w:r w:rsidRPr="00730E44">
        <w:rPr>
          <w:lang w:val="en-ID"/>
        </w:rPr>
        <w:t xml:space="preserve"> yang </w:t>
      </w:r>
      <w:proofErr w:type="spellStart"/>
      <w:r w:rsidRPr="00730E44">
        <w:rPr>
          <w:lang w:val="en-ID"/>
        </w:rPr>
        <w:t>dilaksanakan</w:t>
      </w:r>
      <w:proofErr w:type="spellEnd"/>
      <w:r w:rsidRPr="00730E44">
        <w:rPr>
          <w:lang w:val="en-ID"/>
        </w:rPr>
        <w:t xml:space="preserve">, </w:t>
      </w:r>
      <w:proofErr w:type="spellStart"/>
      <w:r w:rsidRPr="00730E44">
        <w:rPr>
          <w:lang w:val="en-ID"/>
        </w:rPr>
        <w:t>serta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sistem</w:t>
      </w:r>
      <w:proofErr w:type="spellEnd"/>
      <w:r w:rsidRPr="00730E44">
        <w:rPr>
          <w:lang w:val="en-ID"/>
        </w:rPr>
        <w:t xml:space="preserve"> yang </w:t>
      </w:r>
      <w:proofErr w:type="spellStart"/>
      <w:r w:rsidRPr="00730E44">
        <w:rPr>
          <w:lang w:val="en-ID"/>
        </w:rPr>
        <w:t>diterapkan</w:t>
      </w:r>
      <w:proofErr w:type="spellEnd"/>
      <w:r w:rsidRPr="00730E44">
        <w:rPr>
          <w:lang w:val="en-ID"/>
        </w:rPr>
        <w:t xml:space="preserve"> di </w:t>
      </w:r>
      <w:proofErr w:type="spellStart"/>
      <w:r w:rsidRPr="00730E44">
        <w:rPr>
          <w:lang w:val="en-ID"/>
        </w:rPr>
        <w:t>instansi</w:t>
      </w:r>
      <w:proofErr w:type="spellEnd"/>
      <w:r w:rsidRPr="00730E44">
        <w:rPr>
          <w:lang w:val="en-ID"/>
        </w:rPr>
        <w:t>.</w:t>
      </w:r>
    </w:p>
    <w:p w14:paraId="3B7C5E24" w14:textId="77777777" w:rsidR="00730E44" w:rsidRPr="00730E44" w:rsidRDefault="00730E44" w:rsidP="006A2C08">
      <w:pPr>
        <w:pStyle w:val="ListParagraph"/>
        <w:jc w:val="both"/>
        <w:rPr>
          <w:b/>
          <w:bCs/>
          <w:lang w:val="en-ID"/>
        </w:rPr>
      </w:pPr>
      <w:r w:rsidRPr="00730E44">
        <w:rPr>
          <w:b/>
          <w:bCs/>
          <w:lang w:val="en-ID"/>
        </w:rPr>
        <w:t xml:space="preserve">b. </w:t>
      </w:r>
      <w:proofErr w:type="spellStart"/>
      <w:r w:rsidRPr="00730E44">
        <w:rPr>
          <w:b/>
          <w:bCs/>
          <w:lang w:val="en-ID"/>
        </w:rPr>
        <w:t>Wawancara</w:t>
      </w:r>
      <w:proofErr w:type="spellEnd"/>
    </w:p>
    <w:p w14:paraId="2D346DAF" w14:textId="77777777" w:rsidR="00730E44" w:rsidRPr="00730E44" w:rsidRDefault="00730E44" w:rsidP="006A2C08">
      <w:pPr>
        <w:pStyle w:val="ListParagraph"/>
        <w:jc w:val="both"/>
        <w:rPr>
          <w:lang w:val="en-ID"/>
        </w:rPr>
      </w:pPr>
      <w:proofErr w:type="spellStart"/>
      <w:r w:rsidRPr="00730E44">
        <w:rPr>
          <w:lang w:val="en-ID"/>
        </w:rPr>
        <w:t>Wawancara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dilakukan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melalui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tanya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jawab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dengan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pembimbing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lapangan</w:t>
      </w:r>
      <w:proofErr w:type="spellEnd"/>
      <w:r w:rsidRPr="00730E44">
        <w:rPr>
          <w:lang w:val="en-ID"/>
        </w:rPr>
        <w:t xml:space="preserve"> dan </w:t>
      </w:r>
      <w:proofErr w:type="spellStart"/>
      <w:r w:rsidRPr="00730E44">
        <w:rPr>
          <w:lang w:val="en-ID"/>
        </w:rPr>
        <w:t>pegawai</w:t>
      </w:r>
      <w:proofErr w:type="spellEnd"/>
      <w:r w:rsidRPr="00730E44">
        <w:rPr>
          <w:lang w:val="en-ID"/>
        </w:rPr>
        <w:t xml:space="preserve"> yang </w:t>
      </w:r>
      <w:proofErr w:type="spellStart"/>
      <w:r w:rsidRPr="00730E44">
        <w:rPr>
          <w:lang w:val="en-ID"/>
        </w:rPr>
        <w:t>terlibat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dalam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kegiatan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pengelolaan</w:t>
      </w:r>
      <w:proofErr w:type="spellEnd"/>
      <w:r w:rsidRPr="00730E44">
        <w:rPr>
          <w:lang w:val="en-ID"/>
        </w:rPr>
        <w:t xml:space="preserve"> website. Metode </w:t>
      </w:r>
      <w:proofErr w:type="spellStart"/>
      <w:r w:rsidRPr="00730E44">
        <w:rPr>
          <w:lang w:val="en-ID"/>
        </w:rPr>
        <w:t>ini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digunakan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untuk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memperoleh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informasi</w:t>
      </w:r>
      <w:proofErr w:type="spellEnd"/>
      <w:r w:rsidRPr="00730E44">
        <w:rPr>
          <w:lang w:val="en-ID"/>
        </w:rPr>
        <w:t xml:space="preserve"> yang </w:t>
      </w:r>
      <w:proofErr w:type="spellStart"/>
      <w:r w:rsidRPr="00730E44">
        <w:rPr>
          <w:lang w:val="en-ID"/>
        </w:rPr>
        <w:t>lebih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rinci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mengenai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prosedur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kerja</w:t>
      </w:r>
      <w:proofErr w:type="spellEnd"/>
      <w:r w:rsidRPr="00730E44">
        <w:rPr>
          <w:lang w:val="en-ID"/>
        </w:rPr>
        <w:t xml:space="preserve">, </w:t>
      </w:r>
      <w:proofErr w:type="spellStart"/>
      <w:r w:rsidRPr="00730E44">
        <w:rPr>
          <w:lang w:val="en-ID"/>
        </w:rPr>
        <w:t>tugas</w:t>
      </w:r>
      <w:proofErr w:type="spellEnd"/>
      <w:r w:rsidRPr="00730E44">
        <w:rPr>
          <w:lang w:val="en-ID"/>
        </w:rPr>
        <w:t xml:space="preserve"> yang </w:t>
      </w:r>
      <w:proofErr w:type="spellStart"/>
      <w:r w:rsidRPr="00730E44">
        <w:rPr>
          <w:lang w:val="en-ID"/>
        </w:rPr>
        <w:t>diberikan</w:t>
      </w:r>
      <w:proofErr w:type="spellEnd"/>
      <w:r w:rsidRPr="00730E44">
        <w:rPr>
          <w:lang w:val="en-ID"/>
        </w:rPr>
        <w:t xml:space="preserve">, </w:t>
      </w:r>
      <w:proofErr w:type="spellStart"/>
      <w:r w:rsidRPr="00730E44">
        <w:rPr>
          <w:lang w:val="en-ID"/>
        </w:rPr>
        <w:t>serta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kendala</w:t>
      </w:r>
      <w:proofErr w:type="spellEnd"/>
      <w:r w:rsidRPr="00730E44">
        <w:rPr>
          <w:lang w:val="en-ID"/>
        </w:rPr>
        <w:t xml:space="preserve"> yang </w:t>
      </w:r>
      <w:proofErr w:type="spellStart"/>
      <w:r w:rsidRPr="00730E44">
        <w:rPr>
          <w:lang w:val="en-ID"/>
        </w:rPr>
        <w:t>dihadapi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selama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pelaksanaan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kegiatan</w:t>
      </w:r>
      <w:proofErr w:type="spellEnd"/>
      <w:r w:rsidRPr="00730E44">
        <w:rPr>
          <w:lang w:val="en-ID"/>
        </w:rPr>
        <w:t xml:space="preserve">. </w:t>
      </w:r>
      <w:proofErr w:type="spellStart"/>
      <w:r w:rsidRPr="00730E44">
        <w:rPr>
          <w:lang w:val="en-ID"/>
        </w:rPr>
        <w:t>Wawancara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dipilih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karena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dapat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memberikan</w:t>
      </w:r>
      <w:proofErr w:type="spellEnd"/>
      <w:r w:rsidRPr="00730E44">
        <w:rPr>
          <w:lang w:val="en-ID"/>
        </w:rPr>
        <w:t xml:space="preserve"> data yang </w:t>
      </w:r>
      <w:proofErr w:type="spellStart"/>
      <w:r w:rsidRPr="00730E44">
        <w:rPr>
          <w:lang w:val="en-ID"/>
        </w:rPr>
        <w:t>tidak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dapat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diperoleh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hanya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melalui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observasi</w:t>
      </w:r>
      <w:proofErr w:type="spellEnd"/>
      <w:r w:rsidRPr="00730E44">
        <w:rPr>
          <w:lang w:val="en-ID"/>
        </w:rPr>
        <w:t>.</w:t>
      </w:r>
    </w:p>
    <w:p w14:paraId="4F60ADE9" w14:textId="77777777" w:rsidR="00730E44" w:rsidRPr="00730E44" w:rsidRDefault="00730E44" w:rsidP="006A2C08">
      <w:pPr>
        <w:pStyle w:val="ListParagraph"/>
        <w:jc w:val="both"/>
        <w:rPr>
          <w:b/>
          <w:bCs/>
          <w:lang w:val="en-ID"/>
        </w:rPr>
      </w:pPr>
      <w:r w:rsidRPr="00730E44">
        <w:rPr>
          <w:b/>
          <w:bCs/>
          <w:lang w:val="en-ID"/>
        </w:rPr>
        <w:t xml:space="preserve">c. </w:t>
      </w:r>
      <w:proofErr w:type="spellStart"/>
      <w:r w:rsidRPr="00730E44">
        <w:rPr>
          <w:b/>
          <w:bCs/>
          <w:lang w:val="en-ID"/>
        </w:rPr>
        <w:t>Dokumentasi</w:t>
      </w:r>
      <w:proofErr w:type="spellEnd"/>
    </w:p>
    <w:p w14:paraId="4AFCAD98" w14:textId="77777777" w:rsidR="00730E44" w:rsidRPr="00730E44" w:rsidRDefault="00730E44" w:rsidP="006A2C08">
      <w:pPr>
        <w:pStyle w:val="ListParagraph"/>
        <w:jc w:val="both"/>
        <w:rPr>
          <w:lang w:val="en-ID"/>
        </w:rPr>
      </w:pPr>
      <w:proofErr w:type="spellStart"/>
      <w:r w:rsidRPr="00730E44">
        <w:rPr>
          <w:lang w:val="en-ID"/>
        </w:rPr>
        <w:t>Dokumentasi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dilakukan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dengan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mengumpulkan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berbagai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dokumen</w:t>
      </w:r>
      <w:proofErr w:type="spellEnd"/>
      <w:r w:rsidRPr="00730E44">
        <w:rPr>
          <w:lang w:val="en-ID"/>
        </w:rPr>
        <w:t xml:space="preserve"> yang </w:t>
      </w:r>
      <w:proofErr w:type="spellStart"/>
      <w:r w:rsidRPr="00730E44">
        <w:rPr>
          <w:lang w:val="en-ID"/>
        </w:rPr>
        <w:t>berkaitan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dengan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pelaksanaan</w:t>
      </w:r>
      <w:proofErr w:type="spellEnd"/>
      <w:r w:rsidRPr="00730E44">
        <w:rPr>
          <w:lang w:val="en-ID"/>
        </w:rPr>
        <w:t xml:space="preserve"> PKL, </w:t>
      </w:r>
      <w:proofErr w:type="spellStart"/>
      <w:r w:rsidRPr="00730E44">
        <w:rPr>
          <w:lang w:val="en-ID"/>
        </w:rPr>
        <w:t>seperti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foto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kegiatan</w:t>
      </w:r>
      <w:proofErr w:type="spellEnd"/>
      <w:r w:rsidRPr="00730E44">
        <w:rPr>
          <w:lang w:val="en-ID"/>
        </w:rPr>
        <w:t xml:space="preserve">, </w:t>
      </w:r>
      <w:proofErr w:type="spellStart"/>
      <w:r w:rsidRPr="00730E44">
        <w:rPr>
          <w:lang w:val="en-ID"/>
        </w:rPr>
        <w:t>arsip</w:t>
      </w:r>
      <w:proofErr w:type="spellEnd"/>
      <w:r w:rsidRPr="00730E44">
        <w:rPr>
          <w:lang w:val="en-ID"/>
        </w:rPr>
        <w:t xml:space="preserve">, </w:t>
      </w:r>
      <w:proofErr w:type="spellStart"/>
      <w:r w:rsidRPr="00730E44">
        <w:rPr>
          <w:lang w:val="en-ID"/>
        </w:rPr>
        <w:t>laporan</w:t>
      </w:r>
      <w:proofErr w:type="spellEnd"/>
      <w:r w:rsidRPr="00730E44">
        <w:rPr>
          <w:lang w:val="en-ID"/>
        </w:rPr>
        <w:t xml:space="preserve">, dan </w:t>
      </w:r>
      <w:proofErr w:type="spellStart"/>
      <w:r w:rsidRPr="00730E44">
        <w:rPr>
          <w:lang w:val="en-ID"/>
        </w:rPr>
        <w:t>catatan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pekerjaan</w:t>
      </w:r>
      <w:proofErr w:type="spellEnd"/>
      <w:r w:rsidRPr="00730E44">
        <w:rPr>
          <w:lang w:val="en-ID"/>
        </w:rPr>
        <w:t xml:space="preserve">. Metode </w:t>
      </w:r>
      <w:proofErr w:type="spellStart"/>
      <w:r w:rsidRPr="00730E44">
        <w:rPr>
          <w:lang w:val="en-ID"/>
        </w:rPr>
        <w:t>ini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dipilih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karena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dapat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menjadi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bukti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pendukung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atas</w:t>
      </w:r>
      <w:proofErr w:type="spellEnd"/>
      <w:r w:rsidRPr="00730E44">
        <w:rPr>
          <w:lang w:val="en-ID"/>
        </w:rPr>
        <w:t xml:space="preserve"> data yang </w:t>
      </w:r>
      <w:proofErr w:type="spellStart"/>
      <w:r w:rsidRPr="00730E44">
        <w:rPr>
          <w:lang w:val="en-ID"/>
        </w:rPr>
        <w:t>diperoleh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melalui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observasi</w:t>
      </w:r>
      <w:proofErr w:type="spellEnd"/>
      <w:r w:rsidRPr="00730E44">
        <w:rPr>
          <w:lang w:val="en-ID"/>
        </w:rPr>
        <w:t xml:space="preserve"> dan </w:t>
      </w:r>
      <w:proofErr w:type="spellStart"/>
      <w:r w:rsidRPr="00730E44">
        <w:rPr>
          <w:lang w:val="en-ID"/>
        </w:rPr>
        <w:t>wawancara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serta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membantu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dalam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penyusunan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laporan</w:t>
      </w:r>
      <w:proofErr w:type="spellEnd"/>
      <w:r w:rsidRPr="00730E44">
        <w:rPr>
          <w:lang w:val="en-ID"/>
        </w:rPr>
        <w:t xml:space="preserve"> PKL </w:t>
      </w:r>
      <w:proofErr w:type="spellStart"/>
      <w:r w:rsidRPr="00730E44">
        <w:rPr>
          <w:lang w:val="en-ID"/>
        </w:rPr>
        <w:t>secara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lebih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lengkap</w:t>
      </w:r>
      <w:proofErr w:type="spellEnd"/>
      <w:r w:rsidRPr="00730E44">
        <w:rPr>
          <w:lang w:val="en-ID"/>
        </w:rPr>
        <w:t xml:space="preserve"> dan </w:t>
      </w:r>
      <w:proofErr w:type="spellStart"/>
      <w:r w:rsidRPr="00730E44">
        <w:rPr>
          <w:lang w:val="en-ID"/>
        </w:rPr>
        <w:t>akurat</w:t>
      </w:r>
      <w:proofErr w:type="spellEnd"/>
      <w:r w:rsidRPr="00730E44">
        <w:rPr>
          <w:lang w:val="en-ID"/>
        </w:rPr>
        <w:t>.</w:t>
      </w:r>
    </w:p>
    <w:p w14:paraId="2CA0B182" w14:textId="77777777" w:rsidR="009144C8" w:rsidRPr="00730E44" w:rsidRDefault="009144C8" w:rsidP="006A2C08">
      <w:pPr>
        <w:pStyle w:val="ListParagraph"/>
        <w:jc w:val="both"/>
        <w:rPr>
          <w:lang w:val="en-ID"/>
        </w:rPr>
      </w:pPr>
    </w:p>
    <w:p w14:paraId="3D5E719B" w14:textId="3C847ACE" w:rsidR="00DC646A" w:rsidRDefault="008111AB" w:rsidP="006A2C08">
      <w:pPr>
        <w:pStyle w:val="Subbab"/>
        <w:jc w:val="both"/>
      </w:pPr>
      <w:r>
        <w:t xml:space="preserve">3.5 </w:t>
      </w:r>
      <w:proofErr w:type="spellStart"/>
      <w:r>
        <w:t>Instrumen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5D9BE137" w14:textId="77777777" w:rsidR="00730E44" w:rsidRPr="00730E44" w:rsidRDefault="00730E44" w:rsidP="006A2C08">
      <w:pPr>
        <w:pStyle w:val="Subbab"/>
        <w:jc w:val="both"/>
        <w:rPr>
          <w:b w:val="0"/>
          <w:bCs/>
          <w:lang w:val="en-ID"/>
        </w:rPr>
      </w:pPr>
      <w:r>
        <w:tab/>
      </w:r>
      <w:proofErr w:type="spellStart"/>
      <w:r w:rsidRPr="00730E44">
        <w:rPr>
          <w:b w:val="0"/>
          <w:bCs/>
          <w:lang w:val="en-ID"/>
        </w:rPr>
        <w:t>Dalam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pelaksanaan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Praktik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Kerja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Lapangan</w:t>
      </w:r>
      <w:proofErr w:type="spellEnd"/>
      <w:r w:rsidRPr="00730E44">
        <w:rPr>
          <w:b w:val="0"/>
          <w:bCs/>
          <w:lang w:val="en-ID"/>
        </w:rPr>
        <w:t xml:space="preserve"> (PKL) di Kementerian Agama Kota Cilegon, </w:t>
      </w:r>
      <w:proofErr w:type="spellStart"/>
      <w:r w:rsidRPr="00730E44">
        <w:rPr>
          <w:b w:val="0"/>
          <w:bCs/>
          <w:lang w:val="en-ID"/>
        </w:rPr>
        <w:t>alat</w:t>
      </w:r>
      <w:proofErr w:type="spellEnd"/>
      <w:r w:rsidRPr="00730E44">
        <w:rPr>
          <w:b w:val="0"/>
          <w:bCs/>
          <w:lang w:val="en-ID"/>
        </w:rPr>
        <w:t xml:space="preserve"> dan </w:t>
      </w:r>
      <w:proofErr w:type="spellStart"/>
      <w:r w:rsidRPr="00730E44">
        <w:rPr>
          <w:b w:val="0"/>
          <w:bCs/>
          <w:lang w:val="en-ID"/>
        </w:rPr>
        <w:t>bahan</w:t>
      </w:r>
      <w:proofErr w:type="spellEnd"/>
      <w:r w:rsidRPr="00730E44">
        <w:rPr>
          <w:b w:val="0"/>
          <w:bCs/>
          <w:lang w:val="en-ID"/>
        </w:rPr>
        <w:t xml:space="preserve"> yang </w:t>
      </w:r>
      <w:proofErr w:type="spellStart"/>
      <w:r w:rsidRPr="00730E44">
        <w:rPr>
          <w:b w:val="0"/>
          <w:bCs/>
          <w:lang w:val="en-ID"/>
        </w:rPr>
        <w:t>digunakan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adalah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sebagai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berikut</w:t>
      </w:r>
      <w:proofErr w:type="spellEnd"/>
      <w:r w:rsidRPr="00730E44">
        <w:rPr>
          <w:b w:val="0"/>
          <w:bCs/>
          <w:lang w:val="en-ID"/>
        </w:rPr>
        <w:t>:</w:t>
      </w:r>
    </w:p>
    <w:p w14:paraId="401BF4AA" w14:textId="77777777" w:rsidR="00730E44" w:rsidRPr="00730E44" w:rsidRDefault="00730E44" w:rsidP="006A2C08">
      <w:pPr>
        <w:pStyle w:val="Subbab"/>
        <w:ind w:firstLine="720"/>
        <w:jc w:val="both"/>
        <w:rPr>
          <w:lang w:val="en-ID"/>
        </w:rPr>
      </w:pPr>
      <w:r w:rsidRPr="00730E44">
        <w:rPr>
          <w:lang w:val="en-ID"/>
        </w:rPr>
        <w:t>a. Laptop</w:t>
      </w:r>
    </w:p>
    <w:p w14:paraId="0B85F700" w14:textId="77777777" w:rsidR="00730E44" w:rsidRPr="00730E44" w:rsidRDefault="00730E44" w:rsidP="006A2C08">
      <w:pPr>
        <w:pStyle w:val="Subbab"/>
        <w:ind w:left="720"/>
        <w:jc w:val="both"/>
        <w:rPr>
          <w:b w:val="0"/>
          <w:bCs/>
          <w:lang w:val="en-ID"/>
        </w:rPr>
      </w:pPr>
      <w:r w:rsidRPr="00730E44">
        <w:rPr>
          <w:b w:val="0"/>
          <w:bCs/>
          <w:lang w:val="en-ID"/>
        </w:rPr>
        <w:t xml:space="preserve">Laptop </w:t>
      </w:r>
      <w:proofErr w:type="spellStart"/>
      <w:r w:rsidRPr="00730E44">
        <w:rPr>
          <w:b w:val="0"/>
          <w:bCs/>
          <w:lang w:val="en-ID"/>
        </w:rPr>
        <w:t>digunakan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sebagai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sarana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utama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untuk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mengerjakan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berbagai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tugas</w:t>
      </w:r>
      <w:proofErr w:type="spellEnd"/>
      <w:r w:rsidRPr="00730E44">
        <w:rPr>
          <w:b w:val="0"/>
          <w:bCs/>
          <w:lang w:val="en-ID"/>
        </w:rPr>
        <w:t xml:space="preserve"> yang </w:t>
      </w:r>
      <w:proofErr w:type="spellStart"/>
      <w:r w:rsidRPr="00730E44">
        <w:rPr>
          <w:b w:val="0"/>
          <w:bCs/>
          <w:lang w:val="en-ID"/>
        </w:rPr>
        <w:t>diberikan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selama</w:t>
      </w:r>
      <w:proofErr w:type="spellEnd"/>
      <w:r w:rsidRPr="00730E44">
        <w:rPr>
          <w:b w:val="0"/>
          <w:bCs/>
          <w:lang w:val="en-ID"/>
        </w:rPr>
        <w:t xml:space="preserve"> PKL, </w:t>
      </w:r>
      <w:proofErr w:type="spellStart"/>
      <w:r w:rsidRPr="00730E44">
        <w:rPr>
          <w:b w:val="0"/>
          <w:bCs/>
          <w:lang w:val="en-ID"/>
        </w:rPr>
        <w:t>seperti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mengelola</w:t>
      </w:r>
      <w:proofErr w:type="spellEnd"/>
      <w:r w:rsidRPr="00730E44">
        <w:rPr>
          <w:b w:val="0"/>
          <w:bCs/>
          <w:lang w:val="en-ID"/>
        </w:rPr>
        <w:t xml:space="preserve"> dan </w:t>
      </w:r>
      <w:proofErr w:type="spellStart"/>
      <w:r w:rsidRPr="00730E44">
        <w:rPr>
          <w:b w:val="0"/>
          <w:bCs/>
          <w:lang w:val="en-ID"/>
        </w:rPr>
        <w:t>memperbarui</w:t>
      </w:r>
      <w:proofErr w:type="spellEnd"/>
      <w:r w:rsidRPr="00730E44">
        <w:rPr>
          <w:b w:val="0"/>
          <w:bCs/>
          <w:lang w:val="en-ID"/>
        </w:rPr>
        <w:t xml:space="preserve"> website </w:t>
      </w:r>
      <w:proofErr w:type="spellStart"/>
      <w:r w:rsidRPr="00730E44">
        <w:rPr>
          <w:b w:val="0"/>
          <w:bCs/>
          <w:lang w:val="en-ID"/>
        </w:rPr>
        <w:t>instansi</w:t>
      </w:r>
      <w:proofErr w:type="spellEnd"/>
      <w:r w:rsidRPr="00730E44">
        <w:rPr>
          <w:b w:val="0"/>
          <w:bCs/>
          <w:lang w:val="en-ID"/>
        </w:rPr>
        <w:t xml:space="preserve">, </w:t>
      </w:r>
      <w:proofErr w:type="spellStart"/>
      <w:r w:rsidRPr="00730E44">
        <w:rPr>
          <w:b w:val="0"/>
          <w:bCs/>
          <w:lang w:val="en-ID"/>
        </w:rPr>
        <w:t>mencari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informasi</w:t>
      </w:r>
      <w:proofErr w:type="spellEnd"/>
      <w:r w:rsidRPr="00730E44">
        <w:rPr>
          <w:b w:val="0"/>
          <w:bCs/>
          <w:lang w:val="en-ID"/>
        </w:rPr>
        <w:t xml:space="preserve">, </w:t>
      </w:r>
      <w:proofErr w:type="spellStart"/>
      <w:r w:rsidRPr="00730E44">
        <w:rPr>
          <w:b w:val="0"/>
          <w:bCs/>
          <w:lang w:val="en-ID"/>
        </w:rPr>
        <w:t>serta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menyusun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laporan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kegiatan</w:t>
      </w:r>
      <w:proofErr w:type="spellEnd"/>
      <w:r w:rsidRPr="00730E44">
        <w:rPr>
          <w:b w:val="0"/>
          <w:bCs/>
          <w:lang w:val="en-ID"/>
        </w:rPr>
        <w:t>.</w:t>
      </w:r>
    </w:p>
    <w:p w14:paraId="2D617B4A" w14:textId="77777777" w:rsidR="00730E44" w:rsidRPr="00730E44" w:rsidRDefault="00730E44" w:rsidP="006A2C08">
      <w:pPr>
        <w:pStyle w:val="Subbab"/>
        <w:ind w:firstLine="720"/>
        <w:jc w:val="both"/>
        <w:rPr>
          <w:lang w:val="en-ID"/>
        </w:rPr>
      </w:pPr>
      <w:r w:rsidRPr="00730E44">
        <w:rPr>
          <w:lang w:val="en-ID"/>
        </w:rPr>
        <w:t xml:space="preserve">b. </w:t>
      </w:r>
      <w:proofErr w:type="spellStart"/>
      <w:r w:rsidRPr="00730E44">
        <w:rPr>
          <w:lang w:val="en-ID"/>
        </w:rPr>
        <w:t>Buku</w:t>
      </w:r>
      <w:proofErr w:type="spellEnd"/>
      <w:r w:rsidRPr="00730E44">
        <w:rPr>
          <w:lang w:val="en-ID"/>
        </w:rPr>
        <w:t xml:space="preserve"> </w:t>
      </w:r>
      <w:proofErr w:type="spellStart"/>
      <w:r w:rsidRPr="00730E44">
        <w:rPr>
          <w:lang w:val="en-ID"/>
        </w:rPr>
        <w:t>Catatan</w:t>
      </w:r>
      <w:proofErr w:type="spellEnd"/>
    </w:p>
    <w:p w14:paraId="0FC399E1" w14:textId="77777777" w:rsidR="00730E44" w:rsidRPr="00730E44" w:rsidRDefault="00730E44" w:rsidP="006A2C08">
      <w:pPr>
        <w:pStyle w:val="Subbab"/>
        <w:ind w:left="720"/>
        <w:jc w:val="both"/>
        <w:rPr>
          <w:b w:val="0"/>
          <w:bCs/>
          <w:lang w:val="en-ID"/>
        </w:rPr>
      </w:pPr>
      <w:proofErr w:type="spellStart"/>
      <w:r w:rsidRPr="00730E44">
        <w:rPr>
          <w:b w:val="0"/>
          <w:bCs/>
          <w:lang w:val="en-ID"/>
        </w:rPr>
        <w:t>Buku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catatan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digunakan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untuk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mencatat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informasi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penting</w:t>
      </w:r>
      <w:proofErr w:type="spellEnd"/>
      <w:r w:rsidRPr="00730E44">
        <w:rPr>
          <w:b w:val="0"/>
          <w:bCs/>
          <w:lang w:val="en-ID"/>
        </w:rPr>
        <w:t xml:space="preserve">, </w:t>
      </w:r>
      <w:proofErr w:type="spellStart"/>
      <w:r w:rsidRPr="00730E44">
        <w:rPr>
          <w:b w:val="0"/>
          <w:bCs/>
          <w:lang w:val="en-ID"/>
        </w:rPr>
        <w:t>arahan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dari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pembimbing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lapangan</w:t>
      </w:r>
      <w:proofErr w:type="spellEnd"/>
      <w:r w:rsidRPr="00730E44">
        <w:rPr>
          <w:b w:val="0"/>
          <w:bCs/>
          <w:lang w:val="en-ID"/>
        </w:rPr>
        <w:t xml:space="preserve">, </w:t>
      </w:r>
      <w:proofErr w:type="spellStart"/>
      <w:r w:rsidRPr="00730E44">
        <w:rPr>
          <w:b w:val="0"/>
          <w:bCs/>
          <w:lang w:val="en-ID"/>
        </w:rPr>
        <w:t>serta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hasil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pengamatan</w:t>
      </w:r>
      <w:proofErr w:type="spellEnd"/>
      <w:r w:rsidRPr="00730E44">
        <w:rPr>
          <w:b w:val="0"/>
          <w:bCs/>
          <w:lang w:val="en-ID"/>
        </w:rPr>
        <w:t xml:space="preserve"> yang </w:t>
      </w:r>
      <w:proofErr w:type="spellStart"/>
      <w:r w:rsidRPr="00730E44">
        <w:rPr>
          <w:b w:val="0"/>
          <w:bCs/>
          <w:lang w:val="en-ID"/>
        </w:rPr>
        <w:t>diperoleh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selama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pelaksanaan</w:t>
      </w:r>
      <w:proofErr w:type="spellEnd"/>
      <w:r w:rsidRPr="00730E44">
        <w:rPr>
          <w:b w:val="0"/>
          <w:bCs/>
          <w:lang w:val="en-ID"/>
        </w:rPr>
        <w:t xml:space="preserve"> PKL.</w:t>
      </w:r>
    </w:p>
    <w:p w14:paraId="5DF317F7" w14:textId="77777777" w:rsidR="00730E44" w:rsidRPr="00730E44" w:rsidRDefault="00730E44" w:rsidP="006A2C08">
      <w:pPr>
        <w:pStyle w:val="Subbab"/>
        <w:ind w:firstLine="720"/>
        <w:jc w:val="both"/>
        <w:rPr>
          <w:lang w:val="en-ID"/>
        </w:rPr>
      </w:pPr>
      <w:r w:rsidRPr="00730E44">
        <w:rPr>
          <w:lang w:val="en-ID"/>
        </w:rPr>
        <w:t>c. Smartphone</w:t>
      </w:r>
    </w:p>
    <w:p w14:paraId="51EB46A8" w14:textId="77777777" w:rsidR="00730E44" w:rsidRPr="00730E44" w:rsidRDefault="00730E44" w:rsidP="006A2C08">
      <w:pPr>
        <w:pStyle w:val="Subbab"/>
        <w:ind w:left="720"/>
        <w:jc w:val="both"/>
        <w:rPr>
          <w:b w:val="0"/>
          <w:bCs/>
          <w:lang w:val="en-ID"/>
        </w:rPr>
      </w:pPr>
      <w:r w:rsidRPr="00730E44">
        <w:rPr>
          <w:b w:val="0"/>
          <w:bCs/>
          <w:lang w:val="en-ID"/>
        </w:rPr>
        <w:t xml:space="preserve">Smartphone </w:t>
      </w:r>
      <w:proofErr w:type="spellStart"/>
      <w:r w:rsidRPr="00730E44">
        <w:rPr>
          <w:b w:val="0"/>
          <w:bCs/>
          <w:lang w:val="en-ID"/>
        </w:rPr>
        <w:t>digunakan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sebagai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alat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komunikasi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dengan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pembimbing</w:t>
      </w:r>
      <w:proofErr w:type="spellEnd"/>
      <w:r w:rsidRPr="00730E44">
        <w:rPr>
          <w:b w:val="0"/>
          <w:bCs/>
          <w:lang w:val="en-ID"/>
        </w:rPr>
        <w:t xml:space="preserve"> dan </w:t>
      </w:r>
      <w:proofErr w:type="spellStart"/>
      <w:r w:rsidRPr="00730E44">
        <w:rPr>
          <w:b w:val="0"/>
          <w:bCs/>
          <w:lang w:val="en-ID"/>
        </w:rPr>
        <w:t>rekan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kerja</w:t>
      </w:r>
      <w:proofErr w:type="spellEnd"/>
      <w:r w:rsidRPr="00730E44">
        <w:rPr>
          <w:b w:val="0"/>
          <w:bCs/>
          <w:lang w:val="en-ID"/>
        </w:rPr>
        <w:t xml:space="preserve">, </w:t>
      </w:r>
      <w:proofErr w:type="spellStart"/>
      <w:r w:rsidRPr="00730E44">
        <w:rPr>
          <w:b w:val="0"/>
          <w:bCs/>
          <w:lang w:val="en-ID"/>
        </w:rPr>
        <w:t>serta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untuk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mendokumentasikan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kegiatan</w:t>
      </w:r>
      <w:proofErr w:type="spellEnd"/>
      <w:r w:rsidRPr="00730E44">
        <w:rPr>
          <w:b w:val="0"/>
          <w:bCs/>
          <w:lang w:val="en-ID"/>
        </w:rPr>
        <w:t xml:space="preserve"> PKL </w:t>
      </w:r>
      <w:proofErr w:type="spellStart"/>
      <w:r w:rsidRPr="00730E44">
        <w:rPr>
          <w:b w:val="0"/>
          <w:bCs/>
          <w:lang w:val="en-ID"/>
        </w:rPr>
        <w:t>dalam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bentuk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lastRenderedPageBreak/>
        <w:t>foto</w:t>
      </w:r>
      <w:proofErr w:type="spellEnd"/>
      <w:r w:rsidRPr="00730E44">
        <w:rPr>
          <w:b w:val="0"/>
          <w:bCs/>
          <w:lang w:val="en-ID"/>
        </w:rPr>
        <w:t xml:space="preserve"> yang </w:t>
      </w:r>
      <w:proofErr w:type="spellStart"/>
      <w:r w:rsidRPr="00730E44">
        <w:rPr>
          <w:b w:val="0"/>
          <w:bCs/>
          <w:lang w:val="en-ID"/>
        </w:rPr>
        <w:t>dapat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digunakan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sebagai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bukti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pelaksanaan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kegiatan</w:t>
      </w:r>
      <w:proofErr w:type="spellEnd"/>
      <w:r w:rsidRPr="00730E44">
        <w:rPr>
          <w:b w:val="0"/>
          <w:bCs/>
          <w:lang w:val="en-ID"/>
        </w:rPr>
        <w:t xml:space="preserve"> dan </w:t>
      </w:r>
      <w:proofErr w:type="spellStart"/>
      <w:r w:rsidRPr="00730E44">
        <w:rPr>
          <w:b w:val="0"/>
          <w:bCs/>
          <w:lang w:val="en-ID"/>
        </w:rPr>
        <w:t>pendukung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penyusunan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laporan</w:t>
      </w:r>
      <w:proofErr w:type="spellEnd"/>
      <w:r w:rsidRPr="00730E44">
        <w:rPr>
          <w:b w:val="0"/>
          <w:bCs/>
          <w:lang w:val="en-ID"/>
        </w:rPr>
        <w:t>.</w:t>
      </w:r>
    </w:p>
    <w:p w14:paraId="437B546A" w14:textId="77777777" w:rsidR="00730E44" w:rsidRPr="00730E44" w:rsidRDefault="00730E44" w:rsidP="006A2C08">
      <w:pPr>
        <w:pStyle w:val="Subbab"/>
        <w:ind w:firstLine="720"/>
        <w:jc w:val="both"/>
        <w:rPr>
          <w:lang w:val="en-ID"/>
        </w:rPr>
      </w:pPr>
      <w:r w:rsidRPr="00730E44">
        <w:rPr>
          <w:lang w:val="en-ID"/>
        </w:rPr>
        <w:t>d. WordPress</w:t>
      </w:r>
    </w:p>
    <w:p w14:paraId="6D62455D" w14:textId="77777777" w:rsidR="00730E44" w:rsidRPr="00730E44" w:rsidRDefault="00730E44" w:rsidP="006A2C08">
      <w:pPr>
        <w:pStyle w:val="Subbab"/>
        <w:ind w:left="720"/>
        <w:jc w:val="both"/>
        <w:rPr>
          <w:b w:val="0"/>
          <w:bCs/>
          <w:lang w:val="en-ID"/>
        </w:rPr>
      </w:pPr>
      <w:r w:rsidRPr="00730E44">
        <w:rPr>
          <w:b w:val="0"/>
          <w:bCs/>
          <w:lang w:val="en-ID"/>
        </w:rPr>
        <w:t xml:space="preserve">WordPress </w:t>
      </w:r>
      <w:proofErr w:type="spellStart"/>
      <w:r w:rsidRPr="00730E44">
        <w:rPr>
          <w:b w:val="0"/>
          <w:bCs/>
          <w:lang w:val="en-ID"/>
        </w:rPr>
        <w:t>digunakan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sebagai</w:t>
      </w:r>
      <w:proofErr w:type="spellEnd"/>
      <w:r w:rsidRPr="00730E44">
        <w:rPr>
          <w:b w:val="0"/>
          <w:bCs/>
          <w:lang w:val="en-ID"/>
        </w:rPr>
        <w:t xml:space="preserve"> Content Management System (CMS) </w:t>
      </w:r>
      <w:proofErr w:type="spellStart"/>
      <w:r w:rsidRPr="00730E44">
        <w:rPr>
          <w:b w:val="0"/>
          <w:bCs/>
          <w:lang w:val="en-ID"/>
        </w:rPr>
        <w:t>untuk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mengelola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konten</w:t>
      </w:r>
      <w:proofErr w:type="spellEnd"/>
      <w:r w:rsidRPr="00730E44">
        <w:rPr>
          <w:b w:val="0"/>
          <w:bCs/>
          <w:lang w:val="en-ID"/>
        </w:rPr>
        <w:t xml:space="preserve"> website Kementerian Agama Kota Cilegon, </w:t>
      </w:r>
      <w:proofErr w:type="spellStart"/>
      <w:r w:rsidRPr="00730E44">
        <w:rPr>
          <w:b w:val="0"/>
          <w:bCs/>
          <w:lang w:val="en-ID"/>
        </w:rPr>
        <w:t>seperti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berita</w:t>
      </w:r>
      <w:proofErr w:type="spellEnd"/>
      <w:r w:rsidRPr="00730E44">
        <w:rPr>
          <w:b w:val="0"/>
          <w:bCs/>
          <w:lang w:val="en-ID"/>
        </w:rPr>
        <w:t xml:space="preserve">, </w:t>
      </w:r>
      <w:proofErr w:type="spellStart"/>
      <w:r w:rsidRPr="00730E44">
        <w:rPr>
          <w:b w:val="0"/>
          <w:bCs/>
          <w:lang w:val="en-ID"/>
        </w:rPr>
        <w:t>pengumuman</w:t>
      </w:r>
      <w:proofErr w:type="spellEnd"/>
      <w:r w:rsidRPr="00730E44">
        <w:rPr>
          <w:b w:val="0"/>
          <w:bCs/>
          <w:lang w:val="en-ID"/>
        </w:rPr>
        <w:t xml:space="preserve">, dan </w:t>
      </w:r>
      <w:proofErr w:type="spellStart"/>
      <w:r w:rsidRPr="00730E44">
        <w:rPr>
          <w:b w:val="0"/>
          <w:bCs/>
          <w:lang w:val="en-ID"/>
        </w:rPr>
        <w:t>halaman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informasi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lainnya</w:t>
      </w:r>
      <w:proofErr w:type="spellEnd"/>
      <w:r w:rsidRPr="00730E44">
        <w:rPr>
          <w:b w:val="0"/>
          <w:bCs/>
          <w:lang w:val="en-ID"/>
        </w:rPr>
        <w:t>.</w:t>
      </w:r>
    </w:p>
    <w:p w14:paraId="6E0BFF56" w14:textId="77777777" w:rsidR="00730E44" w:rsidRPr="00730E44" w:rsidRDefault="00730E44" w:rsidP="006A2C08">
      <w:pPr>
        <w:pStyle w:val="Subbab"/>
        <w:ind w:firstLine="720"/>
        <w:jc w:val="both"/>
        <w:rPr>
          <w:lang w:val="en-ID"/>
        </w:rPr>
      </w:pPr>
      <w:r w:rsidRPr="00730E44">
        <w:rPr>
          <w:lang w:val="en-ID"/>
        </w:rPr>
        <w:t xml:space="preserve">e. </w:t>
      </w:r>
      <w:proofErr w:type="spellStart"/>
      <w:r w:rsidRPr="00730E44">
        <w:rPr>
          <w:lang w:val="en-ID"/>
        </w:rPr>
        <w:t>Elementor</w:t>
      </w:r>
      <w:proofErr w:type="spellEnd"/>
    </w:p>
    <w:p w14:paraId="5D4F7E80" w14:textId="77777777" w:rsidR="00730E44" w:rsidRPr="00730E44" w:rsidRDefault="00730E44" w:rsidP="006A2C08">
      <w:pPr>
        <w:pStyle w:val="Subbab"/>
        <w:ind w:left="720"/>
        <w:jc w:val="both"/>
        <w:rPr>
          <w:b w:val="0"/>
          <w:bCs/>
          <w:lang w:val="en-ID"/>
        </w:rPr>
      </w:pPr>
      <w:proofErr w:type="spellStart"/>
      <w:r w:rsidRPr="00730E44">
        <w:rPr>
          <w:b w:val="0"/>
          <w:bCs/>
          <w:lang w:val="en-ID"/>
        </w:rPr>
        <w:t>Elementor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digunakan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sebagai</w:t>
      </w:r>
      <w:proofErr w:type="spellEnd"/>
      <w:r w:rsidRPr="00730E44">
        <w:rPr>
          <w:b w:val="0"/>
          <w:bCs/>
          <w:lang w:val="en-ID"/>
        </w:rPr>
        <w:t xml:space="preserve"> plugin </w:t>
      </w:r>
      <w:proofErr w:type="spellStart"/>
      <w:r w:rsidRPr="00730E44">
        <w:rPr>
          <w:b w:val="0"/>
          <w:bCs/>
          <w:lang w:val="en-ID"/>
        </w:rPr>
        <w:t>pembangun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halaman</w:t>
      </w:r>
      <w:proofErr w:type="spellEnd"/>
      <w:r w:rsidRPr="00730E44">
        <w:rPr>
          <w:b w:val="0"/>
          <w:bCs/>
          <w:lang w:val="en-ID"/>
        </w:rPr>
        <w:t xml:space="preserve"> (page builder) yang </w:t>
      </w:r>
      <w:proofErr w:type="spellStart"/>
      <w:r w:rsidRPr="00730E44">
        <w:rPr>
          <w:b w:val="0"/>
          <w:bCs/>
          <w:lang w:val="en-ID"/>
        </w:rPr>
        <w:t>membantu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dalam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mengatur</w:t>
      </w:r>
      <w:proofErr w:type="spellEnd"/>
      <w:r w:rsidRPr="00730E44">
        <w:rPr>
          <w:b w:val="0"/>
          <w:bCs/>
          <w:lang w:val="en-ID"/>
        </w:rPr>
        <w:t xml:space="preserve"> dan </w:t>
      </w:r>
      <w:proofErr w:type="spellStart"/>
      <w:r w:rsidRPr="00730E44">
        <w:rPr>
          <w:b w:val="0"/>
          <w:bCs/>
          <w:lang w:val="en-ID"/>
        </w:rPr>
        <w:t>mendesain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tampilan</w:t>
      </w:r>
      <w:proofErr w:type="spellEnd"/>
      <w:r w:rsidRPr="00730E44">
        <w:rPr>
          <w:b w:val="0"/>
          <w:bCs/>
          <w:lang w:val="en-ID"/>
        </w:rPr>
        <w:t xml:space="preserve"> website </w:t>
      </w:r>
      <w:proofErr w:type="spellStart"/>
      <w:r w:rsidRPr="00730E44">
        <w:rPr>
          <w:b w:val="0"/>
          <w:bCs/>
          <w:lang w:val="en-ID"/>
        </w:rPr>
        <w:t>secara</w:t>
      </w:r>
      <w:proofErr w:type="spellEnd"/>
      <w:r w:rsidRPr="00730E44">
        <w:rPr>
          <w:b w:val="0"/>
          <w:bCs/>
          <w:lang w:val="en-ID"/>
        </w:rPr>
        <w:t xml:space="preserve"> visual </w:t>
      </w:r>
      <w:proofErr w:type="spellStart"/>
      <w:r w:rsidRPr="00730E44">
        <w:rPr>
          <w:b w:val="0"/>
          <w:bCs/>
          <w:lang w:val="en-ID"/>
        </w:rPr>
        <w:t>melalui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metode</w:t>
      </w:r>
      <w:proofErr w:type="spellEnd"/>
      <w:r w:rsidRPr="00730E44">
        <w:rPr>
          <w:b w:val="0"/>
          <w:bCs/>
          <w:lang w:val="en-ID"/>
        </w:rPr>
        <w:t xml:space="preserve"> drag-and-drop.</w:t>
      </w:r>
    </w:p>
    <w:p w14:paraId="4DB4E2DE" w14:textId="77777777" w:rsidR="00730E44" w:rsidRPr="00730E44" w:rsidRDefault="00730E44" w:rsidP="006A2C08">
      <w:pPr>
        <w:pStyle w:val="Subbab"/>
        <w:ind w:firstLine="720"/>
        <w:jc w:val="both"/>
        <w:rPr>
          <w:lang w:val="en-ID"/>
        </w:rPr>
      </w:pPr>
      <w:r w:rsidRPr="00730E44">
        <w:rPr>
          <w:lang w:val="en-ID"/>
        </w:rPr>
        <w:t>f. Browser Web</w:t>
      </w:r>
    </w:p>
    <w:p w14:paraId="2F704DD8" w14:textId="77777777" w:rsidR="00730E44" w:rsidRPr="00730E44" w:rsidRDefault="00730E44" w:rsidP="006A2C08">
      <w:pPr>
        <w:pStyle w:val="Subbab"/>
        <w:ind w:left="720"/>
        <w:jc w:val="both"/>
        <w:rPr>
          <w:b w:val="0"/>
          <w:bCs/>
          <w:lang w:val="en-ID"/>
        </w:rPr>
      </w:pPr>
      <w:r w:rsidRPr="00730E44">
        <w:rPr>
          <w:b w:val="0"/>
          <w:bCs/>
          <w:lang w:val="en-ID"/>
        </w:rPr>
        <w:t xml:space="preserve">Browser </w:t>
      </w:r>
      <w:proofErr w:type="spellStart"/>
      <w:r w:rsidRPr="00730E44">
        <w:rPr>
          <w:b w:val="0"/>
          <w:bCs/>
          <w:lang w:val="en-ID"/>
        </w:rPr>
        <w:t>seperti</w:t>
      </w:r>
      <w:proofErr w:type="spellEnd"/>
      <w:r w:rsidRPr="00730E44">
        <w:rPr>
          <w:b w:val="0"/>
          <w:bCs/>
          <w:lang w:val="en-ID"/>
        </w:rPr>
        <w:t xml:space="preserve"> Google Chrome </w:t>
      </w:r>
      <w:proofErr w:type="spellStart"/>
      <w:r w:rsidRPr="00730E44">
        <w:rPr>
          <w:b w:val="0"/>
          <w:bCs/>
          <w:lang w:val="en-ID"/>
        </w:rPr>
        <w:t>atau</w:t>
      </w:r>
      <w:proofErr w:type="spellEnd"/>
      <w:r w:rsidRPr="00730E44">
        <w:rPr>
          <w:b w:val="0"/>
          <w:bCs/>
          <w:lang w:val="en-ID"/>
        </w:rPr>
        <w:t xml:space="preserve"> Microsoft Edge </w:t>
      </w:r>
      <w:proofErr w:type="spellStart"/>
      <w:r w:rsidRPr="00730E44">
        <w:rPr>
          <w:b w:val="0"/>
          <w:bCs/>
          <w:lang w:val="en-ID"/>
        </w:rPr>
        <w:t>digunakan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untuk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mengakses</w:t>
      </w:r>
      <w:proofErr w:type="spellEnd"/>
      <w:r w:rsidRPr="00730E44">
        <w:rPr>
          <w:b w:val="0"/>
          <w:bCs/>
          <w:lang w:val="en-ID"/>
        </w:rPr>
        <w:t xml:space="preserve"> dashboard website, </w:t>
      </w:r>
      <w:proofErr w:type="spellStart"/>
      <w:r w:rsidRPr="00730E44">
        <w:rPr>
          <w:b w:val="0"/>
          <w:bCs/>
          <w:lang w:val="en-ID"/>
        </w:rPr>
        <w:t>melakukan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pengujian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tampilan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halaman</w:t>
      </w:r>
      <w:proofErr w:type="spellEnd"/>
      <w:r w:rsidRPr="00730E44">
        <w:rPr>
          <w:b w:val="0"/>
          <w:bCs/>
          <w:lang w:val="en-ID"/>
        </w:rPr>
        <w:t xml:space="preserve">, dan </w:t>
      </w:r>
      <w:proofErr w:type="spellStart"/>
      <w:r w:rsidRPr="00730E44">
        <w:rPr>
          <w:b w:val="0"/>
          <w:bCs/>
          <w:lang w:val="en-ID"/>
        </w:rPr>
        <w:t>mencari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informasi</w:t>
      </w:r>
      <w:proofErr w:type="spellEnd"/>
      <w:r w:rsidRPr="00730E44">
        <w:rPr>
          <w:b w:val="0"/>
          <w:bCs/>
          <w:lang w:val="en-ID"/>
        </w:rPr>
        <w:t xml:space="preserve"> yang </w:t>
      </w:r>
      <w:proofErr w:type="spellStart"/>
      <w:r w:rsidRPr="00730E44">
        <w:rPr>
          <w:b w:val="0"/>
          <w:bCs/>
          <w:lang w:val="en-ID"/>
        </w:rPr>
        <w:t>mendukung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kegiatan</w:t>
      </w:r>
      <w:proofErr w:type="spellEnd"/>
      <w:r w:rsidRPr="00730E44">
        <w:rPr>
          <w:b w:val="0"/>
          <w:bCs/>
          <w:lang w:val="en-ID"/>
        </w:rPr>
        <w:t xml:space="preserve"> PKL.</w:t>
      </w:r>
    </w:p>
    <w:p w14:paraId="0267203A" w14:textId="77777777" w:rsidR="00730E44" w:rsidRPr="00730E44" w:rsidRDefault="00730E44" w:rsidP="006A2C08">
      <w:pPr>
        <w:pStyle w:val="Subbab"/>
        <w:ind w:firstLine="720"/>
        <w:jc w:val="both"/>
        <w:rPr>
          <w:lang w:val="en-ID"/>
        </w:rPr>
      </w:pPr>
      <w:r w:rsidRPr="00730E44">
        <w:rPr>
          <w:lang w:val="en-ID"/>
        </w:rPr>
        <w:t xml:space="preserve">g. </w:t>
      </w:r>
      <w:proofErr w:type="spellStart"/>
      <w:r w:rsidRPr="00730E44">
        <w:rPr>
          <w:lang w:val="en-ID"/>
        </w:rPr>
        <w:t>Koneksi</w:t>
      </w:r>
      <w:proofErr w:type="spellEnd"/>
      <w:r w:rsidRPr="00730E44">
        <w:rPr>
          <w:lang w:val="en-ID"/>
        </w:rPr>
        <w:t xml:space="preserve"> Internet</w:t>
      </w:r>
    </w:p>
    <w:p w14:paraId="494C12DB" w14:textId="77777777" w:rsidR="00730E44" w:rsidRPr="00730E44" w:rsidRDefault="00730E44" w:rsidP="006A2C08">
      <w:pPr>
        <w:pStyle w:val="Subbab"/>
        <w:ind w:left="720"/>
        <w:jc w:val="both"/>
        <w:rPr>
          <w:b w:val="0"/>
          <w:bCs/>
          <w:lang w:val="en-ID"/>
        </w:rPr>
      </w:pPr>
      <w:proofErr w:type="spellStart"/>
      <w:r w:rsidRPr="00730E44">
        <w:rPr>
          <w:b w:val="0"/>
          <w:bCs/>
          <w:lang w:val="en-ID"/>
        </w:rPr>
        <w:t>Koneksi</w:t>
      </w:r>
      <w:proofErr w:type="spellEnd"/>
      <w:r w:rsidRPr="00730E44">
        <w:rPr>
          <w:b w:val="0"/>
          <w:bCs/>
          <w:lang w:val="en-ID"/>
        </w:rPr>
        <w:t xml:space="preserve"> internet </w:t>
      </w:r>
      <w:proofErr w:type="spellStart"/>
      <w:r w:rsidRPr="00730E44">
        <w:rPr>
          <w:b w:val="0"/>
          <w:bCs/>
          <w:lang w:val="en-ID"/>
        </w:rPr>
        <w:t>digunakan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untuk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mengakses</w:t>
      </w:r>
      <w:proofErr w:type="spellEnd"/>
      <w:r w:rsidRPr="00730E44">
        <w:rPr>
          <w:b w:val="0"/>
          <w:bCs/>
          <w:lang w:val="en-ID"/>
        </w:rPr>
        <w:t xml:space="preserve"> website, </w:t>
      </w:r>
      <w:proofErr w:type="spellStart"/>
      <w:r w:rsidRPr="00730E44">
        <w:rPr>
          <w:b w:val="0"/>
          <w:bCs/>
          <w:lang w:val="en-ID"/>
        </w:rPr>
        <w:t>mengunggah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konten</w:t>
      </w:r>
      <w:proofErr w:type="spellEnd"/>
      <w:r w:rsidRPr="00730E44">
        <w:rPr>
          <w:b w:val="0"/>
          <w:bCs/>
          <w:lang w:val="en-ID"/>
        </w:rPr>
        <w:t xml:space="preserve">, </w:t>
      </w:r>
      <w:proofErr w:type="spellStart"/>
      <w:r w:rsidRPr="00730E44">
        <w:rPr>
          <w:b w:val="0"/>
          <w:bCs/>
          <w:lang w:val="en-ID"/>
        </w:rPr>
        <w:t>memperbarui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informasi</w:t>
      </w:r>
      <w:proofErr w:type="spellEnd"/>
      <w:r w:rsidRPr="00730E44">
        <w:rPr>
          <w:b w:val="0"/>
          <w:bCs/>
          <w:lang w:val="en-ID"/>
        </w:rPr>
        <w:t xml:space="preserve">, </w:t>
      </w:r>
      <w:proofErr w:type="spellStart"/>
      <w:r w:rsidRPr="00730E44">
        <w:rPr>
          <w:b w:val="0"/>
          <w:bCs/>
          <w:lang w:val="en-ID"/>
        </w:rPr>
        <w:t>serta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mendukung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berbagai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aktivitas</w:t>
      </w:r>
      <w:proofErr w:type="spellEnd"/>
      <w:r w:rsidRPr="00730E44">
        <w:rPr>
          <w:b w:val="0"/>
          <w:bCs/>
          <w:lang w:val="en-ID"/>
        </w:rPr>
        <w:t xml:space="preserve"> yang </w:t>
      </w:r>
      <w:proofErr w:type="spellStart"/>
      <w:r w:rsidRPr="00730E44">
        <w:rPr>
          <w:b w:val="0"/>
          <w:bCs/>
          <w:lang w:val="en-ID"/>
        </w:rPr>
        <w:t>berkaitan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dengan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pengelolaan</w:t>
      </w:r>
      <w:proofErr w:type="spellEnd"/>
      <w:r w:rsidRPr="00730E44">
        <w:rPr>
          <w:b w:val="0"/>
          <w:bCs/>
          <w:lang w:val="en-ID"/>
        </w:rPr>
        <w:t xml:space="preserve"> website.</w:t>
      </w:r>
    </w:p>
    <w:p w14:paraId="1BD927BE" w14:textId="77777777" w:rsidR="00730E44" w:rsidRPr="00730E44" w:rsidRDefault="00730E44" w:rsidP="006A2C08">
      <w:pPr>
        <w:pStyle w:val="Subbab"/>
        <w:jc w:val="both"/>
        <w:rPr>
          <w:lang w:val="en-ID"/>
        </w:rPr>
      </w:pPr>
    </w:p>
    <w:p w14:paraId="51570A89" w14:textId="4A027266" w:rsidR="00730E44" w:rsidRDefault="00730E44" w:rsidP="006A2C08">
      <w:pPr>
        <w:pStyle w:val="Subbab"/>
        <w:jc w:val="both"/>
      </w:pPr>
    </w:p>
    <w:p w14:paraId="33BF6CA4" w14:textId="28920B0F" w:rsidR="00730E44" w:rsidRDefault="008111AB" w:rsidP="006A2C08">
      <w:pPr>
        <w:pStyle w:val="Subbab"/>
        <w:jc w:val="both"/>
      </w:pPr>
      <w:r>
        <w:t xml:space="preserve">3.6 Teknik </w:t>
      </w:r>
      <w:proofErr w:type="spellStart"/>
      <w:r>
        <w:t>Analisis</w:t>
      </w:r>
      <w:proofErr w:type="spellEnd"/>
      <w:r>
        <w:t xml:space="preserve"> Dat</w:t>
      </w:r>
      <w:r w:rsidR="00730E44">
        <w:t>a</w:t>
      </w:r>
    </w:p>
    <w:p w14:paraId="429BBDFD" w14:textId="71010B97" w:rsidR="00730E44" w:rsidRPr="00730E44" w:rsidRDefault="00730E44" w:rsidP="002C509E">
      <w:pPr>
        <w:pStyle w:val="Subbab"/>
        <w:ind w:left="720" w:firstLine="720"/>
        <w:jc w:val="both"/>
        <w:rPr>
          <w:b w:val="0"/>
          <w:bCs/>
          <w:lang w:val="en-ID"/>
        </w:rPr>
      </w:pPr>
      <w:r w:rsidRPr="00730E44">
        <w:rPr>
          <w:b w:val="0"/>
          <w:bCs/>
          <w:lang w:val="en-ID"/>
        </w:rPr>
        <w:t xml:space="preserve">Teknik </w:t>
      </w:r>
      <w:proofErr w:type="spellStart"/>
      <w:r w:rsidRPr="00730E44">
        <w:rPr>
          <w:b w:val="0"/>
          <w:bCs/>
          <w:lang w:val="en-ID"/>
        </w:rPr>
        <w:t>analisis</w:t>
      </w:r>
      <w:proofErr w:type="spellEnd"/>
      <w:r w:rsidRPr="00730E44">
        <w:rPr>
          <w:b w:val="0"/>
          <w:bCs/>
          <w:lang w:val="en-ID"/>
        </w:rPr>
        <w:t xml:space="preserve"> data yang </w:t>
      </w:r>
      <w:proofErr w:type="spellStart"/>
      <w:r w:rsidRPr="00730E44">
        <w:rPr>
          <w:b w:val="0"/>
          <w:bCs/>
          <w:lang w:val="en-ID"/>
        </w:rPr>
        <w:t>digunakan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dalam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pelaksanaan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Praktik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Kerja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Lapangan</w:t>
      </w:r>
      <w:proofErr w:type="spellEnd"/>
      <w:r w:rsidRPr="00730E44">
        <w:rPr>
          <w:b w:val="0"/>
          <w:bCs/>
          <w:lang w:val="en-ID"/>
        </w:rPr>
        <w:t xml:space="preserve"> (PKL) di Kementerian Agama Kota Cilegon </w:t>
      </w:r>
      <w:proofErr w:type="spellStart"/>
      <w:r w:rsidRPr="00730E44">
        <w:rPr>
          <w:b w:val="0"/>
          <w:bCs/>
          <w:lang w:val="en-ID"/>
        </w:rPr>
        <w:t>adalah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analisis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deskriptif</w:t>
      </w:r>
      <w:proofErr w:type="spellEnd"/>
      <w:r w:rsidRPr="00730E44">
        <w:rPr>
          <w:b w:val="0"/>
          <w:bCs/>
          <w:lang w:val="en-ID"/>
        </w:rPr>
        <w:t xml:space="preserve">. </w:t>
      </w:r>
      <w:proofErr w:type="spellStart"/>
      <w:r w:rsidRPr="00730E44">
        <w:rPr>
          <w:b w:val="0"/>
          <w:bCs/>
          <w:lang w:val="en-ID"/>
        </w:rPr>
        <w:t>Analisis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deskriptif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dilakukan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dengan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mengumpulkan</w:t>
      </w:r>
      <w:proofErr w:type="spellEnd"/>
      <w:r w:rsidRPr="00730E44">
        <w:rPr>
          <w:b w:val="0"/>
          <w:bCs/>
          <w:lang w:val="en-ID"/>
        </w:rPr>
        <w:t xml:space="preserve"> data yang </w:t>
      </w:r>
      <w:proofErr w:type="spellStart"/>
      <w:r w:rsidRPr="00730E44">
        <w:rPr>
          <w:b w:val="0"/>
          <w:bCs/>
          <w:lang w:val="en-ID"/>
        </w:rPr>
        <w:t>diperoleh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melalui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observasi</w:t>
      </w:r>
      <w:proofErr w:type="spellEnd"/>
      <w:r w:rsidRPr="00730E44">
        <w:rPr>
          <w:b w:val="0"/>
          <w:bCs/>
          <w:lang w:val="en-ID"/>
        </w:rPr>
        <w:t xml:space="preserve">, </w:t>
      </w:r>
      <w:proofErr w:type="spellStart"/>
      <w:r w:rsidRPr="00730E44">
        <w:rPr>
          <w:b w:val="0"/>
          <w:bCs/>
          <w:lang w:val="en-ID"/>
        </w:rPr>
        <w:t>wawancara</w:t>
      </w:r>
      <w:proofErr w:type="spellEnd"/>
      <w:r w:rsidRPr="00730E44">
        <w:rPr>
          <w:b w:val="0"/>
          <w:bCs/>
          <w:lang w:val="en-ID"/>
        </w:rPr>
        <w:t xml:space="preserve">, dan </w:t>
      </w:r>
      <w:proofErr w:type="spellStart"/>
      <w:r w:rsidRPr="00730E44">
        <w:rPr>
          <w:b w:val="0"/>
          <w:bCs/>
          <w:lang w:val="en-ID"/>
        </w:rPr>
        <w:t>dokumentasi</w:t>
      </w:r>
      <w:proofErr w:type="spellEnd"/>
      <w:r w:rsidRPr="00730E44">
        <w:rPr>
          <w:b w:val="0"/>
          <w:bCs/>
          <w:lang w:val="en-ID"/>
        </w:rPr>
        <w:t xml:space="preserve">, </w:t>
      </w:r>
      <w:proofErr w:type="spellStart"/>
      <w:r w:rsidRPr="00730E44">
        <w:rPr>
          <w:b w:val="0"/>
          <w:bCs/>
          <w:lang w:val="en-ID"/>
        </w:rPr>
        <w:t>kemudian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menyusunnya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secara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sistematis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sesuai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dengan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tujuan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kegiatan</w:t>
      </w:r>
      <w:proofErr w:type="spellEnd"/>
      <w:r w:rsidRPr="00730E44">
        <w:rPr>
          <w:b w:val="0"/>
          <w:bCs/>
          <w:lang w:val="en-ID"/>
        </w:rPr>
        <w:t xml:space="preserve"> PKL.</w:t>
      </w:r>
    </w:p>
    <w:p w14:paraId="6BD462B5" w14:textId="77777777" w:rsidR="00730E44" w:rsidRPr="00730E44" w:rsidRDefault="00730E44" w:rsidP="002C509E">
      <w:pPr>
        <w:pStyle w:val="Subbab"/>
        <w:ind w:left="720" w:firstLine="720"/>
        <w:jc w:val="both"/>
        <w:rPr>
          <w:b w:val="0"/>
          <w:bCs/>
          <w:lang w:val="en-ID"/>
        </w:rPr>
      </w:pPr>
      <w:r w:rsidRPr="00730E44">
        <w:rPr>
          <w:b w:val="0"/>
          <w:bCs/>
          <w:lang w:val="en-ID"/>
        </w:rPr>
        <w:t xml:space="preserve">Data yang </w:t>
      </w:r>
      <w:proofErr w:type="spellStart"/>
      <w:r w:rsidRPr="00730E44">
        <w:rPr>
          <w:b w:val="0"/>
          <w:bCs/>
          <w:lang w:val="en-ID"/>
        </w:rPr>
        <w:t>telah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terkumpul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selanjutnya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dikelompokkan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berdasarkan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jenis</w:t>
      </w:r>
      <w:proofErr w:type="spellEnd"/>
      <w:r w:rsidRPr="00730E44">
        <w:rPr>
          <w:b w:val="0"/>
          <w:bCs/>
          <w:lang w:val="en-ID"/>
        </w:rPr>
        <w:t xml:space="preserve"> dan </w:t>
      </w:r>
      <w:proofErr w:type="spellStart"/>
      <w:r w:rsidRPr="00730E44">
        <w:rPr>
          <w:b w:val="0"/>
          <w:bCs/>
          <w:lang w:val="en-ID"/>
        </w:rPr>
        <w:t>sumbernya</w:t>
      </w:r>
      <w:proofErr w:type="spellEnd"/>
      <w:r w:rsidRPr="00730E44">
        <w:rPr>
          <w:b w:val="0"/>
          <w:bCs/>
          <w:lang w:val="en-ID"/>
        </w:rPr>
        <w:t xml:space="preserve">, </w:t>
      </w:r>
      <w:proofErr w:type="spellStart"/>
      <w:r w:rsidRPr="00730E44">
        <w:rPr>
          <w:b w:val="0"/>
          <w:bCs/>
          <w:lang w:val="en-ID"/>
        </w:rPr>
        <w:t>kemudian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dianalisis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serta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diinterpretasikan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untuk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memperoleh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pemahaman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mengenai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kegiatan</w:t>
      </w:r>
      <w:proofErr w:type="spellEnd"/>
      <w:r w:rsidRPr="00730E44">
        <w:rPr>
          <w:b w:val="0"/>
          <w:bCs/>
          <w:lang w:val="en-ID"/>
        </w:rPr>
        <w:t xml:space="preserve"> yang </w:t>
      </w:r>
      <w:proofErr w:type="spellStart"/>
      <w:r w:rsidRPr="00730E44">
        <w:rPr>
          <w:b w:val="0"/>
          <w:bCs/>
          <w:lang w:val="en-ID"/>
        </w:rPr>
        <w:t>dilakukan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selama</w:t>
      </w:r>
      <w:proofErr w:type="spellEnd"/>
      <w:r w:rsidRPr="00730E44">
        <w:rPr>
          <w:b w:val="0"/>
          <w:bCs/>
          <w:lang w:val="en-ID"/>
        </w:rPr>
        <w:t xml:space="preserve"> PKL, </w:t>
      </w:r>
      <w:proofErr w:type="spellStart"/>
      <w:r w:rsidRPr="00730E44">
        <w:rPr>
          <w:b w:val="0"/>
          <w:bCs/>
          <w:lang w:val="en-ID"/>
        </w:rPr>
        <w:t>khususnya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dalam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pengelolaan</w:t>
      </w:r>
      <w:proofErr w:type="spellEnd"/>
      <w:r w:rsidRPr="00730E44">
        <w:rPr>
          <w:b w:val="0"/>
          <w:bCs/>
          <w:lang w:val="en-ID"/>
        </w:rPr>
        <w:t xml:space="preserve"> dan </w:t>
      </w:r>
      <w:proofErr w:type="spellStart"/>
      <w:r w:rsidRPr="00730E44">
        <w:rPr>
          <w:b w:val="0"/>
          <w:bCs/>
          <w:lang w:val="en-ID"/>
        </w:rPr>
        <w:t>pengembangan</w:t>
      </w:r>
      <w:proofErr w:type="spellEnd"/>
      <w:r w:rsidRPr="00730E44">
        <w:rPr>
          <w:b w:val="0"/>
          <w:bCs/>
          <w:lang w:val="en-ID"/>
        </w:rPr>
        <w:t xml:space="preserve"> website </w:t>
      </w:r>
      <w:proofErr w:type="spellStart"/>
      <w:r w:rsidRPr="00730E44">
        <w:rPr>
          <w:b w:val="0"/>
          <w:bCs/>
          <w:lang w:val="en-ID"/>
        </w:rPr>
        <w:t>instansi</w:t>
      </w:r>
      <w:proofErr w:type="spellEnd"/>
      <w:r w:rsidRPr="00730E44">
        <w:rPr>
          <w:b w:val="0"/>
          <w:bCs/>
          <w:lang w:val="en-ID"/>
        </w:rPr>
        <w:t xml:space="preserve">. Hasil </w:t>
      </w:r>
      <w:proofErr w:type="spellStart"/>
      <w:r w:rsidRPr="00730E44">
        <w:rPr>
          <w:b w:val="0"/>
          <w:bCs/>
          <w:lang w:val="en-ID"/>
        </w:rPr>
        <w:t>analisis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tersebut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digunakan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sebagai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dasar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dalam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penyusunan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laporan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serta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lastRenderedPageBreak/>
        <w:t>penarikan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kesimpulan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mengenai</w:t>
      </w:r>
      <w:proofErr w:type="spellEnd"/>
      <w:r w:rsidRPr="00730E44">
        <w:rPr>
          <w:b w:val="0"/>
          <w:bCs/>
          <w:lang w:val="en-ID"/>
        </w:rPr>
        <w:t xml:space="preserve"> </w:t>
      </w:r>
      <w:proofErr w:type="spellStart"/>
      <w:r w:rsidRPr="00730E44">
        <w:rPr>
          <w:b w:val="0"/>
          <w:bCs/>
          <w:lang w:val="en-ID"/>
        </w:rPr>
        <w:t>pelaksanaan</w:t>
      </w:r>
      <w:proofErr w:type="spellEnd"/>
      <w:r w:rsidRPr="00730E44">
        <w:rPr>
          <w:b w:val="0"/>
          <w:bCs/>
          <w:lang w:val="en-ID"/>
        </w:rPr>
        <w:t xml:space="preserve"> PKL di Kementerian Agama Kota Cilegon.</w:t>
      </w:r>
    </w:p>
    <w:p w14:paraId="0F4D1DF9" w14:textId="4DDBA4C0" w:rsidR="00730E44" w:rsidRPr="00730E44" w:rsidRDefault="00730E44" w:rsidP="006A2C08">
      <w:pPr>
        <w:pStyle w:val="Subbab"/>
        <w:jc w:val="both"/>
        <w:rPr>
          <w:i/>
          <w:color w:val="595959"/>
        </w:rPr>
      </w:pPr>
    </w:p>
    <w:p w14:paraId="765696CD" w14:textId="7C86ABE4" w:rsidR="006512E0" w:rsidRDefault="006512E0" w:rsidP="006A2C08">
      <w:pPr>
        <w:jc w:val="both"/>
      </w:pPr>
    </w:p>
    <w:p w14:paraId="72E42451" w14:textId="77777777" w:rsidR="006512E0" w:rsidRDefault="006512E0" w:rsidP="006A2C08">
      <w:pPr>
        <w:jc w:val="both"/>
      </w:pPr>
    </w:p>
    <w:p w14:paraId="407A1EA7" w14:textId="77777777" w:rsidR="009144C8" w:rsidRDefault="009144C8" w:rsidP="006A2C08">
      <w:pPr>
        <w:spacing w:after="200"/>
        <w:jc w:val="both"/>
        <w:rPr>
          <w:b/>
        </w:rPr>
      </w:pPr>
      <w:r>
        <w:br w:type="page"/>
      </w:r>
    </w:p>
    <w:p w14:paraId="355227BF" w14:textId="557D3C2B" w:rsidR="006512E0" w:rsidRDefault="008111AB" w:rsidP="006A2C08">
      <w:pPr>
        <w:pStyle w:val="BabTitle"/>
      </w:pPr>
      <w:r>
        <w:lastRenderedPageBreak/>
        <w:t>BAB IV</w:t>
      </w:r>
      <w:r>
        <w:br/>
        <w:t>HASIL PKL/MAGANG DAN PEMBAHASAN</w:t>
      </w:r>
    </w:p>
    <w:p w14:paraId="1982B376" w14:textId="77777777" w:rsidR="009144C8" w:rsidRDefault="009144C8" w:rsidP="006A2C08">
      <w:pPr>
        <w:pStyle w:val="BabTitle"/>
        <w:jc w:val="both"/>
      </w:pPr>
    </w:p>
    <w:p w14:paraId="0AE5419A" w14:textId="77777777" w:rsidR="009144C8" w:rsidRDefault="009144C8" w:rsidP="006A2C08">
      <w:pPr>
        <w:pStyle w:val="BabTitle"/>
        <w:jc w:val="both"/>
      </w:pPr>
    </w:p>
    <w:p w14:paraId="2BCB88A7" w14:textId="77777777" w:rsidR="006512E0" w:rsidRDefault="008111AB" w:rsidP="006A2C08">
      <w:pPr>
        <w:pStyle w:val="Subbab"/>
        <w:jc w:val="both"/>
      </w:pPr>
      <w:r>
        <w:t xml:space="preserve">4.1 </w:t>
      </w:r>
      <w:proofErr w:type="spellStart"/>
      <w:r>
        <w:t>Deskripsi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174D7BD7" w14:textId="0A441415" w:rsidR="004A49EF" w:rsidRDefault="008111AB" w:rsidP="009D0753">
      <w:pPr>
        <w:spacing w:after="240"/>
        <w:jc w:val="both"/>
      </w:pPr>
      <w:r>
        <w:t xml:space="preserve">Tabel </w:t>
      </w:r>
      <w:r w:rsidR="00753466">
        <w:t>1.</w:t>
      </w:r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1908"/>
        <w:gridCol w:w="4039"/>
      </w:tblGrid>
      <w:tr w:rsidR="00881D64" w:rsidRPr="00881D64" w14:paraId="4B1D285A" w14:textId="77777777" w:rsidTr="009D0753">
        <w:trPr>
          <w:trHeight w:val="384"/>
          <w:tblHeader/>
        </w:trPr>
        <w:tc>
          <w:tcPr>
            <w:tcW w:w="421" w:type="dxa"/>
            <w:vAlign w:val="center"/>
            <w:hideMark/>
          </w:tcPr>
          <w:p w14:paraId="35A9CBAE" w14:textId="77777777" w:rsidR="00881D64" w:rsidRPr="00881D64" w:rsidRDefault="00881D64" w:rsidP="009D0753">
            <w:pPr>
              <w:spacing w:after="240"/>
              <w:jc w:val="center"/>
              <w:rPr>
                <w:b/>
                <w:bCs/>
                <w:lang w:val="en-ID"/>
              </w:rPr>
            </w:pPr>
            <w:r w:rsidRPr="00881D64">
              <w:rPr>
                <w:b/>
                <w:bCs/>
                <w:lang w:val="en-ID"/>
              </w:rPr>
              <w:t>No</w:t>
            </w:r>
          </w:p>
        </w:tc>
        <w:tc>
          <w:tcPr>
            <w:tcW w:w="1559" w:type="dxa"/>
            <w:vAlign w:val="center"/>
            <w:hideMark/>
          </w:tcPr>
          <w:p w14:paraId="4DF7A947" w14:textId="77777777" w:rsidR="00881D64" w:rsidRPr="00881D64" w:rsidRDefault="00881D64" w:rsidP="009D0753">
            <w:pPr>
              <w:spacing w:after="240"/>
              <w:jc w:val="center"/>
              <w:rPr>
                <w:b/>
                <w:bCs/>
                <w:lang w:val="en-ID"/>
              </w:rPr>
            </w:pPr>
            <w:proofErr w:type="spellStart"/>
            <w:r w:rsidRPr="00881D64">
              <w:rPr>
                <w:b/>
                <w:bCs/>
                <w:lang w:val="en-ID"/>
              </w:rPr>
              <w:t>Tanggal</w:t>
            </w:r>
            <w:proofErr w:type="spellEnd"/>
          </w:p>
        </w:tc>
        <w:tc>
          <w:tcPr>
            <w:tcW w:w="1908" w:type="dxa"/>
            <w:vAlign w:val="center"/>
            <w:hideMark/>
          </w:tcPr>
          <w:p w14:paraId="3125E52E" w14:textId="77777777" w:rsidR="00881D64" w:rsidRPr="00881D64" w:rsidRDefault="00881D64" w:rsidP="009D0753">
            <w:pPr>
              <w:spacing w:after="240"/>
              <w:jc w:val="center"/>
              <w:rPr>
                <w:b/>
                <w:bCs/>
                <w:lang w:val="en-ID"/>
              </w:rPr>
            </w:pPr>
            <w:proofErr w:type="spellStart"/>
            <w:r w:rsidRPr="00881D64">
              <w:rPr>
                <w:b/>
                <w:bCs/>
                <w:lang w:val="en-ID"/>
              </w:rPr>
              <w:t>Kegiatan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D5EE21" w14:textId="77777777" w:rsidR="00881D64" w:rsidRPr="00881D64" w:rsidRDefault="00881D64" w:rsidP="009D0753">
            <w:pPr>
              <w:spacing w:after="240"/>
              <w:jc w:val="center"/>
              <w:rPr>
                <w:b/>
                <w:bCs/>
                <w:lang w:val="en-ID"/>
              </w:rPr>
            </w:pPr>
            <w:proofErr w:type="spellStart"/>
            <w:r w:rsidRPr="00881D64">
              <w:rPr>
                <w:b/>
                <w:bCs/>
                <w:lang w:val="en-ID"/>
              </w:rPr>
              <w:t>Keterangan</w:t>
            </w:r>
            <w:proofErr w:type="spellEnd"/>
          </w:p>
        </w:tc>
      </w:tr>
      <w:tr w:rsidR="00881D64" w:rsidRPr="00881D64" w14:paraId="4E10BA28" w14:textId="77777777" w:rsidTr="009D0753">
        <w:trPr>
          <w:trHeight w:val="1245"/>
        </w:trPr>
        <w:tc>
          <w:tcPr>
            <w:tcW w:w="421" w:type="dxa"/>
            <w:vAlign w:val="center"/>
            <w:hideMark/>
          </w:tcPr>
          <w:p w14:paraId="38A1DFA9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r w:rsidRPr="00881D64">
              <w:rPr>
                <w:lang w:val="en-ID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350E1D81" w14:textId="4525B4C1" w:rsidR="00881D64" w:rsidRPr="00881D64" w:rsidRDefault="009D0753" w:rsidP="009D0753">
            <w:pPr>
              <w:spacing w:after="240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16 - 23 </w:t>
            </w:r>
            <w:proofErr w:type="spellStart"/>
            <w:r>
              <w:rPr>
                <w:lang w:val="en-ID"/>
              </w:rPr>
              <w:t>Februari</w:t>
            </w:r>
            <w:proofErr w:type="spellEnd"/>
            <w:r>
              <w:rPr>
                <w:lang w:val="en-ID"/>
              </w:rPr>
              <w:t xml:space="preserve"> 2026</w:t>
            </w:r>
          </w:p>
        </w:tc>
        <w:tc>
          <w:tcPr>
            <w:tcW w:w="1908" w:type="dxa"/>
            <w:vAlign w:val="center"/>
            <w:hideMark/>
          </w:tcPr>
          <w:p w14:paraId="798E9FCC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proofErr w:type="spellStart"/>
            <w:r w:rsidRPr="00881D64">
              <w:rPr>
                <w:lang w:val="en-ID"/>
              </w:rPr>
              <w:t>Observasi</w:t>
            </w:r>
            <w:proofErr w:type="spellEnd"/>
            <w:r w:rsidRPr="00881D64">
              <w:rPr>
                <w:lang w:val="en-ID"/>
              </w:rPr>
              <w:t xml:space="preserve"> website </w:t>
            </w:r>
            <w:proofErr w:type="spellStart"/>
            <w:r w:rsidRPr="00881D64">
              <w:rPr>
                <w:lang w:val="en-ID"/>
              </w:rPr>
              <w:t>instansi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954F51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proofErr w:type="spellStart"/>
            <w:r w:rsidRPr="00881D64">
              <w:rPr>
                <w:lang w:val="en-ID"/>
              </w:rPr>
              <w:t>Mempelajari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struktur</w:t>
            </w:r>
            <w:proofErr w:type="spellEnd"/>
            <w:r w:rsidRPr="00881D64">
              <w:rPr>
                <w:lang w:val="en-ID"/>
              </w:rPr>
              <w:t xml:space="preserve">, </w:t>
            </w:r>
            <w:proofErr w:type="spellStart"/>
            <w:r w:rsidRPr="00881D64">
              <w:rPr>
                <w:lang w:val="en-ID"/>
              </w:rPr>
              <w:t>tampilan</w:t>
            </w:r>
            <w:proofErr w:type="spellEnd"/>
            <w:r w:rsidRPr="00881D64">
              <w:rPr>
                <w:lang w:val="en-ID"/>
              </w:rPr>
              <w:t xml:space="preserve">, dan </w:t>
            </w:r>
            <w:proofErr w:type="spellStart"/>
            <w:r w:rsidRPr="00881D64">
              <w:rPr>
                <w:lang w:val="en-ID"/>
              </w:rPr>
              <w:t>kebutuhan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informasi</w:t>
            </w:r>
            <w:proofErr w:type="spellEnd"/>
            <w:r w:rsidRPr="00881D64">
              <w:rPr>
                <w:lang w:val="en-ID"/>
              </w:rPr>
              <w:t xml:space="preserve"> pada website Kementerian Agama Kota Cilegon.</w:t>
            </w:r>
          </w:p>
        </w:tc>
      </w:tr>
      <w:tr w:rsidR="00881D64" w:rsidRPr="00881D64" w14:paraId="2E613EE9" w14:textId="77777777" w:rsidTr="009D0753">
        <w:tc>
          <w:tcPr>
            <w:tcW w:w="421" w:type="dxa"/>
            <w:vAlign w:val="center"/>
            <w:hideMark/>
          </w:tcPr>
          <w:p w14:paraId="72C26160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r w:rsidRPr="00881D64">
              <w:rPr>
                <w:lang w:val="en-ID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261E9FB4" w14:textId="66B738F9" w:rsidR="00881D64" w:rsidRPr="00881D64" w:rsidRDefault="009D0753" w:rsidP="009D0753">
            <w:pPr>
              <w:spacing w:after="240"/>
              <w:jc w:val="center"/>
              <w:rPr>
                <w:lang w:val="en-ID"/>
              </w:rPr>
            </w:pPr>
            <w:r>
              <w:rPr>
                <w:lang w:val="en-ID"/>
              </w:rPr>
              <w:t>3 Maret 2026</w:t>
            </w:r>
          </w:p>
        </w:tc>
        <w:tc>
          <w:tcPr>
            <w:tcW w:w="1908" w:type="dxa"/>
            <w:vAlign w:val="center"/>
            <w:hideMark/>
          </w:tcPr>
          <w:p w14:paraId="7FE191BB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proofErr w:type="spellStart"/>
            <w:r w:rsidRPr="00881D64">
              <w:rPr>
                <w:lang w:val="en-ID"/>
              </w:rPr>
              <w:t>Pengembangan</w:t>
            </w:r>
            <w:proofErr w:type="spellEnd"/>
            <w:r w:rsidRPr="00881D64">
              <w:rPr>
                <w:lang w:val="en-ID"/>
              </w:rPr>
              <w:t xml:space="preserve"> website </w:t>
            </w:r>
            <w:proofErr w:type="spellStart"/>
            <w:r w:rsidRPr="00881D64">
              <w:rPr>
                <w:lang w:val="en-ID"/>
              </w:rPr>
              <w:t>menggunakan</w:t>
            </w:r>
            <w:proofErr w:type="spellEnd"/>
            <w:r w:rsidRPr="00881D64">
              <w:rPr>
                <w:lang w:val="en-ID"/>
              </w:rPr>
              <w:t xml:space="preserve"> WordPress</w:t>
            </w:r>
          </w:p>
        </w:tc>
        <w:tc>
          <w:tcPr>
            <w:tcW w:w="0" w:type="auto"/>
            <w:vAlign w:val="center"/>
            <w:hideMark/>
          </w:tcPr>
          <w:p w14:paraId="0BA0AEDE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proofErr w:type="spellStart"/>
            <w:r w:rsidRPr="00881D64">
              <w:rPr>
                <w:lang w:val="en-ID"/>
              </w:rPr>
              <w:t>Melakukan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instalasi</w:t>
            </w:r>
            <w:proofErr w:type="spellEnd"/>
            <w:r w:rsidRPr="00881D64">
              <w:rPr>
                <w:lang w:val="en-ID"/>
              </w:rPr>
              <w:t xml:space="preserve">, </w:t>
            </w:r>
            <w:proofErr w:type="spellStart"/>
            <w:r w:rsidRPr="00881D64">
              <w:rPr>
                <w:lang w:val="en-ID"/>
              </w:rPr>
              <w:t>konfigurasi</w:t>
            </w:r>
            <w:proofErr w:type="spellEnd"/>
            <w:r w:rsidRPr="00881D64">
              <w:rPr>
                <w:lang w:val="en-ID"/>
              </w:rPr>
              <w:t xml:space="preserve">, </w:t>
            </w:r>
            <w:proofErr w:type="spellStart"/>
            <w:r w:rsidRPr="00881D64">
              <w:rPr>
                <w:lang w:val="en-ID"/>
              </w:rPr>
              <w:t>serta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pengaturan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tema</w:t>
            </w:r>
            <w:proofErr w:type="spellEnd"/>
            <w:r w:rsidRPr="00881D64">
              <w:rPr>
                <w:lang w:val="en-ID"/>
              </w:rPr>
              <w:t xml:space="preserve"> dan plugin website.</w:t>
            </w:r>
          </w:p>
        </w:tc>
      </w:tr>
      <w:tr w:rsidR="00881D64" w:rsidRPr="00881D64" w14:paraId="7E6DB3AB" w14:textId="77777777" w:rsidTr="009D0753">
        <w:tc>
          <w:tcPr>
            <w:tcW w:w="421" w:type="dxa"/>
            <w:vAlign w:val="center"/>
            <w:hideMark/>
          </w:tcPr>
          <w:p w14:paraId="63B73653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r w:rsidRPr="00881D64">
              <w:rPr>
                <w:lang w:val="en-ID"/>
              </w:rPr>
              <w:t>3</w:t>
            </w:r>
          </w:p>
        </w:tc>
        <w:tc>
          <w:tcPr>
            <w:tcW w:w="1559" w:type="dxa"/>
            <w:vAlign w:val="center"/>
            <w:hideMark/>
          </w:tcPr>
          <w:p w14:paraId="06AC0B83" w14:textId="10AD3EDB" w:rsidR="00881D64" w:rsidRPr="00881D64" w:rsidRDefault="009D0753" w:rsidP="009D0753">
            <w:pPr>
              <w:spacing w:after="240"/>
              <w:jc w:val="center"/>
              <w:rPr>
                <w:lang w:val="en-ID"/>
              </w:rPr>
            </w:pPr>
            <w:r>
              <w:rPr>
                <w:lang w:val="en-ID"/>
              </w:rPr>
              <w:t>16 Maret 2026</w:t>
            </w:r>
          </w:p>
        </w:tc>
        <w:tc>
          <w:tcPr>
            <w:tcW w:w="1908" w:type="dxa"/>
            <w:vAlign w:val="center"/>
            <w:hideMark/>
          </w:tcPr>
          <w:p w14:paraId="11424FA6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proofErr w:type="spellStart"/>
            <w:r w:rsidRPr="00881D64">
              <w:rPr>
                <w:lang w:val="en-ID"/>
              </w:rPr>
              <w:t>Pembuatan</w:t>
            </w:r>
            <w:proofErr w:type="spellEnd"/>
            <w:r w:rsidRPr="00881D64">
              <w:rPr>
                <w:lang w:val="en-ID"/>
              </w:rPr>
              <w:t xml:space="preserve"> dan </w:t>
            </w:r>
            <w:proofErr w:type="spellStart"/>
            <w:r w:rsidRPr="00881D64">
              <w:rPr>
                <w:lang w:val="en-ID"/>
              </w:rPr>
              <w:t>pengelolaan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halaman</w:t>
            </w:r>
            <w:proofErr w:type="spellEnd"/>
            <w:r w:rsidRPr="00881D64">
              <w:rPr>
                <w:lang w:val="en-ID"/>
              </w:rPr>
              <w:t xml:space="preserve"> website</w:t>
            </w:r>
          </w:p>
        </w:tc>
        <w:tc>
          <w:tcPr>
            <w:tcW w:w="0" w:type="auto"/>
            <w:vAlign w:val="center"/>
            <w:hideMark/>
          </w:tcPr>
          <w:p w14:paraId="37F6497B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r w:rsidRPr="00881D64">
              <w:rPr>
                <w:lang w:val="en-ID"/>
              </w:rPr>
              <w:t xml:space="preserve">Membuat </w:t>
            </w:r>
            <w:proofErr w:type="spellStart"/>
            <w:r w:rsidRPr="00881D64">
              <w:rPr>
                <w:lang w:val="en-ID"/>
              </w:rPr>
              <w:t>halaman</w:t>
            </w:r>
            <w:proofErr w:type="spellEnd"/>
            <w:r w:rsidRPr="00881D64">
              <w:rPr>
                <w:lang w:val="en-ID"/>
              </w:rPr>
              <w:t xml:space="preserve"> Beranda, </w:t>
            </w:r>
            <w:proofErr w:type="spellStart"/>
            <w:r w:rsidRPr="00881D64">
              <w:rPr>
                <w:lang w:val="en-ID"/>
              </w:rPr>
              <w:t>Profil</w:t>
            </w:r>
            <w:proofErr w:type="spellEnd"/>
            <w:r w:rsidRPr="00881D64">
              <w:rPr>
                <w:lang w:val="en-ID"/>
              </w:rPr>
              <w:t xml:space="preserve">, Berita, </w:t>
            </w:r>
            <w:proofErr w:type="spellStart"/>
            <w:r w:rsidRPr="00881D64">
              <w:rPr>
                <w:lang w:val="en-ID"/>
              </w:rPr>
              <w:t>Galeri</w:t>
            </w:r>
            <w:proofErr w:type="spellEnd"/>
            <w:r w:rsidRPr="00881D64">
              <w:rPr>
                <w:lang w:val="en-ID"/>
              </w:rPr>
              <w:t xml:space="preserve">, dan Kontak </w:t>
            </w:r>
            <w:proofErr w:type="spellStart"/>
            <w:r w:rsidRPr="00881D64">
              <w:rPr>
                <w:lang w:val="en-ID"/>
              </w:rPr>
              <w:t>menggunakan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Elementor</w:t>
            </w:r>
            <w:proofErr w:type="spellEnd"/>
            <w:r w:rsidRPr="00881D64">
              <w:rPr>
                <w:lang w:val="en-ID"/>
              </w:rPr>
              <w:t>.</w:t>
            </w:r>
          </w:p>
        </w:tc>
      </w:tr>
      <w:tr w:rsidR="00881D64" w:rsidRPr="00881D64" w14:paraId="3481DE8B" w14:textId="77777777" w:rsidTr="009D0753">
        <w:tc>
          <w:tcPr>
            <w:tcW w:w="421" w:type="dxa"/>
            <w:vAlign w:val="center"/>
            <w:hideMark/>
          </w:tcPr>
          <w:p w14:paraId="5192ABF8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r w:rsidRPr="00881D64">
              <w:rPr>
                <w:lang w:val="en-ID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02DC24E3" w14:textId="6D39DE87" w:rsidR="00881D64" w:rsidRPr="00881D64" w:rsidRDefault="009D0753" w:rsidP="009D0753">
            <w:pPr>
              <w:spacing w:after="240"/>
              <w:jc w:val="center"/>
              <w:rPr>
                <w:lang w:val="en-ID"/>
              </w:rPr>
            </w:pPr>
            <w:r>
              <w:rPr>
                <w:lang w:val="en-ID"/>
              </w:rPr>
              <w:t>25 Mei 2026</w:t>
            </w:r>
          </w:p>
        </w:tc>
        <w:tc>
          <w:tcPr>
            <w:tcW w:w="1908" w:type="dxa"/>
            <w:vAlign w:val="center"/>
            <w:hideMark/>
          </w:tcPr>
          <w:p w14:paraId="527FB922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proofErr w:type="spellStart"/>
            <w:r w:rsidRPr="00881D64">
              <w:rPr>
                <w:lang w:val="en-ID"/>
              </w:rPr>
              <w:t>Pengelolaan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konten</w:t>
            </w:r>
            <w:proofErr w:type="spellEnd"/>
            <w:r w:rsidRPr="00881D64">
              <w:rPr>
                <w:lang w:val="en-ID"/>
              </w:rPr>
              <w:t xml:space="preserve"> website</w:t>
            </w:r>
          </w:p>
        </w:tc>
        <w:tc>
          <w:tcPr>
            <w:tcW w:w="0" w:type="auto"/>
            <w:vAlign w:val="center"/>
            <w:hideMark/>
          </w:tcPr>
          <w:p w14:paraId="08EE2EB0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proofErr w:type="spellStart"/>
            <w:r w:rsidRPr="00881D64">
              <w:rPr>
                <w:lang w:val="en-ID"/>
              </w:rPr>
              <w:t>Mengunggah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berita</w:t>
            </w:r>
            <w:proofErr w:type="spellEnd"/>
            <w:r w:rsidRPr="00881D64">
              <w:rPr>
                <w:lang w:val="en-ID"/>
              </w:rPr>
              <w:t xml:space="preserve">, </w:t>
            </w:r>
            <w:proofErr w:type="spellStart"/>
            <w:r w:rsidRPr="00881D64">
              <w:rPr>
                <w:lang w:val="en-ID"/>
              </w:rPr>
              <w:t>gambar</w:t>
            </w:r>
            <w:proofErr w:type="spellEnd"/>
            <w:r w:rsidRPr="00881D64">
              <w:rPr>
                <w:lang w:val="en-ID"/>
              </w:rPr>
              <w:t xml:space="preserve">, dan </w:t>
            </w:r>
            <w:proofErr w:type="spellStart"/>
            <w:r w:rsidRPr="00881D64">
              <w:rPr>
                <w:lang w:val="en-ID"/>
              </w:rPr>
              <w:t>informasi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kegiatan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instansi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ke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dalam</w:t>
            </w:r>
            <w:proofErr w:type="spellEnd"/>
            <w:r w:rsidRPr="00881D64">
              <w:rPr>
                <w:lang w:val="en-ID"/>
              </w:rPr>
              <w:t xml:space="preserve"> website.</w:t>
            </w:r>
          </w:p>
        </w:tc>
      </w:tr>
      <w:tr w:rsidR="00881D64" w:rsidRPr="00881D64" w14:paraId="486561A5" w14:textId="77777777" w:rsidTr="009D0753">
        <w:tc>
          <w:tcPr>
            <w:tcW w:w="421" w:type="dxa"/>
            <w:vAlign w:val="center"/>
            <w:hideMark/>
          </w:tcPr>
          <w:p w14:paraId="754354B5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r w:rsidRPr="00881D64">
              <w:rPr>
                <w:lang w:val="en-ID"/>
              </w:rPr>
              <w:t>5</w:t>
            </w:r>
          </w:p>
        </w:tc>
        <w:tc>
          <w:tcPr>
            <w:tcW w:w="1559" w:type="dxa"/>
            <w:vAlign w:val="center"/>
            <w:hideMark/>
          </w:tcPr>
          <w:p w14:paraId="33159845" w14:textId="5D5B3E16" w:rsidR="00881D64" w:rsidRPr="00881D64" w:rsidRDefault="009D0753" w:rsidP="009D0753">
            <w:pPr>
              <w:spacing w:after="240"/>
              <w:jc w:val="center"/>
              <w:rPr>
                <w:lang w:val="en-ID"/>
              </w:rPr>
            </w:pPr>
            <w:r>
              <w:rPr>
                <w:lang w:val="en-ID"/>
              </w:rPr>
              <w:t>8 Juni 2026</w:t>
            </w:r>
          </w:p>
        </w:tc>
        <w:tc>
          <w:tcPr>
            <w:tcW w:w="1908" w:type="dxa"/>
            <w:vAlign w:val="center"/>
            <w:hideMark/>
          </w:tcPr>
          <w:p w14:paraId="5E7F53ED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proofErr w:type="spellStart"/>
            <w:r w:rsidRPr="00881D64">
              <w:rPr>
                <w:lang w:val="en-ID"/>
              </w:rPr>
              <w:t>Pengujian</w:t>
            </w:r>
            <w:proofErr w:type="spellEnd"/>
            <w:r w:rsidRPr="00881D64">
              <w:rPr>
                <w:lang w:val="en-ID"/>
              </w:rPr>
              <w:t xml:space="preserve"> dan </w:t>
            </w:r>
            <w:proofErr w:type="spellStart"/>
            <w:r w:rsidRPr="00881D64">
              <w:rPr>
                <w:lang w:val="en-ID"/>
              </w:rPr>
              <w:t>penyempurnaan</w:t>
            </w:r>
            <w:proofErr w:type="spellEnd"/>
            <w:r w:rsidRPr="00881D64">
              <w:rPr>
                <w:lang w:val="en-ID"/>
              </w:rPr>
              <w:t xml:space="preserve"> website</w:t>
            </w:r>
          </w:p>
        </w:tc>
        <w:tc>
          <w:tcPr>
            <w:tcW w:w="0" w:type="auto"/>
            <w:vAlign w:val="center"/>
            <w:hideMark/>
          </w:tcPr>
          <w:p w14:paraId="55C3822A" w14:textId="77777777" w:rsidR="00881D64" w:rsidRPr="00881D64" w:rsidRDefault="00881D64" w:rsidP="009D0753">
            <w:pPr>
              <w:spacing w:after="240"/>
              <w:jc w:val="center"/>
              <w:rPr>
                <w:lang w:val="en-ID"/>
              </w:rPr>
            </w:pPr>
            <w:proofErr w:type="spellStart"/>
            <w:r w:rsidRPr="00881D64">
              <w:rPr>
                <w:lang w:val="en-ID"/>
              </w:rPr>
              <w:t>Melakukan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pengujian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tampilan</w:t>
            </w:r>
            <w:proofErr w:type="spellEnd"/>
            <w:r w:rsidRPr="00881D64">
              <w:rPr>
                <w:lang w:val="en-ID"/>
              </w:rPr>
              <w:t xml:space="preserve"> dan </w:t>
            </w:r>
            <w:proofErr w:type="spellStart"/>
            <w:r w:rsidRPr="00881D64">
              <w:rPr>
                <w:lang w:val="en-ID"/>
              </w:rPr>
              <w:t>fungsi</w:t>
            </w:r>
            <w:proofErr w:type="spellEnd"/>
            <w:r w:rsidRPr="00881D64">
              <w:rPr>
                <w:lang w:val="en-ID"/>
              </w:rPr>
              <w:t xml:space="preserve"> website </w:t>
            </w:r>
            <w:proofErr w:type="spellStart"/>
            <w:r w:rsidRPr="00881D64">
              <w:rPr>
                <w:lang w:val="en-ID"/>
              </w:rPr>
              <w:t>serta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memperbaiki</w:t>
            </w:r>
            <w:proofErr w:type="spellEnd"/>
            <w:r w:rsidRPr="00881D64">
              <w:rPr>
                <w:lang w:val="en-ID"/>
              </w:rPr>
              <w:t xml:space="preserve"> </w:t>
            </w:r>
            <w:proofErr w:type="spellStart"/>
            <w:r w:rsidRPr="00881D64">
              <w:rPr>
                <w:lang w:val="en-ID"/>
              </w:rPr>
              <w:t>kendala</w:t>
            </w:r>
            <w:proofErr w:type="spellEnd"/>
            <w:r w:rsidRPr="00881D64">
              <w:rPr>
                <w:lang w:val="en-ID"/>
              </w:rPr>
              <w:t xml:space="preserve"> yang </w:t>
            </w:r>
            <w:proofErr w:type="spellStart"/>
            <w:r w:rsidRPr="00881D64">
              <w:rPr>
                <w:lang w:val="en-ID"/>
              </w:rPr>
              <w:t>ditemukan</w:t>
            </w:r>
            <w:proofErr w:type="spellEnd"/>
            <w:r w:rsidRPr="00881D64">
              <w:rPr>
                <w:lang w:val="en-ID"/>
              </w:rPr>
              <w:t>.</w:t>
            </w:r>
          </w:p>
        </w:tc>
      </w:tr>
    </w:tbl>
    <w:p w14:paraId="2821C3FB" w14:textId="77777777" w:rsidR="00881D64" w:rsidRPr="00881D64" w:rsidRDefault="00881D64" w:rsidP="00881D64">
      <w:pPr>
        <w:spacing w:after="240"/>
        <w:jc w:val="both"/>
        <w:rPr>
          <w:lang w:val="en-ID"/>
        </w:rPr>
      </w:pPr>
    </w:p>
    <w:p w14:paraId="26291DD5" w14:textId="2A4C55FF" w:rsidR="006512E0" w:rsidRDefault="008111AB" w:rsidP="006A2C08">
      <w:pPr>
        <w:jc w:val="both"/>
      </w:pPr>
      <w:proofErr w:type="spellStart"/>
      <w:r>
        <w:t>Sumber</w:t>
      </w:r>
      <w:proofErr w:type="spellEnd"/>
      <w:r>
        <w:t xml:space="preserve">: Data </w:t>
      </w:r>
      <w:proofErr w:type="spellStart"/>
      <w:r>
        <w:t>diolah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 xml:space="preserve">, </w:t>
      </w:r>
      <w:r w:rsidR="00061229">
        <w:t>2026</w:t>
      </w:r>
    </w:p>
    <w:p w14:paraId="2E4D4CD3" w14:textId="77777777" w:rsidR="009144C8" w:rsidRDefault="009144C8" w:rsidP="006A2C08">
      <w:pPr>
        <w:jc w:val="both"/>
      </w:pPr>
    </w:p>
    <w:p w14:paraId="4E3849B7" w14:textId="77777777" w:rsidR="002C509E" w:rsidRDefault="008111AB" w:rsidP="002C509E">
      <w:pPr>
        <w:pStyle w:val="Subbab"/>
        <w:jc w:val="both"/>
      </w:pPr>
      <w:r>
        <w:lastRenderedPageBreak/>
        <w:t xml:space="preserve">4.2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Ditemukan</w:t>
      </w:r>
      <w:proofErr w:type="spellEnd"/>
    </w:p>
    <w:p w14:paraId="60128EA6" w14:textId="4E3123D4" w:rsidR="00061229" w:rsidRPr="002C509E" w:rsidRDefault="00061229" w:rsidP="002C509E">
      <w:pPr>
        <w:pStyle w:val="Subbab"/>
        <w:ind w:left="720" w:firstLine="720"/>
        <w:jc w:val="both"/>
      </w:pPr>
      <w:proofErr w:type="spellStart"/>
      <w:r w:rsidRPr="00061229">
        <w:rPr>
          <w:b w:val="0"/>
          <w:bCs/>
          <w:lang w:val="en-ID"/>
        </w:rPr>
        <w:t>Selama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pelaksanaan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Praktik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Kerja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Lapangan</w:t>
      </w:r>
      <w:proofErr w:type="spellEnd"/>
      <w:r w:rsidRPr="00061229">
        <w:rPr>
          <w:b w:val="0"/>
          <w:bCs/>
          <w:lang w:val="en-ID"/>
        </w:rPr>
        <w:t xml:space="preserve"> (PKL) di Kementerian Agama Kota Cilegon, </w:t>
      </w:r>
      <w:proofErr w:type="spellStart"/>
      <w:r w:rsidRPr="00061229">
        <w:rPr>
          <w:b w:val="0"/>
          <w:bCs/>
          <w:lang w:val="en-ID"/>
        </w:rPr>
        <w:t>terdapat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beberapa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kendala</w:t>
      </w:r>
      <w:proofErr w:type="spellEnd"/>
      <w:r w:rsidRPr="00061229">
        <w:rPr>
          <w:b w:val="0"/>
          <w:bCs/>
          <w:lang w:val="en-ID"/>
        </w:rPr>
        <w:t xml:space="preserve"> yang </w:t>
      </w:r>
      <w:proofErr w:type="spellStart"/>
      <w:r w:rsidRPr="00061229">
        <w:rPr>
          <w:b w:val="0"/>
          <w:bCs/>
          <w:lang w:val="en-ID"/>
        </w:rPr>
        <w:t>ditemukan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dalam</w:t>
      </w:r>
      <w:proofErr w:type="spellEnd"/>
      <w:r w:rsidRPr="00061229">
        <w:rPr>
          <w:b w:val="0"/>
          <w:bCs/>
          <w:lang w:val="en-ID"/>
        </w:rPr>
        <w:t xml:space="preserve"> proses </w:t>
      </w:r>
      <w:proofErr w:type="spellStart"/>
      <w:r w:rsidRPr="00061229">
        <w:rPr>
          <w:b w:val="0"/>
          <w:bCs/>
          <w:lang w:val="en-ID"/>
        </w:rPr>
        <w:t>pengelolaan</w:t>
      </w:r>
      <w:proofErr w:type="spellEnd"/>
      <w:r w:rsidRPr="00061229">
        <w:rPr>
          <w:b w:val="0"/>
          <w:bCs/>
          <w:lang w:val="en-ID"/>
        </w:rPr>
        <w:t xml:space="preserve"> dan </w:t>
      </w:r>
      <w:proofErr w:type="spellStart"/>
      <w:r w:rsidRPr="00061229">
        <w:rPr>
          <w:b w:val="0"/>
          <w:bCs/>
          <w:lang w:val="en-ID"/>
        </w:rPr>
        <w:t>pengembangan</w:t>
      </w:r>
      <w:proofErr w:type="spellEnd"/>
      <w:r w:rsidRPr="00061229">
        <w:rPr>
          <w:b w:val="0"/>
          <w:bCs/>
          <w:lang w:val="en-ID"/>
        </w:rPr>
        <w:t xml:space="preserve"> website </w:t>
      </w:r>
      <w:proofErr w:type="spellStart"/>
      <w:r w:rsidRPr="00061229">
        <w:rPr>
          <w:b w:val="0"/>
          <w:bCs/>
          <w:lang w:val="en-ID"/>
        </w:rPr>
        <w:t>instansi</w:t>
      </w:r>
      <w:proofErr w:type="spellEnd"/>
      <w:r w:rsidRPr="00061229">
        <w:rPr>
          <w:b w:val="0"/>
          <w:bCs/>
          <w:lang w:val="en-ID"/>
        </w:rPr>
        <w:t xml:space="preserve">. Salah </w:t>
      </w:r>
      <w:proofErr w:type="spellStart"/>
      <w:r w:rsidRPr="00061229">
        <w:rPr>
          <w:b w:val="0"/>
          <w:bCs/>
          <w:lang w:val="en-ID"/>
        </w:rPr>
        <w:t>satu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kendala</w:t>
      </w:r>
      <w:proofErr w:type="spellEnd"/>
      <w:r w:rsidRPr="00061229">
        <w:rPr>
          <w:b w:val="0"/>
          <w:bCs/>
          <w:lang w:val="en-ID"/>
        </w:rPr>
        <w:t xml:space="preserve"> yang </w:t>
      </w:r>
      <w:proofErr w:type="spellStart"/>
      <w:r w:rsidRPr="00061229">
        <w:rPr>
          <w:b w:val="0"/>
          <w:bCs/>
          <w:lang w:val="en-ID"/>
        </w:rPr>
        <w:t>dihadapi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adalah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keterbatasan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pemahaman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terhadap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fitur-fitur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tertentu</w:t>
      </w:r>
      <w:proofErr w:type="spellEnd"/>
      <w:r w:rsidRPr="00061229">
        <w:rPr>
          <w:b w:val="0"/>
          <w:bCs/>
          <w:lang w:val="en-ID"/>
        </w:rPr>
        <w:t xml:space="preserve"> pada WordPress dan </w:t>
      </w:r>
      <w:proofErr w:type="spellStart"/>
      <w:r w:rsidRPr="00061229">
        <w:rPr>
          <w:b w:val="0"/>
          <w:bCs/>
          <w:lang w:val="en-ID"/>
        </w:rPr>
        <w:t>Elementor</w:t>
      </w:r>
      <w:proofErr w:type="spellEnd"/>
      <w:r w:rsidRPr="00061229">
        <w:rPr>
          <w:b w:val="0"/>
          <w:bCs/>
          <w:lang w:val="en-ID"/>
        </w:rPr>
        <w:t xml:space="preserve">, </w:t>
      </w:r>
      <w:proofErr w:type="spellStart"/>
      <w:r w:rsidRPr="00061229">
        <w:rPr>
          <w:b w:val="0"/>
          <w:bCs/>
          <w:lang w:val="en-ID"/>
        </w:rPr>
        <w:t>terutama</w:t>
      </w:r>
      <w:proofErr w:type="spellEnd"/>
      <w:r w:rsidRPr="00061229">
        <w:rPr>
          <w:b w:val="0"/>
          <w:bCs/>
          <w:lang w:val="en-ID"/>
        </w:rPr>
        <w:t xml:space="preserve"> pada </w:t>
      </w:r>
      <w:proofErr w:type="spellStart"/>
      <w:r w:rsidRPr="00061229">
        <w:rPr>
          <w:b w:val="0"/>
          <w:bCs/>
          <w:lang w:val="en-ID"/>
        </w:rPr>
        <w:t>tahap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awal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pelaksanaan</w:t>
      </w:r>
      <w:proofErr w:type="spellEnd"/>
      <w:r w:rsidRPr="00061229">
        <w:rPr>
          <w:b w:val="0"/>
          <w:bCs/>
          <w:lang w:val="en-ID"/>
        </w:rPr>
        <w:t xml:space="preserve"> PKL. Selain </w:t>
      </w:r>
      <w:proofErr w:type="spellStart"/>
      <w:r w:rsidRPr="00061229">
        <w:rPr>
          <w:b w:val="0"/>
          <w:bCs/>
          <w:lang w:val="en-ID"/>
        </w:rPr>
        <w:t>itu</w:t>
      </w:r>
      <w:proofErr w:type="spellEnd"/>
      <w:r w:rsidRPr="00061229">
        <w:rPr>
          <w:b w:val="0"/>
          <w:bCs/>
          <w:lang w:val="en-ID"/>
        </w:rPr>
        <w:t xml:space="preserve">, </w:t>
      </w:r>
      <w:proofErr w:type="spellStart"/>
      <w:r w:rsidRPr="00061229">
        <w:rPr>
          <w:b w:val="0"/>
          <w:bCs/>
          <w:lang w:val="en-ID"/>
        </w:rPr>
        <w:t>terdapat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beberapa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fitur</w:t>
      </w:r>
      <w:proofErr w:type="spellEnd"/>
      <w:r w:rsidRPr="00061229">
        <w:rPr>
          <w:b w:val="0"/>
          <w:bCs/>
          <w:lang w:val="en-ID"/>
        </w:rPr>
        <w:t xml:space="preserve"> yang </w:t>
      </w:r>
      <w:proofErr w:type="spellStart"/>
      <w:r w:rsidRPr="00061229">
        <w:rPr>
          <w:b w:val="0"/>
          <w:bCs/>
          <w:lang w:val="en-ID"/>
        </w:rPr>
        <w:t>tidak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dapat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digunakan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secara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maksimal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karena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memerlukan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versi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berbayar</w:t>
      </w:r>
      <w:proofErr w:type="spellEnd"/>
      <w:r w:rsidRPr="00061229">
        <w:rPr>
          <w:b w:val="0"/>
          <w:bCs/>
          <w:lang w:val="en-ID"/>
        </w:rPr>
        <w:t xml:space="preserve"> (Pro).</w:t>
      </w:r>
    </w:p>
    <w:p w14:paraId="42F752EB" w14:textId="77777777" w:rsidR="00061229" w:rsidRPr="00061229" w:rsidRDefault="00061229" w:rsidP="002C509E">
      <w:pPr>
        <w:pStyle w:val="Subbab"/>
        <w:ind w:left="720" w:firstLine="720"/>
        <w:jc w:val="both"/>
        <w:rPr>
          <w:b w:val="0"/>
          <w:bCs/>
          <w:lang w:val="en-ID"/>
        </w:rPr>
      </w:pPr>
      <w:r w:rsidRPr="00061229">
        <w:rPr>
          <w:b w:val="0"/>
          <w:bCs/>
          <w:lang w:val="en-ID"/>
        </w:rPr>
        <w:t xml:space="preserve">Kendala </w:t>
      </w:r>
      <w:proofErr w:type="spellStart"/>
      <w:r w:rsidRPr="00061229">
        <w:rPr>
          <w:b w:val="0"/>
          <w:bCs/>
          <w:lang w:val="en-ID"/>
        </w:rPr>
        <w:t>lainnya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adalah</w:t>
      </w:r>
      <w:proofErr w:type="spellEnd"/>
      <w:r w:rsidRPr="00061229">
        <w:rPr>
          <w:b w:val="0"/>
          <w:bCs/>
          <w:lang w:val="en-ID"/>
        </w:rPr>
        <w:t xml:space="preserve"> proses </w:t>
      </w:r>
      <w:proofErr w:type="spellStart"/>
      <w:r w:rsidRPr="00061229">
        <w:rPr>
          <w:b w:val="0"/>
          <w:bCs/>
          <w:lang w:val="en-ID"/>
        </w:rPr>
        <w:t>penyesuaian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tampilan</w:t>
      </w:r>
      <w:proofErr w:type="spellEnd"/>
      <w:r w:rsidRPr="00061229">
        <w:rPr>
          <w:b w:val="0"/>
          <w:bCs/>
          <w:lang w:val="en-ID"/>
        </w:rPr>
        <w:t xml:space="preserve"> website agar </w:t>
      </w:r>
      <w:proofErr w:type="spellStart"/>
      <w:r w:rsidRPr="00061229">
        <w:rPr>
          <w:b w:val="0"/>
          <w:bCs/>
          <w:lang w:val="en-ID"/>
        </w:rPr>
        <w:t>sesuai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dengan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kebutuhan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instansi</w:t>
      </w:r>
      <w:proofErr w:type="spellEnd"/>
      <w:r w:rsidRPr="00061229">
        <w:rPr>
          <w:b w:val="0"/>
          <w:bCs/>
          <w:lang w:val="en-ID"/>
        </w:rPr>
        <w:t xml:space="preserve">. </w:t>
      </w:r>
      <w:proofErr w:type="spellStart"/>
      <w:r w:rsidRPr="00061229">
        <w:rPr>
          <w:b w:val="0"/>
          <w:bCs/>
          <w:lang w:val="en-ID"/>
        </w:rPr>
        <w:t>Beberapa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elemen</w:t>
      </w:r>
      <w:proofErr w:type="spellEnd"/>
      <w:r w:rsidRPr="00061229">
        <w:rPr>
          <w:b w:val="0"/>
          <w:bCs/>
          <w:lang w:val="en-ID"/>
        </w:rPr>
        <w:t xml:space="preserve"> pada </w:t>
      </w:r>
      <w:proofErr w:type="spellStart"/>
      <w:r w:rsidRPr="00061229">
        <w:rPr>
          <w:b w:val="0"/>
          <w:bCs/>
          <w:lang w:val="en-ID"/>
        </w:rPr>
        <w:t>halaman</w:t>
      </w:r>
      <w:proofErr w:type="spellEnd"/>
      <w:r w:rsidRPr="00061229">
        <w:rPr>
          <w:b w:val="0"/>
          <w:bCs/>
          <w:lang w:val="en-ID"/>
        </w:rPr>
        <w:t xml:space="preserve"> website </w:t>
      </w:r>
      <w:proofErr w:type="spellStart"/>
      <w:r w:rsidRPr="00061229">
        <w:rPr>
          <w:b w:val="0"/>
          <w:bCs/>
          <w:lang w:val="en-ID"/>
        </w:rPr>
        <w:t>memerlukan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pengaturan</w:t>
      </w:r>
      <w:proofErr w:type="spellEnd"/>
      <w:r w:rsidRPr="00061229">
        <w:rPr>
          <w:b w:val="0"/>
          <w:bCs/>
          <w:lang w:val="en-ID"/>
        </w:rPr>
        <w:t xml:space="preserve"> dan </w:t>
      </w:r>
      <w:proofErr w:type="spellStart"/>
      <w:r w:rsidRPr="00061229">
        <w:rPr>
          <w:b w:val="0"/>
          <w:bCs/>
          <w:lang w:val="en-ID"/>
        </w:rPr>
        <w:t>penyesuaian</w:t>
      </w:r>
      <w:proofErr w:type="spellEnd"/>
      <w:r w:rsidRPr="00061229">
        <w:rPr>
          <w:b w:val="0"/>
          <w:bCs/>
          <w:lang w:val="en-ID"/>
        </w:rPr>
        <w:t xml:space="preserve"> yang </w:t>
      </w:r>
      <w:proofErr w:type="spellStart"/>
      <w:r w:rsidRPr="00061229">
        <w:rPr>
          <w:b w:val="0"/>
          <w:bCs/>
          <w:lang w:val="en-ID"/>
        </w:rPr>
        <w:t>cukup</w:t>
      </w:r>
      <w:proofErr w:type="spellEnd"/>
      <w:r w:rsidRPr="00061229">
        <w:rPr>
          <w:b w:val="0"/>
          <w:bCs/>
          <w:lang w:val="en-ID"/>
        </w:rPr>
        <w:t xml:space="preserve"> detail </w:t>
      </w:r>
      <w:proofErr w:type="spellStart"/>
      <w:r w:rsidRPr="00061229">
        <w:rPr>
          <w:b w:val="0"/>
          <w:bCs/>
          <w:lang w:val="en-ID"/>
        </w:rPr>
        <w:t>sehingga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membutuhkan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waktu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untuk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memperoleh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tampilan</w:t>
      </w:r>
      <w:proofErr w:type="spellEnd"/>
      <w:r w:rsidRPr="00061229">
        <w:rPr>
          <w:b w:val="0"/>
          <w:bCs/>
          <w:lang w:val="en-ID"/>
        </w:rPr>
        <w:t xml:space="preserve"> yang </w:t>
      </w:r>
      <w:proofErr w:type="spellStart"/>
      <w:r w:rsidRPr="00061229">
        <w:rPr>
          <w:b w:val="0"/>
          <w:bCs/>
          <w:lang w:val="en-ID"/>
        </w:rPr>
        <w:t>sesuai</w:t>
      </w:r>
      <w:proofErr w:type="spellEnd"/>
      <w:r w:rsidRPr="00061229">
        <w:rPr>
          <w:b w:val="0"/>
          <w:bCs/>
          <w:lang w:val="en-ID"/>
        </w:rPr>
        <w:t xml:space="preserve"> dan </w:t>
      </w:r>
      <w:proofErr w:type="spellStart"/>
      <w:r w:rsidRPr="00061229">
        <w:rPr>
          <w:b w:val="0"/>
          <w:bCs/>
          <w:lang w:val="en-ID"/>
        </w:rPr>
        <w:t>responsif</w:t>
      </w:r>
      <w:proofErr w:type="spellEnd"/>
      <w:r w:rsidRPr="00061229">
        <w:rPr>
          <w:b w:val="0"/>
          <w:bCs/>
          <w:lang w:val="en-ID"/>
        </w:rPr>
        <w:t xml:space="preserve"> pada </w:t>
      </w:r>
      <w:proofErr w:type="spellStart"/>
      <w:r w:rsidRPr="00061229">
        <w:rPr>
          <w:b w:val="0"/>
          <w:bCs/>
          <w:lang w:val="en-ID"/>
        </w:rPr>
        <w:t>berbagai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perangkat</w:t>
      </w:r>
      <w:proofErr w:type="spellEnd"/>
      <w:r w:rsidRPr="00061229">
        <w:rPr>
          <w:b w:val="0"/>
          <w:bCs/>
          <w:lang w:val="en-ID"/>
        </w:rPr>
        <w:t>.</w:t>
      </w:r>
    </w:p>
    <w:p w14:paraId="2534C855" w14:textId="77777777" w:rsidR="00061229" w:rsidRPr="00061229" w:rsidRDefault="00061229" w:rsidP="002C509E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061229">
        <w:rPr>
          <w:b w:val="0"/>
          <w:bCs/>
          <w:lang w:val="en-ID"/>
        </w:rPr>
        <w:t>Permasalahan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tersebut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berdampak</w:t>
      </w:r>
      <w:proofErr w:type="spellEnd"/>
      <w:r w:rsidRPr="00061229">
        <w:rPr>
          <w:b w:val="0"/>
          <w:bCs/>
          <w:lang w:val="en-ID"/>
        </w:rPr>
        <w:t xml:space="preserve"> pada proses </w:t>
      </w:r>
      <w:proofErr w:type="spellStart"/>
      <w:r w:rsidRPr="00061229">
        <w:rPr>
          <w:b w:val="0"/>
          <w:bCs/>
          <w:lang w:val="en-ID"/>
        </w:rPr>
        <w:t>pengerjaan</w:t>
      </w:r>
      <w:proofErr w:type="spellEnd"/>
      <w:r w:rsidRPr="00061229">
        <w:rPr>
          <w:b w:val="0"/>
          <w:bCs/>
          <w:lang w:val="en-ID"/>
        </w:rPr>
        <w:t xml:space="preserve"> website yang </w:t>
      </w:r>
      <w:proofErr w:type="spellStart"/>
      <w:r w:rsidRPr="00061229">
        <w:rPr>
          <w:b w:val="0"/>
          <w:bCs/>
          <w:lang w:val="en-ID"/>
        </w:rPr>
        <w:t>menjadi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lebih</w:t>
      </w:r>
      <w:proofErr w:type="spellEnd"/>
      <w:r w:rsidRPr="00061229">
        <w:rPr>
          <w:b w:val="0"/>
          <w:bCs/>
          <w:lang w:val="en-ID"/>
        </w:rPr>
        <w:t xml:space="preserve"> lama </w:t>
      </w:r>
      <w:proofErr w:type="spellStart"/>
      <w:r w:rsidRPr="00061229">
        <w:rPr>
          <w:b w:val="0"/>
          <w:bCs/>
          <w:lang w:val="en-ID"/>
        </w:rPr>
        <w:t>karena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diperlukan</w:t>
      </w:r>
      <w:proofErr w:type="spellEnd"/>
      <w:r w:rsidRPr="00061229">
        <w:rPr>
          <w:b w:val="0"/>
          <w:bCs/>
          <w:lang w:val="en-ID"/>
        </w:rPr>
        <w:t xml:space="preserve"> proses </w:t>
      </w:r>
      <w:proofErr w:type="spellStart"/>
      <w:r w:rsidRPr="00061229">
        <w:rPr>
          <w:b w:val="0"/>
          <w:bCs/>
          <w:lang w:val="en-ID"/>
        </w:rPr>
        <w:t>pembelajaran</w:t>
      </w:r>
      <w:proofErr w:type="spellEnd"/>
      <w:r w:rsidRPr="00061229">
        <w:rPr>
          <w:b w:val="0"/>
          <w:bCs/>
          <w:lang w:val="en-ID"/>
        </w:rPr>
        <w:t xml:space="preserve">, </w:t>
      </w:r>
      <w:proofErr w:type="spellStart"/>
      <w:r w:rsidRPr="00061229">
        <w:rPr>
          <w:b w:val="0"/>
          <w:bCs/>
          <w:lang w:val="en-ID"/>
        </w:rPr>
        <w:t>percobaan</w:t>
      </w:r>
      <w:proofErr w:type="spellEnd"/>
      <w:r w:rsidRPr="00061229">
        <w:rPr>
          <w:b w:val="0"/>
          <w:bCs/>
          <w:lang w:val="en-ID"/>
        </w:rPr>
        <w:t xml:space="preserve">, dan </w:t>
      </w:r>
      <w:proofErr w:type="spellStart"/>
      <w:r w:rsidRPr="00061229">
        <w:rPr>
          <w:b w:val="0"/>
          <w:bCs/>
          <w:lang w:val="en-ID"/>
        </w:rPr>
        <w:t>perbaikan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secara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berulang</w:t>
      </w:r>
      <w:proofErr w:type="spellEnd"/>
      <w:r w:rsidRPr="00061229">
        <w:rPr>
          <w:b w:val="0"/>
          <w:bCs/>
          <w:lang w:val="en-ID"/>
        </w:rPr>
        <w:t xml:space="preserve">. </w:t>
      </w:r>
      <w:proofErr w:type="spellStart"/>
      <w:r w:rsidRPr="00061229">
        <w:rPr>
          <w:b w:val="0"/>
          <w:bCs/>
          <w:lang w:val="en-ID"/>
        </w:rPr>
        <w:t>Namun</w:t>
      </w:r>
      <w:proofErr w:type="spellEnd"/>
      <w:r w:rsidRPr="00061229">
        <w:rPr>
          <w:b w:val="0"/>
          <w:bCs/>
          <w:lang w:val="en-ID"/>
        </w:rPr>
        <w:t xml:space="preserve">, </w:t>
      </w:r>
      <w:proofErr w:type="spellStart"/>
      <w:r w:rsidRPr="00061229">
        <w:rPr>
          <w:b w:val="0"/>
          <w:bCs/>
          <w:lang w:val="en-ID"/>
        </w:rPr>
        <w:t>melalui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bimbingan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dari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pembimbing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lapangan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serta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pencarian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referensi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tambahan</w:t>
      </w:r>
      <w:proofErr w:type="spellEnd"/>
      <w:r w:rsidRPr="00061229">
        <w:rPr>
          <w:b w:val="0"/>
          <w:bCs/>
          <w:lang w:val="en-ID"/>
        </w:rPr>
        <w:t xml:space="preserve">, </w:t>
      </w:r>
      <w:proofErr w:type="spellStart"/>
      <w:r w:rsidRPr="00061229">
        <w:rPr>
          <w:b w:val="0"/>
          <w:bCs/>
          <w:lang w:val="en-ID"/>
        </w:rPr>
        <w:t>kendala-kendala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tersebut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dapat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diatasi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sehingga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kegiatan</w:t>
      </w:r>
      <w:proofErr w:type="spellEnd"/>
      <w:r w:rsidRPr="00061229">
        <w:rPr>
          <w:b w:val="0"/>
          <w:bCs/>
          <w:lang w:val="en-ID"/>
        </w:rPr>
        <w:t xml:space="preserve"> PKL </w:t>
      </w:r>
      <w:proofErr w:type="spellStart"/>
      <w:r w:rsidRPr="00061229">
        <w:rPr>
          <w:b w:val="0"/>
          <w:bCs/>
          <w:lang w:val="en-ID"/>
        </w:rPr>
        <w:t>tetap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dapat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berjalan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dengan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baik</w:t>
      </w:r>
      <w:proofErr w:type="spellEnd"/>
      <w:r w:rsidRPr="00061229">
        <w:rPr>
          <w:b w:val="0"/>
          <w:bCs/>
          <w:lang w:val="en-ID"/>
        </w:rPr>
        <w:t xml:space="preserve"> dan </w:t>
      </w:r>
      <w:proofErr w:type="spellStart"/>
      <w:r w:rsidRPr="00061229">
        <w:rPr>
          <w:b w:val="0"/>
          <w:bCs/>
          <w:lang w:val="en-ID"/>
        </w:rPr>
        <w:t>tujuan</w:t>
      </w:r>
      <w:proofErr w:type="spellEnd"/>
      <w:r w:rsidRPr="00061229">
        <w:rPr>
          <w:b w:val="0"/>
          <w:bCs/>
          <w:lang w:val="en-ID"/>
        </w:rPr>
        <w:t xml:space="preserve"> yang </w:t>
      </w:r>
      <w:proofErr w:type="spellStart"/>
      <w:r w:rsidRPr="00061229">
        <w:rPr>
          <w:b w:val="0"/>
          <w:bCs/>
          <w:lang w:val="en-ID"/>
        </w:rPr>
        <w:t>telah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ditetapkan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dapat</w:t>
      </w:r>
      <w:proofErr w:type="spellEnd"/>
      <w:r w:rsidRPr="00061229">
        <w:rPr>
          <w:b w:val="0"/>
          <w:bCs/>
          <w:lang w:val="en-ID"/>
        </w:rPr>
        <w:t xml:space="preserve"> </w:t>
      </w:r>
      <w:proofErr w:type="spellStart"/>
      <w:r w:rsidRPr="00061229">
        <w:rPr>
          <w:b w:val="0"/>
          <w:bCs/>
          <w:lang w:val="en-ID"/>
        </w:rPr>
        <w:t>tercapai</w:t>
      </w:r>
      <w:proofErr w:type="spellEnd"/>
      <w:r w:rsidRPr="00061229">
        <w:rPr>
          <w:b w:val="0"/>
          <w:bCs/>
          <w:lang w:val="en-ID"/>
        </w:rPr>
        <w:t>.</w:t>
      </w:r>
    </w:p>
    <w:p w14:paraId="39161EE5" w14:textId="74F618E0" w:rsidR="00061229" w:rsidRDefault="00061229" w:rsidP="006A2C08">
      <w:pPr>
        <w:pStyle w:val="Subbab"/>
        <w:jc w:val="both"/>
      </w:pPr>
    </w:p>
    <w:p w14:paraId="73FE6CE7" w14:textId="0700ADB6" w:rsidR="009144C8" w:rsidRDefault="008111AB" w:rsidP="009D0753">
      <w:pPr>
        <w:pStyle w:val="Subbab"/>
        <w:jc w:val="both"/>
      </w:pPr>
      <w:r>
        <w:t xml:space="preserve">4.3 Metode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Masalah</w:t>
      </w:r>
      <w:proofErr w:type="spellEnd"/>
    </w:p>
    <w:p w14:paraId="4DAC98D4" w14:textId="6BCDF577" w:rsidR="009D0753" w:rsidRPr="009D0753" w:rsidRDefault="009D0753" w:rsidP="009D0753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9D0753">
        <w:rPr>
          <w:b w:val="0"/>
          <w:bCs/>
          <w:lang w:val="en-ID"/>
        </w:rPr>
        <w:t>Dalam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menyelesaikan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tugas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selama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kegiatan</w:t>
      </w:r>
      <w:proofErr w:type="spellEnd"/>
      <w:r w:rsidRPr="009D0753">
        <w:rPr>
          <w:b w:val="0"/>
          <w:bCs/>
          <w:lang w:val="en-ID"/>
        </w:rPr>
        <w:t xml:space="preserve"> PKL/</w:t>
      </w:r>
      <w:proofErr w:type="spellStart"/>
      <w:r w:rsidRPr="009D0753">
        <w:rPr>
          <w:b w:val="0"/>
          <w:bCs/>
          <w:lang w:val="en-ID"/>
        </w:rPr>
        <w:t>Magang</w:t>
      </w:r>
      <w:proofErr w:type="spellEnd"/>
      <w:r w:rsidRPr="009D0753">
        <w:rPr>
          <w:b w:val="0"/>
          <w:bCs/>
          <w:lang w:val="en-ID"/>
        </w:rPr>
        <w:t xml:space="preserve">, </w:t>
      </w:r>
      <w:proofErr w:type="spellStart"/>
      <w:r w:rsidRPr="009D0753">
        <w:rPr>
          <w:b w:val="0"/>
          <w:bCs/>
          <w:lang w:val="en-ID"/>
        </w:rPr>
        <w:t>penulis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melakukan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beberapa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langkah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kerja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secara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sistematis</w:t>
      </w:r>
      <w:proofErr w:type="spellEnd"/>
      <w:r w:rsidRPr="009D0753">
        <w:rPr>
          <w:b w:val="0"/>
          <w:bCs/>
          <w:lang w:val="en-ID"/>
        </w:rPr>
        <w:t xml:space="preserve">. </w:t>
      </w:r>
      <w:proofErr w:type="spellStart"/>
      <w:r w:rsidRPr="009D0753">
        <w:rPr>
          <w:b w:val="0"/>
          <w:bCs/>
          <w:lang w:val="en-ID"/>
        </w:rPr>
        <w:t>Tahap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pertama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dilakukan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melalui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observasi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terhadap</w:t>
      </w:r>
      <w:proofErr w:type="spellEnd"/>
      <w:r w:rsidRPr="009D0753">
        <w:rPr>
          <w:b w:val="0"/>
          <w:bCs/>
          <w:lang w:val="en-ID"/>
        </w:rPr>
        <w:t xml:space="preserve"> website </w:t>
      </w:r>
      <w:proofErr w:type="spellStart"/>
      <w:r w:rsidRPr="009D0753">
        <w:rPr>
          <w:b w:val="0"/>
          <w:bCs/>
          <w:lang w:val="en-ID"/>
        </w:rPr>
        <w:t>instansi</w:t>
      </w:r>
      <w:proofErr w:type="spellEnd"/>
      <w:r w:rsidRPr="009D0753">
        <w:rPr>
          <w:b w:val="0"/>
          <w:bCs/>
          <w:lang w:val="en-ID"/>
        </w:rPr>
        <w:t xml:space="preserve"> yang </w:t>
      </w:r>
      <w:proofErr w:type="spellStart"/>
      <w:r w:rsidRPr="009D0753">
        <w:rPr>
          <w:b w:val="0"/>
          <w:bCs/>
          <w:lang w:val="en-ID"/>
        </w:rPr>
        <w:t>sudah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ada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untuk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memahami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kebutuhan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informasi</w:t>
      </w:r>
      <w:proofErr w:type="spellEnd"/>
      <w:r w:rsidRPr="009D0753">
        <w:rPr>
          <w:b w:val="0"/>
          <w:bCs/>
          <w:lang w:val="en-ID"/>
        </w:rPr>
        <w:t xml:space="preserve">, </w:t>
      </w:r>
      <w:proofErr w:type="spellStart"/>
      <w:r w:rsidRPr="009D0753">
        <w:rPr>
          <w:b w:val="0"/>
          <w:bCs/>
          <w:lang w:val="en-ID"/>
        </w:rPr>
        <w:t>struktur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halaman</w:t>
      </w:r>
      <w:proofErr w:type="spellEnd"/>
      <w:r w:rsidRPr="009D0753">
        <w:rPr>
          <w:b w:val="0"/>
          <w:bCs/>
          <w:lang w:val="en-ID"/>
        </w:rPr>
        <w:t xml:space="preserve">, dan </w:t>
      </w:r>
      <w:proofErr w:type="spellStart"/>
      <w:r w:rsidRPr="009D0753">
        <w:rPr>
          <w:b w:val="0"/>
          <w:bCs/>
          <w:lang w:val="en-ID"/>
        </w:rPr>
        <w:t>tampilan</w:t>
      </w:r>
      <w:proofErr w:type="spellEnd"/>
      <w:r w:rsidRPr="009D0753">
        <w:rPr>
          <w:b w:val="0"/>
          <w:bCs/>
          <w:lang w:val="en-ID"/>
        </w:rPr>
        <w:t xml:space="preserve"> yang </w:t>
      </w:r>
      <w:proofErr w:type="spellStart"/>
      <w:r w:rsidRPr="009D0753">
        <w:rPr>
          <w:b w:val="0"/>
          <w:bCs/>
          <w:lang w:val="en-ID"/>
        </w:rPr>
        <w:t>sesuai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dengan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identitas</w:t>
      </w:r>
      <w:proofErr w:type="spellEnd"/>
      <w:r w:rsidRPr="009D0753">
        <w:rPr>
          <w:b w:val="0"/>
          <w:bCs/>
          <w:lang w:val="en-ID"/>
        </w:rPr>
        <w:t xml:space="preserve"> Kementerian Agama Kota Cilegon.</w:t>
      </w:r>
    </w:p>
    <w:p w14:paraId="716FD654" w14:textId="77777777" w:rsidR="009D0753" w:rsidRPr="009D0753" w:rsidRDefault="009D0753" w:rsidP="009D0753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9D0753">
        <w:rPr>
          <w:b w:val="0"/>
          <w:bCs/>
          <w:lang w:val="en-ID"/>
        </w:rPr>
        <w:t>Setelah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observasi</w:t>
      </w:r>
      <w:proofErr w:type="spellEnd"/>
      <w:r w:rsidRPr="009D0753">
        <w:rPr>
          <w:b w:val="0"/>
          <w:bCs/>
          <w:lang w:val="en-ID"/>
        </w:rPr>
        <w:t xml:space="preserve">, </w:t>
      </w:r>
      <w:proofErr w:type="spellStart"/>
      <w:r w:rsidRPr="009D0753">
        <w:rPr>
          <w:b w:val="0"/>
          <w:bCs/>
          <w:lang w:val="en-ID"/>
        </w:rPr>
        <w:t>penulis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melakukan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diskusi</w:t>
      </w:r>
      <w:proofErr w:type="spellEnd"/>
      <w:r w:rsidRPr="009D0753">
        <w:rPr>
          <w:b w:val="0"/>
          <w:bCs/>
          <w:lang w:val="en-ID"/>
        </w:rPr>
        <w:t xml:space="preserve"> dan </w:t>
      </w:r>
      <w:proofErr w:type="spellStart"/>
      <w:r w:rsidRPr="009D0753">
        <w:rPr>
          <w:b w:val="0"/>
          <w:bCs/>
          <w:lang w:val="en-ID"/>
        </w:rPr>
        <w:t>konsultasi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dengan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pembimbing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lapangan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untuk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memperoleh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arahan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mengenai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fitur</w:t>
      </w:r>
      <w:proofErr w:type="spellEnd"/>
      <w:r w:rsidRPr="009D0753">
        <w:rPr>
          <w:b w:val="0"/>
          <w:bCs/>
          <w:lang w:val="en-ID"/>
        </w:rPr>
        <w:t xml:space="preserve">, </w:t>
      </w:r>
      <w:proofErr w:type="spellStart"/>
      <w:r w:rsidRPr="009D0753">
        <w:rPr>
          <w:b w:val="0"/>
          <w:bCs/>
          <w:lang w:val="en-ID"/>
        </w:rPr>
        <w:t>konten</w:t>
      </w:r>
      <w:proofErr w:type="spellEnd"/>
      <w:r w:rsidRPr="009D0753">
        <w:rPr>
          <w:b w:val="0"/>
          <w:bCs/>
          <w:lang w:val="en-ID"/>
        </w:rPr>
        <w:t xml:space="preserve">, dan </w:t>
      </w:r>
      <w:proofErr w:type="spellStart"/>
      <w:r w:rsidRPr="009D0753">
        <w:rPr>
          <w:b w:val="0"/>
          <w:bCs/>
          <w:lang w:val="en-ID"/>
        </w:rPr>
        <w:t>desain</w:t>
      </w:r>
      <w:proofErr w:type="spellEnd"/>
      <w:r w:rsidRPr="009D0753">
        <w:rPr>
          <w:b w:val="0"/>
          <w:bCs/>
          <w:lang w:val="en-ID"/>
        </w:rPr>
        <w:t xml:space="preserve"> website yang </w:t>
      </w:r>
      <w:proofErr w:type="spellStart"/>
      <w:r w:rsidRPr="009D0753">
        <w:rPr>
          <w:b w:val="0"/>
          <w:bCs/>
          <w:lang w:val="en-ID"/>
        </w:rPr>
        <w:t>akan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dikembangkan</w:t>
      </w:r>
      <w:proofErr w:type="spellEnd"/>
      <w:r w:rsidRPr="009D0753">
        <w:rPr>
          <w:b w:val="0"/>
          <w:bCs/>
          <w:lang w:val="en-ID"/>
        </w:rPr>
        <w:t xml:space="preserve">. Hasil </w:t>
      </w:r>
      <w:proofErr w:type="spellStart"/>
      <w:r w:rsidRPr="009D0753">
        <w:rPr>
          <w:b w:val="0"/>
          <w:bCs/>
          <w:lang w:val="en-ID"/>
        </w:rPr>
        <w:t>diskusi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tersebut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digunakan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sebagai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dasar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dalam</w:t>
      </w:r>
      <w:proofErr w:type="spellEnd"/>
      <w:r w:rsidRPr="009D0753">
        <w:rPr>
          <w:b w:val="0"/>
          <w:bCs/>
          <w:lang w:val="en-ID"/>
        </w:rPr>
        <w:t xml:space="preserve"> proses </w:t>
      </w:r>
      <w:proofErr w:type="spellStart"/>
      <w:r w:rsidRPr="009D0753">
        <w:rPr>
          <w:b w:val="0"/>
          <w:bCs/>
          <w:lang w:val="en-ID"/>
        </w:rPr>
        <w:t>perancangan</w:t>
      </w:r>
      <w:proofErr w:type="spellEnd"/>
      <w:r w:rsidRPr="009D0753">
        <w:rPr>
          <w:b w:val="0"/>
          <w:bCs/>
          <w:lang w:val="en-ID"/>
        </w:rPr>
        <w:t xml:space="preserve"> dan </w:t>
      </w:r>
      <w:proofErr w:type="spellStart"/>
      <w:r w:rsidRPr="009D0753">
        <w:rPr>
          <w:b w:val="0"/>
          <w:bCs/>
          <w:lang w:val="en-ID"/>
        </w:rPr>
        <w:t>pengembangan</w:t>
      </w:r>
      <w:proofErr w:type="spellEnd"/>
      <w:r w:rsidRPr="009D0753">
        <w:rPr>
          <w:b w:val="0"/>
          <w:bCs/>
          <w:lang w:val="en-ID"/>
        </w:rPr>
        <w:t xml:space="preserve"> website.</w:t>
      </w:r>
    </w:p>
    <w:p w14:paraId="6A7E4222" w14:textId="77777777" w:rsidR="009D0753" w:rsidRPr="009D0753" w:rsidRDefault="009D0753" w:rsidP="009D0753">
      <w:pPr>
        <w:pStyle w:val="Subbab"/>
        <w:ind w:left="720" w:firstLine="720"/>
        <w:jc w:val="both"/>
        <w:rPr>
          <w:b w:val="0"/>
          <w:bCs/>
          <w:lang w:val="en-ID"/>
        </w:rPr>
      </w:pPr>
      <w:r w:rsidRPr="009D0753">
        <w:rPr>
          <w:b w:val="0"/>
          <w:bCs/>
          <w:lang w:val="en-ID"/>
        </w:rPr>
        <w:lastRenderedPageBreak/>
        <w:t xml:space="preserve">Pada </w:t>
      </w:r>
      <w:proofErr w:type="spellStart"/>
      <w:r w:rsidRPr="009D0753">
        <w:rPr>
          <w:b w:val="0"/>
          <w:bCs/>
          <w:lang w:val="en-ID"/>
        </w:rPr>
        <w:t>tahap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pelaksanaan</w:t>
      </w:r>
      <w:proofErr w:type="spellEnd"/>
      <w:r w:rsidRPr="009D0753">
        <w:rPr>
          <w:b w:val="0"/>
          <w:bCs/>
          <w:lang w:val="en-ID"/>
        </w:rPr>
        <w:t xml:space="preserve">, </w:t>
      </w:r>
      <w:proofErr w:type="spellStart"/>
      <w:r w:rsidRPr="009D0753">
        <w:rPr>
          <w:b w:val="0"/>
          <w:bCs/>
          <w:lang w:val="en-ID"/>
        </w:rPr>
        <w:t>penulis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menggunakan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aplikasi</w:t>
      </w:r>
      <w:proofErr w:type="spellEnd"/>
      <w:r w:rsidRPr="009D0753">
        <w:rPr>
          <w:b w:val="0"/>
          <w:bCs/>
          <w:lang w:val="en-ID"/>
        </w:rPr>
        <w:t xml:space="preserve"> WordPress </w:t>
      </w:r>
      <w:proofErr w:type="spellStart"/>
      <w:r w:rsidRPr="009D0753">
        <w:rPr>
          <w:b w:val="0"/>
          <w:bCs/>
          <w:lang w:val="en-ID"/>
        </w:rPr>
        <w:t>sebagai</w:t>
      </w:r>
      <w:proofErr w:type="spellEnd"/>
      <w:r w:rsidRPr="009D0753">
        <w:rPr>
          <w:b w:val="0"/>
          <w:bCs/>
          <w:lang w:val="en-ID"/>
        </w:rPr>
        <w:t xml:space="preserve"> Content Management System (CMS) dan </w:t>
      </w:r>
      <w:proofErr w:type="spellStart"/>
      <w:r w:rsidRPr="009D0753">
        <w:rPr>
          <w:b w:val="0"/>
          <w:bCs/>
          <w:lang w:val="en-ID"/>
        </w:rPr>
        <w:t>Elementor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sebagai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alat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untuk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mendesain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tampilan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halaman</w:t>
      </w:r>
      <w:proofErr w:type="spellEnd"/>
      <w:r w:rsidRPr="009D0753">
        <w:rPr>
          <w:b w:val="0"/>
          <w:bCs/>
          <w:lang w:val="en-ID"/>
        </w:rPr>
        <w:t xml:space="preserve"> website. </w:t>
      </w:r>
      <w:proofErr w:type="spellStart"/>
      <w:r w:rsidRPr="009D0753">
        <w:rPr>
          <w:b w:val="0"/>
          <w:bCs/>
          <w:lang w:val="en-ID"/>
        </w:rPr>
        <w:t>Penulis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melakukan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pengaturan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tema</w:t>
      </w:r>
      <w:proofErr w:type="spellEnd"/>
      <w:r w:rsidRPr="009D0753">
        <w:rPr>
          <w:b w:val="0"/>
          <w:bCs/>
          <w:lang w:val="en-ID"/>
        </w:rPr>
        <w:t xml:space="preserve">, plugin, menu </w:t>
      </w:r>
      <w:proofErr w:type="spellStart"/>
      <w:r w:rsidRPr="009D0753">
        <w:rPr>
          <w:b w:val="0"/>
          <w:bCs/>
          <w:lang w:val="en-ID"/>
        </w:rPr>
        <w:t>navigasi</w:t>
      </w:r>
      <w:proofErr w:type="spellEnd"/>
      <w:r w:rsidRPr="009D0753">
        <w:rPr>
          <w:b w:val="0"/>
          <w:bCs/>
          <w:lang w:val="en-ID"/>
        </w:rPr>
        <w:t xml:space="preserve">, </w:t>
      </w:r>
      <w:proofErr w:type="spellStart"/>
      <w:r w:rsidRPr="009D0753">
        <w:rPr>
          <w:b w:val="0"/>
          <w:bCs/>
          <w:lang w:val="en-ID"/>
        </w:rPr>
        <w:t>serta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membuat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halaman-halaman</w:t>
      </w:r>
      <w:proofErr w:type="spellEnd"/>
      <w:r w:rsidRPr="009D0753">
        <w:rPr>
          <w:b w:val="0"/>
          <w:bCs/>
          <w:lang w:val="en-ID"/>
        </w:rPr>
        <w:t xml:space="preserve"> yang </w:t>
      </w:r>
      <w:proofErr w:type="spellStart"/>
      <w:r w:rsidRPr="009D0753">
        <w:rPr>
          <w:b w:val="0"/>
          <w:bCs/>
          <w:lang w:val="en-ID"/>
        </w:rPr>
        <w:t>diperlukan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seperti</w:t>
      </w:r>
      <w:proofErr w:type="spellEnd"/>
      <w:r w:rsidRPr="009D0753">
        <w:rPr>
          <w:b w:val="0"/>
          <w:bCs/>
          <w:lang w:val="en-ID"/>
        </w:rPr>
        <w:t xml:space="preserve"> Beranda, </w:t>
      </w:r>
      <w:proofErr w:type="spellStart"/>
      <w:r w:rsidRPr="009D0753">
        <w:rPr>
          <w:b w:val="0"/>
          <w:bCs/>
          <w:lang w:val="en-ID"/>
        </w:rPr>
        <w:t>Profil</w:t>
      </w:r>
      <w:proofErr w:type="spellEnd"/>
      <w:r w:rsidRPr="009D0753">
        <w:rPr>
          <w:b w:val="0"/>
          <w:bCs/>
          <w:lang w:val="en-ID"/>
        </w:rPr>
        <w:t xml:space="preserve">, Berita, </w:t>
      </w:r>
      <w:proofErr w:type="spellStart"/>
      <w:r w:rsidRPr="009D0753">
        <w:rPr>
          <w:b w:val="0"/>
          <w:bCs/>
          <w:lang w:val="en-ID"/>
        </w:rPr>
        <w:t>Galeri</w:t>
      </w:r>
      <w:proofErr w:type="spellEnd"/>
      <w:r w:rsidRPr="009D0753">
        <w:rPr>
          <w:b w:val="0"/>
          <w:bCs/>
          <w:lang w:val="en-ID"/>
        </w:rPr>
        <w:t>, dan Kontak.</w:t>
      </w:r>
    </w:p>
    <w:p w14:paraId="08BC08AB" w14:textId="77777777" w:rsidR="009D0753" w:rsidRPr="009D0753" w:rsidRDefault="009D0753" w:rsidP="009D0753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9D0753">
        <w:rPr>
          <w:b w:val="0"/>
          <w:bCs/>
          <w:lang w:val="en-ID"/>
        </w:rPr>
        <w:t>Selanjutnya</w:t>
      </w:r>
      <w:proofErr w:type="spellEnd"/>
      <w:r w:rsidRPr="009D0753">
        <w:rPr>
          <w:b w:val="0"/>
          <w:bCs/>
          <w:lang w:val="en-ID"/>
        </w:rPr>
        <w:t xml:space="preserve">, </w:t>
      </w:r>
      <w:proofErr w:type="spellStart"/>
      <w:r w:rsidRPr="009D0753">
        <w:rPr>
          <w:b w:val="0"/>
          <w:bCs/>
          <w:lang w:val="en-ID"/>
        </w:rPr>
        <w:t>penulis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melakukan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pengumpulan</w:t>
      </w:r>
      <w:proofErr w:type="spellEnd"/>
      <w:r w:rsidRPr="009D0753">
        <w:rPr>
          <w:b w:val="0"/>
          <w:bCs/>
          <w:lang w:val="en-ID"/>
        </w:rPr>
        <w:t xml:space="preserve"> dan </w:t>
      </w:r>
      <w:proofErr w:type="spellStart"/>
      <w:r w:rsidRPr="009D0753">
        <w:rPr>
          <w:b w:val="0"/>
          <w:bCs/>
          <w:lang w:val="en-ID"/>
        </w:rPr>
        <w:t>pengolahan</w:t>
      </w:r>
      <w:proofErr w:type="spellEnd"/>
      <w:r w:rsidRPr="009D0753">
        <w:rPr>
          <w:b w:val="0"/>
          <w:bCs/>
          <w:lang w:val="en-ID"/>
        </w:rPr>
        <w:t xml:space="preserve"> data yang </w:t>
      </w:r>
      <w:proofErr w:type="spellStart"/>
      <w:r w:rsidRPr="009D0753">
        <w:rPr>
          <w:b w:val="0"/>
          <w:bCs/>
          <w:lang w:val="en-ID"/>
        </w:rPr>
        <w:t>akan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ditampilkan</w:t>
      </w:r>
      <w:proofErr w:type="spellEnd"/>
      <w:r w:rsidRPr="009D0753">
        <w:rPr>
          <w:b w:val="0"/>
          <w:bCs/>
          <w:lang w:val="en-ID"/>
        </w:rPr>
        <w:t xml:space="preserve"> pada website, </w:t>
      </w:r>
      <w:proofErr w:type="spellStart"/>
      <w:r w:rsidRPr="009D0753">
        <w:rPr>
          <w:b w:val="0"/>
          <w:bCs/>
          <w:lang w:val="en-ID"/>
        </w:rPr>
        <w:t>seperti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profil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instansi</w:t>
      </w:r>
      <w:proofErr w:type="spellEnd"/>
      <w:r w:rsidRPr="009D0753">
        <w:rPr>
          <w:b w:val="0"/>
          <w:bCs/>
          <w:lang w:val="en-ID"/>
        </w:rPr>
        <w:t xml:space="preserve">, </w:t>
      </w:r>
      <w:proofErr w:type="spellStart"/>
      <w:r w:rsidRPr="009D0753">
        <w:rPr>
          <w:b w:val="0"/>
          <w:bCs/>
          <w:lang w:val="en-ID"/>
        </w:rPr>
        <w:t>berita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kegiatan</w:t>
      </w:r>
      <w:proofErr w:type="spellEnd"/>
      <w:r w:rsidRPr="009D0753">
        <w:rPr>
          <w:b w:val="0"/>
          <w:bCs/>
          <w:lang w:val="en-ID"/>
        </w:rPr>
        <w:t xml:space="preserve">, </w:t>
      </w:r>
      <w:proofErr w:type="spellStart"/>
      <w:r w:rsidRPr="009D0753">
        <w:rPr>
          <w:b w:val="0"/>
          <w:bCs/>
          <w:lang w:val="en-ID"/>
        </w:rPr>
        <w:t>foto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dokumentasi</w:t>
      </w:r>
      <w:proofErr w:type="spellEnd"/>
      <w:r w:rsidRPr="009D0753">
        <w:rPr>
          <w:b w:val="0"/>
          <w:bCs/>
          <w:lang w:val="en-ID"/>
        </w:rPr>
        <w:t xml:space="preserve">, dan </w:t>
      </w:r>
      <w:proofErr w:type="spellStart"/>
      <w:r w:rsidRPr="009D0753">
        <w:rPr>
          <w:b w:val="0"/>
          <w:bCs/>
          <w:lang w:val="en-ID"/>
        </w:rPr>
        <w:t>informasi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pelayanan</w:t>
      </w:r>
      <w:proofErr w:type="spellEnd"/>
      <w:r w:rsidRPr="009D0753">
        <w:rPr>
          <w:b w:val="0"/>
          <w:bCs/>
          <w:lang w:val="en-ID"/>
        </w:rPr>
        <w:t xml:space="preserve">. Data </w:t>
      </w:r>
      <w:proofErr w:type="spellStart"/>
      <w:r w:rsidRPr="009D0753">
        <w:rPr>
          <w:b w:val="0"/>
          <w:bCs/>
          <w:lang w:val="en-ID"/>
        </w:rPr>
        <w:t>tersebut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kemudian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diunggah</w:t>
      </w:r>
      <w:proofErr w:type="spellEnd"/>
      <w:r w:rsidRPr="009D0753">
        <w:rPr>
          <w:b w:val="0"/>
          <w:bCs/>
          <w:lang w:val="en-ID"/>
        </w:rPr>
        <w:t xml:space="preserve"> dan </w:t>
      </w:r>
      <w:proofErr w:type="spellStart"/>
      <w:r w:rsidRPr="009D0753">
        <w:rPr>
          <w:b w:val="0"/>
          <w:bCs/>
          <w:lang w:val="en-ID"/>
        </w:rPr>
        <w:t>disusun</w:t>
      </w:r>
      <w:proofErr w:type="spellEnd"/>
      <w:r w:rsidRPr="009D0753">
        <w:rPr>
          <w:b w:val="0"/>
          <w:bCs/>
          <w:lang w:val="en-ID"/>
        </w:rPr>
        <w:t xml:space="preserve"> agar </w:t>
      </w:r>
      <w:proofErr w:type="spellStart"/>
      <w:r w:rsidRPr="009D0753">
        <w:rPr>
          <w:b w:val="0"/>
          <w:bCs/>
          <w:lang w:val="en-ID"/>
        </w:rPr>
        <w:t>mudah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diakses</w:t>
      </w:r>
      <w:proofErr w:type="spellEnd"/>
      <w:r w:rsidRPr="009D0753">
        <w:rPr>
          <w:b w:val="0"/>
          <w:bCs/>
          <w:lang w:val="en-ID"/>
        </w:rPr>
        <w:t xml:space="preserve"> oleh </w:t>
      </w:r>
      <w:proofErr w:type="spellStart"/>
      <w:r w:rsidRPr="009D0753">
        <w:rPr>
          <w:b w:val="0"/>
          <w:bCs/>
          <w:lang w:val="en-ID"/>
        </w:rPr>
        <w:t>pengunjung</w:t>
      </w:r>
      <w:proofErr w:type="spellEnd"/>
      <w:r w:rsidRPr="009D0753">
        <w:rPr>
          <w:b w:val="0"/>
          <w:bCs/>
          <w:lang w:val="en-ID"/>
        </w:rPr>
        <w:t xml:space="preserve"> website.</w:t>
      </w:r>
    </w:p>
    <w:p w14:paraId="79D18389" w14:textId="574ECF63" w:rsidR="009D0753" w:rsidRPr="009D0753" w:rsidRDefault="009D0753" w:rsidP="009D0753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9D0753">
        <w:rPr>
          <w:b w:val="0"/>
          <w:bCs/>
          <w:lang w:val="en-ID"/>
        </w:rPr>
        <w:t>Setelah</w:t>
      </w:r>
      <w:proofErr w:type="spellEnd"/>
      <w:r w:rsidRPr="009D0753">
        <w:rPr>
          <w:b w:val="0"/>
          <w:bCs/>
          <w:lang w:val="en-ID"/>
        </w:rPr>
        <w:t xml:space="preserve"> proses </w:t>
      </w:r>
      <w:proofErr w:type="spellStart"/>
      <w:r w:rsidRPr="009D0753">
        <w:rPr>
          <w:b w:val="0"/>
          <w:bCs/>
          <w:lang w:val="en-ID"/>
        </w:rPr>
        <w:t>pengembangan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selesai</w:t>
      </w:r>
      <w:proofErr w:type="spellEnd"/>
      <w:r w:rsidRPr="009D0753">
        <w:rPr>
          <w:b w:val="0"/>
          <w:bCs/>
          <w:lang w:val="en-ID"/>
        </w:rPr>
        <w:t xml:space="preserve">, </w:t>
      </w:r>
      <w:proofErr w:type="spellStart"/>
      <w:r w:rsidRPr="009D0753">
        <w:rPr>
          <w:b w:val="0"/>
          <w:bCs/>
          <w:lang w:val="en-ID"/>
        </w:rPr>
        <w:t>dilakukan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pengujian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terhadap</w:t>
      </w:r>
      <w:proofErr w:type="spellEnd"/>
      <w:r w:rsidRPr="009D0753">
        <w:rPr>
          <w:b w:val="0"/>
          <w:bCs/>
          <w:lang w:val="en-ID"/>
        </w:rPr>
        <w:t xml:space="preserve"> website </w:t>
      </w:r>
      <w:proofErr w:type="spellStart"/>
      <w:r w:rsidRPr="009D0753">
        <w:rPr>
          <w:b w:val="0"/>
          <w:bCs/>
          <w:lang w:val="en-ID"/>
        </w:rPr>
        <w:t>untuk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memastikan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seluruh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fitur</w:t>
      </w:r>
      <w:proofErr w:type="spellEnd"/>
      <w:r w:rsidRPr="009D0753">
        <w:rPr>
          <w:b w:val="0"/>
          <w:bCs/>
          <w:lang w:val="en-ID"/>
        </w:rPr>
        <w:t xml:space="preserve"> dan </w:t>
      </w:r>
      <w:proofErr w:type="spellStart"/>
      <w:r w:rsidRPr="009D0753">
        <w:rPr>
          <w:b w:val="0"/>
          <w:bCs/>
          <w:lang w:val="en-ID"/>
        </w:rPr>
        <w:t>halaman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dapat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berfungsi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dengan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baik</w:t>
      </w:r>
      <w:proofErr w:type="spellEnd"/>
      <w:r w:rsidRPr="009D0753">
        <w:rPr>
          <w:b w:val="0"/>
          <w:bCs/>
          <w:lang w:val="en-ID"/>
        </w:rPr>
        <w:t xml:space="preserve"> pada </w:t>
      </w:r>
      <w:proofErr w:type="spellStart"/>
      <w:r w:rsidRPr="009D0753">
        <w:rPr>
          <w:b w:val="0"/>
          <w:bCs/>
          <w:lang w:val="en-ID"/>
        </w:rPr>
        <w:t>perangkat</w:t>
      </w:r>
      <w:proofErr w:type="spellEnd"/>
      <w:r w:rsidRPr="009D0753">
        <w:rPr>
          <w:b w:val="0"/>
          <w:bCs/>
          <w:lang w:val="en-ID"/>
        </w:rPr>
        <w:t xml:space="preserve"> desktop </w:t>
      </w:r>
      <w:proofErr w:type="spellStart"/>
      <w:r w:rsidRPr="009D0753">
        <w:rPr>
          <w:b w:val="0"/>
          <w:bCs/>
          <w:lang w:val="en-ID"/>
        </w:rPr>
        <w:t>maupun</w:t>
      </w:r>
      <w:proofErr w:type="spellEnd"/>
      <w:r w:rsidRPr="009D0753">
        <w:rPr>
          <w:b w:val="0"/>
          <w:bCs/>
          <w:lang w:val="en-ID"/>
        </w:rPr>
        <w:t xml:space="preserve"> mobile. </w:t>
      </w:r>
      <w:proofErr w:type="spellStart"/>
      <w:r w:rsidRPr="009D0753">
        <w:rPr>
          <w:b w:val="0"/>
          <w:bCs/>
          <w:lang w:val="en-ID"/>
        </w:rPr>
        <w:t>Apabila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ditemukan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kendala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atau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kesalahan</w:t>
      </w:r>
      <w:proofErr w:type="spellEnd"/>
      <w:r w:rsidRPr="009D0753">
        <w:rPr>
          <w:b w:val="0"/>
          <w:bCs/>
          <w:lang w:val="en-ID"/>
        </w:rPr>
        <w:t xml:space="preserve">, </w:t>
      </w:r>
      <w:proofErr w:type="spellStart"/>
      <w:r w:rsidRPr="009D0753">
        <w:rPr>
          <w:b w:val="0"/>
          <w:bCs/>
          <w:lang w:val="en-ID"/>
        </w:rPr>
        <w:t>penulis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melakukan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perbaikan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berdasarkan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hasil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pengujian</w:t>
      </w:r>
      <w:proofErr w:type="spellEnd"/>
      <w:r w:rsidRPr="009D0753">
        <w:rPr>
          <w:b w:val="0"/>
          <w:bCs/>
          <w:lang w:val="en-ID"/>
        </w:rPr>
        <w:t xml:space="preserve"> dan </w:t>
      </w:r>
      <w:proofErr w:type="spellStart"/>
      <w:r w:rsidRPr="009D0753">
        <w:rPr>
          <w:b w:val="0"/>
          <w:bCs/>
          <w:lang w:val="en-ID"/>
        </w:rPr>
        <w:t>masukan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dari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pembimbing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lapangan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hingga</w:t>
      </w:r>
      <w:proofErr w:type="spellEnd"/>
      <w:r w:rsidRPr="009D0753">
        <w:rPr>
          <w:b w:val="0"/>
          <w:bCs/>
          <w:lang w:val="en-ID"/>
        </w:rPr>
        <w:t xml:space="preserve"> website </w:t>
      </w:r>
      <w:proofErr w:type="spellStart"/>
      <w:r w:rsidRPr="009D0753">
        <w:rPr>
          <w:b w:val="0"/>
          <w:bCs/>
          <w:lang w:val="en-ID"/>
        </w:rPr>
        <w:t>dapat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digunakan</w:t>
      </w:r>
      <w:proofErr w:type="spellEnd"/>
      <w:r w:rsidRPr="009D0753">
        <w:rPr>
          <w:b w:val="0"/>
          <w:bCs/>
          <w:lang w:val="en-ID"/>
        </w:rPr>
        <w:t xml:space="preserve"> </w:t>
      </w:r>
      <w:proofErr w:type="spellStart"/>
      <w:r w:rsidRPr="009D0753">
        <w:rPr>
          <w:b w:val="0"/>
          <w:bCs/>
          <w:lang w:val="en-ID"/>
        </w:rPr>
        <w:t>dengan</w:t>
      </w:r>
      <w:proofErr w:type="spellEnd"/>
      <w:r w:rsidRPr="009D0753">
        <w:rPr>
          <w:b w:val="0"/>
          <w:bCs/>
          <w:lang w:val="en-ID"/>
        </w:rPr>
        <w:t xml:space="preserve"> optimal.</w:t>
      </w:r>
    </w:p>
    <w:p w14:paraId="09F2BA40" w14:textId="78614B94" w:rsidR="006512E0" w:rsidRDefault="008111AB" w:rsidP="006A2C08">
      <w:pPr>
        <w:pStyle w:val="Subbab"/>
        <w:jc w:val="both"/>
      </w:pPr>
      <w:r>
        <w:t xml:space="preserve">4.4 Hasil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26A99927" w14:textId="77777777" w:rsidR="00C834F6" w:rsidRPr="00C834F6" w:rsidRDefault="00C834F6" w:rsidP="006A2C08">
      <w:pPr>
        <w:pStyle w:val="Subbab"/>
        <w:jc w:val="both"/>
        <w:rPr>
          <w:b w:val="0"/>
          <w:bCs/>
          <w:lang w:val="en-ID"/>
        </w:rPr>
      </w:pPr>
      <w:r>
        <w:tab/>
      </w:r>
      <w:proofErr w:type="spellStart"/>
      <w:r w:rsidRPr="00C834F6">
        <w:rPr>
          <w:b w:val="0"/>
          <w:bCs/>
          <w:lang w:val="en-ID"/>
        </w:rPr>
        <w:t>Untuk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mengatasi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berbagai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kendala</w:t>
      </w:r>
      <w:proofErr w:type="spellEnd"/>
      <w:r w:rsidRPr="00C834F6">
        <w:rPr>
          <w:b w:val="0"/>
          <w:bCs/>
          <w:lang w:val="en-ID"/>
        </w:rPr>
        <w:t xml:space="preserve"> yang </w:t>
      </w:r>
      <w:proofErr w:type="spellStart"/>
      <w:r w:rsidRPr="00C834F6">
        <w:rPr>
          <w:b w:val="0"/>
          <w:bCs/>
          <w:lang w:val="en-ID"/>
        </w:rPr>
        <w:t>ditemukan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selama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pelaksanaan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Praktik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Kerja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Lapangan</w:t>
      </w:r>
      <w:proofErr w:type="spellEnd"/>
      <w:r w:rsidRPr="00C834F6">
        <w:rPr>
          <w:b w:val="0"/>
          <w:bCs/>
          <w:lang w:val="en-ID"/>
        </w:rPr>
        <w:t xml:space="preserve"> (PKL), </w:t>
      </w:r>
      <w:proofErr w:type="spellStart"/>
      <w:r w:rsidRPr="00C834F6">
        <w:rPr>
          <w:b w:val="0"/>
          <w:bCs/>
          <w:lang w:val="en-ID"/>
        </w:rPr>
        <w:t>beberapa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langkah</w:t>
      </w:r>
      <w:proofErr w:type="spellEnd"/>
      <w:r w:rsidRPr="00C834F6">
        <w:rPr>
          <w:b w:val="0"/>
          <w:bCs/>
          <w:lang w:val="en-ID"/>
        </w:rPr>
        <w:t xml:space="preserve"> yang </w:t>
      </w:r>
      <w:proofErr w:type="spellStart"/>
      <w:r w:rsidRPr="00C834F6">
        <w:rPr>
          <w:b w:val="0"/>
          <w:bCs/>
          <w:lang w:val="en-ID"/>
        </w:rPr>
        <w:t>dilakukan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antara</w:t>
      </w:r>
      <w:proofErr w:type="spellEnd"/>
      <w:r w:rsidRPr="00C834F6">
        <w:rPr>
          <w:b w:val="0"/>
          <w:bCs/>
          <w:lang w:val="en-ID"/>
        </w:rPr>
        <w:t xml:space="preserve"> lain:</w:t>
      </w:r>
    </w:p>
    <w:p w14:paraId="5365346D" w14:textId="77777777" w:rsidR="00C834F6" w:rsidRPr="00C834F6" w:rsidRDefault="00C834F6" w:rsidP="006A2C08">
      <w:pPr>
        <w:pStyle w:val="Subbab"/>
        <w:numPr>
          <w:ilvl w:val="0"/>
          <w:numId w:val="30"/>
        </w:numPr>
        <w:jc w:val="both"/>
        <w:rPr>
          <w:b w:val="0"/>
          <w:bCs/>
          <w:lang w:val="en-ID"/>
        </w:rPr>
      </w:pPr>
      <w:proofErr w:type="spellStart"/>
      <w:r w:rsidRPr="00C834F6">
        <w:rPr>
          <w:b w:val="0"/>
          <w:bCs/>
          <w:lang w:val="en-ID"/>
        </w:rPr>
        <w:t>Melakukan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observasi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secara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langsung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terhadap</w:t>
      </w:r>
      <w:proofErr w:type="spellEnd"/>
      <w:r w:rsidRPr="00C834F6">
        <w:rPr>
          <w:b w:val="0"/>
          <w:bCs/>
          <w:lang w:val="en-ID"/>
        </w:rPr>
        <w:t xml:space="preserve"> proses </w:t>
      </w:r>
      <w:proofErr w:type="spellStart"/>
      <w:r w:rsidRPr="00C834F6">
        <w:rPr>
          <w:b w:val="0"/>
          <w:bCs/>
          <w:lang w:val="en-ID"/>
        </w:rPr>
        <w:t>pengelolaan</w:t>
      </w:r>
      <w:proofErr w:type="spellEnd"/>
      <w:r w:rsidRPr="00C834F6">
        <w:rPr>
          <w:b w:val="0"/>
          <w:bCs/>
          <w:lang w:val="en-ID"/>
        </w:rPr>
        <w:t xml:space="preserve"> website yang </w:t>
      </w:r>
      <w:proofErr w:type="spellStart"/>
      <w:r w:rsidRPr="00C834F6">
        <w:rPr>
          <w:b w:val="0"/>
          <w:bCs/>
          <w:lang w:val="en-ID"/>
        </w:rPr>
        <w:t>telah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diterapkan</w:t>
      </w:r>
      <w:proofErr w:type="spellEnd"/>
      <w:r w:rsidRPr="00C834F6">
        <w:rPr>
          <w:b w:val="0"/>
          <w:bCs/>
          <w:lang w:val="en-ID"/>
        </w:rPr>
        <w:t xml:space="preserve"> di Kementerian Agama Kota Cilegon. </w:t>
      </w:r>
      <w:proofErr w:type="spellStart"/>
      <w:r w:rsidRPr="00C834F6">
        <w:rPr>
          <w:b w:val="0"/>
          <w:bCs/>
          <w:lang w:val="en-ID"/>
        </w:rPr>
        <w:t>Melalui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observasi</w:t>
      </w:r>
      <w:proofErr w:type="spellEnd"/>
      <w:r w:rsidRPr="00C834F6">
        <w:rPr>
          <w:b w:val="0"/>
          <w:bCs/>
          <w:lang w:val="en-ID"/>
        </w:rPr>
        <w:t xml:space="preserve">, </w:t>
      </w:r>
      <w:proofErr w:type="spellStart"/>
      <w:r w:rsidRPr="00C834F6">
        <w:rPr>
          <w:b w:val="0"/>
          <w:bCs/>
          <w:lang w:val="en-ID"/>
        </w:rPr>
        <w:t>penulis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dapat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memahami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alur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kerja</w:t>
      </w:r>
      <w:proofErr w:type="spellEnd"/>
      <w:r w:rsidRPr="00C834F6">
        <w:rPr>
          <w:b w:val="0"/>
          <w:bCs/>
          <w:lang w:val="en-ID"/>
        </w:rPr>
        <w:t xml:space="preserve"> dan </w:t>
      </w:r>
      <w:proofErr w:type="spellStart"/>
      <w:r w:rsidRPr="00C834F6">
        <w:rPr>
          <w:b w:val="0"/>
          <w:bCs/>
          <w:lang w:val="en-ID"/>
        </w:rPr>
        <w:t>penggunaan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fitur-fitur</w:t>
      </w:r>
      <w:proofErr w:type="spellEnd"/>
      <w:r w:rsidRPr="00C834F6">
        <w:rPr>
          <w:b w:val="0"/>
          <w:bCs/>
          <w:lang w:val="en-ID"/>
        </w:rPr>
        <w:t xml:space="preserve"> yang </w:t>
      </w:r>
      <w:proofErr w:type="spellStart"/>
      <w:r w:rsidRPr="00C834F6">
        <w:rPr>
          <w:b w:val="0"/>
          <w:bCs/>
          <w:lang w:val="en-ID"/>
        </w:rPr>
        <w:t>tersedia</w:t>
      </w:r>
      <w:proofErr w:type="spellEnd"/>
      <w:r w:rsidRPr="00C834F6">
        <w:rPr>
          <w:b w:val="0"/>
          <w:bCs/>
          <w:lang w:val="en-ID"/>
        </w:rPr>
        <w:t xml:space="preserve"> pada website.</w:t>
      </w:r>
    </w:p>
    <w:p w14:paraId="6C990978" w14:textId="77777777" w:rsidR="00C834F6" w:rsidRPr="00C834F6" w:rsidRDefault="00C834F6" w:rsidP="006A2C08">
      <w:pPr>
        <w:pStyle w:val="Subbab"/>
        <w:numPr>
          <w:ilvl w:val="0"/>
          <w:numId w:val="30"/>
        </w:numPr>
        <w:jc w:val="both"/>
        <w:rPr>
          <w:b w:val="0"/>
          <w:bCs/>
          <w:lang w:val="en-ID"/>
        </w:rPr>
      </w:pPr>
      <w:proofErr w:type="spellStart"/>
      <w:r w:rsidRPr="00C834F6">
        <w:rPr>
          <w:b w:val="0"/>
          <w:bCs/>
          <w:lang w:val="en-ID"/>
        </w:rPr>
        <w:t>Berdiskusi</w:t>
      </w:r>
      <w:proofErr w:type="spellEnd"/>
      <w:r w:rsidRPr="00C834F6">
        <w:rPr>
          <w:b w:val="0"/>
          <w:bCs/>
          <w:lang w:val="en-ID"/>
        </w:rPr>
        <w:t xml:space="preserve"> dan </w:t>
      </w:r>
      <w:proofErr w:type="spellStart"/>
      <w:r w:rsidRPr="00C834F6">
        <w:rPr>
          <w:b w:val="0"/>
          <w:bCs/>
          <w:lang w:val="en-ID"/>
        </w:rPr>
        <w:t>berkonsultasi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dengan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pembimbing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lapangan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mengenai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kendala</w:t>
      </w:r>
      <w:proofErr w:type="spellEnd"/>
      <w:r w:rsidRPr="00C834F6">
        <w:rPr>
          <w:b w:val="0"/>
          <w:bCs/>
          <w:lang w:val="en-ID"/>
        </w:rPr>
        <w:t xml:space="preserve"> yang </w:t>
      </w:r>
      <w:proofErr w:type="spellStart"/>
      <w:r w:rsidRPr="00C834F6">
        <w:rPr>
          <w:b w:val="0"/>
          <w:bCs/>
          <w:lang w:val="en-ID"/>
        </w:rPr>
        <w:t>dihadapi</w:t>
      </w:r>
      <w:proofErr w:type="spellEnd"/>
      <w:r w:rsidRPr="00C834F6">
        <w:rPr>
          <w:b w:val="0"/>
          <w:bCs/>
          <w:lang w:val="en-ID"/>
        </w:rPr>
        <w:t xml:space="preserve">, </w:t>
      </w:r>
      <w:proofErr w:type="spellStart"/>
      <w:r w:rsidRPr="00C834F6">
        <w:rPr>
          <w:b w:val="0"/>
          <w:bCs/>
          <w:lang w:val="en-ID"/>
        </w:rPr>
        <w:t>terutama</w:t>
      </w:r>
      <w:proofErr w:type="spellEnd"/>
      <w:r w:rsidRPr="00C834F6">
        <w:rPr>
          <w:b w:val="0"/>
          <w:bCs/>
          <w:lang w:val="en-ID"/>
        </w:rPr>
        <w:t xml:space="preserve"> yang </w:t>
      </w:r>
      <w:proofErr w:type="spellStart"/>
      <w:r w:rsidRPr="00C834F6">
        <w:rPr>
          <w:b w:val="0"/>
          <w:bCs/>
          <w:lang w:val="en-ID"/>
        </w:rPr>
        <w:t>berkaitan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dengan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pengelolaan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konten</w:t>
      </w:r>
      <w:proofErr w:type="spellEnd"/>
      <w:r w:rsidRPr="00C834F6">
        <w:rPr>
          <w:b w:val="0"/>
          <w:bCs/>
          <w:lang w:val="en-ID"/>
        </w:rPr>
        <w:t xml:space="preserve"> dan </w:t>
      </w:r>
      <w:proofErr w:type="spellStart"/>
      <w:r w:rsidRPr="00C834F6">
        <w:rPr>
          <w:b w:val="0"/>
          <w:bCs/>
          <w:lang w:val="en-ID"/>
        </w:rPr>
        <w:t>pengaturan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tampilan</w:t>
      </w:r>
      <w:proofErr w:type="spellEnd"/>
      <w:r w:rsidRPr="00C834F6">
        <w:rPr>
          <w:b w:val="0"/>
          <w:bCs/>
          <w:lang w:val="en-ID"/>
        </w:rPr>
        <w:t xml:space="preserve"> website. </w:t>
      </w:r>
      <w:proofErr w:type="spellStart"/>
      <w:r w:rsidRPr="00C834F6">
        <w:rPr>
          <w:b w:val="0"/>
          <w:bCs/>
          <w:lang w:val="en-ID"/>
        </w:rPr>
        <w:t>Diskusi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ini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membantu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memperoleh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arahan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serta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solusi</w:t>
      </w:r>
      <w:proofErr w:type="spellEnd"/>
      <w:r w:rsidRPr="00C834F6">
        <w:rPr>
          <w:b w:val="0"/>
          <w:bCs/>
          <w:lang w:val="en-ID"/>
        </w:rPr>
        <w:t xml:space="preserve"> yang </w:t>
      </w:r>
      <w:proofErr w:type="spellStart"/>
      <w:r w:rsidRPr="00C834F6">
        <w:rPr>
          <w:b w:val="0"/>
          <w:bCs/>
          <w:lang w:val="en-ID"/>
        </w:rPr>
        <w:t>tepat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dalam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menyelesaikan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permasalahan</w:t>
      </w:r>
      <w:proofErr w:type="spellEnd"/>
      <w:r w:rsidRPr="00C834F6">
        <w:rPr>
          <w:b w:val="0"/>
          <w:bCs/>
          <w:lang w:val="en-ID"/>
        </w:rPr>
        <w:t>.</w:t>
      </w:r>
    </w:p>
    <w:p w14:paraId="460D328F" w14:textId="77777777" w:rsidR="00C834F6" w:rsidRPr="00C834F6" w:rsidRDefault="00C834F6" w:rsidP="006A2C08">
      <w:pPr>
        <w:pStyle w:val="Subbab"/>
        <w:numPr>
          <w:ilvl w:val="0"/>
          <w:numId w:val="30"/>
        </w:numPr>
        <w:jc w:val="both"/>
        <w:rPr>
          <w:b w:val="0"/>
          <w:bCs/>
          <w:lang w:val="en-ID"/>
        </w:rPr>
      </w:pPr>
      <w:proofErr w:type="spellStart"/>
      <w:r w:rsidRPr="00C834F6">
        <w:rPr>
          <w:b w:val="0"/>
          <w:bCs/>
          <w:lang w:val="en-ID"/>
        </w:rPr>
        <w:t>Mempelajari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dokumentasi</w:t>
      </w:r>
      <w:proofErr w:type="spellEnd"/>
      <w:r w:rsidRPr="00C834F6">
        <w:rPr>
          <w:b w:val="0"/>
          <w:bCs/>
          <w:lang w:val="en-ID"/>
        </w:rPr>
        <w:t xml:space="preserve"> dan </w:t>
      </w:r>
      <w:proofErr w:type="spellStart"/>
      <w:r w:rsidRPr="00C834F6">
        <w:rPr>
          <w:b w:val="0"/>
          <w:bCs/>
          <w:lang w:val="en-ID"/>
        </w:rPr>
        <w:t>referensi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tambahan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terkait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penggunaan</w:t>
      </w:r>
      <w:proofErr w:type="spellEnd"/>
      <w:r w:rsidRPr="00C834F6">
        <w:rPr>
          <w:b w:val="0"/>
          <w:bCs/>
          <w:lang w:val="en-ID"/>
        </w:rPr>
        <w:t xml:space="preserve"> WordPress dan </w:t>
      </w:r>
      <w:proofErr w:type="spellStart"/>
      <w:r w:rsidRPr="00C834F6">
        <w:rPr>
          <w:b w:val="0"/>
          <w:bCs/>
          <w:lang w:val="en-ID"/>
        </w:rPr>
        <w:t>Elementor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melalui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panduan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serta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sumber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pembelajaran</w:t>
      </w:r>
      <w:proofErr w:type="spellEnd"/>
      <w:r w:rsidRPr="00C834F6">
        <w:rPr>
          <w:b w:val="0"/>
          <w:bCs/>
          <w:lang w:val="en-ID"/>
        </w:rPr>
        <w:t xml:space="preserve"> yang </w:t>
      </w:r>
      <w:proofErr w:type="spellStart"/>
      <w:r w:rsidRPr="00C834F6">
        <w:rPr>
          <w:b w:val="0"/>
          <w:bCs/>
          <w:lang w:val="en-ID"/>
        </w:rPr>
        <w:t>tersedia</w:t>
      </w:r>
      <w:proofErr w:type="spellEnd"/>
      <w:r w:rsidRPr="00C834F6">
        <w:rPr>
          <w:b w:val="0"/>
          <w:bCs/>
          <w:lang w:val="en-ID"/>
        </w:rPr>
        <w:t xml:space="preserve">. Langkah </w:t>
      </w:r>
      <w:proofErr w:type="spellStart"/>
      <w:r w:rsidRPr="00C834F6">
        <w:rPr>
          <w:b w:val="0"/>
          <w:bCs/>
          <w:lang w:val="en-ID"/>
        </w:rPr>
        <w:t>ini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dilakukan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untuk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meningkatkan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pemahaman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mengenai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fitur</w:t>
      </w:r>
      <w:proofErr w:type="spellEnd"/>
      <w:r w:rsidRPr="00C834F6">
        <w:rPr>
          <w:b w:val="0"/>
          <w:bCs/>
          <w:lang w:val="en-ID"/>
        </w:rPr>
        <w:t xml:space="preserve"> dan </w:t>
      </w:r>
      <w:proofErr w:type="spellStart"/>
      <w:r w:rsidRPr="00C834F6">
        <w:rPr>
          <w:b w:val="0"/>
          <w:bCs/>
          <w:lang w:val="en-ID"/>
        </w:rPr>
        <w:t>fungsi</w:t>
      </w:r>
      <w:proofErr w:type="spellEnd"/>
      <w:r w:rsidRPr="00C834F6">
        <w:rPr>
          <w:b w:val="0"/>
          <w:bCs/>
          <w:lang w:val="en-ID"/>
        </w:rPr>
        <w:t xml:space="preserve"> yang </w:t>
      </w:r>
      <w:proofErr w:type="spellStart"/>
      <w:r w:rsidRPr="00C834F6">
        <w:rPr>
          <w:b w:val="0"/>
          <w:bCs/>
          <w:lang w:val="en-ID"/>
        </w:rPr>
        <w:t>digunakan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dalam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pengembangan</w:t>
      </w:r>
      <w:proofErr w:type="spellEnd"/>
      <w:r w:rsidRPr="00C834F6">
        <w:rPr>
          <w:b w:val="0"/>
          <w:bCs/>
          <w:lang w:val="en-ID"/>
        </w:rPr>
        <w:t xml:space="preserve"> website.</w:t>
      </w:r>
    </w:p>
    <w:p w14:paraId="03597C6F" w14:textId="77777777" w:rsidR="00C834F6" w:rsidRPr="00C834F6" w:rsidRDefault="00C834F6" w:rsidP="006A2C08">
      <w:pPr>
        <w:pStyle w:val="Subbab"/>
        <w:numPr>
          <w:ilvl w:val="0"/>
          <w:numId w:val="30"/>
        </w:numPr>
        <w:jc w:val="both"/>
        <w:rPr>
          <w:b w:val="0"/>
          <w:bCs/>
          <w:lang w:val="en-ID"/>
        </w:rPr>
      </w:pPr>
      <w:proofErr w:type="spellStart"/>
      <w:r w:rsidRPr="00C834F6">
        <w:rPr>
          <w:b w:val="0"/>
          <w:bCs/>
          <w:lang w:val="en-ID"/>
        </w:rPr>
        <w:lastRenderedPageBreak/>
        <w:t>Melakukan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perbaikan</w:t>
      </w:r>
      <w:proofErr w:type="spellEnd"/>
      <w:r w:rsidRPr="00C834F6">
        <w:rPr>
          <w:b w:val="0"/>
          <w:bCs/>
          <w:lang w:val="en-ID"/>
        </w:rPr>
        <w:t xml:space="preserve"> dan </w:t>
      </w:r>
      <w:proofErr w:type="spellStart"/>
      <w:r w:rsidRPr="00C834F6">
        <w:rPr>
          <w:b w:val="0"/>
          <w:bCs/>
          <w:lang w:val="en-ID"/>
        </w:rPr>
        <w:t>pengujian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secara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bertahap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terhadap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halaman</w:t>
      </w:r>
      <w:proofErr w:type="spellEnd"/>
      <w:r w:rsidRPr="00C834F6">
        <w:rPr>
          <w:b w:val="0"/>
          <w:bCs/>
          <w:lang w:val="en-ID"/>
        </w:rPr>
        <w:t xml:space="preserve"> website yang </w:t>
      </w:r>
      <w:proofErr w:type="spellStart"/>
      <w:r w:rsidRPr="00C834F6">
        <w:rPr>
          <w:b w:val="0"/>
          <w:bCs/>
          <w:lang w:val="en-ID"/>
        </w:rPr>
        <w:t>dibuat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atau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diperbarui</w:t>
      </w:r>
      <w:proofErr w:type="spellEnd"/>
      <w:r w:rsidRPr="00C834F6">
        <w:rPr>
          <w:b w:val="0"/>
          <w:bCs/>
          <w:lang w:val="en-ID"/>
        </w:rPr>
        <w:t xml:space="preserve">. </w:t>
      </w:r>
      <w:proofErr w:type="spellStart"/>
      <w:r w:rsidRPr="00C834F6">
        <w:rPr>
          <w:b w:val="0"/>
          <w:bCs/>
          <w:lang w:val="en-ID"/>
        </w:rPr>
        <w:t>Setiap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perubahan</w:t>
      </w:r>
      <w:proofErr w:type="spellEnd"/>
      <w:r w:rsidRPr="00C834F6">
        <w:rPr>
          <w:b w:val="0"/>
          <w:bCs/>
          <w:lang w:val="en-ID"/>
        </w:rPr>
        <w:t xml:space="preserve"> yang </w:t>
      </w:r>
      <w:proofErr w:type="spellStart"/>
      <w:r w:rsidRPr="00C834F6">
        <w:rPr>
          <w:b w:val="0"/>
          <w:bCs/>
          <w:lang w:val="en-ID"/>
        </w:rPr>
        <w:t>dilakukan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diuji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kembali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untuk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memastikan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tampilan</w:t>
      </w:r>
      <w:proofErr w:type="spellEnd"/>
      <w:r w:rsidRPr="00C834F6">
        <w:rPr>
          <w:b w:val="0"/>
          <w:bCs/>
          <w:lang w:val="en-ID"/>
        </w:rPr>
        <w:t xml:space="preserve"> dan </w:t>
      </w:r>
      <w:proofErr w:type="spellStart"/>
      <w:r w:rsidRPr="00C834F6">
        <w:rPr>
          <w:b w:val="0"/>
          <w:bCs/>
          <w:lang w:val="en-ID"/>
        </w:rPr>
        <w:t>fungsi</w:t>
      </w:r>
      <w:proofErr w:type="spellEnd"/>
      <w:r w:rsidRPr="00C834F6">
        <w:rPr>
          <w:b w:val="0"/>
          <w:bCs/>
          <w:lang w:val="en-ID"/>
        </w:rPr>
        <w:t xml:space="preserve"> website </w:t>
      </w:r>
      <w:proofErr w:type="spellStart"/>
      <w:r w:rsidRPr="00C834F6">
        <w:rPr>
          <w:b w:val="0"/>
          <w:bCs/>
          <w:lang w:val="en-ID"/>
        </w:rPr>
        <w:t>dapat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berjalan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dengan</w:t>
      </w:r>
      <w:proofErr w:type="spellEnd"/>
      <w:r w:rsidRPr="00C834F6">
        <w:rPr>
          <w:b w:val="0"/>
          <w:bCs/>
          <w:lang w:val="en-ID"/>
        </w:rPr>
        <w:t xml:space="preserve"> </w:t>
      </w:r>
      <w:proofErr w:type="spellStart"/>
      <w:r w:rsidRPr="00C834F6">
        <w:rPr>
          <w:b w:val="0"/>
          <w:bCs/>
          <w:lang w:val="en-ID"/>
        </w:rPr>
        <w:t>baik</w:t>
      </w:r>
      <w:proofErr w:type="spellEnd"/>
      <w:r w:rsidRPr="00C834F6">
        <w:rPr>
          <w:b w:val="0"/>
          <w:bCs/>
          <w:lang w:val="en-ID"/>
        </w:rPr>
        <w:t>.</w:t>
      </w:r>
    </w:p>
    <w:p w14:paraId="1B0751B1" w14:textId="29B260DE" w:rsidR="00C834F6" w:rsidRDefault="00655AE5" w:rsidP="0008624C">
      <w:pPr>
        <w:pStyle w:val="Subbab"/>
        <w:ind w:left="720" w:firstLine="720"/>
        <w:jc w:val="both"/>
        <w:rPr>
          <w:b w:val="0"/>
          <w:bCs/>
          <w:lang w:val="en-ID"/>
        </w:rPr>
      </w:pPr>
      <w:r>
        <w:rPr>
          <w:b w:val="0"/>
          <w:bCs/>
          <w:noProof/>
          <w:lang w:val="en-ID"/>
        </w:rPr>
        <w:drawing>
          <wp:anchor distT="0" distB="0" distL="114300" distR="114300" simplePos="0" relativeHeight="251658240" behindDoc="0" locked="0" layoutInCell="1" allowOverlap="1" wp14:anchorId="4D933B00" wp14:editId="05396713">
            <wp:simplePos x="0" y="0"/>
            <wp:positionH relativeFrom="margin">
              <wp:align>left</wp:align>
            </wp:positionH>
            <wp:positionV relativeFrom="paragraph">
              <wp:posOffset>1060450</wp:posOffset>
            </wp:positionV>
            <wp:extent cx="5039995" cy="2835910"/>
            <wp:effectExtent l="0" t="0" r="8255" b="2540"/>
            <wp:wrapTopAndBottom/>
            <wp:docPr id="1106970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7054" name="Picture 1106970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C834F6" w:rsidRPr="00C834F6">
        <w:rPr>
          <w:b w:val="0"/>
          <w:bCs/>
          <w:lang w:val="en-ID"/>
        </w:rPr>
        <w:t>Melalui</w:t>
      </w:r>
      <w:proofErr w:type="spellEnd"/>
      <w:r w:rsidR="00C834F6" w:rsidRPr="00C834F6">
        <w:rPr>
          <w:b w:val="0"/>
          <w:bCs/>
          <w:lang w:val="en-ID"/>
        </w:rPr>
        <w:t xml:space="preserve"> </w:t>
      </w:r>
      <w:proofErr w:type="spellStart"/>
      <w:r w:rsidR="00C834F6" w:rsidRPr="00C834F6">
        <w:rPr>
          <w:b w:val="0"/>
          <w:bCs/>
          <w:lang w:val="en-ID"/>
        </w:rPr>
        <w:t>langkah-langkah</w:t>
      </w:r>
      <w:proofErr w:type="spellEnd"/>
      <w:r w:rsidR="00C834F6" w:rsidRPr="00C834F6">
        <w:rPr>
          <w:b w:val="0"/>
          <w:bCs/>
          <w:lang w:val="en-ID"/>
        </w:rPr>
        <w:t xml:space="preserve"> </w:t>
      </w:r>
      <w:proofErr w:type="spellStart"/>
      <w:r w:rsidR="00C834F6" w:rsidRPr="00C834F6">
        <w:rPr>
          <w:b w:val="0"/>
          <w:bCs/>
          <w:lang w:val="en-ID"/>
        </w:rPr>
        <w:t>tersebut</w:t>
      </w:r>
      <w:proofErr w:type="spellEnd"/>
      <w:r w:rsidR="00C834F6" w:rsidRPr="00C834F6">
        <w:rPr>
          <w:b w:val="0"/>
          <w:bCs/>
          <w:lang w:val="en-ID"/>
        </w:rPr>
        <w:t xml:space="preserve">, </w:t>
      </w:r>
      <w:proofErr w:type="spellStart"/>
      <w:r w:rsidR="00C834F6" w:rsidRPr="00C834F6">
        <w:rPr>
          <w:b w:val="0"/>
          <w:bCs/>
          <w:lang w:val="en-ID"/>
        </w:rPr>
        <w:t>berbagai</w:t>
      </w:r>
      <w:proofErr w:type="spellEnd"/>
      <w:r w:rsidR="00C834F6" w:rsidRPr="00C834F6">
        <w:rPr>
          <w:b w:val="0"/>
          <w:bCs/>
          <w:lang w:val="en-ID"/>
        </w:rPr>
        <w:t xml:space="preserve"> </w:t>
      </w:r>
      <w:proofErr w:type="spellStart"/>
      <w:r w:rsidR="00C834F6" w:rsidRPr="00C834F6">
        <w:rPr>
          <w:b w:val="0"/>
          <w:bCs/>
          <w:lang w:val="en-ID"/>
        </w:rPr>
        <w:t>kendala</w:t>
      </w:r>
      <w:proofErr w:type="spellEnd"/>
      <w:r w:rsidR="00C834F6" w:rsidRPr="00C834F6">
        <w:rPr>
          <w:b w:val="0"/>
          <w:bCs/>
          <w:lang w:val="en-ID"/>
        </w:rPr>
        <w:t xml:space="preserve"> yang </w:t>
      </w:r>
      <w:proofErr w:type="spellStart"/>
      <w:r w:rsidR="00C834F6" w:rsidRPr="00C834F6">
        <w:rPr>
          <w:b w:val="0"/>
          <w:bCs/>
          <w:lang w:val="en-ID"/>
        </w:rPr>
        <w:t>muncul</w:t>
      </w:r>
      <w:proofErr w:type="spellEnd"/>
      <w:r w:rsidR="00C834F6" w:rsidRPr="00C834F6">
        <w:rPr>
          <w:b w:val="0"/>
          <w:bCs/>
          <w:lang w:val="en-ID"/>
        </w:rPr>
        <w:t xml:space="preserve"> </w:t>
      </w:r>
      <w:proofErr w:type="spellStart"/>
      <w:r w:rsidR="00C834F6" w:rsidRPr="00C834F6">
        <w:rPr>
          <w:b w:val="0"/>
          <w:bCs/>
          <w:lang w:val="en-ID"/>
        </w:rPr>
        <w:t>selama</w:t>
      </w:r>
      <w:proofErr w:type="spellEnd"/>
      <w:r w:rsidR="00C834F6" w:rsidRPr="00C834F6">
        <w:rPr>
          <w:b w:val="0"/>
          <w:bCs/>
          <w:lang w:val="en-ID"/>
        </w:rPr>
        <w:t xml:space="preserve"> </w:t>
      </w:r>
      <w:proofErr w:type="spellStart"/>
      <w:r w:rsidR="00C834F6" w:rsidRPr="00C834F6">
        <w:rPr>
          <w:b w:val="0"/>
          <w:bCs/>
          <w:lang w:val="en-ID"/>
        </w:rPr>
        <w:t>pelaksanaan</w:t>
      </w:r>
      <w:proofErr w:type="spellEnd"/>
      <w:r w:rsidR="00C834F6" w:rsidRPr="00C834F6">
        <w:rPr>
          <w:b w:val="0"/>
          <w:bCs/>
          <w:lang w:val="en-ID"/>
        </w:rPr>
        <w:t xml:space="preserve"> PKL </w:t>
      </w:r>
      <w:proofErr w:type="spellStart"/>
      <w:r w:rsidR="00C834F6" w:rsidRPr="00C834F6">
        <w:rPr>
          <w:b w:val="0"/>
          <w:bCs/>
          <w:lang w:val="en-ID"/>
        </w:rPr>
        <w:t>dapat</w:t>
      </w:r>
      <w:proofErr w:type="spellEnd"/>
      <w:r w:rsidR="00C834F6" w:rsidRPr="00C834F6">
        <w:rPr>
          <w:b w:val="0"/>
          <w:bCs/>
          <w:lang w:val="en-ID"/>
        </w:rPr>
        <w:t xml:space="preserve"> </w:t>
      </w:r>
      <w:proofErr w:type="spellStart"/>
      <w:r w:rsidR="00C834F6" w:rsidRPr="00C834F6">
        <w:rPr>
          <w:b w:val="0"/>
          <w:bCs/>
          <w:lang w:val="en-ID"/>
        </w:rPr>
        <w:t>diatasi</w:t>
      </w:r>
      <w:proofErr w:type="spellEnd"/>
      <w:r w:rsidR="00C834F6" w:rsidRPr="00C834F6">
        <w:rPr>
          <w:b w:val="0"/>
          <w:bCs/>
          <w:lang w:val="en-ID"/>
        </w:rPr>
        <w:t xml:space="preserve"> </w:t>
      </w:r>
      <w:proofErr w:type="spellStart"/>
      <w:r w:rsidR="00C834F6" w:rsidRPr="00C834F6">
        <w:rPr>
          <w:b w:val="0"/>
          <w:bCs/>
          <w:lang w:val="en-ID"/>
        </w:rPr>
        <w:t>sehingga</w:t>
      </w:r>
      <w:proofErr w:type="spellEnd"/>
      <w:r w:rsidR="00C834F6" w:rsidRPr="00C834F6">
        <w:rPr>
          <w:b w:val="0"/>
          <w:bCs/>
          <w:lang w:val="en-ID"/>
        </w:rPr>
        <w:t xml:space="preserve"> proses </w:t>
      </w:r>
      <w:proofErr w:type="spellStart"/>
      <w:r w:rsidR="00C834F6" w:rsidRPr="00C834F6">
        <w:rPr>
          <w:b w:val="0"/>
          <w:bCs/>
          <w:lang w:val="en-ID"/>
        </w:rPr>
        <w:t>pengelolaan</w:t>
      </w:r>
      <w:proofErr w:type="spellEnd"/>
      <w:r w:rsidR="00C834F6" w:rsidRPr="00C834F6">
        <w:rPr>
          <w:b w:val="0"/>
          <w:bCs/>
          <w:lang w:val="en-ID"/>
        </w:rPr>
        <w:t xml:space="preserve"> dan </w:t>
      </w:r>
      <w:proofErr w:type="spellStart"/>
      <w:r w:rsidR="00C834F6" w:rsidRPr="00C834F6">
        <w:rPr>
          <w:b w:val="0"/>
          <w:bCs/>
          <w:lang w:val="en-ID"/>
        </w:rPr>
        <w:t>pengembangan</w:t>
      </w:r>
      <w:proofErr w:type="spellEnd"/>
      <w:r w:rsidR="00C834F6" w:rsidRPr="00C834F6">
        <w:rPr>
          <w:b w:val="0"/>
          <w:bCs/>
          <w:lang w:val="en-ID"/>
        </w:rPr>
        <w:t xml:space="preserve"> website di Kementerian Agama Kota Cilegon </w:t>
      </w:r>
      <w:proofErr w:type="spellStart"/>
      <w:r w:rsidR="00C834F6" w:rsidRPr="00C834F6">
        <w:rPr>
          <w:b w:val="0"/>
          <w:bCs/>
          <w:lang w:val="en-ID"/>
        </w:rPr>
        <w:t>dapat</w:t>
      </w:r>
      <w:proofErr w:type="spellEnd"/>
      <w:r w:rsidR="00C834F6" w:rsidRPr="00C834F6">
        <w:rPr>
          <w:b w:val="0"/>
          <w:bCs/>
          <w:lang w:val="en-ID"/>
        </w:rPr>
        <w:t xml:space="preserve"> </w:t>
      </w:r>
      <w:proofErr w:type="spellStart"/>
      <w:r w:rsidR="00C834F6" w:rsidRPr="00C834F6">
        <w:rPr>
          <w:b w:val="0"/>
          <w:bCs/>
          <w:lang w:val="en-ID"/>
        </w:rPr>
        <w:t>berjalan</w:t>
      </w:r>
      <w:proofErr w:type="spellEnd"/>
      <w:r w:rsidR="00C834F6" w:rsidRPr="00C834F6">
        <w:rPr>
          <w:b w:val="0"/>
          <w:bCs/>
          <w:lang w:val="en-ID"/>
        </w:rPr>
        <w:t xml:space="preserve"> </w:t>
      </w:r>
      <w:proofErr w:type="spellStart"/>
      <w:r w:rsidR="00C834F6" w:rsidRPr="00C834F6">
        <w:rPr>
          <w:b w:val="0"/>
          <w:bCs/>
          <w:lang w:val="en-ID"/>
        </w:rPr>
        <w:t>dengan</w:t>
      </w:r>
      <w:proofErr w:type="spellEnd"/>
      <w:r w:rsidR="00C834F6" w:rsidRPr="00C834F6">
        <w:rPr>
          <w:b w:val="0"/>
          <w:bCs/>
          <w:lang w:val="en-ID"/>
        </w:rPr>
        <w:t xml:space="preserve"> </w:t>
      </w:r>
      <w:proofErr w:type="spellStart"/>
      <w:r w:rsidR="00C834F6" w:rsidRPr="00C834F6">
        <w:rPr>
          <w:b w:val="0"/>
          <w:bCs/>
          <w:lang w:val="en-ID"/>
        </w:rPr>
        <w:t>lebih</w:t>
      </w:r>
      <w:proofErr w:type="spellEnd"/>
      <w:r w:rsidR="00C834F6" w:rsidRPr="00C834F6">
        <w:rPr>
          <w:b w:val="0"/>
          <w:bCs/>
          <w:lang w:val="en-ID"/>
        </w:rPr>
        <w:t xml:space="preserve"> </w:t>
      </w:r>
      <w:proofErr w:type="spellStart"/>
      <w:r w:rsidR="00C834F6" w:rsidRPr="00C834F6">
        <w:rPr>
          <w:b w:val="0"/>
          <w:bCs/>
          <w:lang w:val="en-ID"/>
        </w:rPr>
        <w:t>efektif</w:t>
      </w:r>
      <w:proofErr w:type="spellEnd"/>
      <w:r w:rsidR="00C834F6" w:rsidRPr="00C834F6">
        <w:rPr>
          <w:b w:val="0"/>
          <w:bCs/>
          <w:lang w:val="en-ID"/>
        </w:rPr>
        <w:t>.</w:t>
      </w:r>
    </w:p>
    <w:p w14:paraId="7E13D048" w14:textId="02D5C2F4" w:rsidR="00C834F6" w:rsidRDefault="00C834F6" w:rsidP="006A2C08">
      <w:pPr>
        <w:pStyle w:val="Subbab"/>
        <w:jc w:val="both"/>
      </w:pPr>
    </w:p>
    <w:p w14:paraId="50B81108" w14:textId="2CEC7B95" w:rsidR="006512E0" w:rsidRDefault="008111AB" w:rsidP="0008624C">
      <w:pPr>
        <w:jc w:val="center"/>
      </w:pPr>
      <w:r>
        <w:t>Gambar 1</w:t>
      </w:r>
      <w:r w:rsidR="00753466">
        <w:t>.</w:t>
      </w:r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407235ED" w14:textId="19076D6F" w:rsidR="006512E0" w:rsidRDefault="008111AB" w:rsidP="0008624C">
      <w:pPr>
        <w:jc w:val="center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, </w:t>
      </w:r>
      <w:r w:rsidR="00B3340C">
        <w:t>2026</w:t>
      </w:r>
    </w:p>
    <w:p w14:paraId="06E6A4BE" w14:textId="77777777" w:rsidR="009144C8" w:rsidRDefault="009144C8" w:rsidP="006A2C08">
      <w:pPr>
        <w:jc w:val="both"/>
      </w:pPr>
    </w:p>
    <w:p w14:paraId="1C9FCE6B" w14:textId="18F104B4" w:rsidR="006512E0" w:rsidRDefault="008111AB" w:rsidP="006A2C08">
      <w:pPr>
        <w:pStyle w:val="Subbab"/>
        <w:jc w:val="both"/>
      </w:pPr>
      <w:r>
        <w:t xml:space="preserve">4.5 </w:t>
      </w:r>
      <w:proofErr w:type="spellStart"/>
      <w:r>
        <w:t>Pembahasan</w:t>
      </w:r>
      <w:proofErr w:type="spellEnd"/>
    </w:p>
    <w:p w14:paraId="2D510033" w14:textId="4BB3EDE8" w:rsidR="00B3340C" w:rsidRPr="00B3340C" w:rsidRDefault="00B3340C" w:rsidP="002C509E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B3340C">
        <w:rPr>
          <w:b w:val="0"/>
          <w:bCs/>
          <w:lang w:val="en-ID"/>
        </w:rPr>
        <w:t>Berdasarkan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hasil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pelaksanaan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Praktik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Kerja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Lapangan</w:t>
      </w:r>
      <w:proofErr w:type="spellEnd"/>
      <w:r w:rsidRPr="00B3340C">
        <w:rPr>
          <w:b w:val="0"/>
          <w:bCs/>
          <w:lang w:val="en-ID"/>
        </w:rPr>
        <w:t xml:space="preserve"> (PKL) di Kementerian Agama Kota Cilegon, </w:t>
      </w:r>
      <w:proofErr w:type="spellStart"/>
      <w:r w:rsidRPr="00B3340C">
        <w:rPr>
          <w:b w:val="0"/>
          <w:bCs/>
          <w:lang w:val="en-ID"/>
        </w:rPr>
        <w:t>kegiatan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dilakukan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memiliki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keterkaitan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dengan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teori-teori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telah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dibahas</w:t>
      </w:r>
      <w:proofErr w:type="spellEnd"/>
      <w:r w:rsidRPr="00B3340C">
        <w:rPr>
          <w:b w:val="0"/>
          <w:bCs/>
          <w:lang w:val="en-ID"/>
        </w:rPr>
        <w:t xml:space="preserve"> pada BAB II. Salah </w:t>
      </w:r>
      <w:proofErr w:type="spellStart"/>
      <w:r w:rsidRPr="00B3340C">
        <w:rPr>
          <w:b w:val="0"/>
          <w:bCs/>
          <w:lang w:val="en-ID"/>
        </w:rPr>
        <w:t>satunya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adalah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teori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mengenai</w:t>
      </w:r>
      <w:proofErr w:type="spellEnd"/>
      <w:r w:rsidRPr="00B3340C">
        <w:rPr>
          <w:b w:val="0"/>
          <w:bCs/>
          <w:lang w:val="en-ID"/>
        </w:rPr>
        <w:t xml:space="preserve"> website </w:t>
      </w:r>
      <w:proofErr w:type="spellStart"/>
      <w:r w:rsidRPr="00B3340C">
        <w:rPr>
          <w:b w:val="0"/>
          <w:bCs/>
          <w:lang w:val="en-ID"/>
        </w:rPr>
        <w:t>sebagai</w:t>
      </w:r>
      <w:proofErr w:type="spellEnd"/>
      <w:r w:rsidRPr="00B3340C">
        <w:rPr>
          <w:b w:val="0"/>
          <w:bCs/>
          <w:lang w:val="en-ID"/>
        </w:rPr>
        <w:t xml:space="preserve"> media </w:t>
      </w:r>
      <w:proofErr w:type="spellStart"/>
      <w:r w:rsidRPr="00B3340C">
        <w:rPr>
          <w:b w:val="0"/>
          <w:bCs/>
          <w:lang w:val="en-ID"/>
        </w:rPr>
        <w:t>penyampaian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informasi</w:t>
      </w:r>
      <w:proofErr w:type="spellEnd"/>
      <w:r w:rsidRPr="00B3340C">
        <w:rPr>
          <w:b w:val="0"/>
          <w:bCs/>
          <w:lang w:val="en-ID"/>
        </w:rPr>
        <w:t xml:space="preserve">. Hasil yang </w:t>
      </w:r>
      <w:proofErr w:type="spellStart"/>
      <w:r w:rsidRPr="00B3340C">
        <w:rPr>
          <w:b w:val="0"/>
          <w:bCs/>
          <w:lang w:val="en-ID"/>
        </w:rPr>
        <w:t>diperoleh</w:t>
      </w:r>
      <w:proofErr w:type="spellEnd"/>
      <w:r w:rsidRPr="00B3340C">
        <w:rPr>
          <w:b w:val="0"/>
          <w:bCs/>
          <w:lang w:val="en-ID"/>
        </w:rPr>
        <w:t xml:space="preserve"> di </w:t>
      </w:r>
      <w:proofErr w:type="spellStart"/>
      <w:r w:rsidRPr="00B3340C">
        <w:rPr>
          <w:b w:val="0"/>
          <w:bCs/>
          <w:lang w:val="en-ID"/>
        </w:rPr>
        <w:t>lapangan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menunjukkan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bahwa</w:t>
      </w:r>
      <w:proofErr w:type="spellEnd"/>
      <w:r w:rsidRPr="00B3340C">
        <w:rPr>
          <w:b w:val="0"/>
          <w:bCs/>
          <w:lang w:val="en-ID"/>
        </w:rPr>
        <w:t xml:space="preserve"> website </w:t>
      </w:r>
      <w:proofErr w:type="spellStart"/>
      <w:r w:rsidRPr="00B3340C">
        <w:rPr>
          <w:b w:val="0"/>
          <w:bCs/>
          <w:lang w:val="en-ID"/>
        </w:rPr>
        <w:t>digunakan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sebagai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sarana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publikasi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berita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pengumuman</w:t>
      </w:r>
      <w:proofErr w:type="spellEnd"/>
      <w:r w:rsidRPr="00B3340C">
        <w:rPr>
          <w:b w:val="0"/>
          <w:bCs/>
          <w:lang w:val="en-ID"/>
        </w:rPr>
        <w:t xml:space="preserve">, dan </w:t>
      </w:r>
      <w:proofErr w:type="spellStart"/>
      <w:r w:rsidRPr="00B3340C">
        <w:rPr>
          <w:b w:val="0"/>
          <w:bCs/>
          <w:lang w:val="en-ID"/>
        </w:rPr>
        <w:t>informasi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kegiatan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dapat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diakses</w:t>
      </w:r>
      <w:proofErr w:type="spellEnd"/>
      <w:r w:rsidRPr="00B3340C">
        <w:rPr>
          <w:b w:val="0"/>
          <w:bCs/>
          <w:lang w:val="en-ID"/>
        </w:rPr>
        <w:t xml:space="preserve"> oleh </w:t>
      </w:r>
      <w:proofErr w:type="spellStart"/>
      <w:r w:rsidRPr="00B3340C">
        <w:rPr>
          <w:b w:val="0"/>
          <w:bCs/>
          <w:lang w:val="en-ID"/>
        </w:rPr>
        <w:t>masyarakat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secara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mudah</w:t>
      </w:r>
      <w:proofErr w:type="spellEnd"/>
      <w:r w:rsidRPr="00B3340C">
        <w:rPr>
          <w:b w:val="0"/>
          <w:bCs/>
          <w:lang w:val="en-ID"/>
        </w:rPr>
        <w:t xml:space="preserve"> dan </w:t>
      </w:r>
      <w:proofErr w:type="spellStart"/>
      <w:r w:rsidRPr="00B3340C">
        <w:rPr>
          <w:b w:val="0"/>
          <w:bCs/>
          <w:lang w:val="en-ID"/>
        </w:rPr>
        <w:t>cepat</w:t>
      </w:r>
      <w:proofErr w:type="spellEnd"/>
      <w:r w:rsidRPr="00B3340C">
        <w:rPr>
          <w:b w:val="0"/>
          <w:bCs/>
          <w:lang w:val="en-ID"/>
        </w:rPr>
        <w:t xml:space="preserve">. Hal </w:t>
      </w:r>
      <w:proofErr w:type="spellStart"/>
      <w:r w:rsidRPr="00B3340C">
        <w:rPr>
          <w:b w:val="0"/>
          <w:bCs/>
          <w:lang w:val="en-ID"/>
        </w:rPr>
        <w:lastRenderedPageBreak/>
        <w:t>ini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sesuai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dengan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teori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menyatakan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bahwa</w:t>
      </w:r>
      <w:proofErr w:type="spellEnd"/>
      <w:r w:rsidRPr="00B3340C">
        <w:rPr>
          <w:b w:val="0"/>
          <w:bCs/>
          <w:lang w:val="en-ID"/>
        </w:rPr>
        <w:t xml:space="preserve"> website </w:t>
      </w:r>
      <w:proofErr w:type="spellStart"/>
      <w:r w:rsidRPr="00B3340C">
        <w:rPr>
          <w:b w:val="0"/>
          <w:bCs/>
          <w:lang w:val="en-ID"/>
        </w:rPr>
        <w:t>berfungsi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sebagai</w:t>
      </w:r>
      <w:proofErr w:type="spellEnd"/>
      <w:r w:rsidRPr="00B3340C">
        <w:rPr>
          <w:b w:val="0"/>
          <w:bCs/>
          <w:lang w:val="en-ID"/>
        </w:rPr>
        <w:t xml:space="preserve"> media </w:t>
      </w:r>
      <w:proofErr w:type="spellStart"/>
      <w:r w:rsidRPr="00B3340C">
        <w:rPr>
          <w:b w:val="0"/>
          <w:bCs/>
          <w:lang w:val="en-ID"/>
        </w:rPr>
        <w:t>informasi</w:t>
      </w:r>
      <w:proofErr w:type="spellEnd"/>
      <w:r w:rsidRPr="00B3340C">
        <w:rPr>
          <w:b w:val="0"/>
          <w:bCs/>
          <w:lang w:val="en-ID"/>
        </w:rPr>
        <w:t xml:space="preserve"> dan </w:t>
      </w:r>
      <w:proofErr w:type="spellStart"/>
      <w:r w:rsidRPr="00B3340C">
        <w:rPr>
          <w:b w:val="0"/>
          <w:bCs/>
          <w:lang w:val="en-ID"/>
        </w:rPr>
        <w:t>komunikasi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berbasis</w:t>
      </w:r>
      <w:proofErr w:type="spellEnd"/>
      <w:r w:rsidRPr="00B3340C">
        <w:rPr>
          <w:b w:val="0"/>
          <w:bCs/>
          <w:lang w:val="en-ID"/>
        </w:rPr>
        <w:t xml:space="preserve"> internet.</w:t>
      </w:r>
    </w:p>
    <w:p w14:paraId="1781826A" w14:textId="77777777" w:rsidR="00B3340C" w:rsidRPr="00B3340C" w:rsidRDefault="00B3340C" w:rsidP="002C509E">
      <w:pPr>
        <w:pStyle w:val="Subbab"/>
        <w:ind w:left="720" w:firstLine="720"/>
        <w:jc w:val="both"/>
        <w:rPr>
          <w:b w:val="0"/>
          <w:bCs/>
          <w:lang w:val="en-ID"/>
        </w:rPr>
      </w:pPr>
      <w:r w:rsidRPr="00B3340C">
        <w:rPr>
          <w:b w:val="0"/>
          <w:bCs/>
          <w:lang w:val="en-ID"/>
        </w:rPr>
        <w:t xml:space="preserve">Selain </w:t>
      </w:r>
      <w:proofErr w:type="spellStart"/>
      <w:r w:rsidRPr="00B3340C">
        <w:rPr>
          <w:b w:val="0"/>
          <w:bCs/>
          <w:lang w:val="en-ID"/>
        </w:rPr>
        <w:t>itu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teori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mengenai</w:t>
      </w:r>
      <w:proofErr w:type="spellEnd"/>
      <w:r w:rsidRPr="00B3340C">
        <w:rPr>
          <w:b w:val="0"/>
          <w:bCs/>
          <w:lang w:val="en-ID"/>
        </w:rPr>
        <w:t xml:space="preserve"> Content Management System (CMS) juga </w:t>
      </w:r>
      <w:proofErr w:type="spellStart"/>
      <w:r w:rsidRPr="00B3340C">
        <w:rPr>
          <w:b w:val="0"/>
          <w:bCs/>
          <w:lang w:val="en-ID"/>
        </w:rPr>
        <w:t>sesuai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dengan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kondisi</w:t>
      </w:r>
      <w:proofErr w:type="spellEnd"/>
      <w:r w:rsidRPr="00B3340C">
        <w:rPr>
          <w:b w:val="0"/>
          <w:bCs/>
          <w:lang w:val="en-ID"/>
        </w:rPr>
        <w:t xml:space="preserve"> di </w:t>
      </w:r>
      <w:proofErr w:type="spellStart"/>
      <w:r w:rsidRPr="00B3340C">
        <w:rPr>
          <w:b w:val="0"/>
          <w:bCs/>
          <w:lang w:val="en-ID"/>
        </w:rPr>
        <w:t>lapangan</w:t>
      </w:r>
      <w:proofErr w:type="spellEnd"/>
      <w:r w:rsidRPr="00B3340C">
        <w:rPr>
          <w:b w:val="0"/>
          <w:bCs/>
          <w:lang w:val="en-ID"/>
        </w:rPr>
        <w:t xml:space="preserve">. Website Kementerian Agama Kota Cilegon </w:t>
      </w:r>
      <w:proofErr w:type="spellStart"/>
      <w:r w:rsidRPr="00B3340C">
        <w:rPr>
          <w:b w:val="0"/>
          <w:bCs/>
          <w:lang w:val="en-ID"/>
        </w:rPr>
        <w:t>dikelola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menggunakan</w:t>
      </w:r>
      <w:proofErr w:type="spellEnd"/>
      <w:r w:rsidRPr="00B3340C">
        <w:rPr>
          <w:b w:val="0"/>
          <w:bCs/>
          <w:lang w:val="en-ID"/>
        </w:rPr>
        <w:t xml:space="preserve"> WordPress yang </w:t>
      </w:r>
      <w:proofErr w:type="spellStart"/>
      <w:r w:rsidRPr="00B3340C">
        <w:rPr>
          <w:b w:val="0"/>
          <w:bCs/>
          <w:lang w:val="en-ID"/>
        </w:rPr>
        <w:t>memudahkan</w:t>
      </w:r>
      <w:proofErr w:type="spellEnd"/>
      <w:r w:rsidRPr="00B3340C">
        <w:rPr>
          <w:b w:val="0"/>
          <w:bCs/>
          <w:lang w:val="en-ID"/>
        </w:rPr>
        <w:t xml:space="preserve"> proses </w:t>
      </w:r>
      <w:proofErr w:type="spellStart"/>
      <w:r w:rsidRPr="00B3340C">
        <w:rPr>
          <w:b w:val="0"/>
          <w:bCs/>
          <w:lang w:val="en-ID"/>
        </w:rPr>
        <w:t>pengelolaan</w:t>
      </w:r>
      <w:proofErr w:type="spellEnd"/>
      <w:r w:rsidRPr="00B3340C">
        <w:rPr>
          <w:b w:val="0"/>
          <w:bCs/>
          <w:lang w:val="en-ID"/>
        </w:rPr>
        <w:t xml:space="preserve"> dan </w:t>
      </w:r>
      <w:proofErr w:type="spellStart"/>
      <w:r w:rsidRPr="00B3340C">
        <w:rPr>
          <w:b w:val="0"/>
          <w:bCs/>
          <w:lang w:val="en-ID"/>
        </w:rPr>
        <w:t>pembaruan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konten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tanpa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memerlukan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kemampuan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pemrograman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kompleks</w:t>
      </w:r>
      <w:proofErr w:type="spellEnd"/>
      <w:r w:rsidRPr="00B3340C">
        <w:rPr>
          <w:b w:val="0"/>
          <w:bCs/>
          <w:lang w:val="en-ID"/>
        </w:rPr>
        <w:t xml:space="preserve">. </w:t>
      </w:r>
      <w:proofErr w:type="spellStart"/>
      <w:r w:rsidRPr="00B3340C">
        <w:rPr>
          <w:b w:val="0"/>
          <w:bCs/>
          <w:lang w:val="en-ID"/>
        </w:rPr>
        <w:t>Penggunaan</w:t>
      </w:r>
      <w:proofErr w:type="spellEnd"/>
      <w:r w:rsidRPr="00B3340C">
        <w:rPr>
          <w:b w:val="0"/>
          <w:bCs/>
          <w:lang w:val="en-ID"/>
        </w:rPr>
        <w:t xml:space="preserve"> WordPress </w:t>
      </w:r>
      <w:proofErr w:type="spellStart"/>
      <w:r w:rsidRPr="00B3340C">
        <w:rPr>
          <w:b w:val="0"/>
          <w:bCs/>
          <w:lang w:val="en-ID"/>
        </w:rPr>
        <w:t>terbukti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membantu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pengelolaan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informasi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menjadi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lebih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efektif</w:t>
      </w:r>
      <w:proofErr w:type="spellEnd"/>
      <w:r w:rsidRPr="00B3340C">
        <w:rPr>
          <w:b w:val="0"/>
          <w:bCs/>
          <w:lang w:val="en-ID"/>
        </w:rPr>
        <w:t xml:space="preserve"> dan </w:t>
      </w:r>
      <w:proofErr w:type="spellStart"/>
      <w:r w:rsidRPr="00B3340C">
        <w:rPr>
          <w:b w:val="0"/>
          <w:bCs/>
          <w:lang w:val="en-ID"/>
        </w:rPr>
        <w:t>efisien</w:t>
      </w:r>
      <w:proofErr w:type="spellEnd"/>
      <w:r w:rsidRPr="00B3340C">
        <w:rPr>
          <w:b w:val="0"/>
          <w:bCs/>
          <w:lang w:val="en-ID"/>
        </w:rPr>
        <w:t>.</w:t>
      </w:r>
    </w:p>
    <w:p w14:paraId="5E74E6D6" w14:textId="77777777" w:rsidR="00B3340C" w:rsidRPr="00B3340C" w:rsidRDefault="00B3340C" w:rsidP="002C509E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B3340C">
        <w:rPr>
          <w:b w:val="0"/>
          <w:bCs/>
          <w:lang w:val="en-ID"/>
        </w:rPr>
        <w:t>Penggunaan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Elementor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sebagai</w:t>
      </w:r>
      <w:proofErr w:type="spellEnd"/>
      <w:r w:rsidRPr="00B3340C">
        <w:rPr>
          <w:b w:val="0"/>
          <w:bCs/>
          <w:lang w:val="en-ID"/>
        </w:rPr>
        <w:t xml:space="preserve"> page builder juga </w:t>
      </w:r>
      <w:proofErr w:type="spellStart"/>
      <w:r w:rsidRPr="00B3340C">
        <w:rPr>
          <w:b w:val="0"/>
          <w:bCs/>
          <w:lang w:val="en-ID"/>
        </w:rPr>
        <w:t>sesuai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dengan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teori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telah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dijelaskan</w:t>
      </w:r>
      <w:proofErr w:type="spellEnd"/>
      <w:r w:rsidRPr="00B3340C">
        <w:rPr>
          <w:b w:val="0"/>
          <w:bCs/>
          <w:lang w:val="en-ID"/>
        </w:rPr>
        <w:t xml:space="preserve">. </w:t>
      </w:r>
      <w:proofErr w:type="spellStart"/>
      <w:r w:rsidRPr="00B3340C">
        <w:rPr>
          <w:b w:val="0"/>
          <w:bCs/>
          <w:lang w:val="en-ID"/>
        </w:rPr>
        <w:t>Elementor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mempermudah</w:t>
      </w:r>
      <w:proofErr w:type="spellEnd"/>
      <w:r w:rsidRPr="00B3340C">
        <w:rPr>
          <w:b w:val="0"/>
          <w:bCs/>
          <w:lang w:val="en-ID"/>
        </w:rPr>
        <w:t xml:space="preserve"> proses </w:t>
      </w:r>
      <w:proofErr w:type="spellStart"/>
      <w:r w:rsidRPr="00B3340C">
        <w:rPr>
          <w:b w:val="0"/>
          <w:bCs/>
          <w:lang w:val="en-ID"/>
        </w:rPr>
        <w:t>pengaturan</w:t>
      </w:r>
      <w:proofErr w:type="spellEnd"/>
      <w:r w:rsidRPr="00B3340C">
        <w:rPr>
          <w:b w:val="0"/>
          <w:bCs/>
          <w:lang w:val="en-ID"/>
        </w:rPr>
        <w:t xml:space="preserve"> tata </w:t>
      </w:r>
      <w:proofErr w:type="spellStart"/>
      <w:r w:rsidRPr="00B3340C">
        <w:rPr>
          <w:b w:val="0"/>
          <w:bCs/>
          <w:lang w:val="en-ID"/>
        </w:rPr>
        <w:t>letak</w:t>
      </w:r>
      <w:proofErr w:type="spellEnd"/>
      <w:r w:rsidRPr="00B3340C">
        <w:rPr>
          <w:b w:val="0"/>
          <w:bCs/>
          <w:lang w:val="en-ID"/>
        </w:rPr>
        <w:t xml:space="preserve"> dan </w:t>
      </w:r>
      <w:proofErr w:type="spellStart"/>
      <w:r w:rsidRPr="00B3340C">
        <w:rPr>
          <w:b w:val="0"/>
          <w:bCs/>
          <w:lang w:val="en-ID"/>
        </w:rPr>
        <w:t>desain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halaman</w:t>
      </w:r>
      <w:proofErr w:type="spellEnd"/>
      <w:r w:rsidRPr="00B3340C">
        <w:rPr>
          <w:b w:val="0"/>
          <w:bCs/>
          <w:lang w:val="en-ID"/>
        </w:rPr>
        <w:t xml:space="preserve"> website </w:t>
      </w:r>
      <w:proofErr w:type="spellStart"/>
      <w:r w:rsidRPr="00B3340C">
        <w:rPr>
          <w:b w:val="0"/>
          <w:bCs/>
          <w:lang w:val="en-ID"/>
        </w:rPr>
        <w:t>melalui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fitur</w:t>
      </w:r>
      <w:proofErr w:type="spellEnd"/>
      <w:r w:rsidRPr="00B3340C">
        <w:rPr>
          <w:b w:val="0"/>
          <w:bCs/>
          <w:lang w:val="en-ID"/>
        </w:rPr>
        <w:t xml:space="preserve"> drag-and-drop </w:t>
      </w:r>
      <w:proofErr w:type="spellStart"/>
      <w:r w:rsidRPr="00B3340C">
        <w:rPr>
          <w:b w:val="0"/>
          <w:bCs/>
          <w:lang w:val="en-ID"/>
        </w:rPr>
        <w:t>sehingga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pembuatan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tampilan</w:t>
      </w:r>
      <w:proofErr w:type="spellEnd"/>
      <w:r w:rsidRPr="00B3340C">
        <w:rPr>
          <w:b w:val="0"/>
          <w:bCs/>
          <w:lang w:val="en-ID"/>
        </w:rPr>
        <w:t xml:space="preserve"> website </w:t>
      </w:r>
      <w:proofErr w:type="spellStart"/>
      <w:r w:rsidRPr="00B3340C">
        <w:rPr>
          <w:b w:val="0"/>
          <w:bCs/>
          <w:lang w:val="en-ID"/>
        </w:rPr>
        <w:t>dapat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dilakukan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dengan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lebih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mudah</w:t>
      </w:r>
      <w:proofErr w:type="spellEnd"/>
      <w:r w:rsidRPr="00B3340C">
        <w:rPr>
          <w:b w:val="0"/>
          <w:bCs/>
          <w:lang w:val="en-ID"/>
        </w:rPr>
        <w:t xml:space="preserve">. </w:t>
      </w:r>
      <w:proofErr w:type="spellStart"/>
      <w:r w:rsidRPr="00B3340C">
        <w:rPr>
          <w:b w:val="0"/>
          <w:bCs/>
          <w:lang w:val="en-ID"/>
        </w:rPr>
        <w:t>Namun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dalam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praktiknya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terdapat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beberapa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fitur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tidak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dapat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digunakan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secara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maksimal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karena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memerlukan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versi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berbayar</w:t>
      </w:r>
      <w:proofErr w:type="spellEnd"/>
      <w:r w:rsidRPr="00B3340C">
        <w:rPr>
          <w:b w:val="0"/>
          <w:bCs/>
          <w:lang w:val="en-ID"/>
        </w:rPr>
        <w:t xml:space="preserve"> (Pro). </w:t>
      </w:r>
      <w:proofErr w:type="spellStart"/>
      <w:r w:rsidRPr="00B3340C">
        <w:rPr>
          <w:b w:val="0"/>
          <w:bCs/>
          <w:lang w:val="en-ID"/>
        </w:rPr>
        <w:t>Kondisi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ini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menunjukkan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adanya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sedikit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perbedaan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antara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teori</w:t>
      </w:r>
      <w:proofErr w:type="spellEnd"/>
      <w:r w:rsidRPr="00B3340C">
        <w:rPr>
          <w:b w:val="0"/>
          <w:bCs/>
          <w:lang w:val="en-ID"/>
        </w:rPr>
        <w:t xml:space="preserve"> dan </w:t>
      </w:r>
      <w:proofErr w:type="spellStart"/>
      <w:r w:rsidRPr="00B3340C">
        <w:rPr>
          <w:b w:val="0"/>
          <w:bCs/>
          <w:lang w:val="en-ID"/>
        </w:rPr>
        <w:t>praktik</w:t>
      </w:r>
      <w:proofErr w:type="spellEnd"/>
      <w:r w:rsidRPr="00B3340C">
        <w:rPr>
          <w:b w:val="0"/>
          <w:bCs/>
          <w:lang w:val="en-ID"/>
        </w:rPr>
        <w:t xml:space="preserve">, di mana </w:t>
      </w:r>
      <w:proofErr w:type="spellStart"/>
      <w:r w:rsidRPr="00B3340C">
        <w:rPr>
          <w:b w:val="0"/>
          <w:bCs/>
          <w:lang w:val="en-ID"/>
        </w:rPr>
        <w:t>tidak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semua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fitur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tersedia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dapat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dimanfaatkan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sesuai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kebutuhan</w:t>
      </w:r>
      <w:proofErr w:type="spellEnd"/>
      <w:r w:rsidRPr="00B3340C">
        <w:rPr>
          <w:b w:val="0"/>
          <w:bCs/>
          <w:lang w:val="en-ID"/>
        </w:rPr>
        <w:t>.</w:t>
      </w:r>
    </w:p>
    <w:p w14:paraId="45C880C6" w14:textId="77777777" w:rsidR="00B3340C" w:rsidRPr="00B3340C" w:rsidRDefault="00B3340C" w:rsidP="002C509E">
      <w:pPr>
        <w:pStyle w:val="Subbab"/>
        <w:ind w:left="720" w:firstLine="720"/>
        <w:jc w:val="both"/>
        <w:rPr>
          <w:lang w:val="en-ID"/>
        </w:rPr>
      </w:pPr>
      <w:proofErr w:type="spellStart"/>
      <w:r w:rsidRPr="00B3340C">
        <w:rPr>
          <w:b w:val="0"/>
          <w:bCs/>
          <w:lang w:val="en-ID"/>
        </w:rPr>
        <w:t>Secara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keseluruhan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hasil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diperoleh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selama</w:t>
      </w:r>
      <w:proofErr w:type="spellEnd"/>
      <w:r w:rsidRPr="00B3340C">
        <w:rPr>
          <w:b w:val="0"/>
          <w:bCs/>
          <w:lang w:val="en-ID"/>
        </w:rPr>
        <w:t xml:space="preserve"> PKL </w:t>
      </w:r>
      <w:proofErr w:type="spellStart"/>
      <w:r w:rsidRPr="00B3340C">
        <w:rPr>
          <w:b w:val="0"/>
          <w:bCs/>
          <w:lang w:val="en-ID"/>
        </w:rPr>
        <w:t>menunjukkan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bahwa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penerapan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teori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mengenai</w:t>
      </w:r>
      <w:proofErr w:type="spellEnd"/>
      <w:r w:rsidRPr="00B3340C">
        <w:rPr>
          <w:b w:val="0"/>
          <w:bCs/>
          <w:lang w:val="en-ID"/>
        </w:rPr>
        <w:t xml:space="preserve"> website, CMS, WordPress, dan </w:t>
      </w:r>
      <w:proofErr w:type="spellStart"/>
      <w:r w:rsidRPr="00B3340C">
        <w:rPr>
          <w:b w:val="0"/>
          <w:bCs/>
          <w:lang w:val="en-ID"/>
        </w:rPr>
        <w:t>Elementor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telah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sesuai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dengan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praktik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dilakukan</w:t>
      </w:r>
      <w:proofErr w:type="spellEnd"/>
      <w:r w:rsidRPr="00B3340C">
        <w:rPr>
          <w:b w:val="0"/>
          <w:bCs/>
          <w:lang w:val="en-ID"/>
        </w:rPr>
        <w:t xml:space="preserve"> di Kementerian Agama Kota Cilegon. </w:t>
      </w:r>
      <w:proofErr w:type="spellStart"/>
      <w:r w:rsidRPr="00B3340C">
        <w:rPr>
          <w:b w:val="0"/>
          <w:bCs/>
          <w:lang w:val="en-ID"/>
        </w:rPr>
        <w:t>Perbedaan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ditemukan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tidak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memengaruhi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fungsi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utama</w:t>
      </w:r>
      <w:proofErr w:type="spellEnd"/>
      <w:r w:rsidRPr="00B3340C">
        <w:rPr>
          <w:b w:val="0"/>
          <w:bCs/>
          <w:lang w:val="en-ID"/>
        </w:rPr>
        <w:t xml:space="preserve"> website </w:t>
      </w:r>
      <w:proofErr w:type="spellStart"/>
      <w:r w:rsidRPr="00B3340C">
        <w:rPr>
          <w:b w:val="0"/>
          <w:bCs/>
          <w:lang w:val="en-ID"/>
        </w:rPr>
        <w:t>sebagai</w:t>
      </w:r>
      <w:proofErr w:type="spellEnd"/>
      <w:r w:rsidRPr="00B3340C">
        <w:rPr>
          <w:b w:val="0"/>
          <w:bCs/>
          <w:lang w:val="en-ID"/>
        </w:rPr>
        <w:t xml:space="preserve"> media </w:t>
      </w:r>
      <w:proofErr w:type="spellStart"/>
      <w:r w:rsidRPr="00B3340C">
        <w:rPr>
          <w:b w:val="0"/>
          <w:bCs/>
          <w:lang w:val="en-ID"/>
        </w:rPr>
        <w:t>penyampaian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informasi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kepada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masyarakat</w:t>
      </w:r>
      <w:proofErr w:type="spellEnd"/>
      <w:r w:rsidRPr="00B3340C">
        <w:rPr>
          <w:b w:val="0"/>
          <w:bCs/>
          <w:lang w:val="en-ID"/>
        </w:rPr>
        <w:t>.</w:t>
      </w:r>
    </w:p>
    <w:p w14:paraId="2443719B" w14:textId="77777777" w:rsidR="009144C8" w:rsidRDefault="009144C8" w:rsidP="0008624C">
      <w:pPr>
        <w:jc w:val="both"/>
      </w:pPr>
    </w:p>
    <w:p w14:paraId="7B97346C" w14:textId="76909D15" w:rsidR="006512E0" w:rsidRDefault="008111AB" w:rsidP="006A2C08">
      <w:pPr>
        <w:pStyle w:val="Subbab"/>
        <w:jc w:val="both"/>
      </w:pPr>
      <w:r>
        <w:t xml:space="preserve">4.6 Pelajaran yang </w:t>
      </w:r>
      <w:proofErr w:type="spellStart"/>
      <w:r>
        <w:t>Diperoleh</w:t>
      </w:r>
      <w:proofErr w:type="spellEnd"/>
    </w:p>
    <w:p w14:paraId="11527BFF" w14:textId="4C6DC046" w:rsidR="00B3340C" w:rsidRPr="00B3340C" w:rsidRDefault="00B3340C" w:rsidP="004A49EF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B3340C">
        <w:rPr>
          <w:b w:val="0"/>
          <w:bCs/>
          <w:lang w:val="en-ID"/>
        </w:rPr>
        <w:t>Selama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melaksanakan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Praktik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Kerja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Lapangan</w:t>
      </w:r>
      <w:proofErr w:type="spellEnd"/>
      <w:r w:rsidRPr="00B3340C">
        <w:rPr>
          <w:b w:val="0"/>
          <w:bCs/>
          <w:lang w:val="en-ID"/>
        </w:rPr>
        <w:t xml:space="preserve"> (PKL) di Kementerian Agama Kota Cilegon, </w:t>
      </w:r>
      <w:proofErr w:type="spellStart"/>
      <w:r w:rsidRPr="00B3340C">
        <w:rPr>
          <w:b w:val="0"/>
          <w:bCs/>
          <w:lang w:val="en-ID"/>
        </w:rPr>
        <w:t>penulis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memperoleh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berbagai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pengetahuan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keterampilan</w:t>
      </w:r>
      <w:proofErr w:type="spellEnd"/>
      <w:r w:rsidRPr="00B3340C">
        <w:rPr>
          <w:b w:val="0"/>
          <w:bCs/>
          <w:lang w:val="en-ID"/>
        </w:rPr>
        <w:t xml:space="preserve">, dan </w:t>
      </w:r>
      <w:proofErr w:type="spellStart"/>
      <w:r w:rsidRPr="00B3340C">
        <w:rPr>
          <w:b w:val="0"/>
          <w:bCs/>
          <w:lang w:val="en-ID"/>
        </w:rPr>
        <w:t>pengalaman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bermanfaat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untuk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pengembangan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kompetensi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diri</w:t>
      </w:r>
      <w:proofErr w:type="spellEnd"/>
      <w:r w:rsidRPr="00B3340C">
        <w:rPr>
          <w:b w:val="0"/>
          <w:bCs/>
          <w:lang w:val="en-ID"/>
        </w:rPr>
        <w:t>.</w:t>
      </w:r>
    </w:p>
    <w:p w14:paraId="246B918C" w14:textId="77777777" w:rsidR="00B3340C" w:rsidRPr="00B3340C" w:rsidRDefault="00B3340C" w:rsidP="004A49EF">
      <w:pPr>
        <w:pStyle w:val="Subbab"/>
        <w:ind w:left="720" w:firstLine="720"/>
        <w:jc w:val="both"/>
        <w:rPr>
          <w:b w:val="0"/>
          <w:bCs/>
          <w:lang w:val="en-ID"/>
        </w:rPr>
      </w:pPr>
      <w:r w:rsidRPr="00B3340C">
        <w:rPr>
          <w:b w:val="0"/>
          <w:bCs/>
          <w:lang w:val="en-ID"/>
        </w:rPr>
        <w:t xml:space="preserve">Dari </w:t>
      </w:r>
      <w:proofErr w:type="spellStart"/>
      <w:r w:rsidRPr="00B3340C">
        <w:rPr>
          <w:b w:val="0"/>
          <w:bCs/>
          <w:lang w:val="en-ID"/>
        </w:rPr>
        <w:t>segi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pengetahuan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penulis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memperoleh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pemahaman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mengenai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pengelolaan</w:t>
      </w:r>
      <w:proofErr w:type="spellEnd"/>
      <w:r w:rsidRPr="00B3340C">
        <w:rPr>
          <w:b w:val="0"/>
          <w:bCs/>
          <w:lang w:val="en-ID"/>
        </w:rPr>
        <w:t xml:space="preserve"> website </w:t>
      </w:r>
      <w:proofErr w:type="spellStart"/>
      <w:r w:rsidRPr="00B3340C">
        <w:rPr>
          <w:b w:val="0"/>
          <w:bCs/>
          <w:lang w:val="en-ID"/>
        </w:rPr>
        <w:t>instansi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pemerintah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penggunaan</w:t>
      </w:r>
      <w:proofErr w:type="spellEnd"/>
      <w:r w:rsidRPr="00B3340C">
        <w:rPr>
          <w:b w:val="0"/>
          <w:bCs/>
          <w:lang w:val="en-ID"/>
        </w:rPr>
        <w:t xml:space="preserve"> WordPress </w:t>
      </w:r>
      <w:proofErr w:type="spellStart"/>
      <w:r w:rsidRPr="00B3340C">
        <w:rPr>
          <w:b w:val="0"/>
          <w:bCs/>
          <w:lang w:val="en-ID"/>
        </w:rPr>
        <w:t>sebagai</w:t>
      </w:r>
      <w:proofErr w:type="spellEnd"/>
      <w:r w:rsidRPr="00B3340C">
        <w:rPr>
          <w:b w:val="0"/>
          <w:bCs/>
          <w:lang w:val="en-ID"/>
        </w:rPr>
        <w:t xml:space="preserve"> Content Management System (CMS), </w:t>
      </w:r>
      <w:proofErr w:type="spellStart"/>
      <w:r w:rsidRPr="00B3340C">
        <w:rPr>
          <w:b w:val="0"/>
          <w:bCs/>
          <w:lang w:val="en-ID"/>
        </w:rPr>
        <w:t>serta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pemanfaatan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Elementor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dalam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pembuatan</w:t>
      </w:r>
      <w:proofErr w:type="spellEnd"/>
      <w:r w:rsidRPr="00B3340C">
        <w:rPr>
          <w:b w:val="0"/>
          <w:bCs/>
          <w:lang w:val="en-ID"/>
        </w:rPr>
        <w:t xml:space="preserve"> dan </w:t>
      </w:r>
      <w:proofErr w:type="spellStart"/>
      <w:r w:rsidRPr="00B3340C">
        <w:rPr>
          <w:b w:val="0"/>
          <w:bCs/>
          <w:lang w:val="en-ID"/>
        </w:rPr>
        <w:t>pengaturan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tampilan</w:t>
      </w:r>
      <w:proofErr w:type="spellEnd"/>
      <w:r w:rsidRPr="00B3340C">
        <w:rPr>
          <w:b w:val="0"/>
          <w:bCs/>
          <w:lang w:val="en-ID"/>
        </w:rPr>
        <w:t xml:space="preserve"> website. </w:t>
      </w:r>
      <w:proofErr w:type="spellStart"/>
      <w:r w:rsidRPr="00B3340C">
        <w:rPr>
          <w:b w:val="0"/>
          <w:bCs/>
          <w:lang w:val="en-ID"/>
        </w:rPr>
        <w:t>Penulis</w:t>
      </w:r>
      <w:proofErr w:type="spellEnd"/>
      <w:r w:rsidRPr="00B3340C">
        <w:rPr>
          <w:b w:val="0"/>
          <w:bCs/>
          <w:lang w:val="en-ID"/>
        </w:rPr>
        <w:t xml:space="preserve"> juga </w:t>
      </w:r>
      <w:proofErr w:type="spellStart"/>
      <w:r w:rsidRPr="00B3340C">
        <w:rPr>
          <w:b w:val="0"/>
          <w:bCs/>
          <w:lang w:val="en-ID"/>
        </w:rPr>
        <w:t>memahami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lastRenderedPageBreak/>
        <w:t>pentingnya</w:t>
      </w:r>
      <w:proofErr w:type="spellEnd"/>
      <w:r w:rsidRPr="00B3340C">
        <w:rPr>
          <w:b w:val="0"/>
          <w:bCs/>
          <w:lang w:val="en-ID"/>
        </w:rPr>
        <w:t xml:space="preserve"> website </w:t>
      </w:r>
      <w:proofErr w:type="spellStart"/>
      <w:r w:rsidRPr="00B3340C">
        <w:rPr>
          <w:b w:val="0"/>
          <w:bCs/>
          <w:lang w:val="en-ID"/>
        </w:rPr>
        <w:t>sebagai</w:t>
      </w:r>
      <w:proofErr w:type="spellEnd"/>
      <w:r w:rsidRPr="00B3340C">
        <w:rPr>
          <w:b w:val="0"/>
          <w:bCs/>
          <w:lang w:val="en-ID"/>
        </w:rPr>
        <w:t xml:space="preserve"> media </w:t>
      </w:r>
      <w:proofErr w:type="spellStart"/>
      <w:r w:rsidRPr="00B3340C">
        <w:rPr>
          <w:b w:val="0"/>
          <w:bCs/>
          <w:lang w:val="en-ID"/>
        </w:rPr>
        <w:t>penyampaian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informasi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kepada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masyarakat</w:t>
      </w:r>
      <w:proofErr w:type="spellEnd"/>
      <w:r w:rsidRPr="00B3340C">
        <w:rPr>
          <w:b w:val="0"/>
          <w:bCs/>
          <w:lang w:val="en-ID"/>
        </w:rPr>
        <w:t>.</w:t>
      </w:r>
    </w:p>
    <w:p w14:paraId="4DBB6C45" w14:textId="77777777" w:rsidR="00B3340C" w:rsidRPr="00B3340C" w:rsidRDefault="00B3340C" w:rsidP="004A49EF">
      <w:pPr>
        <w:pStyle w:val="Subbab"/>
        <w:ind w:left="720" w:firstLine="720"/>
        <w:jc w:val="both"/>
        <w:rPr>
          <w:b w:val="0"/>
          <w:bCs/>
          <w:lang w:val="en-ID"/>
        </w:rPr>
      </w:pPr>
      <w:r w:rsidRPr="00B3340C">
        <w:rPr>
          <w:b w:val="0"/>
          <w:bCs/>
          <w:lang w:val="en-ID"/>
        </w:rPr>
        <w:t xml:space="preserve">Dari </w:t>
      </w:r>
      <w:proofErr w:type="spellStart"/>
      <w:r w:rsidRPr="00B3340C">
        <w:rPr>
          <w:b w:val="0"/>
          <w:bCs/>
          <w:lang w:val="en-ID"/>
        </w:rPr>
        <w:t>segi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keterampilan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penulis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memperoleh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kemampuan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dalam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mengelola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konten</w:t>
      </w:r>
      <w:proofErr w:type="spellEnd"/>
      <w:r w:rsidRPr="00B3340C">
        <w:rPr>
          <w:b w:val="0"/>
          <w:bCs/>
          <w:lang w:val="en-ID"/>
        </w:rPr>
        <w:t xml:space="preserve"> website, </w:t>
      </w:r>
      <w:proofErr w:type="spellStart"/>
      <w:r w:rsidRPr="00B3340C">
        <w:rPr>
          <w:b w:val="0"/>
          <w:bCs/>
          <w:lang w:val="en-ID"/>
        </w:rPr>
        <w:t>mengatur</w:t>
      </w:r>
      <w:proofErr w:type="spellEnd"/>
      <w:r w:rsidRPr="00B3340C">
        <w:rPr>
          <w:b w:val="0"/>
          <w:bCs/>
          <w:lang w:val="en-ID"/>
        </w:rPr>
        <w:t xml:space="preserve"> tata </w:t>
      </w:r>
      <w:proofErr w:type="spellStart"/>
      <w:r w:rsidRPr="00B3340C">
        <w:rPr>
          <w:b w:val="0"/>
          <w:bCs/>
          <w:lang w:val="en-ID"/>
        </w:rPr>
        <w:t>letak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halaman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memperbarui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informasi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serta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menyelesaikan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berbagai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tugas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berkaitan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dengan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pengembangan</w:t>
      </w:r>
      <w:proofErr w:type="spellEnd"/>
      <w:r w:rsidRPr="00B3340C">
        <w:rPr>
          <w:b w:val="0"/>
          <w:bCs/>
          <w:lang w:val="en-ID"/>
        </w:rPr>
        <w:t xml:space="preserve"> website. Selain </w:t>
      </w:r>
      <w:proofErr w:type="spellStart"/>
      <w:r w:rsidRPr="00B3340C">
        <w:rPr>
          <w:b w:val="0"/>
          <w:bCs/>
          <w:lang w:val="en-ID"/>
        </w:rPr>
        <w:t>itu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penulis</w:t>
      </w:r>
      <w:proofErr w:type="spellEnd"/>
      <w:r w:rsidRPr="00B3340C">
        <w:rPr>
          <w:b w:val="0"/>
          <w:bCs/>
          <w:lang w:val="en-ID"/>
        </w:rPr>
        <w:t xml:space="preserve"> juga </w:t>
      </w:r>
      <w:proofErr w:type="spellStart"/>
      <w:r w:rsidRPr="00B3340C">
        <w:rPr>
          <w:b w:val="0"/>
          <w:bCs/>
          <w:lang w:val="en-ID"/>
        </w:rPr>
        <w:t>meningkatkan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kemampuan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dalam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menggunakan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perangkat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teknologi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informasi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untuk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mendukung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pekerjaan</w:t>
      </w:r>
      <w:proofErr w:type="spellEnd"/>
      <w:r w:rsidRPr="00B3340C">
        <w:rPr>
          <w:b w:val="0"/>
          <w:bCs/>
          <w:lang w:val="en-ID"/>
        </w:rPr>
        <w:t>.</w:t>
      </w:r>
    </w:p>
    <w:p w14:paraId="2A3566B0" w14:textId="77777777" w:rsidR="00B3340C" w:rsidRPr="00B3340C" w:rsidRDefault="00B3340C" w:rsidP="004A49EF">
      <w:pPr>
        <w:pStyle w:val="Subbab"/>
        <w:ind w:left="720" w:firstLine="720"/>
        <w:jc w:val="both"/>
        <w:rPr>
          <w:b w:val="0"/>
          <w:bCs/>
          <w:lang w:val="en-ID"/>
        </w:rPr>
      </w:pPr>
      <w:r w:rsidRPr="00B3340C">
        <w:rPr>
          <w:b w:val="0"/>
          <w:bCs/>
          <w:lang w:val="en-ID"/>
        </w:rPr>
        <w:t xml:space="preserve">Dari </w:t>
      </w:r>
      <w:proofErr w:type="spellStart"/>
      <w:r w:rsidRPr="00B3340C">
        <w:rPr>
          <w:b w:val="0"/>
          <w:bCs/>
          <w:lang w:val="en-ID"/>
        </w:rPr>
        <w:t>segi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sikap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kerja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penulis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belajar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untuk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bersikap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disiplin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bertanggung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jawab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teliti</w:t>
      </w:r>
      <w:proofErr w:type="spellEnd"/>
      <w:r w:rsidRPr="00B3340C">
        <w:rPr>
          <w:b w:val="0"/>
          <w:bCs/>
          <w:lang w:val="en-ID"/>
        </w:rPr>
        <w:t xml:space="preserve">, dan </w:t>
      </w:r>
      <w:proofErr w:type="spellStart"/>
      <w:r w:rsidRPr="00B3340C">
        <w:rPr>
          <w:b w:val="0"/>
          <w:bCs/>
          <w:lang w:val="en-ID"/>
        </w:rPr>
        <w:t>mampu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menyelesaikan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tugas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sesuai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arahan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diberikan</w:t>
      </w:r>
      <w:proofErr w:type="spellEnd"/>
      <w:r w:rsidRPr="00B3340C">
        <w:rPr>
          <w:b w:val="0"/>
          <w:bCs/>
          <w:lang w:val="en-ID"/>
        </w:rPr>
        <w:t xml:space="preserve">. </w:t>
      </w:r>
      <w:proofErr w:type="spellStart"/>
      <w:r w:rsidRPr="00B3340C">
        <w:rPr>
          <w:b w:val="0"/>
          <w:bCs/>
          <w:lang w:val="en-ID"/>
        </w:rPr>
        <w:t>Penulis</w:t>
      </w:r>
      <w:proofErr w:type="spellEnd"/>
      <w:r w:rsidRPr="00B3340C">
        <w:rPr>
          <w:b w:val="0"/>
          <w:bCs/>
          <w:lang w:val="en-ID"/>
        </w:rPr>
        <w:t xml:space="preserve"> juga </w:t>
      </w:r>
      <w:proofErr w:type="spellStart"/>
      <w:r w:rsidRPr="00B3340C">
        <w:rPr>
          <w:b w:val="0"/>
          <w:bCs/>
          <w:lang w:val="en-ID"/>
        </w:rPr>
        <w:t>memahami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pentingnya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menjaga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etika</w:t>
      </w:r>
      <w:proofErr w:type="spellEnd"/>
      <w:r w:rsidRPr="00B3340C">
        <w:rPr>
          <w:b w:val="0"/>
          <w:bCs/>
          <w:lang w:val="en-ID"/>
        </w:rPr>
        <w:t xml:space="preserve"> dan </w:t>
      </w:r>
      <w:proofErr w:type="spellStart"/>
      <w:r w:rsidRPr="00B3340C">
        <w:rPr>
          <w:b w:val="0"/>
          <w:bCs/>
          <w:lang w:val="en-ID"/>
        </w:rPr>
        <w:t>profesionalisme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dalam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lingkungan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kerja</w:t>
      </w:r>
      <w:proofErr w:type="spellEnd"/>
      <w:r w:rsidRPr="00B3340C">
        <w:rPr>
          <w:b w:val="0"/>
          <w:bCs/>
          <w:lang w:val="en-ID"/>
        </w:rPr>
        <w:t>.</w:t>
      </w:r>
    </w:p>
    <w:p w14:paraId="5DB13CB0" w14:textId="77777777" w:rsidR="00B3340C" w:rsidRPr="00B3340C" w:rsidRDefault="00B3340C" w:rsidP="004A49EF">
      <w:pPr>
        <w:pStyle w:val="Subbab"/>
        <w:ind w:left="720" w:firstLine="720"/>
        <w:jc w:val="both"/>
        <w:rPr>
          <w:b w:val="0"/>
          <w:bCs/>
          <w:lang w:val="en-ID"/>
        </w:rPr>
      </w:pPr>
      <w:proofErr w:type="spellStart"/>
      <w:r w:rsidRPr="00B3340C">
        <w:rPr>
          <w:b w:val="0"/>
          <w:bCs/>
          <w:lang w:val="en-ID"/>
        </w:rPr>
        <w:t>Dalam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aspek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komunikasi</w:t>
      </w:r>
      <w:proofErr w:type="spellEnd"/>
      <w:r w:rsidRPr="00B3340C">
        <w:rPr>
          <w:b w:val="0"/>
          <w:bCs/>
          <w:lang w:val="en-ID"/>
        </w:rPr>
        <w:t xml:space="preserve"> dan </w:t>
      </w:r>
      <w:proofErr w:type="spellStart"/>
      <w:r w:rsidRPr="00B3340C">
        <w:rPr>
          <w:b w:val="0"/>
          <w:bCs/>
          <w:lang w:val="en-ID"/>
        </w:rPr>
        <w:t>kerja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sama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tim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penulis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memperoleh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pengalaman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berinteraksi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dengan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pembimbing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lapangan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serta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pegawai</w:t>
      </w:r>
      <w:proofErr w:type="spellEnd"/>
      <w:r w:rsidRPr="00B3340C">
        <w:rPr>
          <w:b w:val="0"/>
          <w:bCs/>
          <w:lang w:val="en-ID"/>
        </w:rPr>
        <w:t xml:space="preserve"> di </w:t>
      </w:r>
      <w:proofErr w:type="spellStart"/>
      <w:r w:rsidRPr="00B3340C">
        <w:rPr>
          <w:b w:val="0"/>
          <w:bCs/>
          <w:lang w:val="en-ID"/>
        </w:rPr>
        <w:t>lingkungan</w:t>
      </w:r>
      <w:proofErr w:type="spellEnd"/>
      <w:r w:rsidRPr="00B3340C">
        <w:rPr>
          <w:b w:val="0"/>
          <w:bCs/>
          <w:lang w:val="en-ID"/>
        </w:rPr>
        <w:t xml:space="preserve"> Kementerian Agama Kota Cilegon. </w:t>
      </w:r>
      <w:proofErr w:type="spellStart"/>
      <w:r w:rsidRPr="00B3340C">
        <w:rPr>
          <w:b w:val="0"/>
          <w:bCs/>
          <w:lang w:val="en-ID"/>
        </w:rPr>
        <w:t>Pengalaman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tersebut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membantu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penulis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meningkatkan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kemampuan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berkomunikasi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menerima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masukan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serta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bekerja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sama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dalam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menyelesaikan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tugas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diberikan</w:t>
      </w:r>
      <w:proofErr w:type="spellEnd"/>
      <w:r w:rsidRPr="00B3340C">
        <w:rPr>
          <w:b w:val="0"/>
          <w:bCs/>
          <w:lang w:val="en-ID"/>
        </w:rPr>
        <w:t>.</w:t>
      </w:r>
    </w:p>
    <w:p w14:paraId="7372021A" w14:textId="77777777" w:rsidR="00B3340C" w:rsidRPr="00B3340C" w:rsidRDefault="00B3340C" w:rsidP="004A49EF">
      <w:pPr>
        <w:pStyle w:val="Subbab"/>
        <w:ind w:left="720" w:firstLine="720"/>
        <w:jc w:val="both"/>
        <w:rPr>
          <w:lang w:val="en-ID"/>
        </w:rPr>
      </w:pPr>
      <w:proofErr w:type="spellStart"/>
      <w:r w:rsidRPr="00B3340C">
        <w:rPr>
          <w:b w:val="0"/>
          <w:bCs/>
          <w:lang w:val="en-ID"/>
        </w:rPr>
        <w:t>Secara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keseluruhan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kegiatan</w:t>
      </w:r>
      <w:proofErr w:type="spellEnd"/>
      <w:r w:rsidRPr="00B3340C">
        <w:rPr>
          <w:b w:val="0"/>
          <w:bCs/>
          <w:lang w:val="en-ID"/>
        </w:rPr>
        <w:t xml:space="preserve"> PKL </w:t>
      </w:r>
      <w:proofErr w:type="spellStart"/>
      <w:r w:rsidRPr="00B3340C">
        <w:rPr>
          <w:b w:val="0"/>
          <w:bCs/>
          <w:lang w:val="en-ID"/>
        </w:rPr>
        <w:t>memberikan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pengalaman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kerja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nyata</w:t>
      </w:r>
      <w:proofErr w:type="spellEnd"/>
      <w:r w:rsidRPr="00B3340C">
        <w:rPr>
          <w:b w:val="0"/>
          <w:bCs/>
          <w:lang w:val="en-ID"/>
        </w:rPr>
        <w:t xml:space="preserve"> yang </w:t>
      </w:r>
      <w:proofErr w:type="spellStart"/>
      <w:r w:rsidRPr="00B3340C">
        <w:rPr>
          <w:b w:val="0"/>
          <w:bCs/>
          <w:lang w:val="en-ID"/>
        </w:rPr>
        <w:t>tidak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hanya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meningkatkan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kemampuan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teknis</w:t>
      </w:r>
      <w:proofErr w:type="spellEnd"/>
      <w:r w:rsidRPr="00B3340C">
        <w:rPr>
          <w:b w:val="0"/>
          <w:bCs/>
          <w:lang w:val="en-ID"/>
        </w:rPr>
        <w:t xml:space="preserve">, </w:t>
      </w:r>
      <w:proofErr w:type="spellStart"/>
      <w:r w:rsidRPr="00B3340C">
        <w:rPr>
          <w:b w:val="0"/>
          <w:bCs/>
          <w:lang w:val="en-ID"/>
        </w:rPr>
        <w:t>tetapi</w:t>
      </w:r>
      <w:proofErr w:type="spellEnd"/>
      <w:r w:rsidRPr="00B3340C">
        <w:rPr>
          <w:b w:val="0"/>
          <w:bCs/>
          <w:lang w:val="en-ID"/>
        </w:rPr>
        <w:t xml:space="preserve"> juga </w:t>
      </w:r>
      <w:proofErr w:type="spellStart"/>
      <w:r w:rsidRPr="00B3340C">
        <w:rPr>
          <w:b w:val="0"/>
          <w:bCs/>
          <w:lang w:val="en-ID"/>
        </w:rPr>
        <w:t>mengembangkan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keterampilan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sosial</w:t>
      </w:r>
      <w:proofErr w:type="spellEnd"/>
      <w:r w:rsidRPr="00B3340C">
        <w:rPr>
          <w:b w:val="0"/>
          <w:bCs/>
          <w:lang w:val="en-ID"/>
        </w:rPr>
        <w:t xml:space="preserve"> dan </w:t>
      </w:r>
      <w:proofErr w:type="spellStart"/>
      <w:r w:rsidRPr="00B3340C">
        <w:rPr>
          <w:b w:val="0"/>
          <w:bCs/>
          <w:lang w:val="en-ID"/>
        </w:rPr>
        <w:t>kesiapan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penulis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untuk</w:t>
      </w:r>
      <w:proofErr w:type="spellEnd"/>
      <w:r w:rsidRPr="00B3340C">
        <w:rPr>
          <w:b w:val="0"/>
          <w:bCs/>
          <w:lang w:val="en-ID"/>
        </w:rPr>
        <w:t xml:space="preserve"> </w:t>
      </w:r>
      <w:proofErr w:type="spellStart"/>
      <w:r w:rsidRPr="00B3340C">
        <w:rPr>
          <w:b w:val="0"/>
          <w:bCs/>
          <w:lang w:val="en-ID"/>
        </w:rPr>
        <w:t>menghadapi</w:t>
      </w:r>
      <w:proofErr w:type="spellEnd"/>
      <w:r w:rsidRPr="00B3340C">
        <w:rPr>
          <w:b w:val="0"/>
          <w:bCs/>
          <w:lang w:val="en-ID"/>
        </w:rPr>
        <w:t xml:space="preserve"> dunia </w:t>
      </w:r>
      <w:proofErr w:type="spellStart"/>
      <w:r w:rsidRPr="00B3340C">
        <w:rPr>
          <w:b w:val="0"/>
          <w:bCs/>
          <w:lang w:val="en-ID"/>
        </w:rPr>
        <w:t>kerja</w:t>
      </w:r>
      <w:proofErr w:type="spellEnd"/>
      <w:r w:rsidRPr="00B3340C">
        <w:rPr>
          <w:b w:val="0"/>
          <w:bCs/>
          <w:lang w:val="en-ID"/>
        </w:rPr>
        <w:t xml:space="preserve"> di masa </w:t>
      </w:r>
      <w:proofErr w:type="spellStart"/>
      <w:r w:rsidRPr="00B3340C">
        <w:rPr>
          <w:b w:val="0"/>
          <w:bCs/>
          <w:lang w:val="en-ID"/>
        </w:rPr>
        <w:t>mendatang</w:t>
      </w:r>
      <w:proofErr w:type="spellEnd"/>
      <w:r w:rsidRPr="00B3340C">
        <w:rPr>
          <w:b w:val="0"/>
          <w:bCs/>
          <w:lang w:val="en-ID"/>
        </w:rPr>
        <w:t>.</w:t>
      </w:r>
    </w:p>
    <w:p w14:paraId="52AC2255" w14:textId="77C79B4C" w:rsidR="00B3340C" w:rsidRDefault="00B3340C" w:rsidP="006A2C08">
      <w:pPr>
        <w:pStyle w:val="Subbab"/>
        <w:jc w:val="both"/>
      </w:pPr>
    </w:p>
    <w:p w14:paraId="72C316BB" w14:textId="77777777" w:rsidR="006512E0" w:rsidRDefault="006512E0" w:rsidP="006A2C08">
      <w:pPr>
        <w:jc w:val="both"/>
      </w:pPr>
    </w:p>
    <w:p w14:paraId="0DECF5C5" w14:textId="77777777" w:rsidR="009144C8" w:rsidRDefault="009144C8" w:rsidP="006A2C08">
      <w:pPr>
        <w:spacing w:after="200"/>
        <w:jc w:val="both"/>
        <w:rPr>
          <w:b/>
        </w:rPr>
      </w:pPr>
      <w:r>
        <w:br w:type="page"/>
      </w:r>
    </w:p>
    <w:p w14:paraId="414BFBBF" w14:textId="01936095" w:rsidR="006512E0" w:rsidRDefault="008111AB" w:rsidP="006A2C08">
      <w:pPr>
        <w:pStyle w:val="BabTitle"/>
      </w:pPr>
      <w:r>
        <w:lastRenderedPageBreak/>
        <w:t>BAB V</w:t>
      </w:r>
      <w:r>
        <w:br/>
        <w:t>KESIMPULAN DAN SARAN</w:t>
      </w:r>
    </w:p>
    <w:p w14:paraId="69750D68" w14:textId="77777777" w:rsidR="009144C8" w:rsidRDefault="009144C8" w:rsidP="006A2C08">
      <w:pPr>
        <w:pStyle w:val="BabTitle"/>
        <w:jc w:val="both"/>
      </w:pPr>
    </w:p>
    <w:p w14:paraId="1CC2D044" w14:textId="77777777" w:rsidR="009144C8" w:rsidRDefault="009144C8" w:rsidP="006A2C08">
      <w:pPr>
        <w:pStyle w:val="BabTitle"/>
        <w:jc w:val="both"/>
      </w:pPr>
    </w:p>
    <w:p w14:paraId="05D1FB0D" w14:textId="77777777" w:rsidR="00014D1F" w:rsidRPr="00014D1F" w:rsidRDefault="00014D1F" w:rsidP="006A2C08">
      <w:pPr>
        <w:jc w:val="both"/>
        <w:rPr>
          <w:b/>
          <w:bCs/>
          <w:lang w:val="en-ID"/>
        </w:rPr>
      </w:pPr>
      <w:r w:rsidRPr="00014D1F">
        <w:rPr>
          <w:b/>
          <w:bCs/>
          <w:lang w:val="en-ID"/>
        </w:rPr>
        <w:t>5.1 Kesimpulan</w:t>
      </w:r>
    </w:p>
    <w:p w14:paraId="6398E408" w14:textId="77777777" w:rsidR="00014D1F" w:rsidRPr="00014D1F" w:rsidRDefault="00014D1F" w:rsidP="004A49EF">
      <w:pPr>
        <w:ind w:left="720" w:firstLine="720"/>
        <w:jc w:val="both"/>
        <w:rPr>
          <w:lang w:val="en-ID"/>
        </w:rPr>
      </w:pPr>
      <w:proofErr w:type="spellStart"/>
      <w:r w:rsidRPr="00014D1F">
        <w:rPr>
          <w:lang w:val="en-ID"/>
        </w:rPr>
        <w:t>Berdasarkan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kegiatan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Praktik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Kerja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Lapangan</w:t>
      </w:r>
      <w:proofErr w:type="spellEnd"/>
      <w:r w:rsidRPr="00014D1F">
        <w:rPr>
          <w:lang w:val="en-ID"/>
        </w:rPr>
        <w:t xml:space="preserve"> (PKL) yang </w:t>
      </w:r>
      <w:proofErr w:type="spellStart"/>
      <w:r w:rsidRPr="00014D1F">
        <w:rPr>
          <w:lang w:val="en-ID"/>
        </w:rPr>
        <w:t>telah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dilaksanakan</w:t>
      </w:r>
      <w:proofErr w:type="spellEnd"/>
      <w:r w:rsidRPr="00014D1F">
        <w:rPr>
          <w:lang w:val="en-ID"/>
        </w:rPr>
        <w:t xml:space="preserve"> di Kementerian Agama Kota Cilegon, </w:t>
      </w:r>
      <w:proofErr w:type="spellStart"/>
      <w:r w:rsidRPr="00014D1F">
        <w:rPr>
          <w:lang w:val="en-ID"/>
        </w:rPr>
        <w:t>dapat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disimpulkan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bahwa</w:t>
      </w:r>
      <w:proofErr w:type="spellEnd"/>
      <w:r w:rsidRPr="00014D1F">
        <w:rPr>
          <w:lang w:val="en-ID"/>
        </w:rPr>
        <w:t xml:space="preserve"> website </w:t>
      </w:r>
      <w:proofErr w:type="spellStart"/>
      <w:r w:rsidRPr="00014D1F">
        <w:rPr>
          <w:lang w:val="en-ID"/>
        </w:rPr>
        <w:t>memiliki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peran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penting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sebagai</w:t>
      </w:r>
      <w:proofErr w:type="spellEnd"/>
      <w:r w:rsidRPr="00014D1F">
        <w:rPr>
          <w:lang w:val="en-ID"/>
        </w:rPr>
        <w:t xml:space="preserve"> media </w:t>
      </w:r>
      <w:proofErr w:type="spellStart"/>
      <w:r w:rsidRPr="00014D1F">
        <w:rPr>
          <w:lang w:val="en-ID"/>
        </w:rPr>
        <w:t>penyampaian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informasi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kepada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masyarakat</w:t>
      </w:r>
      <w:proofErr w:type="spellEnd"/>
      <w:r w:rsidRPr="00014D1F">
        <w:rPr>
          <w:lang w:val="en-ID"/>
        </w:rPr>
        <w:t xml:space="preserve">. </w:t>
      </w:r>
      <w:proofErr w:type="spellStart"/>
      <w:r w:rsidRPr="00014D1F">
        <w:rPr>
          <w:lang w:val="en-ID"/>
        </w:rPr>
        <w:t>Melalui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kegiatan</w:t>
      </w:r>
      <w:proofErr w:type="spellEnd"/>
      <w:r w:rsidRPr="00014D1F">
        <w:rPr>
          <w:lang w:val="en-ID"/>
        </w:rPr>
        <w:t xml:space="preserve"> PKL, </w:t>
      </w:r>
      <w:proofErr w:type="spellStart"/>
      <w:r w:rsidRPr="00014D1F">
        <w:rPr>
          <w:lang w:val="en-ID"/>
        </w:rPr>
        <w:t>penulis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memperoleh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pemahaman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mengenai</w:t>
      </w:r>
      <w:proofErr w:type="spellEnd"/>
      <w:r w:rsidRPr="00014D1F">
        <w:rPr>
          <w:lang w:val="en-ID"/>
        </w:rPr>
        <w:t xml:space="preserve"> proses </w:t>
      </w:r>
      <w:proofErr w:type="spellStart"/>
      <w:r w:rsidRPr="00014D1F">
        <w:rPr>
          <w:lang w:val="en-ID"/>
        </w:rPr>
        <w:t>pengelolaan</w:t>
      </w:r>
      <w:proofErr w:type="spellEnd"/>
      <w:r w:rsidRPr="00014D1F">
        <w:rPr>
          <w:lang w:val="en-ID"/>
        </w:rPr>
        <w:t xml:space="preserve"> dan </w:t>
      </w:r>
      <w:proofErr w:type="spellStart"/>
      <w:r w:rsidRPr="00014D1F">
        <w:rPr>
          <w:lang w:val="en-ID"/>
        </w:rPr>
        <w:t>pengembangan</w:t>
      </w:r>
      <w:proofErr w:type="spellEnd"/>
      <w:r w:rsidRPr="00014D1F">
        <w:rPr>
          <w:lang w:val="en-ID"/>
        </w:rPr>
        <w:t xml:space="preserve"> website </w:t>
      </w:r>
      <w:proofErr w:type="spellStart"/>
      <w:r w:rsidRPr="00014D1F">
        <w:rPr>
          <w:lang w:val="en-ID"/>
        </w:rPr>
        <w:t>menggunakan</w:t>
      </w:r>
      <w:proofErr w:type="spellEnd"/>
      <w:r w:rsidRPr="00014D1F">
        <w:rPr>
          <w:lang w:val="en-ID"/>
        </w:rPr>
        <w:t xml:space="preserve"> WordPress dan </w:t>
      </w:r>
      <w:proofErr w:type="spellStart"/>
      <w:r w:rsidRPr="00014D1F">
        <w:rPr>
          <w:lang w:val="en-ID"/>
        </w:rPr>
        <w:t>Elementor</w:t>
      </w:r>
      <w:proofErr w:type="spellEnd"/>
      <w:r w:rsidRPr="00014D1F">
        <w:rPr>
          <w:lang w:val="en-ID"/>
        </w:rPr>
        <w:t>.</w:t>
      </w:r>
    </w:p>
    <w:p w14:paraId="7B70FD97" w14:textId="77777777" w:rsidR="00014D1F" w:rsidRPr="00014D1F" w:rsidRDefault="00014D1F" w:rsidP="004A49EF">
      <w:pPr>
        <w:ind w:left="720" w:firstLine="720"/>
        <w:jc w:val="both"/>
        <w:rPr>
          <w:lang w:val="en-ID"/>
        </w:rPr>
      </w:pPr>
      <w:r w:rsidRPr="00014D1F">
        <w:rPr>
          <w:lang w:val="en-ID"/>
        </w:rPr>
        <w:t xml:space="preserve">Selain </w:t>
      </w:r>
      <w:proofErr w:type="spellStart"/>
      <w:r w:rsidRPr="00014D1F">
        <w:rPr>
          <w:lang w:val="en-ID"/>
        </w:rPr>
        <w:t>itu</w:t>
      </w:r>
      <w:proofErr w:type="spellEnd"/>
      <w:r w:rsidRPr="00014D1F">
        <w:rPr>
          <w:lang w:val="en-ID"/>
        </w:rPr>
        <w:t xml:space="preserve">, </w:t>
      </w:r>
      <w:proofErr w:type="spellStart"/>
      <w:r w:rsidRPr="00014D1F">
        <w:rPr>
          <w:lang w:val="en-ID"/>
        </w:rPr>
        <w:t>kegiatan</w:t>
      </w:r>
      <w:proofErr w:type="spellEnd"/>
      <w:r w:rsidRPr="00014D1F">
        <w:rPr>
          <w:lang w:val="en-ID"/>
        </w:rPr>
        <w:t xml:space="preserve"> PKL </w:t>
      </w:r>
      <w:proofErr w:type="spellStart"/>
      <w:r w:rsidRPr="00014D1F">
        <w:rPr>
          <w:lang w:val="en-ID"/>
        </w:rPr>
        <w:t>memberikan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kesempatan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kepada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penulis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untuk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menerapkan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pengetahuan</w:t>
      </w:r>
      <w:proofErr w:type="spellEnd"/>
      <w:r w:rsidRPr="00014D1F">
        <w:rPr>
          <w:lang w:val="en-ID"/>
        </w:rPr>
        <w:t xml:space="preserve"> yang </w:t>
      </w:r>
      <w:proofErr w:type="spellStart"/>
      <w:r w:rsidRPr="00014D1F">
        <w:rPr>
          <w:lang w:val="en-ID"/>
        </w:rPr>
        <w:t>telah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diperoleh</w:t>
      </w:r>
      <w:proofErr w:type="spellEnd"/>
      <w:r w:rsidRPr="00014D1F">
        <w:rPr>
          <w:lang w:val="en-ID"/>
        </w:rPr>
        <w:t xml:space="preserve"> di </w:t>
      </w:r>
      <w:proofErr w:type="spellStart"/>
      <w:r w:rsidRPr="00014D1F">
        <w:rPr>
          <w:lang w:val="en-ID"/>
        </w:rPr>
        <w:t>sekolah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dalam</w:t>
      </w:r>
      <w:proofErr w:type="spellEnd"/>
      <w:r w:rsidRPr="00014D1F">
        <w:rPr>
          <w:lang w:val="en-ID"/>
        </w:rPr>
        <w:t xml:space="preserve"> dunia </w:t>
      </w:r>
      <w:proofErr w:type="spellStart"/>
      <w:r w:rsidRPr="00014D1F">
        <w:rPr>
          <w:lang w:val="en-ID"/>
        </w:rPr>
        <w:t>kerja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secara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langsung</w:t>
      </w:r>
      <w:proofErr w:type="spellEnd"/>
      <w:r w:rsidRPr="00014D1F">
        <w:rPr>
          <w:lang w:val="en-ID"/>
        </w:rPr>
        <w:t xml:space="preserve">. </w:t>
      </w:r>
      <w:proofErr w:type="spellStart"/>
      <w:r w:rsidRPr="00014D1F">
        <w:rPr>
          <w:lang w:val="en-ID"/>
        </w:rPr>
        <w:t>Berbagai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tugas</w:t>
      </w:r>
      <w:proofErr w:type="spellEnd"/>
      <w:r w:rsidRPr="00014D1F">
        <w:rPr>
          <w:lang w:val="en-ID"/>
        </w:rPr>
        <w:t xml:space="preserve"> yang </w:t>
      </w:r>
      <w:proofErr w:type="spellStart"/>
      <w:r w:rsidRPr="00014D1F">
        <w:rPr>
          <w:lang w:val="en-ID"/>
        </w:rPr>
        <w:t>diberikan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selama</w:t>
      </w:r>
      <w:proofErr w:type="spellEnd"/>
      <w:r w:rsidRPr="00014D1F">
        <w:rPr>
          <w:lang w:val="en-ID"/>
        </w:rPr>
        <w:t xml:space="preserve"> PKL </w:t>
      </w:r>
      <w:proofErr w:type="spellStart"/>
      <w:r w:rsidRPr="00014D1F">
        <w:rPr>
          <w:lang w:val="en-ID"/>
        </w:rPr>
        <w:t>berhasil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diselesaikan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dengan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baik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melalui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bimbingan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dari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pembimbing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lapangan</w:t>
      </w:r>
      <w:proofErr w:type="spellEnd"/>
      <w:r w:rsidRPr="00014D1F">
        <w:rPr>
          <w:lang w:val="en-ID"/>
        </w:rPr>
        <w:t xml:space="preserve"> dan </w:t>
      </w:r>
      <w:proofErr w:type="spellStart"/>
      <w:r w:rsidRPr="00014D1F">
        <w:rPr>
          <w:lang w:val="en-ID"/>
        </w:rPr>
        <w:t>kerja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sama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dengan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pegawai</w:t>
      </w:r>
      <w:proofErr w:type="spellEnd"/>
      <w:r w:rsidRPr="00014D1F">
        <w:rPr>
          <w:lang w:val="en-ID"/>
        </w:rPr>
        <w:t xml:space="preserve"> di </w:t>
      </w:r>
      <w:proofErr w:type="spellStart"/>
      <w:r w:rsidRPr="00014D1F">
        <w:rPr>
          <w:lang w:val="en-ID"/>
        </w:rPr>
        <w:t>lingkungan</w:t>
      </w:r>
      <w:proofErr w:type="spellEnd"/>
      <w:r w:rsidRPr="00014D1F">
        <w:rPr>
          <w:lang w:val="en-ID"/>
        </w:rPr>
        <w:t xml:space="preserve"> Kementerian Agama Kota Cilegon.</w:t>
      </w:r>
    </w:p>
    <w:p w14:paraId="38BD7F45" w14:textId="77777777" w:rsidR="00014D1F" w:rsidRPr="00014D1F" w:rsidRDefault="00014D1F" w:rsidP="006A2C08">
      <w:pPr>
        <w:jc w:val="both"/>
        <w:rPr>
          <w:b/>
          <w:bCs/>
          <w:lang w:val="en-ID"/>
        </w:rPr>
      </w:pPr>
      <w:r w:rsidRPr="00014D1F">
        <w:rPr>
          <w:b/>
          <w:bCs/>
          <w:lang w:val="en-ID"/>
        </w:rPr>
        <w:t xml:space="preserve">5.2 </w:t>
      </w:r>
      <w:proofErr w:type="spellStart"/>
      <w:r w:rsidRPr="00014D1F">
        <w:rPr>
          <w:b/>
          <w:bCs/>
          <w:lang w:val="en-ID"/>
        </w:rPr>
        <w:t>Keterbatasan</w:t>
      </w:r>
      <w:proofErr w:type="spellEnd"/>
    </w:p>
    <w:p w14:paraId="58C845D1" w14:textId="77777777" w:rsidR="00014D1F" w:rsidRPr="00014D1F" w:rsidRDefault="00014D1F" w:rsidP="006A2C08">
      <w:pPr>
        <w:ind w:firstLine="360"/>
        <w:jc w:val="both"/>
        <w:rPr>
          <w:lang w:val="en-ID"/>
        </w:rPr>
      </w:pPr>
      <w:proofErr w:type="spellStart"/>
      <w:r w:rsidRPr="00014D1F">
        <w:rPr>
          <w:lang w:val="en-ID"/>
        </w:rPr>
        <w:t>Selama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pelaksanaan</w:t>
      </w:r>
      <w:proofErr w:type="spellEnd"/>
      <w:r w:rsidRPr="00014D1F">
        <w:rPr>
          <w:lang w:val="en-ID"/>
        </w:rPr>
        <w:t xml:space="preserve"> PKL, </w:t>
      </w:r>
      <w:proofErr w:type="spellStart"/>
      <w:r w:rsidRPr="00014D1F">
        <w:rPr>
          <w:lang w:val="en-ID"/>
        </w:rPr>
        <w:t>terdapat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beberapa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keterbatasan</w:t>
      </w:r>
      <w:proofErr w:type="spellEnd"/>
      <w:r w:rsidRPr="00014D1F">
        <w:rPr>
          <w:lang w:val="en-ID"/>
        </w:rPr>
        <w:t xml:space="preserve"> yang </w:t>
      </w:r>
      <w:proofErr w:type="spellStart"/>
      <w:r w:rsidRPr="00014D1F">
        <w:rPr>
          <w:lang w:val="en-ID"/>
        </w:rPr>
        <w:t>dihadapi</w:t>
      </w:r>
      <w:proofErr w:type="spellEnd"/>
      <w:r w:rsidRPr="00014D1F">
        <w:rPr>
          <w:lang w:val="en-ID"/>
        </w:rPr>
        <w:t xml:space="preserve">, </w:t>
      </w:r>
      <w:proofErr w:type="spellStart"/>
      <w:r w:rsidRPr="00014D1F">
        <w:rPr>
          <w:lang w:val="en-ID"/>
        </w:rPr>
        <w:t>antara</w:t>
      </w:r>
      <w:proofErr w:type="spellEnd"/>
      <w:r w:rsidRPr="00014D1F">
        <w:rPr>
          <w:lang w:val="en-ID"/>
        </w:rPr>
        <w:t xml:space="preserve"> lain:</w:t>
      </w:r>
    </w:p>
    <w:p w14:paraId="162B5545" w14:textId="77777777" w:rsidR="00014D1F" w:rsidRPr="00014D1F" w:rsidRDefault="00014D1F" w:rsidP="006A2C08">
      <w:pPr>
        <w:numPr>
          <w:ilvl w:val="0"/>
          <w:numId w:val="31"/>
        </w:numPr>
        <w:jc w:val="both"/>
        <w:rPr>
          <w:lang w:val="en-ID"/>
        </w:rPr>
      </w:pPr>
      <w:r w:rsidRPr="00014D1F">
        <w:rPr>
          <w:lang w:val="en-ID"/>
        </w:rPr>
        <w:t xml:space="preserve">Waktu </w:t>
      </w:r>
      <w:proofErr w:type="spellStart"/>
      <w:r w:rsidRPr="00014D1F">
        <w:rPr>
          <w:lang w:val="en-ID"/>
        </w:rPr>
        <w:t>pelaksanaan</w:t>
      </w:r>
      <w:proofErr w:type="spellEnd"/>
      <w:r w:rsidRPr="00014D1F">
        <w:rPr>
          <w:lang w:val="en-ID"/>
        </w:rPr>
        <w:t xml:space="preserve"> PKL yang </w:t>
      </w:r>
      <w:proofErr w:type="spellStart"/>
      <w:r w:rsidRPr="00014D1F">
        <w:rPr>
          <w:lang w:val="en-ID"/>
        </w:rPr>
        <w:t>terbatas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sehingga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tidak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semua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aspek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pengelolaan</w:t>
      </w:r>
      <w:proofErr w:type="spellEnd"/>
      <w:r w:rsidRPr="00014D1F">
        <w:rPr>
          <w:lang w:val="en-ID"/>
        </w:rPr>
        <w:t xml:space="preserve"> website </w:t>
      </w:r>
      <w:proofErr w:type="spellStart"/>
      <w:r w:rsidRPr="00014D1F">
        <w:rPr>
          <w:lang w:val="en-ID"/>
        </w:rPr>
        <w:t>dapat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dipelajari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secara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mendalam</w:t>
      </w:r>
      <w:proofErr w:type="spellEnd"/>
      <w:r w:rsidRPr="00014D1F">
        <w:rPr>
          <w:lang w:val="en-ID"/>
        </w:rPr>
        <w:t>.</w:t>
      </w:r>
    </w:p>
    <w:p w14:paraId="1772F297" w14:textId="77777777" w:rsidR="00014D1F" w:rsidRPr="00014D1F" w:rsidRDefault="00014D1F" w:rsidP="006A2C08">
      <w:pPr>
        <w:numPr>
          <w:ilvl w:val="0"/>
          <w:numId w:val="31"/>
        </w:numPr>
        <w:jc w:val="both"/>
        <w:rPr>
          <w:lang w:val="en-ID"/>
        </w:rPr>
      </w:pPr>
      <w:proofErr w:type="spellStart"/>
      <w:r w:rsidRPr="00014D1F">
        <w:rPr>
          <w:lang w:val="en-ID"/>
        </w:rPr>
        <w:t>Keterbatasan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pengalaman</w:t>
      </w:r>
      <w:proofErr w:type="spellEnd"/>
      <w:r w:rsidRPr="00014D1F">
        <w:rPr>
          <w:lang w:val="en-ID"/>
        </w:rPr>
        <w:t xml:space="preserve"> dan </w:t>
      </w:r>
      <w:proofErr w:type="spellStart"/>
      <w:r w:rsidRPr="00014D1F">
        <w:rPr>
          <w:lang w:val="en-ID"/>
        </w:rPr>
        <w:t>pengetahuan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penulis</w:t>
      </w:r>
      <w:proofErr w:type="spellEnd"/>
      <w:r w:rsidRPr="00014D1F">
        <w:rPr>
          <w:lang w:val="en-ID"/>
        </w:rPr>
        <w:t xml:space="preserve"> pada </w:t>
      </w:r>
      <w:proofErr w:type="spellStart"/>
      <w:r w:rsidRPr="00014D1F">
        <w:rPr>
          <w:lang w:val="en-ID"/>
        </w:rPr>
        <w:t>awal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pelaksanaan</w:t>
      </w:r>
      <w:proofErr w:type="spellEnd"/>
      <w:r w:rsidRPr="00014D1F">
        <w:rPr>
          <w:lang w:val="en-ID"/>
        </w:rPr>
        <w:t xml:space="preserve"> PKL </w:t>
      </w:r>
      <w:proofErr w:type="spellStart"/>
      <w:r w:rsidRPr="00014D1F">
        <w:rPr>
          <w:lang w:val="en-ID"/>
        </w:rPr>
        <w:t>sehingga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memerlukan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waktu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untuk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beradaptasi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dengan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lingkungan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kerja</w:t>
      </w:r>
      <w:proofErr w:type="spellEnd"/>
      <w:r w:rsidRPr="00014D1F">
        <w:rPr>
          <w:lang w:val="en-ID"/>
        </w:rPr>
        <w:t xml:space="preserve"> dan </w:t>
      </w:r>
      <w:proofErr w:type="spellStart"/>
      <w:r w:rsidRPr="00014D1F">
        <w:rPr>
          <w:lang w:val="en-ID"/>
        </w:rPr>
        <w:t>sistem</w:t>
      </w:r>
      <w:proofErr w:type="spellEnd"/>
      <w:r w:rsidRPr="00014D1F">
        <w:rPr>
          <w:lang w:val="en-ID"/>
        </w:rPr>
        <w:t xml:space="preserve"> yang </w:t>
      </w:r>
      <w:proofErr w:type="spellStart"/>
      <w:r w:rsidRPr="00014D1F">
        <w:rPr>
          <w:lang w:val="en-ID"/>
        </w:rPr>
        <w:t>digunakan</w:t>
      </w:r>
      <w:proofErr w:type="spellEnd"/>
      <w:r w:rsidRPr="00014D1F">
        <w:rPr>
          <w:lang w:val="en-ID"/>
        </w:rPr>
        <w:t>.</w:t>
      </w:r>
    </w:p>
    <w:p w14:paraId="2FD13903" w14:textId="77777777" w:rsidR="00014D1F" w:rsidRPr="00014D1F" w:rsidRDefault="00014D1F" w:rsidP="006A2C08">
      <w:pPr>
        <w:numPr>
          <w:ilvl w:val="0"/>
          <w:numId w:val="31"/>
        </w:numPr>
        <w:jc w:val="both"/>
        <w:rPr>
          <w:lang w:val="en-ID"/>
        </w:rPr>
      </w:pPr>
      <w:proofErr w:type="spellStart"/>
      <w:r w:rsidRPr="00014D1F">
        <w:rPr>
          <w:lang w:val="en-ID"/>
        </w:rPr>
        <w:t>Beberapa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fitur</w:t>
      </w:r>
      <w:proofErr w:type="spellEnd"/>
      <w:r w:rsidRPr="00014D1F">
        <w:rPr>
          <w:lang w:val="en-ID"/>
        </w:rPr>
        <w:t xml:space="preserve"> pada </w:t>
      </w:r>
      <w:proofErr w:type="spellStart"/>
      <w:r w:rsidRPr="00014D1F">
        <w:rPr>
          <w:lang w:val="en-ID"/>
        </w:rPr>
        <w:t>aplikasi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atau</w:t>
      </w:r>
      <w:proofErr w:type="spellEnd"/>
      <w:r w:rsidRPr="00014D1F">
        <w:rPr>
          <w:lang w:val="en-ID"/>
        </w:rPr>
        <w:t xml:space="preserve"> plugin yang </w:t>
      </w:r>
      <w:proofErr w:type="spellStart"/>
      <w:r w:rsidRPr="00014D1F">
        <w:rPr>
          <w:lang w:val="en-ID"/>
        </w:rPr>
        <w:t>digunakan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memiliki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keterbatasan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karena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menggunakan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versi</w:t>
      </w:r>
      <w:proofErr w:type="spellEnd"/>
      <w:r w:rsidRPr="00014D1F">
        <w:rPr>
          <w:lang w:val="en-ID"/>
        </w:rPr>
        <w:t xml:space="preserve"> gratis </w:t>
      </w:r>
      <w:proofErr w:type="spellStart"/>
      <w:r w:rsidRPr="00014D1F">
        <w:rPr>
          <w:lang w:val="en-ID"/>
        </w:rPr>
        <w:t>sehingga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tidak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seluruh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fungsi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dapat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dimanfaatkan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secara</w:t>
      </w:r>
      <w:proofErr w:type="spellEnd"/>
      <w:r w:rsidRPr="00014D1F">
        <w:rPr>
          <w:lang w:val="en-ID"/>
        </w:rPr>
        <w:t xml:space="preserve"> optimal.</w:t>
      </w:r>
    </w:p>
    <w:p w14:paraId="0884FDBD" w14:textId="77777777" w:rsidR="00014D1F" w:rsidRPr="00014D1F" w:rsidRDefault="00014D1F" w:rsidP="006A2C08">
      <w:pPr>
        <w:jc w:val="both"/>
        <w:rPr>
          <w:b/>
          <w:bCs/>
          <w:lang w:val="en-ID"/>
        </w:rPr>
      </w:pPr>
      <w:r w:rsidRPr="00014D1F">
        <w:rPr>
          <w:b/>
          <w:bCs/>
          <w:lang w:val="en-ID"/>
        </w:rPr>
        <w:t>5.3 Implikasi</w:t>
      </w:r>
    </w:p>
    <w:p w14:paraId="7106E05F" w14:textId="77777777" w:rsidR="00014D1F" w:rsidRPr="00014D1F" w:rsidRDefault="00014D1F" w:rsidP="004A49EF">
      <w:pPr>
        <w:ind w:left="720" w:firstLine="720"/>
        <w:jc w:val="both"/>
        <w:rPr>
          <w:lang w:val="en-ID"/>
        </w:rPr>
      </w:pPr>
      <w:r w:rsidRPr="00014D1F">
        <w:rPr>
          <w:lang w:val="en-ID"/>
        </w:rPr>
        <w:t xml:space="preserve">Hasil </w:t>
      </w:r>
      <w:proofErr w:type="spellStart"/>
      <w:r w:rsidRPr="00014D1F">
        <w:rPr>
          <w:lang w:val="en-ID"/>
        </w:rPr>
        <w:t>kegiatan</w:t>
      </w:r>
      <w:proofErr w:type="spellEnd"/>
      <w:r w:rsidRPr="00014D1F">
        <w:rPr>
          <w:lang w:val="en-ID"/>
        </w:rPr>
        <w:t xml:space="preserve"> PKL </w:t>
      </w:r>
      <w:proofErr w:type="spellStart"/>
      <w:r w:rsidRPr="00014D1F">
        <w:rPr>
          <w:lang w:val="en-ID"/>
        </w:rPr>
        <w:t>memberikan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dampak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positif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bagi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berbagai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pihak</w:t>
      </w:r>
      <w:proofErr w:type="spellEnd"/>
      <w:r w:rsidRPr="00014D1F">
        <w:rPr>
          <w:lang w:val="en-ID"/>
        </w:rPr>
        <w:t xml:space="preserve">. Bagi </w:t>
      </w:r>
      <w:proofErr w:type="spellStart"/>
      <w:r w:rsidRPr="00014D1F">
        <w:rPr>
          <w:lang w:val="en-ID"/>
        </w:rPr>
        <w:t>penulis</w:t>
      </w:r>
      <w:proofErr w:type="spellEnd"/>
      <w:r w:rsidRPr="00014D1F">
        <w:rPr>
          <w:lang w:val="en-ID"/>
        </w:rPr>
        <w:t xml:space="preserve">, PKL </w:t>
      </w:r>
      <w:proofErr w:type="spellStart"/>
      <w:r w:rsidRPr="00014D1F">
        <w:rPr>
          <w:lang w:val="en-ID"/>
        </w:rPr>
        <w:t>meningkatkan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pengetahuan</w:t>
      </w:r>
      <w:proofErr w:type="spellEnd"/>
      <w:r w:rsidRPr="00014D1F">
        <w:rPr>
          <w:lang w:val="en-ID"/>
        </w:rPr>
        <w:t xml:space="preserve">, </w:t>
      </w:r>
      <w:proofErr w:type="spellStart"/>
      <w:r w:rsidRPr="00014D1F">
        <w:rPr>
          <w:lang w:val="en-ID"/>
        </w:rPr>
        <w:t>keterampilan</w:t>
      </w:r>
      <w:proofErr w:type="spellEnd"/>
      <w:r w:rsidRPr="00014D1F">
        <w:rPr>
          <w:lang w:val="en-ID"/>
        </w:rPr>
        <w:t xml:space="preserve">, dan </w:t>
      </w:r>
      <w:proofErr w:type="spellStart"/>
      <w:r w:rsidRPr="00014D1F">
        <w:rPr>
          <w:lang w:val="en-ID"/>
        </w:rPr>
        <w:lastRenderedPageBreak/>
        <w:t>pengalaman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kerja</w:t>
      </w:r>
      <w:proofErr w:type="spellEnd"/>
      <w:r w:rsidRPr="00014D1F">
        <w:rPr>
          <w:lang w:val="en-ID"/>
        </w:rPr>
        <w:t xml:space="preserve"> yang </w:t>
      </w:r>
      <w:proofErr w:type="spellStart"/>
      <w:r w:rsidRPr="00014D1F">
        <w:rPr>
          <w:lang w:val="en-ID"/>
        </w:rPr>
        <w:t>berkaitan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dengan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pengelolaan</w:t>
      </w:r>
      <w:proofErr w:type="spellEnd"/>
      <w:r w:rsidRPr="00014D1F">
        <w:rPr>
          <w:lang w:val="en-ID"/>
        </w:rPr>
        <w:t xml:space="preserve"> website </w:t>
      </w:r>
      <w:proofErr w:type="spellStart"/>
      <w:r w:rsidRPr="00014D1F">
        <w:rPr>
          <w:lang w:val="en-ID"/>
        </w:rPr>
        <w:t>serta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penggunaan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teknologi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informasi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dalam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instansi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pemerintahan</w:t>
      </w:r>
      <w:proofErr w:type="spellEnd"/>
      <w:r w:rsidRPr="00014D1F">
        <w:rPr>
          <w:lang w:val="en-ID"/>
        </w:rPr>
        <w:t xml:space="preserve">. Bagi Kementerian Agama Kota Cilegon, </w:t>
      </w:r>
      <w:proofErr w:type="spellStart"/>
      <w:r w:rsidRPr="00014D1F">
        <w:rPr>
          <w:lang w:val="en-ID"/>
        </w:rPr>
        <w:t>kegiatan</w:t>
      </w:r>
      <w:proofErr w:type="spellEnd"/>
      <w:r w:rsidRPr="00014D1F">
        <w:rPr>
          <w:lang w:val="en-ID"/>
        </w:rPr>
        <w:t xml:space="preserve"> PKL </w:t>
      </w:r>
      <w:proofErr w:type="spellStart"/>
      <w:r w:rsidRPr="00014D1F">
        <w:rPr>
          <w:lang w:val="en-ID"/>
        </w:rPr>
        <w:t>dapat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membantu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pelaksanaan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beberapa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pekerjaan</w:t>
      </w:r>
      <w:proofErr w:type="spellEnd"/>
      <w:r w:rsidRPr="00014D1F">
        <w:rPr>
          <w:lang w:val="en-ID"/>
        </w:rPr>
        <w:t xml:space="preserve"> yang </w:t>
      </w:r>
      <w:proofErr w:type="spellStart"/>
      <w:r w:rsidRPr="00014D1F">
        <w:rPr>
          <w:lang w:val="en-ID"/>
        </w:rPr>
        <w:t>berkaitan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dengan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pengelolaan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informasi</w:t>
      </w:r>
      <w:proofErr w:type="spellEnd"/>
      <w:r w:rsidRPr="00014D1F">
        <w:rPr>
          <w:lang w:val="en-ID"/>
        </w:rPr>
        <w:t xml:space="preserve"> dan website. Bagi </w:t>
      </w:r>
      <w:proofErr w:type="spellStart"/>
      <w:r w:rsidRPr="00014D1F">
        <w:rPr>
          <w:lang w:val="en-ID"/>
        </w:rPr>
        <w:t>sekolah</w:t>
      </w:r>
      <w:proofErr w:type="spellEnd"/>
      <w:r w:rsidRPr="00014D1F">
        <w:rPr>
          <w:lang w:val="en-ID"/>
        </w:rPr>
        <w:t xml:space="preserve">, </w:t>
      </w:r>
      <w:proofErr w:type="spellStart"/>
      <w:r w:rsidRPr="00014D1F">
        <w:rPr>
          <w:lang w:val="en-ID"/>
        </w:rPr>
        <w:t>kegiatan</w:t>
      </w:r>
      <w:proofErr w:type="spellEnd"/>
      <w:r w:rsidRPr="00014D1F">
        <w:rPr>
          <w:lang w:val="en-ID"/>
        </w:rPr>
        <w:t xml:space="preserve"> PKL </w:t>
      </w:r>
      <w:proofErr w:type="spellStart"/>
      <w:r w:rsidRPr="00014D1F">
        <w:rPr>
          <w:lang w:val="en-ID"/>
        </w:rPr>
        <w:t>menjadi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sarana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untuk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memperkuat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hubungan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kerja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sama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dengan</w:t>
      </w:r>
      <w:proofErr w:type="spellEnd"/>
      <w:r w:rsidRPr="00014D1F">
        <w:rPr>
          <w:lang w:val="en-ID"/>
        </w:rPr>
        <w:t xml:space="preserve"> dunia </w:t>
      </w:r>
      <w:proofErr w:type="spellStart"/>
      <w:r w:rsidRPr="00014D1F">
        <w:rPr>
          <w:lang w:val="en-ID"/>
        </w:rPr>
        <w:t>kerja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serta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meningkatkan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relevansi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pembelajaran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dengan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kebutuhan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lapangan</w:t>
      </w:r>
      <w:proofErr w:type="spellEnd"/>
      <w:r w:rsidRPr="00014D1F">
        <w:rPr>
          <w:lang w:val="en-ID"/>
        </w:rPr>
        <w:t>.</w:t>
      </w:r>
    </w:p>
    <w:p w14:paraId="2FDA9CDD" w14:textId="77777777" w:rsidR="00014D1F" w:rsidRPr="00014D1F" w:rsidRDefault="00014D1F" w:rsidP="006A2C08">
      <w:pPr>
        <w:jc w:val="both"/>
        <w:rPr>
          <w:b/>
          <w:bCs/>
          <w:lang w:val="en-ID"/>
        </w:rPr>
      </w:pPr>
      <w:r w:rsidRPr="00014D1F">
        <w:rPr>
          <w:b/>
          <w:bCs/>
          <w:lang w:val="en-ID"/>
        </w:rPr>
        <w:t>5.4 Saran</w:t>
      </w:r>
    </w:p>
    <w:p w14:paraId="70C0A9F7" w14:textId="77777777" w:rsidR="00014D1F" w:rsidRPr="00014D1F" w:rsidRDefault="00014D1F" w:rsidP="006A2C08">
      <w:pPr>
        <w:numPr>
          <w:ilvl w:val="0"/>
          <w:numId w:val="32"/>
        </w:numPr>
        <w:jc w:val="both"/>
        <w:rPr>
          <w:lang w:val="en-ID"/>
        </w:rPr>
      </w:pPr>
      <w:r w:rsidRPr="00014D1F">
        <w:rPr>
          <w:b/>
          <w:bCs/>
          <w:lang w:val="en-ID"/>
        </w:rPr>
        <w:t>Bagi Mahasiswa/</w:t>
      </w:r>
      <w:proofErr w:type="spellStart"/>
      <w:r w:rsidRPr="00014D1F">
        <w:rPr>
          <w:b/>
          <w:bCs/>
          <w:lang w:val="en-ID"/>
        </w:rPr>
        <w:t>Peserta</w:t>
      </w:r>
      <w:proofErr w:type="spellEnd"/>
      <w:r w:rsidRPr="00014D1F">
        <w:rPr>
          <w:b/>
          <w:bCs/>
          <w:lang w:val="en-ID"/>
        </w:rPr>
        <w:t xml:space="preserve"> PKL</w:t>
      </w:r>
    </w:p>
    <w:p w14:paraId="2A456736" w14:textId="77777777" w:rsidR="00014D1F" w:rsidRPr="00014D1F" w:rsidRDefault="00014D1F" w:rsidP="006A2C08">
      <w:pPr>
        <w:ind w:left="360"/>
        <w:jc w:val="both"/>
        <w:rPr>
          <w:lang w:val="en-ID"/>
        </w:rPr>
      </w:pPr>
      <w:proofErr w:type="spellStart"/>
      <w:r w:rsidRPr="00014D1F">
        <w:rPr>
          <w:lang w:val="en-ID"/>
        </w:rPr>
        <w:t>Diharapkan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mempersiapkan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diri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dengan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baik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sebelum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melaksanakan</w:t>
      </w:r>
      <w:proofErr w:type="spellEnd"/>
      <w:r w:rsidRPr="00014D1F">
        <w:rPr>
          <w:lang w:val="en-ID"/>
        </w:rPr>
        <w:t xml:space="preserve"> PKL, </w:t>
      </w:r>
      <w:proofErr w:type="spellStart"/>
      <w:r w:rsidRPr="00014D1F">
        <w:rPr>
          <w:lang w:val="en-ID"/>
        </w:rPr>
        <w:t>terutama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dalam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penguasaan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keterampilan</w:t>
      </w:r>
      <w:proofErr w:type="spellEnd"/>
      <w:r w:rsidRPr="00014D1F">
        <w:rPr>
          <w:lang w:val="en-ID"/>
        </w:rPr>
        <w:t xml:space="preserve"> yang </w:t>
      </w:r>
      <w:proofErr w:type="spellStart"/>
      <w:r w:rsidRPr="00014D1F">
        <w:rPr>
          <w:lang w:val="en-ID"/>
        </w:rPr>
        <w:t>sesuai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dengan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bidang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penempatan</w:t>
      </w:r>
      <w:proofErr w:type="spellEnd"/>
      <w:r w:rsidRPr="00014D1F">
        <w:rPr>
          <w:lang w:val="en-ID"/>
        </w:rPr>
        <w:t xml:space="preserve"> agar </w:t>
      </w:r>
      <w:proofErr w:type="spellStart"/>
      <w:r w:rsidRPr="00014D1F">
        <w:rPr>
          <w:lang w:val="en-ID"/>
        </w:rPr>
        <w:t>dapat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beradaptasi</w:t>
      </w:r>
      <w:proofErr w:type="spellEnd"/>
      <w:r w:rsidRPr="00014D1F">
        <w:rPr>
          <w:lang w:val="en-ID"/>
        </w:rPr>
        <w:t xml:space="preserve"> dan </w:t>
      </w:r>
      <w:proofErr w:type="spellStart"/>
      <w:r w:rsidRPr="00014D1F">
        <w:rPr>
          <w:lang w:val="en-ID"/>
        </w:rPr>
        <w:t>bekerja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secara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lebih</w:t>
      </w:r>
      <w:proofErr w:type="spellEnd"/>
      <w:r w:rsidRPr="00014D1F">
        <w:rPr>
          <w:lang w:val="en-ID"/>
        </w:rPr>
        <w:t xml:space="preserve"> optimal.</w:t>
      </w:r>
    </w:p>
    <w:p w14:paraId="43954D78" w14:textId="77777777" w:rsidR="00014D1F" w:rsidRPr="00014D1F" w:rsidRDefault="00014D1F" w:rsidP="006A2C08">
      <w:pPr>
        <w:numPr>
          <w:ilvl w:val="0"/>
          <w:numId w:val="32"/>
        </w:numPr>
        <w:jc w:val="both"/>
        <w:rPr>
          <w:lang w:val="en-ID"/>
        </w:rPr>
      </w:pPr>
      <w:r w:rsidRPr="00014D1F">
        <w:rPr>
          <w:b/>
          <w:bCs/>
          <w:lang w:val="en-ID"/>
        </w:rPr>
        <w:t>Bagi Kementerian Agama Kota Cilegon</w:t>
      </w:r>
    </w:p>
    <w:p w14:paraId="51C9E00A" w14:textId="77777777" w:rsidR="00014D1F" w:rsidRPr="00014D1F" w:rsidRDefault="00014D1F" w:rsidP="006A2C08">
      <w:pPr>
        <w:ind w:left="360"/>
        <w:jc w:val="both"/>
        <w:rPr>
          <w:lang w:val="en-ID"/>
        </w:rPr>
      </w:pPr>
      <w:proofErr w:type="spellStart"/>
      <w:r w:rsidRPr="00014D1F">
        <w:rPr>
          <w:lang w:val="en-ID"/>
        </w:rPr>
        <w:t>Diharapkan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dapat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terus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mengembangkan</w:t>
      </w:r>
      <w:proofErr w:type="spellEnd"/>
      <w:r w:rsidRPr="00014D1F">
        <w:rPr>
          <w:lang w:val="en-ID"/>
        </w:rPr>
        <w:t xml:space="preserve"> website </w:t>
      </w:r>
      <w:proofErr w:type="spellStart"/>
      <w:r w:rsidRPr="00014D1F">
        <w:rPr>
          <w:lang w:val="en-ID"/>
        </w:rPr>
        <w:t>instansi</w:t>
      </w:r>
      <w:proofErr w:type="spellEnd"/>
      <w:r w:rsidRPr="00014D1F">
        <w:rPr>
          <w:lang w:val="en-ID"/>
        </w:rPr>
        <w:t xml:space="preserve"> dan </w:t>
      </w:r>
      <w:proofErr w:type="spellStart"/>
      <w:r w:rsidRPr="00014D1F">
        <w:rPr>
          <w:lang w:val="en-ID"/>
        </w:rPr>
        <w:t>memberikan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kesempatan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kepada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peserta</w:t>
      </w:r>
      <w:proofErr w:type="spellEnd"/>
      <w:r w:rsidRPr="00014D1F">
        <w:rPr>
          <w:lang w:val="en-ID"/>
        </w:rPr>
        <w:t xml:space="preserve"> PKL </w:t>
      </w:r>
      <w:proofErr w:type="spellStart"/>
      <w:r w:rsidRPr="00014D1F">
        <w:rPr>
          <w:lang w:val="en-ID"/>
        </w:rPr>
        <w:t>untuk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terlibat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dalam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berbagai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kegiatan</w:t>
      </w:r>
      <w:proofErr w:type="spellEnd"/>
      <w:r w:rsidRPr="00014D1F">
        <w:rPr>
          <w:lang w:val="en-ID"/>
        </w:rPr>
        <w:t xml:space="preserve"> yang </w:t>
      </w:r>
      <w:proofErr w:type="spellStart"/>
      <w:r w:rsidRPr="00014D1F">
        <w:rPr>
          <w:lang w:val="en-ID"/>
        </w:rPr>
        <w:t>dapat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meningkatkan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pengalaman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serta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kompetensi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mereka</w:t>
      </w:r>
      <w:proofErr w:type="spellEnd"/>
      <w:r w:rsidRPr="00014D1F">
        <w:rPr>
          <w:lang w:val="en-ID"/>
        </w:rPr>
        <w:t>.</w:t>
      </w:r>
    </w:p>
    <w:p w14:paraId="48A4CB9B" w14:textId="4E6210C2" w:rsidR="00014D1F" w:rsidRPr="00014D1F" w:rsidRDefault="00014D1F" w:rsidP="006A2C08">
      <w:pPr>
        <w:numPr>
          <w:ilvl w:val="0"/>
          <w:numId w:val="32"/>
        </w:numPr>
        <w:jc w:val="both"/>
        <w:rPr>
          <w:lang w:val="en-ID"/>
        </w:rPr>
      </w:pPr>
      <w:r w:rsidRPr="00014D1F">
        <w:rPr>
          <w:b/>
          <w:bCs/>
          <w:lang w:val="en-ID"/>
        </w:rPr>
        <w:t xml:space="preserve">Bagi </w:t>
      </w:r>
      <w:r w:rsidR="003B7B5C">
        <w:rPr>
          <w:b/>
          <w:bCs/>
          <w:lang w:val="en-ID"/>
        </w:rPr>
        <w:t>Kampus</w:t>
      </w:r>
    </w:p>
    <w:p w14:paraId="7523C954" w14:textId="77777777" w:rsidR="00014D1F" w:rsidRPr="00014D1F" w:rsidRDefault="00014D1F" w:rsidP="006A2C08">
      <w:pPr>
        <w:ind w:left="360"/>
        <w:jc w:val="both"/>
        <w:rPr>
          <w:lang w:val="en-ID"/>
        </w:rPr>
      </w:pPr>
      <w:proofErr w:type="spellStart"/>
      <w:r w:rsidRPr="00014D1F">
        <w:rPr>
          <w:lang w:val="en-ID"/>
        </w:rPr>
        <w:t>Diharapkan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dapat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terus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menjalin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kerja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sama</w:t>
      </w:r>
      <w:proofErr w:type="spellEnd"/>
      <w:r w:rsidRPr="00014D1F">
        <w:rPr>
          <w:lang w:val="en-ID"/>
        </w:rPr>
        <w:t xml:space="preserve"> yang </w:t>
      </w:r>
      <w:proofErr w:type="spellStart"/>
      <w:r w:rsidRPr="00014D1F">
        <w:rPr>
          <w:lang w:val="en-ID"/>
        </w:rPr>
        <w:t>baik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dengan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instansi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tempat</w:t>
      </w:r>
      <w:proofErr w:type="spellEnd"/>
      <w:r w:rsidRPr="00014D1F">
        <w:rPr>
          <w:lang w:val="en-ID"/>
        </w:rPr>
        <w:t xml:space="preserve"> PKL </w:t>
      </w:r>
      <w:proofErr w:type="spellStart"/>
      <w:r w:rsidRPr="00014D1F">
        <w:rPr>
          <w:lang w:val="en-ID"/>
        </w:rPr>
        <w:t>serta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memberikan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pembekalan</w:t>
      </w:r>
      <w:proofErr w:type="spellEnd"/>
      <w:r w:rsidRPr="00014D1F">
        <w:rPr>
          <w:lang w:val="en-ID"/>
        </w:rPr>
        <w:t xml:space="preserve"> yang </w:t>
      </w:r>
      <w:proofErr w:type="spellStart"/>
      <w:r w:rsidRPr="00014D1F">
        <w:rPr>
          <w:lang w:val="en-ID"/>
        </w:rPr>
        <w:t>lebih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mendalam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kepada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peserta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didik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sebelum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diterjunkan</w:t>
      </w:r>
      <w:proofErr w:type="spellEnd"/>
      <w:r w:rsidRPr="00014D1F">
        <w:rPr>
          <w:lang w:val="en-ID"/>
        </w:rPr>
        <w:t xml:space="preserve"> </w:t>
      </w:r>
      <w:proofErr w:type="spellStart"/>
      <w:r w:rsidRPr="00014D1F">
        <w:rPr>
          <w:lang w:val="en-ID"/>
        </w:rPr>
        <w:t>ke</w:t>
      </w:r>
      <w:proofErr w:type="spellEnd"/>
      <w:r w:rsidRPr="00014D1F">
        <w:rPr>
          <w:lang w:val="en-ID"/>
        </w:rPr>
        <w:t xml:space="preserve"> dunia </w:t>
      </w:r>
      <w:proofErr w:type="spellStart"/>
      <w:r w:rsidRPr="00014D1F">
        <w:rPr>
          <w:lang w:val="en-ID"/>
        </w:rPr>
        <w:t>kerja</w:t>
      </w:r>
      <w:proofErr w:type="spellEnd"/>
      <w:r w:rsidRPr="00014D1F">
        <w:rPr>
          <w:lang w:val="en-ID"/>
        </w:rPr>
        <w:t>.</w:t>
      </w:r>
    </w:p>
    <w:p w14:paraId="1DCED138" w14:textId="5F4BF1C1" w:rsidR="006512E0" w:rsidRPr="00014D1F" w:rsidRDefault="006512E0" w:rsidP="006A2C08">
      <w:pPr>
        <w:jc w:val="both"/>
        <w:rPr>
          <w:lang w:val="en-ID"/>
        </w:rPr>
      </w:pPr>
    </w:p>
    <w:p w14:paraId="223D0FB0" w14:textId="77777777" w:rsidR="006512E0" w:rsidRDefault="006512E0" w:rsidP="006A2C08">
      <w:pPr>
        <w:jc w:val="both"/>
      </w:pPr>
    </w:p>
    <w:p w14:paraId="5F62A9B9" w14:textId="77777777" w:rsidR="009144C8" w:rsidRDefault="009144C8" w:rsidP="006A2C08">
      <w:pPr>
        <w:spacing w:after="200"/>
        <w:jc w:val="both"/>
        <w:rPr>
          <w:b/>
        </w:rPr>
      </w:pPr>
      <w:r>
        <w:br w:type="page"/>
      </w:r>
    </w:p>
    <w:p w14:paraId="0400C77F" w14:textId="1E07B62E" w:rsidR="00014D1F" w:rsidRDefault="008111AB" w:rsidP="006A2C08">
      <w:pPr>
        <w:pStyle w:val="BabTitle"/>
      </w:pPr>
      <w:r>
        <w:lastRenderedPageBreak/>
        <w:t>DAFTAR PUSTAKA</w:t>
      </w:r>
    </w:p>
    <w:p w14:paraId="2D35538C" w14:textId="77777777" w:rsidR="0029789F" w:rsidRPr="00014D1F" w:rsidRDefault="0029789F" w:rsidP="006A2C08">
      <w:pPr>
        <w:pStyle w:val="BabTitle"/>
      </w:pPr>
    </w:p>
    <w:p w14:paraId="371E6378" w14:textId="68326D5A" w:rsidR="0029789F" w:rsidRPr="0029789F" w:rsidRDefault="0029789F" w:rsidP="0029789F">
      <w:pPr>
        <w:ind w:left="720" w:hanging="720"/>
        <w:jc w:val="both"/>
        <w:rPr>
          <w:i/>
        </w:rPr>
      </w:pPr>
      <w:r w:rsidRPr="0029789F">
        <w:rPr>
          <w:iCs/>
        </w:rPr>
        <w:t>Interaction Design Foundation. (2024).</w:t>
      </w:r>
      <w:r w:rsidRPr="0029789F">
        <w:rPr>
          <w:i/>
        </w:rPr>
        <w:t xml:space="preserve"> UI Design (User Interface Design). https://www.interaction-design.org/literature/topics/ui-design</w:t>
      </w:r>
    </w:p>
    <w:p w14:paraId="1C548AD3" w14:textId="7199F7EC" w:rsidR="0029789F" w:rsidRPr="0029789F" w:rsidRDefault="0029789F" w:rsidP="0029789F">
      <w:pPr>
        <w:ind w:left="720" w:hanging="720"/>
        <w:jc w:val="both"/>
        <w:rPr>
          <w:i/>
        </w:rPr>
      </w:pPr>
      <w:r w:rsidRPr="0029789F">
        <w:rPr>
          <w:iCs/>
        </w:rPr>
        <w:t>Nielsen, J</w:t>
      </w:r>
      <w:r w:rsidRPr="0029789F">
        <w:rPr>
          <w:i/>
        </w:rPr>
        <w:t>. (1994). Usability Engineering. San Francisco: Morgan Kaufmann.</w:t>
      </w:r>
    </w:p>
    <w:p w14:paraId="309379E1" w14:textId="3AC91DF5" w:rsidR="0029789F" w:rsidRPr="0029789F" w:rsidRDefault="0029789F" w:rsidP="0029789F">
      <w:pPr>
        <w:ind w:left="720" w:hanging="720"/>
        <w:jc w:val="both"/>
        <w:rPr>
          <w:i/>
        </w:rPr>
      </w:pPr>
      <w:r w:rsidRPr="0029789F">
        <w:rPr>
          <w:iCs/>
        </w:rPr>
        <w:t>Nielsen Norman Group.</w:t>
      </w:r>
      <w:r w:rsidRPr="0029789F">
        <w:rPr>
          <w:i/>
        </w:rPr>
        <w:t xml:space="preserve"> </w:t>
      </w:r>
      <w:r w:rsidRPr="0029789F">
        <w:rPr>
          <w:iCs/>
        </w:rPr>
        <w:t>(2022). 10</w:t>
      </w:r>
      <w:r w:rsidRPr="0029789F">
        <w:rPr>
          <w:i/>
        </w:rPr>
        <w:t xml:space="preserve"> Usability Heuristics for User Interface Design. https://www.nngroup.com/articles/ten-usability-heuristics/</w:t>
      </w:r>
    </w:p>
    <w:p w14:paraId="2F793006" w14:textId="508F1858" w:rsidR="0029789F" w:rsidRPr="0029789F" w:rsidRDefault="0029789F" w:rsidP="0029789F">
      <w:pPr>
        <w:ind w:left="720" w:hanging="720"/>
        <w:jc w:val="both"/>
        <w:rPr>
          <w:i/>
        </w:rPr>
      </w:pPr>
      <w:r w:rsidRPr="0029789F">
        <w:rPr>
          <w:iCs/>
        </w:rPr>
        <w:t>Pressman, R. S. (2010)</w:t>
      </w:r>
      <w:r w:rsidRPr="0029789F">
        <w:rPr>
          <w:i/>
        </w:rPr>
        <w:t>. Software Engineering: A Practitioner’s Approach. New York: McGraw-Hill.</w:t>
      </w:r>
    </w:p>
    <w:p w14:paraId="08EC3870" w14:textId="1CA5C7BB" w:rsidR="0029789F" w:rsidRPr="0029789F" w:rsidRDefault="0029789F" w:rsidP="0029789F">
      <w:pPr>
        <w:ind w:left="720" w:hanging="720"/>
        <w:jc w:val="both"/>
        <w:rPr>
          <w:i/>
        </w:rPr>
      </w:pPr>
      <w:proofErr w:type="spellStart"/>
      <w:r w:rsidRPr="0029789F">
        <w:rPr>
          <w:iCs/>
        </w:rPr>
        <w:t>Shneiderman</w:t>
      </w:r>
      <w:proofErr w:type="spellEnd"/>
      <w:r w:rsidRPr="0029789F">
        <w:rPr>
          <w:iCs/>
        </w:rPr>
        <w:t xml:space="preserve">, B., &amp; </w:t>
      </w:r>
      <w:proofErr w:type="spellStart"/>
      <w:r w:rsidRPr="0029789F">
        <w:rPr>
          <w:iCs/>
        </w:rPr>
        <w:t>Plaisant</w:t>
      </w:r>
      <w:proofErr w:type="spellEnd"/>
      <w:r w:rsidRPr="0029789F">
        <w:rPr>
          <w:iCs/>
        </w:rPr>
        <w:t>, C. (2010)</w:t>
      </w:r>
      <w:r w:rsidRPr="0029789F">
        <w:rPr>
          <w:i/>
        </w:rPr>
        <w:t>. Designing the User Interface: Strategies for Effective Human-Computer Interaction. Boston: Addison-Wesley.</w:t>
      </w:r>
    </w:p>
    <w:p w14:paraId="06B301E5" w14:textId="1EEC09A8" w:rsidR="0029789F" w:rsidRPr="0029789F" w:rsidRDefault="0029789F" w:rsidP="0029789F">
      <w:pPr>
        <w:ind w:left="720" w:hanging="720"/>
        <w:jc w:val="both"/>
        <w:rPr>
          <w:i/>
        </w:rPr>
      </w:pPr>
      <w:r w:rsidRPr="0029789F">
        <w:rPr>
          <w:iCs/>
        </w:rPr>
        <w:t>WordPress Foundation. (2026).</w:t>
      </w:r>
      <w:r w:rsidRPr="0029789F">
        <w:rPr>
          <w:i/>
        </w:rPr>
        <w:t xml:space="preserve"> WordPress Documentation. https://wordpress.org/documentation/</w:t>
      </w:r>
      <w:r>
        <w:rPr>
          <w:i/>
        </w:rPr>
        <w:tab/>
      </w:r>
    </w:p>
    <w:p w14:paraId="0724906F" w14:textId="1C5C699D" w:rsidR="00672DD1" w:rsidRPr="0029789F" w:rsidRDefault="0029789F" w:rsidP="0029789F">
      <w:pPr>
        <w:ind w:left="720" w:hanging="720"/>
        <w:jc w:val="both"/>
        <w:rPr>
          <w:i/>
        </w:rPr>
      </w:pPr>
      <w:r w:rsidRPr="0029789F">
        <w:rPr>
          <w:iCs/>
        </w:rPr>
        <w:t>Norman, D. A. (2013).</w:t>
      </w:r>
      <w:r w:rsidRPr="0029789F">
        <w:rPr>
          <w:i/>
        </w:rPr>
        <w:t xml:space="preserve"> The Design of Everyday Things. New York: Basic Books.</w:t>
      </w:r>
    </w:p>
    <w:p w14:paraId="160FCB6F" w14:textId="77777777" w:rsidR="009144C8" w:rsidRDefault="009144C8" w:rsidP="0029789F">
      <w:pPr>
        <w:spacing w:after="200"/>
        <w:ind w:left="720" w:hanging="720"/>
        <w:jc w:val="both"/>
        <w:rPr>
          <w:b/>
        </w:rPr>
      </w:pPr>
      <w:r>
        <w:br w:type="page"/>
      </w:r>
    </w:p>
    <w:p w14:paraId="0D815077" w14:textId="566A9EA8" w:rsidR="002F4090" w:rsidRDefault="008111AB" w:rsidP="009833C1">
      <w:pPr>
        <w:pStyle w:val="BabTitle"/>
      </w:pPr>
      <w:r>
        <w:lastRenderedPageBreak/>
        <w:t>LAMPIRAN</w:t>
      </w:r>
    </w:p>
    <w:p w14:paraId="6A02A2D7" w14:textId="77777777" w:rsidR="009833C1" w:rsidRDefault="009833C1" w:rsidP="009833C1">
      <w:pPr>
        <w:pStyle w:val="BabTitle"/>
      </w:pPr>
    </w:p>
    <w:p w14:paraId="51D7EB44" w14:textId="63697C0C" w:rsidR="009833C1" w:rsidRDefault="009833C1" w:rsidP="009833C1">
      <w:pPr>
        <w:pStyle w:val="BabTitle"/>
        <w:jc w:val="both"/>
      </w:pPr>
      <w:r w:rsidRPr="009833C1">
        <w:t xml:space="preserve">Lampiran 1. </w:t>
      </w:r>
      <w:proofErr w:type="spellStart"/>
      <w:r w:rsidRPr="009833C1">
        <w:t>Dokumentasi</w:t>
      </w:r>
      <w:proofErr w:type="spellEnd"/>
      <w:r w:rsidRPr="009833C1">
        <w:t xml:space="preserve"> </w:t>
      </w:r>
      <w:proofErr w:type="spellStart"/>
      <w:r w:rsidRPr="009833C1">
        <w:t>Kegiatan</w:t>
      </w:r>
      <w:proofErr w:type="spellEnd"/>
      <w:r w:rsidRPr="009833C1">
        <w:t xml:space="preserve"> </w:t>
      </w:r>
      <w:proofErr w:type="spellStart"/>
      <w:r w:rsidRPr="009833C1">
        <w:t>Sosialisasi</w:t>
      </w:r>
      <w:proofErr w:type="spellEnd"/>
      <w:r w:rsidRPr="009833C1">
        <w:t xml:space="preserve"> di Aula Kantor </w:t>
      </w:r>
      <w:proofErr w:type="spellStart"/>
      <w:r w:rsidRPr="009833C1">
        <w:t>Kemenag</w:t>
      </w:r>
      <w:proofErr w:type="spellEnd"/>
    </w:p>
    <w:p w14:paraId="5A10D365" w14:textId="2E5F6B2C" w:rsidR="009833C1" w:rsidRDefault="009833C1" w:rsidP="009833C1">
      <w:pPr>
        <w:pStyle w:val="BabTitle"/>
        <w:jc w:val="both"/>
      </w:pPr>
      <w:r>
        <w:rPr>
          <w:noProof/>
        </w:rPr>
        <w:drawing>
          <wp:inline distT="0" distB="0" distL="0" distR="0" wp14:anchorId="1D9F3687" wp14:editId="1E48A543">
            <wp:extent cx="5039995" cy="2835910"/>
            <wp:effectExtent l="0" t="0" r="8255" b="2540"/>
            <wp:docPr id="14807316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31699" name="Picture 14807316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34566" w14:textId="0449B46F" w:rsidR="009833C1" w:rsidRDefault="009833C1" w:rsidP="009833C1">
      <w:pPr>
        <w:spacing w:before="60" w:after="60" w:line="240" w:lineRule="auto"/>
        <w:jc w:val="center"/>
      </w:pPr>
      <w:r>
        <w:t xml:space="preserve">Gambar 2.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</w:p>
    <w:p w14:paraId="16EA3253" w14:textId="77777777" w:rsidR="009833C1" w:rsidRDefault="009833C1" w:rsidP="009833C1">
      <w:pPr>
        <w:spacing w:line="240" w:lineRule="auto"/>
        <w:jc w:val="center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>, 2026</w:t>
      </w:r>
    </w:p>
    <w:p w14:paraId="145ABF8E" w14:textId="77777777" w:rsidR="009833C1" w:rsidRDefault="009833C1" w:rsidP="009833C1">
      <w:pPr>
        <w:spacing w:line="240" w:lineRule="auto"/>
        <w:jc w:val="center"/>
      </w:pPr>
    </w:p>
    <w:p w14:paraId="12293502" w14:textId="0C5961BF" w:rsidR="009833C1" w:rsidRDefault="009833C1" w:rsidP="009833C1">
      <w:pPr>
        <w:pStyle w:val="BabTitle"/>
        <w:jc w:val="both"/>
      </w:pPr>
      <w:r>
        <w:t xml:space="preserve">Lampiran 2. Monitoring </w:t>
      </w:r>
      <w:proofErr w:type="spellStart"/>
      <w:r>
        <w:t>Evaluasi</w:t>
      </w:r>
      <w:proofErr w:type="spellEnd"/>
      <w:r>
        <w:t xml:space="preserve"> Bersama </w:t>
      </w:r>
      <w:r w:rsidR="007A72CE">
        <w:t xml:space="preserve">Dosen </w:t>
      </w:r>
      <w:proofErr w:type="spellStart"/>
      <w:r w:rsidR="007A72CE">
        <w:t>Pembimbing</w:t>
      </w:r>
      <w:proofErr w:type="spellEnd"/>
    </w:p>
    <w:p w14:paraId="28AB4885" w14:textId="6C0D3A32" w:rsidR="007A72CE" w:rsidRPr="009833C1" w:rsidRDefault="007A72CE" w:rsidP="009833C1">
      <w:pPr>
        <w:pStyle w:val="BabTitle"/>
        <w:jc w:val="both"/>
      </w:pPr>
      <w:r>
        <w:rPr>
          <w:noProof/>
        </w:rPr>
        <w:drawing>
          <wp:inline distT="0" distB="0" distL="0" distR="0" wp14:anchorId="527E8042" wp14:editId="7DB711BB">
            <wp:extent cx="5130800" cy="2901950"/>
            <wp:effectExtent l="0" t="0" r="0" b="0"/>
            <wp:docPr id="18805731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73125" name="Picture 188057312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2CE" w:rsidRPr="009833C1" w:rsidSect="00034616">
      <w:footerReference w:type="default" r:id="rId13"/>
      <w:pgSz w:w="11906" w:h="16838"/>
      <w:pgMar w:top="2268" w:right="1701" w:bottom="1701" w:left="2268" w:header="850" w:footer="8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A6913" w14:textId="77777777" w:rsidR="00F166DF" w:rsidRDefault="00F166DF">
      <w:pPr>
        <w:spacing w:line="240" w:lineRule="auto"/>
      </w:pPr>
      <w:r>
        <w:separator/>
      </w:r>
    </w:p>
  </w:endnote>
  <w:endnote w:type="continuationSeparator" w:id="0">
    <w:p w14:paraId="5E3B032E" w14:textId="77777777" w:rsidR="00F166DF" w:rsidRDefault="00F166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5F4FC" w14:textId="77777777" w:rsidR="006512E0" w:rsidRDefault="008111AB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515060">
      <w:rPr>
        <w:noProof/>
      </w:rPr>
      <w:t>v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E432" w14:textId="1886464B" w:rsidR="006512E0" w:rsidRDefault="008111AB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515060"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A1798" w14:textId="77777777" w:rsidR="00F166DF" w:rsidRDefault="00F166DF">
      <w:pPr>
        <w:spacing w:line="240" w:lineRule="auto"/>
      </w:pPr>
      <w:r>
        <w:separator/>
      </w:r>
    </w:p>
  </w:footnote>
  <w:footnote w:type="continuationSeparator" w:id="0">
    <w:p w14:paraId="1D0EC164" w14:textId="77777777" w:rsidR="00F166DF" w:rsidRDefault="00F166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03061"/>
    <w:multiLevelType w:val="multilevel"/>
    <w:tmpl w:val="5CC2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774140C"/>
    <w:multiLevelType w:val="hybridMultilevel"/>
    <w:tmpl w:val="AAA2A51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6E512C"/>
    <w:multiLevelType w:val="hybridMultilevel"/>
    <w:tmpl w:val="8BE8D692"/>
    <w:lvl w:ilvl="0" w:tplc="8DBA9E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AC54A76"/>
    <w:multiLevelType w:val="hybridMultilevel"/>
    <w:tmpl w:val="5FFE039E"/>
    <w:lvl w:ilvl="0" w:tplc="B7CE138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4569F6"/>
    <w:multiLevelType w:val="multilevel"/>
    <w:tmpl w:val="3602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F317587"/>
    <w:multiLevelType w:val="multilevel"/>
    <w:tmpl w:val="0A3E6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E30FE1"/>
    <w:multiLevelType w:val="multilevel"/>
    <w:tmpl w:val="CEC60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C2606E"/>
    <w:multiLevelType w:val="hybridMultilevel"/>
    <w:tmpl w:val="5588D406"/>
    <w:lvl w:ilvl="0" w:tplc="38090019">
      <w:start w:val="1"/>
      <w:numFmt w:val="lowerLetter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15B310E"/>
    <w:multiLevelType w:val="multilevel"/>
    <w:tmpl w:val="5286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2973E7"/>
    <w:multiLevelType w:val="hybridMultilevel"/>
    <w:tmpl w:val="266A0D98"/>
    <w:lvl w:ilvl="0" w:tplc="B2560D8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4D25D0"/>
    <w:multiLevelType w:val="multilevel"/>
    <w:tmpl w:val="B3EC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A6410E"/>
    <w:multiLevelType w:val="hybridMultilevel"/>
    <w:tmpl w:val="0EB22D0A"/>
    <w:lvl w:ilvl="0" w:tplc="38090019">
      <w:start w:val="1"/>
      <w:numFmt w:val="lowerLetter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17F3F9E"/>
    <w:multiLevelType w:val="hybridMultilevel"/>
    <w:tmpl w:val="14BE069C"/>
    <w:lvl w:ilvl="0" w:tplc="C8B8DA6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6A07FD2"/>
    <w:multiLevelType w:val="hybridMultilevel"/>
    <w:tmpl w:val="D228FF7A"/>
    <w:lvl w:ilvl="0" w:tplc="8DBA9E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75246"/>
    <w:multiLevelType w:val="hybridMultilevel"/>
    <w:tmpl w:val="E51E773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C4289"/>
    <w:multiLevelType w:val="hybridMultilevel"/>
    <w:tmpl w:val="84482DB2"/>
    <w:lvl w:ilvl="0" w:tplc="38090019">
      <w:start w:val="1"/>
      <w:numFmt w:val="lowerLetter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5030375"/>
    <w:multiLevelType w:val="hybridMultilevel"/>
    <w:tmpl w:val="A5F8C0E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7690A"/>
    <w:multiLevelType w:val="hybridMultilevel"/>
    <w:tmpl w:val="D71AB08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87875"/>
    <w:multiLevelType w:val="multilevel"/>
    <w:tmpl w:val="F182B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213889"/>
    <w:multiLevelType w:val="multilevel"/>
    <w:tmpl w:val="3602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0278ED"/>
    <w:multiLevelType w:val="multilevel"/>
    <w:tmpl w:val="D6FAB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B57DD0"/>
    <w:multiLevelType w:val="hybridMultilevel"/>
    <w:tmpl w:val="B7F0ED70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FDC6B02"/>
    <w:multiLevelType w:val="hybridMultilevel"/>
    <w:tmpl w:val="0E28718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15188">
    <w:abstractNumId w:val="8"/>
  </w:num>
  <w:num w:numId="2" w16cid:durableId="947011122">
    <w:abstractNumId w:val="6"/>
  </w:num>
  <w:num w:numId="3" w16cid:durableId="1980183425">
    <w:abstractNumId w:val="5"/>
  </w:num>
  <w:num w:numId="4" w16cid:durableId="955062531">
    <w:abstractNumId w:val="4"/>
  </w:num>
  <w:num w:numId="5" w16cid:durableId="1872842524">
    <w:abstractNumId w:val="7"/>
  </w:num>
  <w:num w:numId="6" w16cid:durableId="524832481">
    <w:abstractNumId w:val="3"/>
  </w:num>
  <w:num w:numId="7" w16cid:durableId="1045908732">
    <w:abstractNumId w:val="2"/>
  </w:num>
  <w:num w:numId="8" w16cid:durableId="39088767">
    <w:abstractNumId w:val="1"/>
  </w:num>
  <w:num w:numId="9" w16cid:durableId="2016763121">
    <w:abstractNumId w:val="0"/>
  </w:num>
  <w:num w:numId="10" w16cid:durableId="1992561176">
    <w:abstractNumId w:val="10"/>
  </w:num>
  <w:num w:numId="11" w16cid:durableId="14041898">
    <w:abstractNumId w:val="31"/>
  </w:num>
  <w:num w:numId="12" w16cid:durableId="924533050">
    <w:abstractNumId w:val="26"/>
  </w:num>
  <w:num w:numId="13" w16cid:durableId="1503734641">
    <w:abstractNumId w:val="30"/>
  </w:num>
  <w:num w:numId="14" w16cid:durableId="1016735688">
    <w:abstractNumId w:val="11"/>
  </w:num>
  <w:num w:numId="15" w16cid:durableId="155730976">
    <w:abstractNumId w:val="22"/>
  </w:num>
  <w:num w:numId="16" w16cid:durableId="742292804">
    <w:abstractNumId w:val="24"/>
  </w:num>
  <w:num w:numId="17" w16cid:durableId="1275789619">
    <w:abstractNumId w:val="18"/>
  </w:num>
  <w:num w:numId="18" w16cid:durableId="987787088">
    <w:abstractNumId w:val="20"/>
  </w:num>
  <w:num w:numId="19" w16cid:durableId="1753425820">
    <w:abstractNumId w:val="12"/>
  </w:num>
  <w:num w:numId="20" w16cid:durableId="1762525947">
    <w:abstractNumId w:val="16"/>
  </w:num>
  <w:num w:numId="21" w16cid:durableId="2099478486">
    <w:abstractNumId w:val="21"/>
  </w:num>
  <w:num w:numId="22" w16cid:durableId="1681277667">
    <w:abstractNumId w:val="25"/>
  </w:num>
  <w:num w:numId="23" w16cid:durableId="2003846259">
    <w:abstractNumId w:val="23"/>
  </w:num>
  <w:num w:numId="24" w16cid:durableId="676152044">
    <w:abstractNumId w:val="17"/>
  </w:num>
  <w:num w:numId="25" w16cid:durableId="637295983">
    <w:abstractNumId w:val="15"/>
  </w:num>
  <w:num w:numId="26" w16cid:durableId="1728187384">
    <w:abstractNumId w:val="28"/>
  </w:num>
  <w:num w:numId="27" w16cid:durableId="1348093566">
    <w:abstractNumId w:val="13"/>
  </w:num>
  <w:num w:numId="28" w16cid:durableId="1614559703">
    <w:abstractNumId w:val="9"/>
  </w:num>
  <w:num w:numId="29" w16cid:durableId="1408726393">
    <w:abstractNumId w:val="19"/>
  </w:num>
  <w:num w:numId="30" w16cid:durableId="869336588">
    <w:abstractNumId w:val="14"/>
  </w:num>
  <w:num w:numId="31" w16cid:durableId="959606250">
    <w:abstractNumId w:val="27"/>
  </w:num>
  <w:num w:numId="32" w16cid:durableId="182296550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D1F"/>
    <w:rsid w:val="00034616"/>
    <w:rsid w:val="0005357C"/>
    <w:rsid w:val="0006063C"/>
    <w:rsid w:val="00061229"/>
    <w:rsid w:val="0007110D"/>
    <w:rsid w:val="00084EE8"/>
    <w:rsid w:val="0008624C"/>
    <w:rsid w:val="000B6B58"/>
    <w:rsid w:val="000D7D86"/>
    <w:rsid w:val="0015074B"/>
    <w:rsid w:val="001565F7"/>
    <w:rsid w:val="001B5AE0"/>
    <w:rsid w:val="0025648F"/>
    <w:rsid w:val="00263EE2"/>
    <w:rsid w:val="0029639D"/>
    <w:rsid w:val="0029789F"/>
    <w:rsid w:val="002A2226"/>
    <w:rsid w:val="002C509E"/>
    <w:rsid w:val="002E01F7"/>
    <w:rsid w:val="002F4090"/>
    <w:rsid w:val="00326F90"/>
    <w:rsid w:val="0033628F"/>
    <w:rsid w:val="00372373"/>
    <w:rsid w:val="00372612"/>
    <w:rsid w:val="00395BF0"/>
    <w:rsid w:val="003B7B5C"/>
    <w:rsid w:val="003D0A75"/>
    <w:rsid w:val="004A49EF"/>
    <w:rsid w:val="004C2EC8"/>
    <w:rsid w:val="00515060"/>
    <w:rsid w:val="00541ECB"/>
    <w:rsid w:val="00550D4C"/>
    <w:rsid w:val="005E4F13"/>
    <w:rsid w:val="006120D7"/>
    <w:rsid w:val="00632C4F"/>
    <w:rsid w:val="00644497"/>
    <w:rsid w:val="006512E0"/>
    <w:rsid w:val="00655AE5"/>
    <w:rsid w:val="00672DD1"/>
    <w:rsid w:val="00677053"/>
    <w:rsid w:val="006A2C08"/>
    <w:rsid w:val="006A774E"/>
    <w:rsid w:val="006E2598"/>
    <w:rsid w:val="00730E44"/>
    <w:rsid w:val="00753466"/>
    <w:rsid w:val="00781508"/>
    <w:rsid w:val="007A72CE"/>
    <w:rsid w:val="007F2CA3"/>
    <w:rsid w:val="008004A7"/>
    <w:rsid w:val="008111AB"/>
    <w:rsid w:val="0084600A"/>
    <w:rsid w:val="008540F2"/>
    <w:rsid w:val="00881D64"/>
    <w:rsid w:val="008B2824"/>
    <w:rsid w:val="008F1CC8"/>
    <w:rsid w:val="009144C8"/>
    <w:rsid w:val="00930173"/>
    <w:rsid w:val="009326C3"/>
    <w:rsid w:val="009833C1"/>
    <w:rsid w:val="009C08F8"/>
    <w:rsid w:val="009D0753"/>
    <w:rsid w:val="009D3CC0"/>
    <w:rsid w:val="00A21ABE"/>
    <w:rsid w:val="00A30C34"/>
    <w:rsid w:val="00AA1D8D"/>
    <w:rsid w:val="00AC4053"/>
    <w:rsid w:val="00B3340C"/>
    <w:rsid w:val="00B47730"/>
    <w:rsid w:val="00B573FC"/>
    <w:rsid w:val="00BF4BC4"/>
    <w:rsid w:val="00C834F6"/>
    <w:rsid w:val="00CB0664"/>
    <w:rsid w:val="00CB3FD4"/>
    <w:rsid w:val="00CF1606"/>
    <w:rsid w:val="00D1360D"/>
    <w:rsid w:val="00D22D58"/>
    <w:rsid w:val="00D92EA6"/>
    <w:rsid w:val="00DC3F0D"/>
    <w:rsid w:val="00DC646A"/>
    <w:rsid w:val="00E86A17"/>
    <w:rsid w:val="00F03D24"/>
    <w:rsid w:val="00F166DF"/>
    <w:rsid w:val="00F86015"/>
    <w:rsid w:val="00FC693F"/>
    <w:rsid w:val="00FE485C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36C7C"/>
  <w14:defaultImageDpi w14:val="300"/>
  <w15:docId w15:val="{4D3E95EF-CC33-4933-A3A6-B7909E69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abTitle">
    <w:name w:val="BabTitle"/>
    <w:pPr>
      <w:spacing w:after="0" w:line="360" w:lineRule="auto"/>
      <w:jc w:val="center"/>
    </w:pPr>
    <w:rPr>
      <w:rFonts w:ascii="Times New Roman" w:eastAsia="Times New Roman" w:hAnsi="Times New Roman"/>
      <w:b/>
      <w:sz w:val="24"/>
    </w:rPr>
  </w:style>
  <w:style w:type="paragraph" w:customStyle="1" w:styleId="Subbab">
    <w:name w:val="Subbab"/>
    <w:pPr>
      <w:spacing w:after="0" w:line="360" w:lineRule="auto"/>
    </w:pPr>
    <w:rPr>
      <w:rFonts w:ascii="Times New Roman" w:eastAsia="Times New Roman" w:hAnsi="Times New Roman"/>
      <w:b/>
      <w:sz w:val="24"/>
    </w:rPr>
  </w:style>
  <w:style w:type="paragraph" w:customStyle="1" w:styleId="AnakSubbab">
    <w:name w:val="AnakSubbab"/>
    <w:pPr>
      <w:spacing w:after="0" w:line="360" w:lineRule="auto"/>
    </w:pPr>
    <w:rPr>
      <w:rFonts w:ascii="Times New Roman" w:eastAsia="Times New Roman" w:hAnsi="Times New Roman"/>
      <w:b/>
      <w:sz w:val="24"/>
    </w:rPr>
  </w:style>
  <w:style w:type="paragraph" w:customStyle="1" w:styleId="TemplateNote">
    <w:name w:val="TemplateNote"/>
    <w:pPr>
      <w:spacing w:after="120" w:line="360" w:lineRule="auto"/>
    </w:pPr>
    <w:rPr>
      <w:rFonts w:ascii="Times New Roman" w:eastAsia="Times New Roman" w:hAnsi="Times New Roman"/>
    </w:rPr>
  </w:style>
  <w:style w:type="table" w:styleId="PlainTable2">
    <w:name w:val="Plain Table 2"/>
    <w:basedOn w:val="TableNormal"/>
    <w:uiPriority w:val="99"/>
    <w:rsid w:val="007534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B573F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573FC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573FC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9D0753"/>
    <w:rPr>
      <w:rFonts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97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2D54E-195C-481B-8806-0596BA63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31</Pages>
  <Words>6171</Words>
  <Characters>35180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Laporan Hasil PKL/Magang Fakultas Sains</vt:lpstr>
    </vt:vector>
  </TitlesOfParts>
  <Manager/>
  <Company/>
  <LinksUpToDate>false</LinksUpToDate>
  <CharactersWithSpaces>41269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Laporan Hasil PKL/Magang Fakultas Sains</dc:title>
  <dc:subject>Template laporan hasil PKL/Magang berdasarkan Pedoman PKL/Magang Fakultas Sains 2022</dc:subject>
  <dc:creator>OpenAI</dc:creator>
  <cp:keywords>PKL, Magang, Template Laporan, Fakultas Sains</cp:keywords>
  <dc:description/>
  <cp:lastModifiedBy>vikri maulana</cp:lastModifiedBy>
  <cp:revision>2</cp:revision>
  <dcterms:created xsi:type="dcterms:W3CDTF">2026-06-25T08:30:00Z</dcterms:created>
  <dcterms:modified xsi:type="dcterms:W3CDTF">2026-06-25T08:30:00Z</dcterms:modified>
  <cp:category/>
</cp:coreProperties>
</file>