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06F70" w14:textId="77777777" w:rsidR="00C83DA1" w:rsidRDefault="00000000">
      <w:pPr>
        <w:spacing w:after="240" w:line="360" w:lineRule="auto"/>
        <w:jc w:val="center"/>
      </w:pPr>
      <w:r>
        <w:rPr>
          <w:rFonts w:ascii="Times New Roman" w:hAnsi="Times New Roman" w:cs="Times New Roman"/>
          <w:b/>
          <w:sz w:val="28"/>
        </w:rPr>
        <w:t>RANCANG BANGUN SISTEM AKSES RUANGAN BERBASIS RFID DENGAN SOLENOID DOOR LOCK MENGGUNAKAN ARDUINO UNO</w:t>
      </w:r>
    </w:p>
    <w:p w14:paraId="0BDFE439" w14:textId="77777777" w:rsidR="00C83DA1" w:rsidRDefault="00000000">
      <w:pPr>
        <w:spacing w:after="40" w:line="240" w:lineRule="auto"/>
        <w:jc w:val="center"/>
      </w:pPr>
      <w:r>
        <w:rPr>
          <w:rFonts w:ascii="Times New Roman" w:hAnsi="Times New Roman" w:cs="Times New Roman"/>
          <w:b/>
          <w:sz w:val="24"/>
        </w:rPr>
        <w:t>Rizky Teguh Nurhilmanny</w:t>
      </w:r>
    </w:p>
    <w:p w14:paraId="41C72066" w14:textId="3D42556E" w:rsidR="00C83DA1" w:rsidRDefault="00000000" w:rsidP="00EB7019">
      <w:pPr>
        <w:spacing w:after="40" w:line="360" w:lineRule="auto"/>
        <w:jc w:val="center"/>
      </w:pPr>
      <w:r>
        <w:rPr>
          <w:rFonts w:ascii="Times New Roman" w:hAnsi="Times New Roman" w:cs="Times New Roman"/>
          <w:i/>
          <w:sz w:val="20"/>
        </w:rPr>
        <w:t xml:space="preserve">Program Studi </w:t>
      </w:r>
      <w:proofErr w:type="spellStart"/>
      <w:r>
        <w:rPr>
          <w:rFonts w:ascii="Times New Roman" w:hAnsi="Times New Roman" w:cs="Times New Roman"/>
          <w:i/>
          <w:sz w:val="20"/>
        </w:rPr>
        <w:t>Informatika</w:t>
      </w:r>
      <w:proofErr w:type="spellEnd"/>
      <w:r>
        <w:rPr>
          <w:rFonts w:ascii="Times New Roman" w:hAnsi="Times New Roman" w:cs="Times New Roman"/>
          <w:i/>
          <w:sz w:val="20"/>
        </w:rPr>
        <w:t xml:space="preserve">, </w:t>
      </w:r>
      <w:proofErr w:type="spellStart"/>
      <w:r>
        <w:rPr>
          <w:rFonts w:ascii="Times New Roman" w:hAnsi="Times New Roman" w:cs="Times New Roman"/>
          <w:i/>
          <w:sz w:val="20"/>
        </w:rPr>
        <w:t>Fakultas</w:t>
      </w:r>
      <w:proofErr w:type="spellEnd"/>
      <w:r>
        <w:rPr>
          <w:rFonts w:ascii="Times New Roman" w:hAnsi="Times New Roman" w:cs="Times New Roman"/>
          <w:i/>
          <w:sz w:val="20"/>
        </w:rPr>
        <w:t xml:space="preserve"> Sains dan </w:t>
      </w:r>
      <w:proofErr w:type="spellStart"/>
      <w:r>
        <w:rPr>
          <w:rFonts w:ascii="Times New Roman" w:hAnsi="Times New Roman" w:cs="Times New Roman"/>
          <w:i/>
          <w:sz w:val="20"/>
        </w:rPr>
        <w:t>Teknologi</w:t>
      </w:r>
      <w:proofErr w:type="spellEnd"/>
      <w:r>
        <w:rPr>
          <w:rFonts w:ascii="Times New Roman" w:hAnsi="Times New Roman" w:cs="Times New Roman"/>
          <w:i/>
          <w:sz w:val="20"/>
        </w:rPr>
        <w:t>, Universitas Islam Negeri Sultan Maulana Hasanuddin Banten</w:t>
      </w:r>
    </w:p>
    <w:p w14:paraId="0F32BCAE" w14:textId="77777777" w:rsidR="00C83DA1" w:rsidRDefault="00000000">
      <w:pPr>
        <w:spacing w:before="120" w:after="120" w:line="360" w:lineRule="auto"/>
        <w:jc w:val="center"/>
      </w:pPr>
      <w:r>
        <w:rPr>
          <w:rFonts w:ascii="Times New Roman" w:hAnsi="Times New Roman" w:cs="Times New Roman"/>
          <w:b/>
        </w:rPr>
        <w:t>ABSTRAK</w:t>
      </w:r>
    </w:p>
    <w:p w14:paraId="5F994EBF" w14:textId="15C2D0CA" w:rsidR="00C83DA1" w:rsidRDefault="001A4F00" w:rsidP="001A4F00">
      <w:pPr>
        <w:spacing w:after="240" w:line="360" w:lineRule="auto"/>
        <w:ind w:firstLine="720"/>
        <w:jc w:val="both"/>
      </w:pPr>
      <w:proofErr w:type="spellStart"/>
      <w:r w:rsidRPr="001A4F00">
        <w:rPr>
          <w:rFonts w:ascii="Times New Roman" w:hAnsi="Times New Roman" w:cs="Times New Roman"/>
          <w:sz w:val="20"/>
        </w:rPr>
        <w:t>Sistem</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keamanan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fisik</w:t>
      </w:r>
      <w:proofErr w:type="spellEnd"/>
      <w:r w:rsidRPr="001A4F00">
        <w:rPr>
          <w:rFonts w:ascii="Times New Roman" w:hAnsi="Times New Roman" w:cs="Times New Roman"/>
          <w:sz w:val="20"/>
        </w:rPr>
        <w:t xml:space="preserve"> pada </w:t>
      </w:r>
      <w:proofErr w:type="spellStart"/>
      <w:r w:rsidRPr="001A4F00">
        <w:rPr>
          <w:rFonts w:ascii="Times New Roman" w:hAnsi="Times New Roman" w:cs="Times New Roman"/>
          <w:sz w:val="20"/>
        </w:rPr>
        <w:t>ruangan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krusial</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membutuhkan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mekanisme</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kontrol</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akses</w:t>
      </w:r>
      <w:proofErr w:type="spellEnd"/>
      <w:r w:rsidRPr="001A4F00">
        <w:rPr>
          <w:rFonts w:ascii="Times New Roman" w:hAnsi="Times New Roman" w:cs="Times New Roman"/>
          <w:sz w:val="20"/>
        </w:rPr>
        <w:t xml:space="preserve"> yang </w:t>
      </w:r>
      <w:proofErr w:type="spellStart"/>
      <w:r w:rsidRPr="001A4F00">
        <w:rPr>
          <w:rFonts w:ascii="Times New Roman" w:hAnsi="Times New Roman" w:cs="Times New Roman"/>
          <w:sz w:val="20"/>
        </w:rPr>
        <w:t>responsif</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terintegrasi</w:t>
      </w:r>
      <w:proofErr w:type="spellEnd"/>
      <w:r w:rsidRPr="001A4F00">
        <w:rPr>
          <w:rFonts w:ascii="Times New Roman" w:hAnsi="Times New Roman" w:cs="Times New Roman"/>
          <w:sz w:val="20"/>
        </w:rPr>
        <w:t xml:space="preserve">, dan </w:t>
      </w:r>
      <w:proofErr w:type="spellStart"/>
      <w:r w:rsidRPr="001A4F00">
        <w:rPr>
          <w:rFonts w:ascii="Times New Roman" w:hAnsi="Times New Roman" w:cs="Times New Roman"/>
          <w:sz w:val="20"/>
        </w:rPr>
        <w:t>terekam</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secara</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real-time</w:t>
      </w:r>
      <w:r w:rsidRPr="001A4F00">
        <w:rPr>
          <w:rFonts w:ascii="Times New Roman" w:hAnsi="Times New Roman" w:cs="Times New Roman"/>
          <w:sz w:val="20"/>
        </w:rPr>
        <w:t xml:space="preserve">. </w:t>
      </w:r>
      <w:proofErr w:type="spellStart"/>
      <w:r w:rsidRPr="001A4F00">
        <w:rPr>
          <w:rFonts w:ascii="Times New Roman" w:hAnsi="Times New Roman" w:cs="Times New Roman"/>
          <w:sz w:val="20"/>
        </w:rPr>
        <w:t>Penelitian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ini</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bertujuan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untuk</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mengimplementasikan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sistem</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keamanan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pintu</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akses</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berbasis</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mikrokontroler</w:t>
      </w:r>
      <w:proofErr w:type="spellEnd"/>
      <w:r w:rsidRPr="001A4F00">
        <w:rPr>
          <w:rFonts w:ascii="Times New Roman" w:hAnsi="Times New Roman" w:cs="Times New Roman"/>
          <w:sz w:val="20"/>
        </w:rPr>
        <w:t xml:space="preserve"> Arduino Uno yang </w:t>
      </w:r>
      <w:proofErr w:type="spellStart"/>
      <w:r w:rsidRPr="001A4F00">
        <w:rPr>
          <w:rFonts w:ascii="Times New Roman" w:hAnsi="Times New Roman" w:cs="Times New Roman"/>
          <w:sz w:val="20"/>
        </w:rPr>
        <w:t>terintegrasi</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dengan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modul</w:t>
      </w:r>
      <w:proofErr w:type="spellEnd"/>
      <w:r w:rsidRPr="001A4F00">
        <w:rPr>
          <w:rFonts w:ascii="Times New Roman" w:hAnsi="Times New Roman" w:cs="Times New Roman"/>
          <w:sz w:val="20"/>
        </w:rPr>
        <w:t xml:space="preserve"> RFID RC522, Solenoid Door Lock 12V, </w:t>
      </w:r>
      <w:proofErr w:type="spellStart"/>
      <w:r w:rsidRPr="001A4F00">
        <w:rPr>
          <w:rFonts w:ascii="Times New Roman" w:hAnsi="Times New Roman" w:cs="Times New Roman"/>
          <w:sz w:val="20"/>
        </w:rPr>
        <w:t>serta</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aplikasi</w:t>
      </w:r>
      <w:proofErr w:type="spellEnd"/>
      <w:r w:rsidRPr="001A4F00">
        <w:rPr>
          <w:rFonts w:ascii="Times New Roman" w:hAnsi="Times New Roman" w:cs="Times New Roman"/>
          <w:sz w:val="20"/>
        </w:rPr>
        <w:t xml:space="preserve"> web Laravel </w:t>
      </w:r>
      <w:proofErr w:type="spellStart"/>
      <w:r w:rsidRPr="001A4F00">
        <w:rPr>
          <w:rFonts w:ascii="Times New Roman" w:hAnsi="Times New Roman" w:cs="Times New Roman"/>
          <w:sz w:val="20"/>
        </w:rPr>
        <w:t>melalui</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perantara</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script</w:t>
      </w:r>
      <w:r w:rsidRPr="001A4F00">
        <w:rPr>
          <w:rFonts w:ascii="Times New Roman" w:hAnsi="Times New Roman" w:cs="Times New Roman"/>
          <w:sz w:val="20"/>
        </w:rPr>
        <w:t xml:space="preserve"> Python Serial Bridge. Ketika </w:t>
      </w:r>
      <w:proofErr w:type="spellStart"/>
      <w:r w:rsidRPr="001A4F00">
        <w:rPr>
          <w:rFonts w:ascii="Times New Roman" w:hAnsi="Times New Roman" w:cs="Times New Roman"/>
          <w:sz w:val="20"/>
        </w:rPr>
        <w:t>kartu</w:t>
      </w:r>
      <w:proofErr w:type="spellEnd"/>
      <w:r w:rsidRPr="001A4F00">
        <w:rPr>
          <w:rFonts w:ascii="Times New Roman" w:hAnsi="Times New Roman" w:cs="Times New Roman"/>
          <w:sz w:val="20"/>
        </w:rPr>
        <w:t xml:space="preserve">/tag RFID </w:t>
      </w:r>
      <w:proofErr w:type="spellStart"/>
      <w:r w:rsidRPr="001A4F00">
        <w:rPr>
          <w:rFonts w:ascii="Times New Roman" w:hAnsi="Times New Roman" w:cs="Times New Roman"/>
          <w:sz w:val="20"/>
        </w:rPr>
        <w:t>ditempelkan</w:t>
      </w:r>
      <w:proofErr w:type="spellEnd"/>
      <w:r w:rsidRPr="001A4F00">
        <w:rPr>
          <w:rFonts w:ascii="Times New Roman" w:hAnsi="Times New Roman" w:cs="Times New Roman"/>
          <w:sz w:val="20"/>
        </w:rPr>
        <w:t xml:space="preserve"> pada </w:t>
      </w:r>
      <w:r w:rsidRPr="001A4F00">
        <w:rPr>
          <w:rFonts w:ascii="Times New Roman" w:hAnsi="Times New Roman" w:cs="Times New Roman"/>
          <w:i/>
          <w:iCs/>
          <w:sz w:val="20"/>
        </w:rPr>
        <w:t>reader</w:t>
      </w:r>
      <w:r w:rsidRPr="001A4F00">
        <w:rPr>
          <w:rFonts w:ascii="Times New Roman" w:hAnsi="Times New Roman" w:cs="Times New Roman"/>
          <w:sz w:val="20"/>
        </w:rPr>
        <w:t xml:space="preserve"> RC522, Arduino </w:t>
      </w:r>
      <w:proofErr w:type="spellStart"/>
      <w:r w:rsidRPr="001A4F00">
        <w:rPr>
          <w:rFonts w:ascii="Times New Roman" w:hAnsi="Times New Roman" w:cs="Times New Roman"/>
          <w:sz w:val="20"/>
        </w:rPr>
        <w:t>akan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membaca</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nilai</w:t>
      </w:r>
      <w:proofErr w:type="spellEnd"/>
      <w:r w:rsidRPr="001A4F00">
        <w:rPr>
          <w:rFonts w:ascii="Times New Roman" w:hAnsi="Times New Roman" w:cs="Times New Roman"/>
          <w:sz w:val="20"/>
        </w:rPr>
        <w:t xml:space="preserve"> UID (</w:t>
      </w:r>
      <w:r w:rsidRPr="001A4F00">
        <w:rPr>
          <w:rFonts w:ascii="Times New Roman" w:hAnsi="Times New Roman" w:cs="Times New Roman"/>
          <w:i/>
          <w:iCs/>
          <w:sz w:val="20"/>
        </w:rPr>
        <w:t>Unique Identifier</w:t>
      </w:r>
      <w:r w:rsidRPr="001A4F00">
        <w:rPr>
          <w:rFonts w:ascii="Times New Roman" w:hAnsi="Times New Roman" w:cs="Times New Roman"/>
          <w:sz w:val="20"/>
        </w:rPr>
        <w:t xml:space="preserve">) dan </w:t>
      </w:r>
      <w:proofErr w:type="spellStart"/>
      <w:r w:rsidRPr="001A4F00">
        <w:rPr>
          <w:rFonts w:ascii="Times New Roman" w:hAnsi="Times New Roman" w:cs="Times New Roman"/>
          <w:sz w:val="20"/>
        </w:rPr>
        <w:t>mengirimkannya</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melalui</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komunikasi</w:t>
      </w:r>
      <w:proofErr w:type="spellEnd"/>
      <w:r w:rsidRPr="001A4F00">
        <w:rPr>
          <w:rFonts w:ascii="Times New Roman" w:hAnsi="Times New Roman" w:cs="Times New Roman"/>
          <w:sz w:val="20"/>
        </w:rPr>
        <w:t xml:space="preserve"> serial </w:t>
      </w:r>
      <w:proofErr w:type="spellStart"/>
      <w:r w:rsidRPr="001A4F00">
        <w:rPr>
          <w:rFonts w:ascii="Times New Roman" w:hAnsi="Times New Roman" w:cs="Times New Roman"/>
          <w:sz w:val="20"/>
        </w:rPr>
        <w:t>ke</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script</w:t>
      </w:r>
      <w:r w:rsidRPr="001A4F00">
        <w:rPr>
          <w:rFonts w:ascii="Times New Roman" w:hAnsi="Times New Roman" w:cs="Times New Roman"/>
          <w:sz w:val="20"/>
        </w:rPr>
        <w:t xml:space="preserve"> Python di </w:t>
      </w:r>
      <w:proofErr w:type="spellStart"/>
      <w:r w:rsidRPr="001A4F00">
        <w:rPr>
          <w:rFonts w:ascii="Times New Roman" w:hAnsi="Times New Roman" w:cs="Times New Roman"/>
          <w:sz w:val="20"/>
        </w:rPr>
        <w:t>komputer</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host</w:t>
      </w:r>
      <w:r w:rsidRPr="001A4F00">
        <w:rPr>
          <w:rFonts w:ascii="Times New Roman" w:hAnsi="Times New Roman" w:cs="Times New Roman"/>
          <w:sz w:val="20"/>
        </w:rPr>
        <w:t xml:space="preserve">. </w:t>
      </w:r>
      <w:r w:rsidRPr="001A4F00">
        <w:rPr>
          <w:rFonts w:ascii="Times New Roman" w:hAnsi="Times New Roman" w:cs="Times New Roman"/>
          <w:i/>
          <w:iCs/>
          <w:sz w:val="20"/>
        </w:rPr>
        <w:t>Script</w:t>
      </w:r>
      <w:r w:rsidRPr="001A4F00">
        <w:rPr>
          <w:rFonts w:ascii="Times New Roman" w:hAnsi="Times New Roman" w:cs="Times New Roman"/>
          <w:sz w:val="20"/>
        </w:rPr>
        <w:t xml:space="preserve"> Python </w:t>
      </w:r>
      <w:proofErr w:type="spellStart"/>
      <w:r w:rsidRPr="001A4F00">
        <w:rPr>
          <w:rFonts w:ascii="Times New Roman" w:hAnsi="Times New Roman" w:cs="Times New Roman"/>
          <w:sz w:val="20"/>
        </w:rPr>
        <w:t>kemudian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meneruskan</w:t>
      </w:r>
      <w:proofErr w:type="spellEnd"/>
      <w:r w:rsidRPr="001A4F00">
        <w:rPr>
          <w:rFonts w:ascii="Times New Roman" w:hAnsi="Times New Roman" w:cs="Times New Roman"/>
          <w:sz w:val="20"/>
        </w:rPr>
        <w:t xml:space="preserve"> UID </w:t>
      </w:r>
      <w:proofErr w:type="spellStart"/>
      <w:r w:rsidRPr="001A4F00">
        <w:rPr>
          <w:rFonts w:ascii="Times New Roman" w:hAnsi="Times New Roman" w:cs="Times New Roman"/>
          <w:sz w:val="20"/>
        </w:rPr>
        <w:t>tersebut</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ke</w:t>
      </w:r>
      <w:proofErr w:type="spellEnd"/>
      <w:r w:rsidRPr="001A4F00">
        <w:rPr>
          <w:rFonts w:ascii="Times New Roman" w:hAnsi="Times New Roman" w:cs="Times New Roman"/>
          <w:sz w:val="20"/>
        </w:rPr>
        <w:t xml:space="preserve"> Laravel Web API </w:t>
      </w:r>
      <w:proofErr w:type="spellStart"/>
      <w:r w:rsidRPr="001A4F00">
        <w:rPr>
          <w:rFonts w:ascii="Times New Roman" w:hAnsi="Times New Roman" w:cs="Times New Roman"/>
          <w:sz w:val="20"/>
        </w:rPr>
        <w:t>untuk</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diverifikasi</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dengan</w:t>
      </w:r>
      <w:proofErr w:type="spellEnd"/>
      <w:r w:rsidRPr="001A4F00">
        <w:rPr>
          <w:rFonts w:ascii="Times New Roman" w:hAnsi="Times New Roman" w:cs="Times New Roman"/>
          <w:sz w:val="20"/>
        </w:rPr>
        <w:t xml:space="preserve"> database </w:t>
      </w:r>
      <w:proofErr w:type="spellStart"/>
      <w:r w:rsidRPr="001A4F00">
        <w:rPr>
          <w:rFonts w:ascii="Times New Roman" w:hAnsi="Times New Roman" w:cs="Times New Roman"/>
          <w:sz w:val="20"/>
        </w:rPr>
        <w:t>pengguna</w:t>
      </w:r>
      <w:proofErr w:type="spellEnd"/>
      <w:r w:rsidRPr="001A4F00">
        <w:rPr>
          <w:rFonts w:ascii="Times New Roman" w:hAnsi="Times New Roman" w:cs="Times New Roman"/>
          <w:sz w:val="20"/>
        </w:rPr>
        <w:t xml:space="preserve">. Jika </w:t>
      </w:r>
      <w:proofErr w:type="spellStart"/>
      <w:r w:rsidRPr="001A4F00">
        <w:rPr>
          <w:rFonts w:ascii="Times New Roman" w:hAnsi="Times New Roman" w:cs="Times New Roman"/>
          <w:sz w:val="20"/>
        </w:rPr>
        <w:t>hak</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akses</w:t>
      </w:r>
      <w:proofErr w:type="spellEnd"/>
      <w:r w:rsidRPr="001A4F00">
        <w:rPr>
          <w:rFonts w:ascii="Times New Roman" w:hAnsi="Times New Roman" w:cs="Times New Roman"/>
          <w:sz w:val="20"/>
        </w:rPr>
        <w:t xml:space="preserve"> valid, Laravel </w:t>
      </w:r>
      <w:proofErr w:type="spellStart"/>
      <w:r w:rsidRPr="001A4F00">
        <w:rPr>
          <w:rFonts w:ascii="Times New Roman" w:hAnsi="Times New Roman" w:cs="Times New Roman"/>
          <w:sz w:val="20"/>
        </w:rPr>
        <w:t>memberikan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respon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otorisasi</w:t>
      </w:r>
      <w:proofErr w:type="spellEnd"/>
      <w:r w:rsidRPr="001A4F00">
        <w:rPr>
          <w:rFonts w:ascii="Times New Roman" w:hAnsi="Times New Roman" w:cs="Times New Roman"/>
          <w:sz w:val="20"/>
        </w:rPr>
        <w:t xml:space="preserve"> dan Arduino </w:t>
      </w:r>
      <w:proofErr w:type="spellStart"/>
      <w:r w:rsidRPr="001A4F00">
        <w:rPr>
          <w:rFonts w:ascii="Times New Roman" w:hAnsi="Times New Roman" w:cs="Times New Roman"/>
          <w:sz w:val="20"/>
        </w:rPr>
        <w:t>akan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mengaktifkan</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relay</w:t>
      </w:r>
      <w:r w:rsidRPr="001A4F00">
        <w:rPr>
          <w:rFonts w:ascii="Times New Roman" w:hAnsi="Times New Roman" w:cs="Times New Roman"/>
          <w:sz w:val="20"/>
        </w:rPr>
        <w:t xml:space="preserve"> </w:t>
      </w:r>
      <w:proofErr w:type="spellStart"/>
      <w:r w:rsidRPr="001A4F00">
        <w:rPr>
          <w:rFonts w:ascii="Times New Roman" w:hAnsi="Times New Roman" w:cs="Times New Roman"/>
          <w:sz w:val="20"/>
        </w:rPr>
        <w:t>untuk</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membuka</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solenoid door lock</w:t>
      </w:r>
      <w:r w:rsidRPr="001A4F00">
        <w:rPr>
          <w:rFonts w:ascii="Times New Roman" w:hAnsi="Times New Roman" w:cs="Times New Roman"/>
          <w:sz w:val="20"/>
        </w:rPr>
        <w:t xml:space="preserve"> </w:t>
      </w:r>
      <w:proofErr w:type="spellStart"/>
      <w:r w:rsidRPr="001A4F00">
        <w:rPr>
          <w:rFonts w:ascii="Times New Roman" w:hAnsi="Times New Roman" w:cs="Times New Roman"/>
          <w:sz w:val="20"/>
        </w:rPr>
        <w:t>selama</w:t>
      </w:r>
      <w:proofErr w:type="spellEnd"/>
      <w:r w:rsidRPr="001A4F00">
        <w:rPr>
          <w:rFonts w:ascii="Times New Roman" w:hAnsi="Times New Roman" w:cs="Times New Roman"/>
          <w:sz w:val="20"/>
        </w:rPr>
        <w:t xml:space="preserve"> 3 </w:t>
      </w:r>
      <w:proofErr w:type="spellStart"/>
      <w:r w:rsidRPr="001A4F00">
        <w:rPr>
          <w:rFonts w:ascii="Times New Roman" w:hAnsi="Times New Roman" w:cs="Times New Roman"/>
          <w:sz w:val="20"/>
        </w:rPr>
        <w:t>detik</w:t>
      </w:r>
      <w:proofErr w:type="spellEnd"/>
      <w:r w:rsidRPr="001A4F00">
        <w:rPr>
          <w:rFonts w:ascii="Times New Roman" w:hAnsi="Times New Roman" w:cs="Times New Roman"/>
          <w:sz w:val="20"/>
        </w:rPr>
        <w:t xml:space="preserve">. Hasil </w:t>
      </w:r>
      <w:proofErr w:type="spellStart"/>
      <w:r w:rsidRPr="001A4F00">
        <w:rPr>
          <w:rFonts w:ascii="Times New Roman" w:hAnsi="Times New Roman" w:cs="Times New Roman"/>
          <w:sz w:val="20"/>
        </w:rPr>
        <w:t>pengujian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menunjukkan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bahwa</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sistem</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dapat</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melakukan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pembacaan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kartu</w:t>
      </w:r>
      <w:proofErr w:type="spellEnd"/>
      <w:r w:rsidRPr="001A4F00">
        <w:rPr>
          <w:rFonts w:ascii="Times New Roman" w:hAnsi="Times New Roman" w:cs="Times New Roman"/>
          <w:sz w:val="20"/>
        </w:rPr>
        <w:t xml:space="preserve"> RFID dan proses </w:t>
      </w:r>
      <w:proofErr w:type="spellStart"/>
      <w:r w:rsidRPr="001A4F00">
        <w:rPr>
          <w:rFonts w:ascii="Times New Roman" w:hAnsi="Times New Roman" w:cs="Times New Roman"/>
          <w:sz w:val="20"/>
        </w:rPr>
        <w:t>otorisasi</w:t>
      </w:r>
      <w:proofErr w:type="spellEnd"/>
      <w:r w:rsidRPr="001A4F00">
        <w:rPr>
          <w:rFonts w:ascii="Times New Roman" w:hAnsi="Times New Roman" w:cs="Times New Roman"/>
          <w:sz w:val="20"/>
        </w:rPr>
        <w:t xml:space="preserve"> basis data </w:t>
      </w:r>
      <w:proofErr w:type="spellStart"/>
      <w:r w:rsidRPr="001A4F00">
        <w:rPr>
          <w:rFonts w:ascii="Times New Roman" w:hAnsi="Times New Roman" w:cs="Times New Roman"/>
          <w:sz w:val="20"/>
        </w:rPr>
        <w:t>dengan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tingkat</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keberhasilan</w:t>
      </w:r>
      <w:proofErr w:type="spellEnd"/>
      <w:r w:rsidRPr="001A4F00">
        <w:rPr>
          <w:rFonts w:ascii="Times New Roman" w:hAnsi="Times New Roman" w:cs="Times New Roman"/>
          <w:sz w:val="20"/>
        </w:rPr>
        <w:t xml:space="preserve"> 100% pada </w:t>
      </w:r>
      <w:proofErr w:type="spellStart"/>
      <w:r w:rsidRPr="001A4F00">
        <w:rPr>
          <w:rFonts w:ascii="Times New Roman" w:hAnsi="Times New Roman" w:cs="Times New Roman"/>
          <w:sz w:val="20"/>
        </w:rPr>
        <w:t>jarak</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pembacaan</w:t>
      </w:r>
      <w:proofErr w:type="spellEnd"/>
      <w:r w:rsidRPr="001A4F00">
        <w:rPr>
          <w:rFonts w:ascii="Times New Roman" w:hAnsi="Times New Roman" w:cs="Times New Roman"/>
          <w:sz w:val="20"/>
        </w:rPr>
        <w:t xml:space="preserve"> 0–3 cm. Integrasi </w:t>
      </w:r>
      <w:proofErr w:type="spellStart"/>
      <w:r w:rsidRPr="001A4F00">
        <w:rPr>
          <w:rFonts w:ascii="Times New Roman" w:hAnsi="Times New Roman" w:cs="Times New Roman"/>
          <w:sz w:val="20"/>
        </w:rPr>
        <w:t>sistem</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ini</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memungkinkan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pemantauan</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hak</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akses</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secara</w:t>
      </w:r>
      <w:proofErr w:type="spellEnd"/>
      <w:r w:rsidRPr="001A4F00">
        <w:rPr>
          <w:rFonts w:ascii="Times New Roman" w:hAnsi="Times New Roman" w:cs="Times New Roman"/>
          <w:sz w:val="20"/>
        </w:rPr>
        <w:t xml:space="preserve"> </w:t>
      </w:r>
      <w:proofErr w:type="spellStart"/>
      <w:r w:rsidRPr="001A4F00">
        <w:rPr>
          <w:rFonts w:ascii="Times New Roman" w:hAnsi="Times New Roman" w:cs="Times New Roman"/>
          <w:sz w:val="20"/>
        </w:rPr>
        <w:t>terpusat</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centralized monitoring</w:t>
      </w:r>
      <w:r w:rsidRPr="001A4F00">
        <w:rPr>
          <w:rFonts w:ascii="Times New Roman" w:hAnsi="Times New Roman" w:cs="Times New Roman"/>
          <w:sz w:val="20"/>
        </w:rPr>
        <w:t xml:space="preserve">) </w:t>
      </w:r>
      <w:proofErr w:type="spellStart"/>
      <w:r w:rsidRPr="001A4F00">
        <w:rPr>
          <w:rFonts w:ascii="Times New Roman" w:hAnsi="Times New Roman" w:cs="Times New Roman"/>
          <w:sz w:val="20"/>
        </w:rPr>
        <w:t>melalui</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dashboard</w:t>
      </w:r>
      <w:r w:rsidRPr="001A4F00">
        <w:rPr>
          <w:rFonts w:ascii="Times New Roman" w:hAnsi="Times New Roman" w:cs="Times New Roman"/>
          <w:sz w:val="20"/>
        </w:rPr>
        <w:t xml:space="preserve"> web </w:t>
      </w:r>
      <w:proofErr w:type="spellStart"/>
      <w:r w:rsidRPr="001A4F00">
        <w:rPr>
          <w:rFonts w:ascii="Times New Roman" w:hAnsi="Times New Roman" w:cs="Times New Roman"/>
          <w:sz w:val="20"/>
        </w:rPr>
        <w:t>secara</w:t>
      </w:r>
      <w:proofErr w:type="spellEnd"/>
      <w:r w:rsidRPr="001A4F00">
        <w:rPr>
          <w:rFonts w:ascii="Times New Roman" w:hAnsi="Times New Roman" w:cs="Times New Roman"/>
          <w:sz w:val="20"/>
        </w:rPr>
        <w:t xml:space="preserve"> </w:t>
      </w:r>
      <w:r w:rsidRPr="001A4F00">
        <w:rPr>
          <w:rFonts w:ascii="Times New Roman" w:hAnsi="Times New Roman" w:cs="Times New Roman"/>
          <w:i/>
          <w:iCs/>
          <w:sz w:val="20"/>
        </w:rPr>
        <w:t>real-</w:t>
      </w:r>
      <w:proofErr w:type="spellStart"/>
      <w:r w:rsidRPr="001A4F00">
        <w:rPr>
          <w:rFonts w:ascii="Times New Roman" w:hAnsi="Times New Roman" w:cs="Times New Roman"/>
          <w:i/>
          <w:iCs/>
          <w:sz w:val="20"/>
        </w:rPr>
        <w:t>time</w:t>
      </w:r>
      <w:r w:rsidRPr="001A4F00">
        <w:rPr>
          <w:rFonts w:ascii="Times New Roman" w:hAnsi="Times New Roman" w:cs="Times New Roman"/>
          <w:sz w:val="20"/>
        </w:rPr>
        <w:t>.</w:t>
      </w:r>
      <w:proofErr w:type="spellEnd"/>
      <w:r>
        <w:rPr>
          <w:rFonts w:ascii="Times New Roman" w:hAnsi="Times New Roman" w:cs="Times New Roman"/>
          <w:sz w:val="20"/>
        </w:rPr>
        <w:br/>
      </w:r>
      <w:r>
        <w:rPr>
          <w:rFonts w:ascii="Times New Roman" w:hAnsi="Times New Roman" w:cs="Times New Roman"/>
          <w:sz w:val="20"/>
        </w:rPr>
        <w:br/>
      </w:r>
      <w:r w:rsidR="00000000">
        <w:rPr>
          <w:rFonts w:ascii="Times New Roman" w:hAnsi="Times New Roman" w:cs="Times New Roman"/>
          <w:i/>
          <w:sz w:val="20"/>
        </w:rPr>
        <w:t xml:space="preserve">Kata Kunci: RFID, Arduino Uno, Solenoid Door Lock, </w:t>
      </w:r>
      <w:proofErr w:type="spellStart"/>
      <w:r w:rsidR="00000000">
        <w:rPr>
          <w:rFonts w:ascii="Times New Roman" w:hAnsi="Times New Roman" w:cs="Times New Roman"/>
          <w:i/>
          <w:sz w:val="20"/>
        </w:rPr>
        <w:t>Sistem</w:t>
      </w:r>
      <w:proofErr w:type="spellEnd"/>
      <w:r w:rsidR="00000000">
        <w:rPr>
          <w:rFonts w:ascii="Times New Roman" w:hAnsi="Times New Roman" w:cs="Times New Roman"/>
          <w:i/>
          <w:sz w:val="20"/>
        </w:rPr>
        <w:t xml:space="preserve"> </w:t>
      </w:r>
      <w:proofErr w:type="spellStart"/>
      <w:r w:rsidR="00000000">
        <w:rPr>
          <w:rFonts w:ascii="Times New Roman" w:hAnsi="Times New Roman" w:cs="Times New Roman"/>
          <w:i/>
          <w:sz w:val="20"/>
        </w:rPr>
        <w:t>Keamanan</w:t>
      </w:r>
      <w:proofErr w:type="spellEnd"/>
      <w:r w:rsidR="00000000">
        <w:rPr>
          <w:rFonts w:ascii="Times New Roman" w:hAnsi="Times New Roman" w:cs="Times New Roman"/>
          <w:i/>
          <w:sz w:val="20"/>
        </w:rPr>
        <w:t xml:space="preserve">, Akses </w:t>
      </w:r>
      <w:proofErr w:type="spellStart"/>
      <w:r w:rsidR="00000000">
        <w:rPr>
          <w:rFonts w:ascii="Times New Roman" w:hAnsi="Times New Roman" w:cs="Times New Roman"/>
          <w:i/>
          <w:sz w:val="20"/>
        </w:rPr>
        <w:t>Ruangan</w:t>
      </w:r>
      <w:proofErr w:type="spellEnd"/>
    </w:p>
    <w:p w14:paraId="176EF13F" w14:textId="77777777" w:rsidR="00C83DA1" w:rsidRDefault="00000000">
      <w:pPr>
        <w:spacing w:before="120" w:after="120" w:line="360" w:lineRule="auto"/>
        <w:jc w:val="center"/>
      </w:pPr>
      <w:r>
        <w:rPr>
          <w:rFonts w:ascii="Times New Roman" w:hAnsi="Times New Roman" w:cs="Times New Roman"/>
          <w:b/>
        </w:rPr>
        <w:t>ABSTRACT</w:t>
      </w:r>
    </w:p>
    <w:p w14:paraId="59F8DDC6" w14:textId="287DFCE1" w:rsidR="00C83DA1" w:rsidRDefault="001A4F00" w:rsidP="001A4F00">
      <w:pPr>
        <w:spacing w:after="240" w:line="360" w:lineRule="auto"/>
        <w:ind w:firstLine="720"/>
        <w:jc w:val="both"/>
      </w:pPr>
      <w:r w:rsidRPr="001A4F00">
        <w:rPr>
          <w:rFonts w:ascii="Times New Roman" w:hAnsi="Times New Roman" w:cs="Times New Roman"/>
          <w:sz w:val="20"/>
        </w:rPr>
        <w:t>Physical security systems for crucial rooms require responsive, integrated, and real-time recorded access control mechanisms. This study aims to implement an access door security system based on the Arduino Uno microcontroller integrated with an RFID RC522 module, a 12V Solenoid Door Lock, and a Laravel web application via a Python Serial Bridge script. When an RFID card/tag is tapped on the RC522 reader, the Arduino reads the Unique Identifier (UID) and transmits it via serial communication to the Python script on the host computer. The Python script then forwards the UID to the Laravel Web API for verification against the user database. If the access right is valid, Laravel responds with authorization, prompting the Arduino to activate the relay and unlock the solenoid door lock for 3 seconds. The test results demonstrate that the system successfully performs RFID card reading and database authorization with a 100% success rate at a reading distance of 0–3 cm. The integration of this system enables centralized access control monitoring via a real-time web dashboard.</w:t>
      </w:r>
      <w:r>
        <w:rPr>
          <w:rFonts w:ascii="Times New Roman" w:hAnsi="Times New Roman" w:cs="Times New Roman"/>
          <w:sz w:val="20"/>
        </w:rPr>
        <w:br/>
      </w:r>
      <w:r>
        <w:rPr>
          <w:rFonts w:ascii="Times New Roman" w:hAnsi="Times New Roman" w:cs="Times New Roman"/>
          <w:sz w:val="20"/>
        </w:rPr>
        <w:br/>
      </w:r>
      <w:r w:rsidR="00000000">
        <w:rPr>
          <w:rFonts w:ascii="Times New Roman" w:hAnsi="Times New Roman" w:cs="Times New Roman"/>
          <w:i/>
          <w:sz w:val="20"/>
        </w:rPr>
        <w:t>Keywords: RFID, Arduino Uno, Solenoid Door Lock, Security System, Room Access</w:t>
      </w:r>
    </w:p>
    <w:p w14:paraId="3B60D3CA" w14:textId="77777777" w:rsidR="00C83DA1" w:rsidRDefault="00000000">
      <w:pPr>
        <w:spacing w:before="240" w:after="120" w:line="360" w:lineRule="auto"/>
      </w:pPr>
      <w:r>
        <w:rPr>
          <w:rFonts w:ascii="Times New Roman" w:hAnsi="Times New Roman" w:cs="Times New Roman"/>
          <w:b/>
          <w:sz w:val="24"/>
        </w:rPr>
        <w:t>1. PENDAHULUAN</w:t>
      </w:r>
    </w:p>
    <w:p w14:paraId="0CA9C494" w14:textId="77777777" w:rsidR="00C83DA1" w:rsidRDefault="00000000">
      <w:pPr>
        <w:spacing w:before="120" w:after="60" w:line="360" w:lineRule="auto"/>
      </w:pPr>
      <w:r>
        <w:rPr>
          <w:rFonts w:ascii="Times New Roman" w:hAnsi="Times New Roman" w:cs="Times New Roman"/>
          <w:b/>
        </w:rPr>
        <w:lastRenderedPageBreak/>
        <w:t xml:space="preserve">1.1 Latar </w:t>
      </w:r>
      <w:proofErr w:type="spellStart"/>
      <w:r>
        <w:rPr>
          <w:rFonts w:ascii="Times New Roman" w:hAnsi="Times New Roman" w:cs="Times New Roman"/>
          <w:b/>
        </w:rPr>
        <w:t>Belakang</w:t>
      </w:r>
      <w:proofErr w:type="spellEnd"/>
    </w:p>
    <w:p w14:paraId="67E70D39" w14:textId="77777777" w:rsidR="00C83DA1" w:rsidRDefault="00000000">
      <w:pPr>
        <w:spacing w:after="120" w:line="360" w:lineRule="auto"/>
        <w:ind w:firstLine="709"/>
        <w:jc w:val="both"/>
      </w:pP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Praktik</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Lapangan</w:t>
      </w:r>
      <w:proofErr w:type="spellEnd"/>
      <w:r>
        <w:rPr>
          <w:rFonts w:ascii="Times New Roman" w:hAnsi="Times New Roman" w:cs="Times New Roman"/>
        </w:rPr>
        <w:t xml:space="preserve"> (PKL) </w:t>
      </w:r>
      <w:proofErr w:type="spellStart"/>
      <w:r>
        <w:rPr>
          <w:rFonts w:ascii="Times New Roman" w:hAnsi="Times New Roman" w:cs="Times New Roman"/>
        </w:rPr>
        <w:t>merupakan</w:t>
      </w:r>
      <w:proofErr w:type="spellEnd"/>
      <w:r>
        <w:rPr>
          <w:rFonts w:ascii="Times New Roman" w:hAnsi="Times New Roman" w:cs="Times New Roman"/>
        </w:rPr>
        <w:t xml:space="preserve"> salah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yang </w:t>
      </w:r>
      <w:proofErr w:type="spellStart"/>
      <w:r>
        <w:rPr>
          <w:rFonts w:ascii="Times New Roman" w:hAnsi="Times New Roman" w:cs="Times New Roman"/>
        </w:rPr>
        <w:t>bertujuan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pengalaman</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dunia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menerapkan</w:t>
      </w:r>
      <w:proofErr w:type="spellEnd"/>
      <w:r>
        <w:rPr>
          <w:rFonts w:ascii="Times New Roman" w:hAnsi="Times New Roman" w:cs="Times New Roman"/>
        </w:rPr>
        <w:t xml:space="preserve"> </w:t>
      </w:r>
      <w:proofErr w:type="spellStart"/>
      <w:r>
        <w:rPr>
          <w:rFonts w:ascii="Times New Roman" w:hAnsi="Times New Roman" w:cs="Times New Roman"/>
        </w:rPr>
        <w:t>ilmu</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diperoleh</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perkuliahan</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nyata</w:t>
      </w:r>
      <w:proofErr w:type="spellEnd"/>
      <w:r>
        <w:rPr>
          <w:rFonts w:ascii="Times New Roman" w:hAnsi="Times New Roman" w:cs="Times New Roman"/>
        </w:rPr>
        <w:t xml:space="preserve"> di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melaksanakan</w:t>
      </w:r>
      <w:proofErr w:type="spellEnd"/>
      <w:r>
        <w:rPr>
          <w:rFonts w:ascii="Times New Roman" w:hAnsi="Times New Roman" w:cs="Times New Roman"/>
        </w:rPr>
        <w:t xml:space="preserve"> PKL di Dinas </w:t>
      </w:r>
      <w:proofErr w:type="spellStart"/>
      <w:r>
        <w:rPr>
          <w:rFonts w:ascii="Times New Roman" w:hAnsi="Times New Roman" w:cs="Times New Roman"/>
        </w:rPr>
        <w:t>Komunikasi</w:t>
      </w:r>
      <w:proofErr w:type="spellEnd"/>
      <w:r>
        <w:rPr>
          <w:rFonts w:ascii="Times New Roman" w:hAnsi="Times New Roman" w:cs="Times New Roman"/>
        </w:rPr>
        <w:t xml:space="preserve"> dan </w:t>
      </w:r>
      <w:proofErr w:type="spellStart"/>
      <w:r>
        <w:rPr>
          <w:rFonts w:ascii="Times New Roman" w:hAnsi="Times New Roman" w:cs="Times New Roman"/>
        </w:rPr>
        <w:t>Informatika</w:t>
      </w:r>
      <w:proofErr w:type="spellEnd"/>
      <w:r>
        <w:rPr>
          <w:rFonts w:ascii="Times New Roman" w:hAnsi="Times New Roman" w:cs="Times New Roman"/>
        </w:rPr>
        <w:t xml:space="preserve"> </w:t>
      </w:r>
      <w:proofErr w:type="spellStart"/>
      <w:r>
        <w:rPr>
          <w:rFonts w:ascii="Times New Roman" w:hAnsi="Times New Roman" w:cs="Times New Roman"/>
        </w:rPr>
        <w:t>Kabupaten</w:t>
      </w:r>
      <w:proofErr w:type="spellEnd"/>
      <w:r>
        <w:rPr>
          <w:rFonts w:ascii="Times New Roman" w:hAnsi="Times New Roman" w:cs="Times New Roman"/>
        </w:rPr>
        <w:t xml:space="preserve"> Tangerang yang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instansi</w:t>
      </w:r>
      <w:proofErr w:type="spellEnd"/>
      <w:r>
        <w:rPr>
          <w:rFonts w:ascii="Times New Roman" w:hAnsi="Times New Roman" w:cs="Times New Roman"/>
        </w:rPr>
        <w:t xml:space="preserve"> </w:t>
      </w:r>
      <w:proofErr w:type="spellStart"/>
      <w:r>
        <w:rPr>
          <w:rFonts w:ascii="Times New Roman" w:hAnsi="Times New Roman" w:cs="Times New Roman"/>
        </w:rPr>
        <w:t>pemerintah</w:t>
      </w:r>
      <w:proofErr w:type="spellEnd"/>
      <w:r>
        <w:rPr>
          <w:rFonts w:ascii="Times New Roman" w:hAnsi="Times New Roman" w:cs="Times New Roman"/>
        </w:rPr>
        <w:t xml:space="preserve"> </w:t>
      </w:r>
      <w:proofErr w:type="spellStart"/>
      <w:r>
        <w:rPr>
          <w:rFonts w:ascii="Times New Roman" w:hAnsi="Times New Roman" w:cs="Times New Roman"/>
        </w:rPr>
        <w:t>daerah</w:t>
      </w:r>
      <w:proofErr w:type="spellEnd"/>
      <w:r>
        <w:rPr>
          <w:rFonts w:ascii="Times New Roman" w:hAnsi="Times New Roman" w:cs="Times New Roman"/>
        </w:rPr>
        <w:t>.</w:t>
      </w:r>
    </w:p>
    <w:p w14:paraId="25F32B09" w14:textId="77777777" w:rsidR="00C83DA1" w:rsidRDefault="00000000">
      <w:pPr>
        <w:spacing w:after="120" w:line="360" w:lineRule="auto"/>
        <w:ind w:firstLine="709"/>
        <w:jc w:val="both"/>
      </w:pPr>
      <w:r>
        <w:rPr>
          <w:rFonts w:ascii="Times New Roman" w:hAnsi="Times New Roman" w:cs="Times New Roman"/>
        </w:rPr>
        <w:t xml:space="preserve">Radio Frequency Identification (RFID)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nirkabel</w:t>
      </w:r>
      <w:proofErr w:type="spellEnd"/>
      <w:r>
        <w:rPr>
          <w:rFonts w:ascii="Times New Roman" w:hAnsi="Times New Roman" w:cs="Times New Roman"/>
        </w:rPr>
        <w:t xml:space="preserve"> yang </w:t>
      </w:r>
      <w:proofErr w:type="spellStart"/>
      <w:r>
        <w:rPr>
          <w:rFonts w:ascii="Times New Roman" w:hAnsi="Times New Roman" w:cs="Times New Roman"/>
        </w:rPr>
        <w:t>umum</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identifikasi</w:t>
      </w:r>
      <w:proofErr w:type="spellEnd"/>
      <w:r>
        <w:rPr>
          <w:rFonts w:ascii="Times New Roman" w:hAnsi="Times New Roman" w:cs="Times New Roman"/>
        </w:rPr>
        <w:t xml:space="preserve"> dan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 xml:space="preserve">. RFID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dua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pembaca</w:t>
      </w:r>
      <w:proofErr w:type="spellEnd"/>
      <w:r>
        <w:rPr>
          <w:rFonts w:ascii="Times New Roman" w:hAnsi="Times New Roman" w:cs="Times New Roman"/>
        </w:rPr>
        <w:t xml:space="preserve"> (RFID reader) dan </w:t>
      </w:r>
      <w:proofErr w:type="spellStart"/>
      <w:r>
        <w:rPr>
          <w:rFonts w:ascii="Times New Roman" w:hAnsi="Times New Roman" w:cs="Times New Roman"/>
        </w:rPr>
        <w:t>kartu</w:t>
      </w:r>
      <w:proofErr w:type="spellEnd"/>
      <w:r>
        <w:rPr>
          <w:rFonts w:ascii="Times New Roman" w:hAnsi="Times New Roman" w:cs="Times New Roman"/>
        </w:rPr>
        <w:t xml:space="preserve"> (RFID tag card) [1]. </w:t>
      </w:r>
      <w:proofErr w:type="spellStart"/>
      <w:r>
        <w:rPr>
          <w:rFonts w:ascii="Times New Roman" w:hAnsi="Times New Roman" w:cs="Times New Roman"/>
        </w:rPr>
        <w:t>Pembaca</w:t>
      </w:r>
      <w:proofErr w:type="spellEnd"/>
      <w:r>
        <w:rPr>
          <w:rFonts w:ascii="Times New Roman" w:hAnsi="Times New Roman" w:cs="Times New Roman"/>
        </w:rPr>
        <w:t xml:space="preserve"> RFID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menerima</w:t>
      </w:r>
      <w:proofErr w:type="spellEnd"/>
      <w:r>
        <w:rPr>
          <w:rFonts w:ascii="Times New Roman" w:hAnsi="Times New Roman" w:cs="Times New Roman"/>
        </w:rPr>
        <w:t xml:space="preserve"> data yang </w:t>
      </w:r>
      <w:proofErr w:type="spellStart"/>
      <w:r>
        <w:rPr>
          <w:rFonts w:ascii="Times New Roman" w:hAnsi="Times New Roman" w:cs="Times New Roman"/>
        </w:rPr>
        <w:t>dikirimkan</w:t>
      </w:r>
      <w:proofErr w:type="spellEnd"/>
      <w:r>
        <w:rPr>
          <w:rFonts w:ascii="Times New Roman" w:hAnsi="Times New Roman" w:cs="Times New Roman"/>
        </w:rPr>
        <w:t xml:space="preserve"> oleh </w:t>
      </w:r>
      <w:proofErr w:type="spellStart"/>
      <w:r>
        <w:rPr>
          <w:rFonts w:ascii="Times New Roman" w:hAnsi="Times New Roman" w:cs="Times New Roman"/>
        </w:rPr>
        <w:t>kartu</w:t>
      </w:r>
      <w:proofErr w:type="spellEnd"/>
      <w:r>
        <w:rPr>
          <w:rFonts w:ascii="Times New Roman" w:hAnsi="Times New Roman" w:cs="Times New Roman"/>
        </w:rPr>
        <w:t xml:space="preserve"> RFID. Arduino Uno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ATmega328P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diprogram</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mengendalikan</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fungsi</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 xml:space="preserve"> [2]. Solenoid door lock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pengunci</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yang </w:t>
      </w:r>
      <w:proofErr w:type="spellStart"/>
      <w:r>
        <w:rPr>
          <w:rFonts w:ascii="Times New Roman" w:hAnsi="Times New Roman" w:cs="Times New Roman"/>
        </w:rPr>
        <w:t>bekerja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prinsip</w:t>
      </w:r>
      <w:proofErr w:type="spellEnd"/>
      <w:r>
        <w:rPr>
          <w:rFonts w:ascii="Times New Roman" w:hAnsi="Times New Roman" w:cs="Times New Roman"/>
        </w:rPr>
        <w:t xml:space="preserve"> </w:t>
      </w:r>
      <w:proofErr w:type="spellStart"/>
      <w:r>
        <w:rPr>
          <w:rFonts w:ascii="Times New Roman" w:hAnsi="Times New Roman" w:cs="Times New Roman"/>
        </w:rPr>
        <w:t>elektromagnetik</w:t>
      </w:r>
      <w:proofErr w:type="spellEnd"/>
      <w:r>
        <w:rPr>
          <w:rFonts w:ascii="Times New Roman" w:hAnsi="Times New Roman" w:cs="Times New Roman"/>
        </w:rPr>
        <w:t xml:space="preserve">, di mana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aktif</w:t>
      </w:r>
      <w:proofErr w:type="spellEnd"/>
      <w:r>
        <w:rPr>
          <w:rFonts w:ascii="Times New Roman" w:hAnsi="Times New Roman" w:cs="Times New Roman"/>
        </w:rPr>
        <w:t xml:space="preserve"> </w:t>
      </w:r>
      <w:proofErr w:type="spellStart"/>
      <w:r>
        <w:rPr>
          <w:rFonts w:ascii="Times New Roman" w:hAnsi="Times New Roman" w:cs="Times New Roman"/>
        </w:rPr>
        <w:t>ketika</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arus</w:t>
      </w:r>
      <w:proofErr w:type="spellEnd"/>
      <w:r>
        <w:rPr>
          <w:rFonts w:ascii="Times New Roman" w:hAnsi="Times New Roman" w:cs="Times New Roman"/>
        </w:rPr>
        <w:t xml:space="preserve"> </w:t>
      </w:r>
      <w:proofErr w:type="spellStart"/>
      <w:r>
        <w:rPr>
          <w:rFonts w:ascii="Times New Roman" w:hAnsi="Times New Roman" w:cs="Times New Roman"/>
        </w:rPr>
        <w:t>listrik</w:t>
      </w:r>
      <w:proofErr w:type="spellEnd"/>
      <w:r>
        <w:rPr>
          <w:rFonts w:ascii="Times New Roman" w:hAnsi="Times New Roman" w:cs="Times New Roman"/>
        </w:rPr>
        <w:t xml:space="preserve"> yang </w:t>
      </w:r>
      <w:proofErr w:type="spellStart"/>
      <w:r>
        <w:rPr>
          <w:rFonts w:ascii="Times New Roman" w:hAnsi="Times New Roman" w:cs="Times New Roman"/>
        </w:rPr>
        <w:t>mengalir</w:t>
      </w:r>
      <w:proofErr w:type="spellEnd"/>
      <w:r>
        <w:rPr>
          <w:rFonts w:ascii="Times New Roman" w:hAnsi="Times New Roman" w:cs="Times New Roman"/>
        </w:rPr>
        <w:t xml:space="preserve"> </w:t>
      </w:r>
      <w:proofErr w:type="spellStart"/>
      <w:r>
        <w:rPr>
          <w:rFonts w:ascii="Times New Roman" w:hAnsi="Times New Roman" w:cs="Times New Roman"/>
        </w:rPr>
        <w:t>melaluinya</w:t>
      </w:r>
      <w:proofErr w:type="spellEnd"/>
      <w:r>
        <w:rPr>
          <w:rFonts w:ascii="Times New Roman" w:hAnsi="Times New Roman" w:cs="Times New Roman"/>
        </w:rPr>
        <w:t xml:space="preserve"> [3].</w:t>
      </w:r>
    </w:p>
    <w:p w14:paraId="7CC6BE40" w14:textId="77777777" w:rsidR="00C83DA1" w:rsidRDefault="00000000">
      <w:pPr>
        <w:spacing w:after="120" w:line="360" w:lineRule="auto"/>
        <w:ind w:firstLine="709"/>
        <w:jc w:val="both"/>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latar</w:t>
      </w:r>
      <w:proofErr w:type="spellEnd"/>
      <w:r>
        <w:rPr>
          <w:rFonts w:ascii="Times New Roman" w:hAnsi="Times New Roman" w:cs="Times New Roman"/>
        </w:rPr>
        <w:t xml:space="preserve"> </w:t>
      </w:r>
      <w:proofErr w:type="spellStart"/>
      <w:r>
        <w:rPr>
          <w:rFonts w:ascii="Times New Roman" w:hAnsi="Times New Roman" w:cs="Times New Roman"/>
        </w:rPr>
        <w:t>belakang</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rancang</w:t>
      </w:r>
      <w:proofErr w:type="spellEnd"/>
      <w:r>
        <w:rPr>
          <w:rFonts w:ascii="Times New Roman" w:hAnsi="Times New Roman" w:cs="Times New Roman"/>
        </w:rPr>
        <w:t xml:space="preserve"> </w:t>
      </w:r>
      <w:proofErr w:type="spellStart"/>
      <w:r>
        <w:rPr>
          <w:rFonts w:ascii="Times New Roman" w:hAnsi="Times New Roman" w:cs="Times New Roman"/>
        </w:rPr>
        <w:t>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dirancang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solusi</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dibandingkan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konvensional</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mekanisme</w:t>
      </w:r>
      <w:proofErr w:type="spellEnd"/>
      <w:r>
        <w:rPr>
          <w:rFonts w:ascii="Times New Roman" w:hAnsi="Times New Roman" w:cs="Times New Roman"/>
        </w:rPr>
        <w:t xml:space="preserve"> </w:t>
      </w:r>
      <w:proofErr w:type="spellStart"/>
      <w:r>
        <w:rPr>
          <w:rFonts w:ascii="Times New Roman" w:hAnsi="Times New Roman" w:cs="Times New Roman"/>
        </w:rPr>
        <w:t>penguncian</w:t>
      </w:r>
      <w:proofErr w:type="spellEnd"/>
      <w:r>
        <w:rPr>
          <w:rFonts w:ascii="Times New Roman" w:hAnsi="Times New Roman" w:cs="Times New Roman"/>
        </w:rPr>
        <w:t xml:space="preserve"> dan </w:t>
      </w:r>
      <w:proofErr w:type="spellStart"/>
      <w:r>
        <w:rPr>
          <w:rFonts w:ascii="Times New Roman" w:hAnsi="Times New Roman" w:cs="Times New Roman"/>
        </w:rPr>
        <w:t>pembukaan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deteksi</w:t>
      </w:r>
      <w:proofErr w:type="spellEnd"/>
      <w:r>
        <w:rPr>
          <w:rFonts w:ascii="Times New Roman" w:hAnsi="Times New Roman" w:cs="Times New Roman"/>
        </w:rPr>
        <w:t xml:space="preserve"> </w:t>
      </w:r>
      <w:proofErr w:type="spellStart"/>
      <w:r>
        <w:rPr>
          <w:rFonts w:ascii="Times New Roman" w:hAnsi="Times New Roman" w:cs="Times New Roman"/>
        </w:rPr>
        <w:t>identitas</w:t>
      </w:r>
      <w:proofErr w:type="spellEnd"/>
      <w:r>
        <w:rPr>
          <w:rFonts w:ascii="Times New Roman" w:hAnsi="Times New Roman" w:cs="Times New Roman"/>
        </w:rPr>
        <w:t xml:space="preserve"> RFID.</w:t>
      </w:r>
    </w:p>
    <w:p w14:paraId="6F7D901D" w14:textId="77777777" w:rsidR="00C83DA1" w:rsidRDefault="00000000">
      <w:pPr>
        <w:spacing w:before="120" w:after="60" w:line="360" w:lineRule="auto"/>
      </w:pPr>
      <w:r>
        <w:rPr>
          <w:rFonts w:ascii="Times New Roman" w:hAnsi="Times New Roman" w:cs="Times New Roman"/>
          <w:b/>
        </w:rPr>
        <w:t xml:space="preserve">1.2 </w:t>
      </w:r>
      <w:proofErr w:type="spellStart"/>
      <w:r>
        <w:rPr>
          <w:rFonts w:ascii="Times New Roman" w:hAnsi="Times New Roman" w:cs="Times New Roman"/>
          <w:b/>
        </w:rPr>
        <w:t>Rumusan</w:t>
      </w:r>
      <w:proofErr w:type="spellEnd"/>
      <w:r>
        <w:rPr>
          <w:rFonts w:ascii="Times New Roman" w:hAnsi="Times New Roman" w:cs="Times New Roman"/>
          <w:b/>
        </w:rPr>
        <w:t xml:space="preserve"> </w:t>
      </w:r>
      <w:proofErr w:type="spellStart"/>
      <w:r>
        <w:rPr>
          <w:rFonts w:ascii="Times New Roman" w:hAnsi="Times New Roman" w:cs="Times New Roman"/>
          <w:b/>
        </w:rPr>
        <w:t>Masalah</w:t>
      </w:r>
      <w:proofErr w:type="spellEnd"/>
    </w:p>
    <w:p w14:paraId="3F0E93E8" w14:textId="77777777" w:rsidR="00C83DA1" w:rsidRDefault="00000000">
      <w:pPr>
        <w:spacing w:after="120" w:line="360" w:lineRule="auto"/>
        <w:jc w:val="both"/>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latar</w:t>
      </w:r>
      <w:proofErr w:type="spellEnd"/>
      <w:r>
        <w:rPr>
          <w:rFonts w:ascii="Times New Roman" w:hAnsi="Times New Roman" w:cs="Times New Roman"/>
        </w:rPr>
        <w:t xml:space="preserve"> </w:t>
      </w:r>
      <w:proofErr w:type="spellStart"/>
      <w:r>
        <w:rPr>
          <w:rFonts w:ascii="Times New Roman" w:hAnsi="Times New Roman" w:cs="Times New Roman"/>
        </w:rPr>
        <w:t>belakang</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diuraikan</w:t>
      </w:r>
      <w:proofErr w:type="spellEnd"/>
      <w:r>
        <w:rPr>
          <w:rFonts w:ascii="Times New Roman" w:hAnsi="Times New Roman" w:cs="Times New Roman"/>
        </w:rPr>
        <w:t xml:space="preserve">, </w:t>
      </w:r>
      <w:proofErr w:type="spellStart"/>
      <w:r>
        <w:rPr>
          <w:rFonts w:ascii="Times New Roman" w:hAnsi="Times New Roman" w:cs="Times New Roman"/>
        </w:rPr>
        <w:t>rumusan</w:t>
      </w:r>
      <w:proofErr w:type="spellEnd"/>
      <w:r>
        <w:rPr>
          <w:rFonts w:ascii="Times New Roman" w:hAnsi="Times New Roman" w:cs="Times New Roman"/>
        </w:rPr>
        <w:t xml:space="preserve"> </w:t>
      </w:r>
      <w:proofErr w:type="spellStart"/>
      <w:r>
        <w:rPr>
          <w:rFonts w:ascii="Times New Roman" w:hAnsi="Times New Roman" w:cs="Times New Roman"/>
        </w:rPr>
        <w:t>masalah</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w:t>
      </w:r>
    </w:p>
    <w:p w14:paraId="2D4D105C"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rPr>
        <w:t>Bagaimana</w:t>
      </w:r>
      <w:proofErr w:type="spellEnd"/>
      <w:r>
        <w:rPr>
          <w:rFonts w:ascii="Times New Roman" w:hAnsi="Times New Roman" w:cs="Times New Roman"/>
        </w:rPr>
        <w:t xml:space="preserve"> </w:t>
      </w:r>
      <w:proofErr w:type="spellStart"/>
      <w:r>
        <w:rPr>
          <w:rFonts w:ascii="Times New Roman" w:hAnsi="Times New Roman" w:cs="Times New Roman"/>
        </w:rPr>
        <w:t>rancang</w:t>
      </w:r>
      <w:proofErr w:type="spellEnd"/>
      <w:r>
        <w:rPr>
          <w:rFonts w:ascii="Times New Roman" w:hAnsi="Times New Roman" w:cs="Times New Roman"/>
        </w:rPr>
        <w:t xml:space="preserve"> </w:t>
      </w:r>
      <w:proofErr w:type="spellStart"/>
      <w:r>
        <w:rPr>
          <w:rFonts w:ascii="Times New Roman" w:hAnsi="Times New Roman" w:cs="Times New Roman"/>
        </w:rPr>
        <w:t>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w:t>
      </w:r>
    </w:p>
    <w:p w14:paraId="0079748A" w14:textId="77777777" w:rsidR="00C83DA1" w:rsidRDefault="00000000">
      <w:pPr>
        <w:spacing w:after="60" w:line="360" w:lineRule="auto"/>
        <w:ind w:left="709"/>
        <w:jc w:val="both"/>
      </w:pPr>
      <w:r>
        <w:rPr>
          <w:rFonts w:ascii="Times New Roman" w:hAnsi="Times New Roman" w:cs="Times New Roman"/>
        </w:rPr>
        <w:t xml:space="preserve">2. </w:t>
      </w:r>
      <w:proofErr w:type="spellStart"/>
      <w:r>
        <w:rPr>
          <w:rFonts w:ascii="Times New Roman" w:hAnsi="Times New Roman" w:cs="Times New Roman"/>
        </w:rPr>
        <w:t>Bagaimana</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dan </w:t>
      </w:r>
      <w:proofErr w:type="spellStart"/>
      <w:r>
        <w:rPr>
          <w:rFonts w:ascii="Times New Roman" w:hAnsi="Times New Roman" w:cs="Times New Roman"/>
        </w:rPr>
        <w:t>kinerja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dibangun</w:t>
      </w:r>
      <w:proofErr w:type="spellEnd"/>
      <w:r>
        <w:rPr>
          <w:rFonts w:ascii="Times New Roman" w:hAnsi="Times New Roman" w:cs="Times New Roman"/>
        </w:rPr>
        <w:t>?</w:t>
      </w:r>
    </w:p>
    <w:p w14:paraId="4E7880D0" w14:textId="77777777" w:rsidR="00C83DA1" w:rsidRDefault="00000000">
      <w:pPr>
        <w:spacing w:before="120" w:after="60" w:line="360" w:lineRule="auto"/>
      </w:pPr>
      <w:r>
        <w:rPr>
          <w:rFonts w:ascii="Times New Roman" w:hAnsi="Times New Roman" w:cs="Times New Roman"/>
          <w:b/>
        </w:rPr>
        <w:t xml:space="preserve">1.3 Tujuan </w:t>
      </w:r>
      <w:proofErr w:type="spellStart"/>
      <w:r>
        <w:rPr>
          <w:rFonts w:ascii="Times New Roman" w:hAnsi="Times New Roman" w:cs="Times New Roman"/>
          <w:b/>
        </w:rPr>
        <w:t>Penelitian</w:t>
      </w:r>
      <w:proofErr w:type="spellEnd"/>
    </w:p>
    <w:p w14:paraId="7FF28B9E" w14:textId="77777777" w:rsidR="00C83DA1" w:rsidRDefault="00000000">
      <w:pPr>
        <w:spacing w:after="120" w:line="360" w:lineRule="auto"/>
        <w:jc w:val="both"/>
      </w:pPr>
      <w:r>
        <w:rPr>
          <w:rFonts w:ascii="Times New Roman" w:hAnsi="Times New Roman" w:cs="Times New Roman"/>
        </w:rPr>
        <w:t xml:space="preserve">Tujuan </w:t>
      </w:r>
      <w:proofErr w:type="spellStart"/>
      <w:r>
        <w:rPr>
          <w:rFonts w:ascii="Times New Roman" w:hAnsi="Times New Roman" w:cs="Times New Roman"/>
        </w:rPr>
        <w:t>umum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merancang</w:t>
      </w:r>
      <w:proofErr w:type="spellEnd"/>
      <w:r>
        <w:rPr>
          <w:rFonts w:ascii="Times New Roman" w:hAnsi="Times New Roman" w:cs="Times New Roman"/>
        </w:rPr>
        <w:t xml:space="preserve"> dan </w:t>
      </w:r>
      <w:proofErr w:type="spellStart"/>
      <w:r>
        <w:rPr>
          <w:rFonts w:ascii="Times New Roman" w:hAnsi="Times New Roman" w:cs="Times New Roman"/>
        </w:rPr>
        <w:t>membangun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Tujuan </w:t>
      </w:r>
      <w:proofErr w:type="spellStart"/>
      <w:r>
        <w:rPr>
          <w:rFonts w:ascii="Times New Roman" w:hAnsi="Times New Roman" w:cs="Times New Roman"/>
        </w:rPr>
        <w:t>khusus</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w:t>
      </w:r>
    </w:p>
    <w:p w14:paraId="16E332D3"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rPr>
        <w:t>Merancang</w:t>
      </w:r>
      <w:proofErr w:type="spellEnd"/>
      <w:r>
        <w:rPr>
          <w:rFonts w:ascii="Times New Roman" w:hAnsi="Times New Roman" w:cs="Times New Roman"/>
        </w:rPr>
        <w:t xml:space="preserve"> dan </w:t>
      </w:r>
      <w:proofErr w:type="spellStart"/>
      <w:r>
        <w:rPr>
          <w:rFonts w:ascii="Times New Roman" w:hAnsi="Times New Roman" w:cs="Times New Roman"/>
        </w:rPr>
        <w:t>membangun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w:t>
      </w:r>
    </w:p>
    <w:p w14:paraId="25217709" w14:textId="77777777" w:rsidR="00C83DA1" w:rsidRDefault="00000000">
      <w:pPr>
        <w:spacing w:after="60" w:line="360" w:lineRule="auto"/>
        <w:ind w:left="709"/>
        <w:jc w:val="both"/>
      </w:pPr>
      <w:r>
        <w:rPr>
          <w:rFonts w:ascii="Times New Roman" w:hAnsi="Times New Roman" w:cs="Times New Roman"/>
        </w:rPr>
        <w:t xml:space="preserve">2. </w:t>
      </w:r>
      <w:proofErr w:type="spellStart"/>
      <w:r>
        <w:rPr>
          <w:rFonts w:ascii="Times New Roman" w:hAnsi="Times New Roman" w:cs="Times New Roman"/>
        </w:rPr>
        <w:t>Menguji</w:t>
      </w:r>
      <w:proofErr w:type="spellEnd"/>
      <w:r>
        <w:rPr>
          <w:rFonts w:ascii="Times New Roman" w:hAnsi="Times New Roman" w:cs="Times New Roman"/>
        </w:rPr>
        <w:t xml:space="preserve"> </w:t>
      </w:r>
      <w:proofErr w:type="spellStart"/>
      <w:r>
        <w:rPr>
          <w:rFonts w:ascii="Times New Roman" w:hAnsi="Times New Roman" w:cs="Times New Roman"/>
        </w:rPr>
        <w:t>fungsionalitas</w:t>
      </w:r>
      <w:proofErr w:type="spellEnd"/>
      <w:r>
        <w:rPr>
          <w:rFonts w:ascii="Times New Roman" w:hAnsi="Times New Roman" w:cs="Times New Roman"/>
        </w:rPr>
        <w:t xml:space="preserve"> dan </w:t>
      </w:r>
      <w:proofErr w:type="spellStart"/>
      <w:r>
        <w:rPr>
          <w:rFonts w:ascii="Times New Roman" w:hAnsi="Times New Roman" w:cs="Times New Roman"/>
        </w:rPr>
        <w:t>kinerja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dibangun</w:t>
      </w:r>
      <w:proofErr w:type="spellEnd"/>
      <w:r>
        <w:rPr>
          <w:rFonts w:ascii="Times New Roman" w:hAnsi="Times New Roman" w:cs="Times New Roman"/>
        </w:rPr>
        <w:t>.</w:t>
      </w:r>
    </w:p>
    <w:p w14:paraId="0FE05875" w14:textId="77777777" w:rsidR="00C83DA1" w:rsidRDefault="00000000">
      <w:pPr>
        <w:spacing w:before="120" w:after="60" w:line="360" w:lineRule="auto"/>
      </w:pPr>
      <w:r>
        <w:rPr>
          <w:rFonts w:ascii="Times New Roman" w:hAnsi="Times New Roman" w:cs="Times New Roman"/>
          <w:b/>
        </w:rPr>
        <w:t xml:space="preserve">1.4 Manfaat </w:t>
      </w:r>
      <w:proofErr w:type="spellStart"/>
      <w:r>
        <w:rPr>
          <w:rFonts w:ascii="Times New Roman" w:hAnsi="Times New Roman" w:cs="Times New Roman"/>
          <w:b/>
        </w:rPr>
        <w:t>Penelitian</w:t>
      </w:r>
      <w:proofErr w:type="spellEnd"/>
    </w:p>
    <w:p w14:paraId="2CAE3F38" w14:textId="77777777" w:rsidR="00C83DA1" w:rsidRDefault="00000000">
      <w:pPr>
        <w:spacing w:before="60" w:after="60" w:line="360" w:lineRule="auto"/>
      </w:pPr>
      <w:r>
        <w:rPr>
          <w:rFonts w:ascii="Times New Roman" w:hAnsi="Times New Roman" w:cs="Times New Roman"/>
          <w:b/>
          <w:i/>
        </w:rPr>
        <w:t xml:space="preserve">1.4.1 Manfaat </w:t>
      </w:r>
      <w:proofErr w:type="spellStart"/>
      <w:r>
        <w:rPr>
          <w:rFonts w:ascii="Times New Roman" w:hAnsi="Times New Roman" w:cs="Times New Roman"/>
          <w:b/>
          <w:i/>
        </w:rPr>
        <w:t>Teoritis</w:t>
      </w:r>
      <w:proofErr w:type="spellEnd"/>
    </w:p>
    <w:p w14:paraId="33BC2275" w14:textId="77777777" w:rsidR="00C83DA1" w:rsidRDefault="00000000">
      <w:pPr>
        <w:spacing w:after="120" w:line="360" w:lineRule="auto"/>
        <w:ind w:firstLine="709"/>
        <w:jc w:val="both"/>
      </w:pPr>
      <w:proofErr w:type="spellStart"/>
      <w:r>
        <w:rPr>
          <w:rFonts w:ascii="Times New Roman" w:hAnsi="Times New Roman" w:cs="Times New Roman"/>
        </w:rPr>
        <w:lastRenderedPageBreak/>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diharapkan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referensi</w:t>
      </w:r>
      <w:proofErr w:type="spellEnd"/>
      <w:r>
        <w:rPr>
          <w:rFonts w:ascii="Times New Roman" w:hAnsi="Times New Roman" w:cs="Times New Roman"/>
        </w:rPr>
        <w:t xml:space="preserve"> </w:t>
      </w:r>
      <w:proofErr w:type="spellStart"/>
      <w:r>
        <w:rPr>
          <w:rFonts w:ascii="Times New Roman" w:hAnsi="Times New Roman" w:cs="Times New Roman"/>
        </w:rPr>
        <w:t>akademik</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penerapan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RFID dan Arduino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juga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kontribusi</w:t>
      </w:r>
      <w:proofErr w:type="spellEnd"/>
      <w:r>
        <w:rPr>
          <w:rFonts w:ascii="Times New Roman" w:hAnsi="Times New Roman" w:cs="Times New Roman"/>
        </w:rPr>
        <w:t xml:space="preserve"> pada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pengetahuan</w:t>
      </w:r>
      <w:proofErr w:type="spellEnd"/>
      <w:r>
        <w:rPr>
          <w:rFonts w:ascii="Times New Roman" w:hAnsi="Times New Roman" w:cs="Times New Roman"/>
        </w:rPr>
        <w:t xml:space="preserve"> di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embedded dan Internet of Things (IoT)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fisik</w:t>
      </w:r>
      <w:proofErr w:type="spellEnd"/>
      <w:r>
        <w:rPr>
          <w:rFonts w:ascii="Times New Roman" w:hAnsi="Times New Roman" w:cs="Times New Roman"/>
        </w:rPr>
        <w:t>.</w:t>
      </w:r>
    </w:p>
    <w:p w14:paraId="5382B78C" w14:textId="77777777" w:rsidR="00C83DA1" w:rsidRDefault="00000000">
      <w:pPr>
        <w:spacing w:before="60" w:after="60" w:line="360" w:lineRule="auto"/>
      </w:pPr>
      <w:r>
        <w:rPr>
          <w:rFonts w:ascii="Times New Roman" w:hAnsi="Times New Roman" w:cs="Times New Roman"/>
          <w:b/>
          <w:i/>
        </w:rPr>
        <w:t xml:space="preserve">1.4.2 Manfaat </w:t>
      </w:r>
      <w:proofErr w:type="spellStart"/>
      <w:r>
        <w:rPr>
          <w:rFonts w:ascii="Times New Roman" w:hAnsi="Times New Roman" w:cs="Times New Roman"/>
          <w:b/>
          <w:i/>
        </w:rPr>
        <w:t>Praktis</w:t>
      </w:r>
      <w:proofErr w:type="spellEnd"/>
    </w:p>
    <w:p w14:paraId="58C855EB" w14:textId="77777777" w:rsidR="00C83DA1" w:rsidRDefault="00000000">
      <w:pPr>
        <w:spacing w:after="60" w:line="360" w:lineRule="auto"/>
        <w:ind w:left="709"/>
        <w:jc w:val="both"/>
      </w:pPr>
      <w:r>
        <w:rPr>
          <w:rFonts w:ascii="Times New Roman" w:hAnsi="Times New Roman" w:cs="Times New Roman"/>
        </w:rPr>
        <w:t xml:space="preserve">1. </w:t>
      </w:r>
      <w:r>
        <w:rPr>
          <w:rFonts w:ascii="Times New Roman" w:hAnsi="Times New Roman" w:cs="Times New Roman"/>
          <w:b/>
        </w:rPr>
        <w:t xml:space="preserve">Bagi Mahasiswa: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pengalaman</w:t>
      </w:r>
      <w:proofErr w:type="spellEnd"/>
      <w:r>
        <w:rPr>
          <w:rFonts w:ascii="Times New Roman" w:hAnsi="Times New Roman" w:cs="Times New Roman"/>
        </w:rPr>
        <w:t xml:space="preserve"> </w:t>
      </w:r>
      <w:proofErr w:type="spellStart"/>
      <w:r>
        <w:rPr>
          <w:rFonts w:ascii="Times New Roman" w:hAnsi="Times New Roman" w:cs="Times New Roman"/>
        </w:rPr>
        <w:t>praktis</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merancang</w:t>
      </w:r>
      <w:proofErr w:type="spellEnd"/>
      <w:r>
        <w:rPr>
          <w:rFonts w:ascii="Times New Roman" w:hAnsi="Times New Roman" w:cs="Times New Roman"/>
        </w:rPr>
        <w:t xml:space="preserve"> dan </w:t>
      </w:r>
      <w:proofErr w:type="spellStart"/>
      <w:r>
        <w:rPr>
          <w:rFonts w:ascii="Times New Roman" w:hAnsi="Times New Roman" w:cs="Times New Roman"/>
        </w:rPr>
        <w:t>membangun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RFID dan Arduino,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keterampilan</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dan soft skills.</w:t>
      </w:r>
    </w:p>
    <w:p w14:paraId="1894ECF8" w14:textId="77777777" w:rsidR="00C83DA1" w:rsidRDefault="00000000">
      <w:pPr>
        <w:spacing w:after="60" w:line="360" w:lineRule="auto"/>
        <w:ind w:left="709"/>
        <w:jc w:val="both"/>
      </w:pPr>
      <w:r>
        <w:rPr>
          <w:rFonts w:ascii="Times New Roman" w:hAnsi="Times New Roman" w:cs="Times New Roman"/>
        </w:rPr>
        <w:t xml:space="preserve">2. </w:t>
      </w:r>
      <w:r>
        <w:rPr>
          <w:rFonts w:ascii="Times New Roman" w:hAnsi="Times New Roman" w:cs="Times New Roman"/>
          <w:b/>
        </w:rPr>
        <w:t xml:space="preserve">Bagi </w:t>
      </w:r>
      <w:proofErr w:type="spellStart"/>
      <w:r>
        <w:rPr>
          <w:rFonts w:ascii="Times New Roman" w:hAnsi="Times New Roman" w:cs="Times New Roman"/>
          <w:b/>
        </w:rPr>
        <w:t>Instansi</w:t>
      </w:r>
      <w:proofErr w:type="spellEnd"/>
      <w:r>
        <w:rPr>
          <w:rFonts w:ascii="Times New Roman" w:hAnsi="Times New Roman" w:cs="Times New Roman"/>
          <w:b/>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solusi</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modern dan </w:t>
      </w:r>
      <w:proofErr w:type="spellStart"/>
      <w:r>
        <w:rPr>
          <w:rFonts w:ascii="Times New Roman" w:hAnsi="Times New Roman" w:cs="Times New Roman"/>
        </w:rPr>
        <w:t>efisien</w:t>
      </w:r>
      <w:proofErr w:type="spellEnd"/>
      <w:r>
        <w:rPr>
          <w:rFonts w:ascii="Times New Roman" w:hAnsi="Times New Roman" w:cs="Times New Roman"/>
        </w:rPr>
        <w:t>.</w:t>
      </w:r>
    </w:p>
    <w:p w14:paraId="24539C58" w14:textId="77777777" w:rsidR="00C83DA1" w:rsidRDefault="00000000">
      <w:pPr>
        <w:spacing w:after="60" w:line="360" w:lineRule="auto"/>
        <w:ind w:left="709"/>
        <w:jc w:val="both"/>
      </w:pPr>
      <w:r>
        <w:rPr>
          <w:rFonts w:ascii="Times New Roman" w:hAnsi="Times New Roman" w:cs="Times New Roman"/>
        </w:rPr>
        <w:t xml:space="preserve">3. </w:t>
      </w:r>
      <w:r>
        <w:rPr>
          <w:rFonts w:ascii="Times New Roman" w:hAnsi="Times New Roman" w:cs="Times New Roman"/>
          <w:b/>
        </w:rPr>
        <w:t xml:space="preserve">Bagi Kampus: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dan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kurikulum</w:t>
      </w:r>
      <w:proofErr w:type="spellEnd"/>
      <w:r>
        <w:rPr>
          <w:rFonts w:ascii="Times New Roman" w:hAnsi="Times New Roman" w:cs="Times New Roman"/>
        </w:rPr>
        <w:t xml:space="preserve"> Program Studi </w:t>
      </w:r>
      <w:proofErr w:type="spellStart"/>
      <w:r>
        <w:rPr>
          <w:rFonts w:ascii="Times New Roman" w:hAnsi="Times New Roman" w:cs="Times New Roman"/>
        </w:rPr>
        <w:t>Informatika</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penerapan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embedded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kehidupan</w:t>
      </w:r>
      <w:proofErr w:type="spellEnd"/>
      <w:r>
        <w:rPr>
          <w:rFonts w:ascii="Times New Roman" w:hAnsi="Times New Roman" w:cs="Times New Roman"/>
        </w:rPr>
        <w:t xml:space="preserve"> </w:t>
      </w:r>
      <w:proofErr w:type="spellStart"/>
      <w:r>
        <w:rPr>
          <w:rFonts w:ascii="Times New Roman" w:hAnsi="Times New Roman" w:cs="Times New Roman"/>
        </w:rPr>
        <w:t>nyata</w:t>
      </w:r>
      <w:proofErr w:type="spellEnd"/>
      <w:r>
        <w:rPr>
          <w:rFonts w:ascii="Times New Roman" w:hAnsi="Times New Roman" w:cs="Times New Roman"/>
        </w:rPr>
        <w:t>.</w:t>
      </w:r>
    </w:p>
    <w:p w14:paraId="36A1A2ED" w14:textId="77777777" w:rsidR="00C83DA1" w:rsidRDefault="00000000">
      <w:pPr>
        <w:spacing w:before="240" w:after="120" w:line="360" w:lineRule="auto"/>
      </w:pPr>
      <w:r>
        <w:rPr>
          <w:rFonts w:ascii="Times New Roman" w:hAnsi="Times New Roman" w:cs="Times New Roman"/>
          <w:b/>
          <w:sz w:val="24"/>
        </w:rPr>
        <w:t>2. KAJIAN PUSTAKA</w:t>
      </w:r>
    </w:p>
    <w:p w14:paraId="71F43875" w14:textId="77777777" w:rsidR="00C83DA1" w:rsidRDefault="00000000">
      <w:pPr>
        <w:spacing w:before="120" w:after="60" w:line="360" w:lineRule="auto"/>
      </w:pPr>
      <w:r>
        <w:rPr>
          <w:rFonts w:ascii="Times New Roman" w:hAnsi="Times New Roman" w:cs="Times New Roman"/>
          <w:b/>
        </w:rPr>
        <w:t>2.1 Radio Frequency Identification (RFID)</w:t>
      </w:r>
    </w:p>
    <w:p w14:paraId="4126E2F4" w14:textId="77777777" w:rsidR="00C83DA1" w:rsidRDefault="00000000">
      <w:pPr>
        <w:spacing w:after="120" w:line="360" w:lineRule="auto"/>
        <w:ind w:firstLine="709"/>
        <w:jc w:val="both"/>
      </w:pPr>
      <w:r>
        <w:rPr>
          <w:rFonts w:ascii="Times New Roman" w:hAnsi="Times New Roman" w:cs="Times New Roman"/>
        </w:rPr>
        <w:t xml:space="preserve">Radio Frequency Identification (RFID)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identifikasi</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yang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gelombang</w:t>
      </w:r>
      <w:proofErr w:type="spellEnd"/>
      <w:r>
        <w:rPr>
          <w:rFonts w:ascii="Times New Roman" w:hAnsi="Times New Roman" w:cs="Times New Roman"/>
        </w:rPr>
        <w:t xml:space="preserve"> radio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mengidentifikasi</w:t>
      </w:r>
      <w:proofErr w:type="spellEnd"/>
      <w:r>
        <w:rPr>
          <w:rFonts w:ascii="Times New Roman" w:hAnsi="Times New Roman" w:cs="Times New Roman"/>
        </w:rPr>
        <w:t xml:space="preserve"> </w:t>
      </w:r>
      <w:proofErr w:type="spellStart"/>
      <w:r>
        <w:rPr>
          <w:rFonts w:ascii="Times New Roman" w:hAnsi="Times New Roman" w:cs="Times New Roman"/>
        </w:rPr>
        <w:t>objek</w:t>
      </w:r>
      <w:proofErr w:type="spellEnd"/>
      <w:r>
        <w:rPr>
          <w:rFonts w:ascii="Times New Roman" w:hAnsi="Times New Roman" w:cs="Times New Roman"/>
        </w:rPr>
        <w:t xml:space="preserve">, </w:t>
      </w:r>
      <w:proofErr w:type="spellStart"/>
      <w:r>
        <w:rPr>
          <w:rFonts w:ascii="Times New Roman" w:hAnsi="Times New Roman" w:cs="Times New Roman"/>
        </w:rPr>
        <w:t>hewan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manusia</w:t>
      </w:r>
      <w:proofErr w:type="spellEnd"/>
      <w:r>
        <w:rPr>
          <w:rFonts w:ascii="Times New Roman" w:hAnsi="Times New Roman" w:cs="Times New Roman"/>
        </w:rPr>
        <w:t xml:space="preserve"> [1]. RFID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dua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tag (transponder) dan reader (transceiver). Tag RFID </w:t>
      </w:r>
      <w:proofErr w:type="spellStart"/>
      <w:r>
        <w:rPr>
          <w:rFonts w:ascii="Times New Roman" w:hAnsi="Times New Roman" w:cs="Times New Roman"/>
        </w:rPr>
        <w:t>berisi</w:t>
      </w:r>
      <w:proofErr w:type="spellEnd"/>
      <w:r>
        <w:rPr>
          <w:rFonts w:ascii="Times New Roman" w:hAnsi="Times New Roman" w:cs="Times New Roman"/>
        </w:rPr>
        <w:t xml:space="preserve"> chip yang </w:t>
      </w:r>
      <w:proofErr w:type="spellStart"/>
      <w:r>
        <w:rPr>
          <w:rFonts w:ascii="Times New Roman" w:hAnsi="Times New Roman" w:cs="Times New Roman"/>
        </w:rPr>
        <w:t>menyimpan</w:t>
      </w:r>
      <w:proofErr w:type="spellEnd"/>
      <w:r>
        <w:rPr>
          <w:rFonts w:ascii="Times New Roman" w:hAnsi="Times New Roman" w:cs="Times New Roman"/>
        </w:rPr>
        <w:t xml:space="preserve"> data </w:t>
      </w:r>
      <w:proofErr w:type="spellStart"/>
      <w:r>
        <w:rPr>
          <w:rFonts w:ascii="Times New Roman" w:hAnsi="Times New Roman" w:cs="Times New Roman"/>
        </w:rPr>
        <w:t>unik</w:t>
      </w:r>
      <w:proofErr w:type="spellEnd"/>
      <w:r>
        <w:rPr>
          <w:rFonts w:ascii="Times New Roman" w:hAnsi="Times New Roman" w:cs="Times New Roman"/>
        </w:rPr>
        <w:t xml:space="preserve"> dan </w:t>
      </w:r>
      <w:proofErr w:type="spellStart"/>
      <w:r>
        <w:rPr>
          <w:rFonts w:ascii="Times New Roman" w:hAnsi="Times New Roman" w:cs="Times New Roman"/>
        </w:rPr>
        <w:t>antena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mengirimkan</w:t>
      </w:r>
      <w:proofErr w:type="spellEnd"/>
      <w:r>
        <w:rPr>
          <w:rFonts w:ascii="Times New Roman" w:hAnsi="Times New Roman" w:cs="Times New Roman"/>
        </w:rPr>
        <w:t xml:space="preserve"> data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reader. Reader RFID </w:t>
      </w:r>
      <w:proofErr w:type="spellStart"/>
      <w:r>
        <w:rPr>
          <w:rFonts w:ascii="Times New Roman" w:hAnsi="Times New Roman" w:cs="Times New Roman"/>
        </w:rPr>
        <w:t>berfungsi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membaca</w:t>
      </w:r>
      <w:proofErr w:type="spellEnd"/>
      <w:r>
        <w:rPr>
          <w:rFonts w:ascii="Times New Roman" w:hAnsi="Times New Roman" w:cs="Times New Roman"/>
        </w:rPr>
        <w:t xml:space="preserve"> data </w:t>
      </w:r>
      <w:proofErr w:type="spellStart"/>
      <w:r>
        <w:rPr>
          <w:rFonts w:ascii="Times New Roman" w:hAnsi="Times New Roman" w:cs="Times New Roman"/>
        </w:rPr>
        <w:t>dari</w:t>
      </w:r>
      <w:proofErr w:type="spellEnd"/>
      <w:r>
        <w:rPr>
          <w:rFonts w:ascii="Times New Roman" w:hAnsi="Times New Roman" w:cs="Times New Roman"/>
        </w:rPr>
        <w:t xml:space="preserve"> tag dan </w:t>
      </w:r>
      <w:proofErr w:type="spellStart"/>
      <w:r>
        <w:rPr>
          <w:rFonts w:ascii="Times New Roman" w:hAnsi="Times New Roman" w:cs="Times New Roman"/>
        </w:rPr>
        <w:t>mengirimkannya</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pemrosesan</w:t>
      </w:r>
      <w:proofErr w:type="spellEnd"/>
      <w:r>
        <w:rPr>
          <w:rFonts w:ascii="Times New Roman" w:hAnsi="Times New Roman" w:cs="Times New Roman"/>
        </w:rPr>
        <w:t xml:space="preserve"> [1]. </w:t>
      </w:r>
      <w:proofErr w:type="spellStart"/>
      <w:r>
        <w:rPr>
          <w:rFonts w:ascii="Times New Roman" w:hAnsi="Times New Roman" w:cs="Times New Roman"/>
        </w:rPr>
        <w:t>Menurut</w:t>
      </w:r>
      <w:proofErr w:type="spellEnd"/>
      <w:r>
        <w:rPr>
          <w:rFonts w:ascii="Times New Roman" w:hAnsi="Times New Roman" w:cs="Times New Roman"/>
        </w:rPr>
        <w:t xml:space="preserve"> Finkenzeller, RFID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kontakless</w:t>
      </w:r>
      <w:proofErr w:type="spellEnd"/>
      <w:r>
        <w:rPr>
          <w:rFonts w:ascii="Times New Roman" w:hAnsi="Times New Roman" w:cs="Times New Roman"/>
        </w:rPr>
        <w:t xml:space="preserve"> yang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frekuensi</w:t>
      </w:r>
      <w:proofErr w:type="spellEnd"/>
      <w:r>
        <w:rPr>
          <w:rFonts w:ascii="Times New Roman" w:hAnsi="Times New Roman" w:cs="Times New Roman"/>
        </w:rPr>
        <w:t xml:space="preserve"> radio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pertukaran</w:t>
      </w:r>
      <w:proofErr w:type="spellEnd"/>
      <w:r>
        <w:rPr>
          <w:rFonts w:ascii="Times New Roman" w:hAnsi="Times New Roman" w:cs="Times New Roman"/>
        </w:rPr>
        <w:t xml:space="preserve"> data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pembaca</w:t>
      </w:r>
      <w:proofErr w:type="spellEnd"/>
      <w:r>
        <w:rPr>
          <w:rFonts w:ascii="Times New Roman" w:hAnsi="Times New Roman" w:cs="Times New Roman"/>
        </w:rPr>
        <w:t xml:space="preserve"> dan transponder.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banyak</w:t>
      </w:r>
      <w:proofErr w:type="spellEnd"/>
      <w:r>
        <w:rPr>
          <w:rFonts w:ascii="Times New Roman" w:hAnsi="Times New Roman" w:cs="Times New Roman"/>
        </w:rPr>
        <w:t xml:space="preserve"> </w:t>
      </w:r>
      <w:proofErr w:type="spellStart"/>
      <w:r>
        <w:rPr>
          <w:rFonts w:ascii="Times New Roman" w:hAnsi="Times New Roman" w:cs="Times New Roman"/>
        </w:rPr>
        <w:t>diaplikasikan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manajemen</w:t>
      </w:r>
      <w:proofErr w:type="spellEnd"/>
      <w:r>
        <w:rPr>
          <w:rFonts w:ascii="Times New Roman" w:hAnsi="Times New Roman" w:cs="Times New Roman"/>
        </w:rPr>
        <w:t xml:space="preserve"> </w:t>
      </w:r>
      <w:proofErr w:type="spellStart"/>
      <w:r>
        <w:rPr>
          <w:rFonts w:ascii="Times New Roman" w:hAnsi="Times New Roman" w:cs="Times New Roman"/>
        </w:rPr>
        <w:t>inventori</w:t>
      </w:r>
      <w:proofErr w:type="spellEnd"/>
      <w:r>
        <w:rPr>
          <w:rFonts w:ascii="Times New Roman" w:hAnsi="Times New Roman" w:cs="Times New Roman"/>
        </w:rPr>
        <w:t xml:space="preserve">, dan </w:t>
      </w:r>
      <w:proofErr w:type="spellStart"/>
      <w:r>
        <w:rPr>
          <w:rFonts w:ascii="Times New Roman" w:hAnsi="Times New Roman" w:cs="Times New Roman"/>
        </w:rPr>
        <w:t>kontrol</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w:t>
      </w:r>
    </w:p>
    <w:p w14:paraId="0BDD8DA0" w14:textId="77777777" w:rsidR="00C83DA1" w:rsidRDefault="00000000">
      <w:pPr>
        <w:spacing w:before="120" w:after="60" w:line="360" w:lineRule="auto"/>
      </w:pPr>
      <w:r>
        <w:rPr>
          <w:rFonts w:ascii="Times New Roman" w:hAnsi="Times New Roman" w:cs="Times New Roman"/>
          <w:b/>
        </w:rPr>
        <w:t>2.2 Arduino Uno</w:t>
      </w:r>
    </w:p>
    <w:p w14:paraId="4D8EE494" w14:textId="77777777" w:rsidR="00C83DA1" w:rsidRDefault="00000000">
      <w:pPr>
        <w:spacing w:after="120" w:line="360" w:lineRule="auto"/>
        <w:ind w:firstLine="709"/>
        <w:jc w:val="both"/>
      </w:pPr>
      <w:r>
        <w:rPr>
          <w:rFonts w:ascii="Times New Roman" w:hAnsi="Times New Roman" w:cs="Times New Roman"/>
        </w:rPr>
        <w:t xml:space="preserve">Arduino Uno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papan</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ATmega328P yang </w:t>
      </w:r>
      <w:proofErr w:type="spellStart"/>
      <w:r>
        <w:rPr>
          <w:rFonts w:ascii="Times New Roman" w:hAnsi="Times New Roman" w:cs="Times New Roman"/>
        </w:rPr>
        <w:t>memiliki</w:t>
      </w:r>
      <w:proofErr w:type="spellEnd"/>
      <w:r>
        <w:rPr>
          <w:rFonts w:ascii="Times New Roman" w:hAnsi="Times New Roman" w:cs="Times New Roman"/>
        </w:rPr>
        <w:t xml:space="preserve"> 14 pin digital input/output, 6 pin analog input, 32 KB flash memory, 2 KB SRAM, dan 1 KB EEPROM [2]. Arduino Uno </w:t>
      </w:r>
      <w:proofErr w:type="spellStart"/>
      <w:r>
        <w:rPr>
          <w:rFonts w:ascii="Times New Roman" w:hAnsi="Times New Roman" w:cs="Times New Roman"/>
        </w:rPr>
        <w:t>beroperasi</w:t>
      </w:r>
      <w:proofErr w:type="spellEnd"/>
      <w:r>
        <w:rPr>
          <w:rFonts w:ascii="Times New Roman" w:hAnsi="Times New Roman" w:cs="Times New Roman"/>
        </w:rPr>
        <w:t xml:space="preserve"> pada </w:t>
      </w:r>
      <w:proofErr w:type="spellStart"/>
      <w:r>
        <w:rPr>
          <w:rFonts w:ascii="Times New Roman" w:hAnsi="Times New Roman" w:cs="Times New Roman"/>
        </w:rPr>
        <w:t>tegangan</w:t>
      </w:r>
      <w:proofErr w:type="spellEnd"/>
      <w:r>
        <w:rPr>
          <w:rFonts w:ascii="Times New Roman" w:hAnsi="Times New Roman" w:cs="Times New Roman"/>
        </w:rPr>
        <w:t xml:space="preserve"> 5V </w:t>
      </w:r>
      <w:proofErr w:type="spellStart"/>
      <w:r>
        <w:rPr>
          <w:rFonts w:ascii="Times New Roman" w:hAnsi="Times New Roman" w:cs="Times New Roman"/>
        </w:rPr>
        <w:t>dengan</w:t>
      </w:r>
      <w:proofErr w:type="spellEnd"/>
      <w:r>
        <w:rPr>
          <w:rFonts w:ascii="Times New Roman" w:hAnsi="Times New Roman" w:cs="Times New Roman"/>
        </w:rPr>
        <w:t xml:space="preserve"> clock speed 16 </w:t>
      </w:r>
      <w:proofErr w:type="spellStart"/>
      <w:r>
        <w:rPr>
          <w:rFonts w:ascii="Times New Roman" w:hAnsi="Times New Roman" w:cs="Times New Roman"/>
        </w:rPr>
        <w:t>MHz.</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diprogram</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Arduino IDE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w:t>
      </w:r>
      <w:proofErr w:type="spellStart"/>
      <w:r>
        <w:rPr>
          <w:rFonts w:ascii="Times New Roman" w:hAnsi="Times New Roman" w:cs="Times New Roman"/>
        </w:rPr>
        <w:t>pemrograman</w:t>
      </w:r>
      <w:proofErr w:type="spellEnd"/>
      <w:r>
        <w:rPr>
          <w:rFonts w:ascii="Times New Roman" w:hAnsi="Times New Roman" w:cs="Times New Roman"/>
        </w:rPr>
        <w:t xml:space="preserve"> C/C++ [2]. Arduino Uno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banyak</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proyek</w:t>
      </w:r>
      <w:proofErr w:type="spellEnd"/>
      <w:r>
        <w:rPr>
          <w:rFonts w:ascii="Times New Roman" w:hAnsi="Times New Roman" w:cs="Times New Roman"/>
        </w:rPr>
        <w:t xml:space="preserve"> embedded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kemudahan</w:t>
      </w:r>
      <w:proofErr w:type="spellEnd"/>
      <w:r>
        <w:rPr>
          <w:rFonts w:ascii="Times New Roman" w:hAnsi="Times New Roman" w:cs="Times New Roman"/>
        </w:rPr>
        <w:t xml:space="preserve"> </w:t>
      </w:r>
      <w:proofErr w:type="spellStart"/>
      <w:r>
        <w:rPr>
          <w:rFonts w:ascii="Times New Roman" w:hAnsi="Times New Roman" w:cs="Times New Roman"/>
        </w:rPr>
        <w:t>penggunaannya</w:t>
      </w:r>
      <w:proofErr w:type="spellEnd"/>
      <w:r>
        <w:rPr>
          <w:rFonts w:ascii="Times New Roman" w:hAnsi="Times New Roman" w:cs="Times New Roman"/>
        </w:rPr>
        <w:t xml:space="preserve">, </w:t>
      </w:r>
      <w:proofErr w:type="spellStart"/>
      <w:r>
        <w:rPr>
          <w:rFonts w:ascii="Times New Roman" w:hAnsi="Times New Roman" w:cs="Times New Roman"/>
        </w:rPr>
        <w:t>biaya</w:t>
      </w:r>
      <w:proofErr w:type="spellEnd"/>
      <w:r>
        <w:rPr>
          <w:rFonts w:ascii="Times New Roman" w:hAnsi="Times New Roman" w:cs="Times New Roman"/>
        </w:rPr>
        <w:t xml:space="preserve"> yang </w:t>
      </w:r>
      <w:proofErr w:type="spellStart"/>
      <w:r>
        <w:rPr>
          <w:rFonts w:ascii="Times New Roman" w:hAnsi="Times New Roman" w:cs="Times New Roman"/>
        </w:rPr>
        <w:t>terjangkau</w:t>
      </w:r>
      <w:proofErr w:type="spellEnd"/>
      <w:r>
        <w:rPr>
          <w:rFonts w:ascii="Times New Roman" w:hAnsi="Times New Roman" w:cs="Times New Roman"/>
        </w:rPr>
        <w:t xml:space="preserve">, dan </w:t>
      </w:r>
      <w:proofErr w:type="spellStart"/>
      <w:r>
        <w:rPr>
          <w:rFonts w:ascii="Times New Roman" w:hAnsi="Times New Roman" w:cs="Times New Roman"/>
        </w:rPr>
        <w:t>komunitas</w:t>
      </w:r>
      <w:proofErr w:type="spellEnd"/>
      <w:r>
        <w:rPr>
          <w:rFonts w:ascii="Times New Roman" w:hAnsi="Times New Roman" w:cs="Times New Roman"/>
        </w:rPr>
        <w:t xml:space="preserve"> </w:t>
      </w:r>
      <w:proofErr w:type="spellStart"/>
      <w:r>
        <w:rPr>
          <w:rFonts w:ascii="Times New Roman" w:hAnsi="Times New Roman" w:cs="Times New Roman"/>
        </w:rPr>
        <w:t>pengguna</w:t>
      </w:r>
      <w:proofErr w:type="spellEnd"/>
      <w:r>
        <w:rPr>
          <w:rFonts w:ascii="Times New Roman" w:hAnsi="Times New Roman" w:cs="Times New Roman"/>
        </w:rPr>
        <w:t xml:space="preserve"> yang </w:t>
      </w:r>
      <w:proofErr w:type="spellStart"/>
      <w:r>
        <w:rPr>
          <w:rFonts w:ascii="Times New Roman" w:hAnsi="Times New Roman" w:cs="Times New Roman"/>
        </w:rPr>
        <w:t>besar</w:t>
      </w:r>
      <w:proofErr w:type="spellEnd"/>
      <w:r>
        <w:rPr>
          <w:rFonts w:ascii="Times New Roman" w:hAnsi="Times New Roman" w:cs="Times New Roman"/>
        </w:rPr>
        <w:t xml:space="preserve">. </w:t>
      </w:r>
      <w:proofErr w:type="spellStart"/>
      <w:r>
        <w:rPr>
          <w:rFonts w:ascii="Times New Roman" w:hAnsi="Times New Roman" w:cs="Times New Roman"/>
        </w:rPr>
        <w:t>Menurut</w:t>
      </w:r>
      <w:proofErr w:type="spellEnd"/>
      <w:r>
        <w:rPr>
          <w:rFonts w:ascii="Times New Roman" w:hAnsi="Times New Roman" w:cs="Times New Roman"/>
        </w:rPr>
        <w:t xml:space="preserve"> Pratama, Arduino Uno R3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papan</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yang paling </w:t>
      </w:r>
      <w:proofErr w:type="spellStart"/>
      <w:r>
        <w:rPr>
          <w:rFonts w:ascii="Times New Roman" w:hAnsi="Times New Roman" w:cs="Times New Roman"/>
        </w:rPr>
        <w:t>populer</w:t>
      </w:r>
      <w:proofErr w:type="spellEnd"/>
      <w:r>
        <w:rPr>
          <w:rFonts w:ascii="Times New Roman" w:hAnsi="Times New Roman" w:cs="Times New Roman"/>
        </w:rPr>
        <w:t xml:space="preserve"> dan </w:t>
      </w:r>
      <w:proofErr w:type="spellStart"/>
      <w:r>
        <w:rPr>
          <w:rFonts w:ascii="Times New Roman" w:hAnsi="Times New Roman" w:cs="Times New Roman"/>
        </w:rPr>
        <w:t>banyak</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prototipe</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w:t>
      </w:r>
    </w:p>
    <w:p w14:paraId="7DE3D71B" w14:textId="77777777" w:rsidR="00C83DA1" w:rsidRDefault="00000000">
      <w:pPr>
        <w:spacing w:before="120" w:after="60" w:line="360" w:lineRule="auto"/>
      </w:pPr>
      <w:r>
        <w:rPr>
          <w:rFonts w:ascii="Times New Roman" w:hAnsi="Times New Roman" w:cs="Times New Roman"/>
          <w:b/>
        </w:rPr>
        <w:t>2.3 Solenoid Door Lock</w:t>
      </w:r>
    </w:p>
    <w:p w14:paraId="28C022BE" w14:textId="77777777" w:rsidR="00C83DA1" w:rsidRDefault="00000000">
      <w:pPr>
        <w:spacing w:after="120" w:line="360" w:lineRule="auto"/>
        <w:ind w:firstLine="709"/>
        <w:jc w:val="both"/>
      </w:pPr>
      <w:r>
        <w:rPr>
          <w:rFonts w:ascii="Times New Roman" w:hAnsi="Times New Roman" w:cs="Times New Roman"/>
        </w:rPr>
        <w:lastRenderedPageBreak/>
        <w:t xml:space="preserve">Solenoid door lock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pengunci</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yang </w:t>
      </w:r>
      <w:proofErr w:type="spellStart"/>
      <w:r>
        <w:rPr>
          <w:rFonts w:ascii="Times New Roman" w:hAnsi="Times New Roman" w:cs="Times New Roman"/>
        </w:rPr>
        <w:t>bekerja</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prinsip</w:t>
      </w:r>
      <w:proofErr w:type="spellEnd"/>
      <w:r>
        <w:rPr>
          <w:rFonts w:ascii="Times New Roman" w:hAnsi="Times New Roman" w:cs="Times New Roman"/>
        </w:rPr>
        <w:t xml:space="preserve"> </w:t>
      </w:r>
      <w:proofErr w:type="spellStart"/>
      <w:r>
        <w:rPr>
          <w:rFonts w:ascii="Times New Roman" w:hAnsi="Times New Roman" w:cs="Times New Roman"/>
        </w:rPr>
        <w:t>elektromagnetik</w:t>
      </w:r>
      <w:proofErr w:type="spellEnd"/>
      <w:r>
        <w:rPr>
          <w:rFonts w:ascii="Times New Roman" w:hAnsi="Times New Roman" w:cs="Times New Roman"/>
        </w:rPr>
        <w:t xml:space="preserve">. Ketika </w:t>
      </w:r>
      <w:proofErr w:type="spellStart"/>
      <w:r>
        <w:rPr>
          <w:rFonts w:ascii="Times New Roman" w:hAnsi="Times New Roman" w:cs="Times New Roman"/>
        </w:rPr>
        <w:t>arus</w:t>
      </w:r>
      <w:proofErr w:type="spellEnd"/>
      <w:r>
        <w:rPr>
          <w:rFonts w:ascii="Times New Roman" w:hAnsi="Times New Roman" w:cs="Times New Roman"/>
        </w:rPr>
        <w:t xml:space="preserve"> </w:t>
      </w:r>
      <w:proofErr w:type="spellStart"/>
      <w:r>
        <w:rPr>
          <w:rFonts w:ascii="Times New Roman" w:hAnsi="Times New Roman" w:cs="Times New Roman"/>
        </w:rPr>
        <w:t>listrik</w:t>
      </w:r>
      <w:proofErr w:type="spellEnd"/>
      <w:r>
        <w:rPr>
          <w:rFonts w:ascii="Times New Roman" w:hAnsi="Times New Roman" w:cs="Times New Roman"/>
        </w:rPr>
        <w:t xml:space="preserve"> </w:t>
      </w:r>
      <w:proofErr w:type="spellStart"/>
      <w:r>
        <w:rPr>
          <w:rFonts w:ascii="Times New Roman" w:hAnsi="Times New Roman" w:cs="Times New Roman"/>
        </w:rPr>
        <w:t>mengalir</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kumparan</w:t>
      </w:r>
      <w:proofErr w:type="spellEnd"/>
      <w:r>
        <w:rPr>
          <w:rFonts w:ascii="Times New Roman" w:hAnsi="Times New Roman" w:cs="Times New Roman"/>
        </w:rPr>
        <w:t xml:space="preserve"> solenoid, </w:t>
      </w:r>
      <w:proofErr w:type="spellStart"/>
      <w:r>
        <w:rPr>
          <w:rFonts w:ascii="Times New Roman" w:hAnsi="Times New Roman" w:cs="Times New Roman"/>
        </w:rPr>
        <w:t>medan</w:t>
      </w:r>
      <w:proofErr w:type="spellEnd"/>
      <w:r>
        <w:rPr>
          <w:rFonts w:ascii="Times New Roman" w:hAnsi="Times New Roman" w:cs="Times New Roman"/>
        </w:rPr>
        <w:t xml:space="preserve"> magnet yang </w:t>
      </w:r>
      <w:proofErr w:type="spellStart"/>
      <w:r>
        <w:rPr>
          <w:rFonts w:ascii="Times New Roman" w:hAnsi="Times New Roman" w:cs="Times New Roman"/>
        </w:rPr>
        <w:t>dihasilkan</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menarik</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mendorong</w:t>
      </w:r>
      <w:proofErr w:type="spellEnd"/>
      <w:r>
        <w:rPr>
          <w:rFonts w:ascii="Times New Roman" w:hAnsi="Times New Roman" w:cs="Times New Roman"/>
        </w:rPr>
        <w:t xml:space="preserve"> piston </w:t>
      </w:r>
      <w:proofErr w:type="spellStart"/>
      <w:r>
        <w:rPr>
          <w:rFonts w:ascii="Times New Roman" w:hAnsi="Times New Roman" w:cs="Times New Roman"/>
        </w:rPr>
        <w:t>logam</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terbuka</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tertutup</w:t>
      </w:r>
      <w:proofErr w:type="spellEnd"/>
      <w:r>
        <w:rPr>
          <w:rFonts w:ascii="Times New Roman" w:hAnsi="Times New Roman" w:cs="Times New Roman"/>
        </w:rPr>
        <w:t xml:space="preserve"> [3]. Solenoid door lock </w:t>
      </w:r>
      <w:proofErr w:type="spellStart"/>
      <w:r>
        <w:rPr>
          <w:rFonts w:ascii="Times New Roman" w:hAnsi="Times New Roman" w:cs="Times New Roman"/>
        </w:rPr>
        <w:t>umumnya</w:t>
      </w:r>
      <w:proofErr w:type="spellEnd"/>
      <w:r>
        <w:rPr>
          <w:rFonts w:ascii="Times New Roman" w:hAnsi="Times New Roman" w:cs="Times New Roman"/>
        </w:rPr>
        <w:t xml:space="preserve"> </w:t>
      </w:r>
      <w:proofErr w:type="spellStart"/>
      <w:r>
        <w:rPr>
          <w:rFonts w:ascii="Times New Roman" w:hAnsi="Times New Roman" w:cs="Times New Roman"/>
        </w:rPr>
        <w:t>membutuhkan</w:t>
      </w:r>
      <w:proofErr w:type="spellEnd"/>
      <w:r>
        <w:rPr>
          <w:rFonts w:ascii="Times New Roman" w:hAnsi="Times New Roman" w:cs="Times New Roman"/>
        </w:rPr>
        <w:t xml:space="preserve"> </w:t>
      </w:r>
      <w:proofErr w:type="spellStart"/>
      <w:r>
        <w:rPr>
          <w:rFonts w:ascii="Times New Roman" w:hAnsi="Times New Roman" w:cs="Times New Roman"/>
        </w:rPr>
        <w:t>tegangan</w:t>
      </w:r>
      <w:proofErr w:type="spellEnd"/>
      <w:r>
        <w:rPr>
          <w:rFonts w:ascii="Times New Roman" w:hAnsi="Times New Roman" w:cs="Times New Roman"/>
        </w:rPr>
        <w:t xml:space="preserve"> 12V DC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arus</w:t>
      </w:r>
      <w:proofErr w:type="spellEnd"/>
      <w:r>
        <w:rPr>
          <w:rFonts w:ascii="Times New Roman" w:hAnsi="Times New Roman" w:cs="Times New Roman"/>
        </w:rPr>
        <w:t xml:space="preserve"> 600 mA dan </w:t>
      </w:r>
      <w:proofErr w:type="spellStart"/>
      <w:r>
        <w:rPr>
          <w:rFonts w:ascii="Times New Roman" w:hAnsi="Times New Roman" w:cs="Times New Roman"/>
        </w:rPr>
        <w:t>konsumsi</w:t>
      </w:r>
      <w:proofErr w:type="spellEnd"/>
      <w:r>
        <w:rPr>
          <w:rFonts w:ascii="Times New Roman" w:hAnsi="Times New Roman" w:cs="Times New Roman"/>
        </w:rPr>
        <w:t xml:space="preserve"> </w:t>
      </w:r>
      <w:proofErr w:type="spellStart"/>
      <w:r>
        <w:rPr>
          <w:rFonts w:ascii="Times New Roman" w:hAnsi="Times New Roman" w:cs="Times New Roman"/>
        </w:rPr>
        <w:t>daya</w:t>
      </w:r>
      <w:proofErr w:type="spellEnd"/>
      <w:r>
        <w:rPr>
          <w:rFonts w:ascii="Times New Roman" w:hAnsi="Times New Roman" w:cs="Times New Roman"/>
        </w:rPr>
        <w:t xml:space="preserve"> </w:t>
      </w:r>
      <w:proofErr w:type="spellStart"/>
      <w:r>
        <w:rPr>
          <w:rFonts w:ascii="Times New Roman" w:hAnsi="Times New Roman" w:cs="Times New Roman"/>
        </w:rPr>
        <w:t>sekitar</w:t>
      </w:r>
      <w:proofErr w:type="spellEnd"/>
      <w:r>
        <w:rPr>
          <w:rFonts w:ascii="Times New Roman" w:hAnsi="Times New Roman" w:cs="Times New Roman"/>
        </w:rPr>
        <w:t xml:space="preserve"> 7,5 Watt. Waktu </w:t>
      </w:r>
      <w:proofErr w:type="spellStart"/>
      <w:r>
        <w:rPr>
          <w:rFonts w:ascii="Times New Roman" w:hAnsi="Times New Roman" w:cs="Times New Roman"/>
        </w:rPr>
        <w:t>pembukaan</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1 </w:t>
      </w:r>
      <w:proofErr w:type="spellStart"/>
      <w:r>
        <w:rPr>
          <w:rFonts w:ascii="Times New Roman" w:hAnsi="Times New Roman" w:cs="Times New Roman"/>
        </w:rPr>
        <w:t>detik</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sering</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keandalan</w:t>
      </w:r>
      <w:proofErr w:type="spellEnd"/>
      <w:r>
        <w:rPr>
          <w:rFonts w:ascii="Times New Roman" w:hAnsi="Times New Roman" w:cs="Times New Roman"/>
        </w:rPr>
        <w:t xml:space="preserve"> dan </w:t>
      </w:r>
      <w:proofErr w:type="spellStart"/>
      <w:r>
        <w:rPr>
          <w:rFonts w:ascii="Times New Roman" w:hAnsi="Times New Roman" w:cs="Times New Roman"/>
        </w:rPr>
        <w:t>daya</w:t>
      </w:r>
      <w:proofErr w:type="spellEnd"/>
      <w:r>
        <w:rPr>
          <w:rFonts w:ascii="Times New Roman" w:hAnsi="Times New Roman" w:cs="Times New Roman"/>
        </w:rPr>
        <w:t xml:space="preserve"> </w:t>
      </w:r>
      <w:proofErr w:type="spellStart"/>
      <w:r>
        <w:rPr>
          <w:rFonts w:ascii="Times New Roman" w:hAnsi="Times New Roman" w:cs="Times New Roman"/>
        </w:rPr>
        <w:t>tahan</w:t>
      </w:r>
      <w:proofErr w:type="spellEnd"/>
      <w:r>
        <w:rPr>
          <w:rFonts w:ascii="Times New Roman" w:hAnsi="Times New Roman" w:cs="Times New Roman"/>
        </w:rPr>
        <w:t xml:space="preserve"> yang </w:t>
      </w:r>
      <w:proofErr w:type="spellStart"/>
      <w:r>
        <w:rPr>
          <w:rFonts w:ascii="Times New Roman" w:hAnsi="Times New Roman" w:cs="Times New Roman"/>
        </w:rPr>
        <w:t>tinggi</w:t>
      </w:r>
      <w:proofErr w:type="spellEnd"/>
      <w:r>
        <w:rPr>
          <w:rFonts w:ascii="Times New Roman" w:hAnsi="Times New Roman" w:cs="Times New Roman"/>
        </w:rPr>
        <w:t xml:space="preserve">. </w:t>
      </w:r>
      <w:proofErr w:type="spellStart"/>
      <w:r>
        <w:rPr>
          <w:rFonts w:ascii="Times New Roman" w:hAnsi="Times New Roman" w:cs="Times New Roman"/>
        </w:rPr>
        <w:t>Menurut</w:t>
      </w:r>
      <w:proofErr w:type="spellEnd"/>
      <w:r>
        <w:rPr>
          <w:rFonts w:ascii="Times New Roman" w:hAnsi="Times New Roman" w:cs="Times New Roman"/>
        </w:rPr>
        <w:t xml:space="preserve"> Saputra dan </w:t>
      </w:r>
      <w:proofErr w:type="spellStart"/>
      <w:r>
        <w:rPr>
          <w:rFonts w:ascii="Times New Roman" w:hAnsi="Times New Roman" w:cs="Times New Roman"/>
        </w:rPr>
        <w:t>Meilinda</w:t>
      </w:r>
      <w:proofErr w:type="spellEnd"/>
      <w:r>
        <w:rPr>
          <w:rFonts w:ascii="Times New Roman" w:hAnsi="Times New Roman" w:cs="Times New Roman"/>
        </w:rPr>
        <w:t xml:space="preserve"> [3], solenoid door lock </w:t>
      </w:r>
      <w:proofErr w:type="spellStart"/>
      <w:r>
        <w:rPr>
          <w:rFonts w:ascii="Times New Roman" w:hAnsi="Times New Roman" w:cs="Times New Roman"/>
        </w:rPr>
        <w:t>merupakan</w:t>
      </w:r>
      <w:proofErr w:type="spellEnd"/>
      <w:r>
        <w:rPr>
          <w:rFonts w:ascii="Times New Roman" w:hAnsi="Times New Roman" w:cs="Times New Roman"/>
        </w:rPr>
        <w:t xml:space="preserve"> </w:t>
      </w:r>
      <w:proofErr w:type="spellStart"/>
      <w:r>
        <w:rPr>
          <w:rFonts w:ascii="Times New Roman" w:hAnsi="Times New Roman" w:cs="Times New Roman"/>
        </w:rPr>
        <w:t>pilihan</w:t>
      </w:r>
      <w:proofErr w:type="spellEnd"/>
      <w:r>
        <w:rPr>
          <w:rFonts w:ascii="Times New Roman" w:hAnsi="Times New Roman" w:cs="Times New Roman"/>
        </w:rPr>
        <w:t xml:space="preserve"> yang </w:t>
      </w:r>
      <w:proofErr w:type="spellStart"/>
      <w:r>
        <w:rPr>
          <w:rFonts w:ascii="Times New Roman" w:hAnsi="Times New Roman" w:cs="Times New Roman"/>
        </w:rPr>
        <w:t>efektif</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pengaman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w:t>
      </w:r>
      <w:proofErr w:type="spellStart"/>
      <w:r>
        <w:rPr>
          <w:rFonts w:ascii="Times New Roman" w:hAnsi="Times New Roman" w:cs="Times New Roman"/>
        </w:rPr>
        <w:t>karena</w:t>
      </w:r>
      <w:proofErr w:type="spellEnd"/>
      <w:r>
        <w:rPr>
          <w:rFonts w:ascii="Times New Roman" w:hAnsi="Times New Roman" w:cs="Times New Roman"/>
        </w:rPr>
        <w:t xml:space="preserve"> </w:t>
      </w:r>
      <w:proofErr w:type="spellStart"/>
      <w:r>
        <w:rPr>
          <w:rFonts w:ascii="Times New Roman" w:hAnsi="Times New Roman" w:cs="Times New Roman"/>
        </w:rPr>
        <w:t>respons</w:t>
      </w:r>
      <w:proofErr w:type="spellEnd"/>
      <w:r>
        <w:rPr>
          <w:rFonts w:ascii="Times New Roman" w:hAnsi="Times New Roman" w:cs="Times New Roman"/>
        </w:rPr>
        <w:t xml:space="preserve"> yang </w:t>
      </w:r>
      <w:proofErr w:type="spellStart"/>
      <w:r>
        <w:rPr>
          <w:rFonts w:ascii="Times New Roman" w:hAnsi="Times New Roman" w:cs="Times New Roman"/>
        </w:rPr>
        <w:t>cepat</w:t>
      </w:r>
      <w:proofErr w:type="spellEnd"/>
      <w:r>
        <w:rPr>
          <w:rFonts w:ascii="Times New Roman" w:hAnsi="Times New Roman" w:cs="Times New Roman"/>
        </w:rPr>
        <w:t xml:space="preserve"> dan </w:t>
      </w:r>
      <w:proofErr w:type="spellStart"/>
      <w:r>
        <w:rPr>
          <w:rFonts w:ascii="Times New Roman" w:hAnsi="Times New Roman" w:cs="Times New Roman"/>
        </w:rPr>
        <w:t>kemudahan</w:t>
      </w:r>
      <w:proofErr w:type="spellEnd"/>
      <w:r>
        <w:rPr>
          <w:rFonts w:ascii="Times New Roman" w:hAnsi="Times New Roman" w:cs="Times New Roman"/>
        </w:rPr>
        <w:t xml:space="preserve"> </w:t>
      </w:r>
      <w:proofErr w:type="spellStart"/>
      <w:r>
        <w:rPr>
          <w:rFonts w:ascii="Times New Roman" w:hAnsi="Times New Roman" w:cs="Times New Roman"/>
        </w:rPr>
        <w:t>integrasi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w:t>
      </w:r>
    </w:p>
    <w:p w14:paraId="6E019748" w14:textId="77777777" w:rsidR="00C83DA1" w:rsidRDefault="00000000">
      <w:pPr>
        <w:spacing w:before="120" w:after="60" w:line="360" w:lineRule="auto"/>
      </w:pPr>
      <w:r>
        <w:rPr>
          <w:rFonts w:ascii="Times New Roman" w:hAnsi="Times New Roman" w:cs="Times New Roman"/>
          <w:b/>
        </w:rPr>
        <w:t>2.4 Modul RFID RC522</w:t>
      </w:r>
    </w:p>
    <w:p w14:paraId="4E159134" w14:textId="77777777" w:rsidR="00C83DA1" w:rsidRDefault="00000000">
      <w:pPr>
        <w:spacing w:after="120" w:line="360" w:lineRule="auto"/>
        <w:ind w:firstLine="709"/>
        <w:jc w:val="both"/>
      </w:pPr>
      <w:r>
        <w:rPr>
          <w:rFonts w:ascii="Times New Roman" w:hAnsi="Times New Roman" w:cs="Times New Roman"/>
        </w:rPr>
        <w:t xml:space="preserve">Modul RFID RC522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pembaca</w:t>
      </w:r>
      <w:proofErr w:type="spellEnd"/>
      <w:r>
        <w:rPr>
          <w:rFonts w:ascii="Times New Roman" w:hAnsi="Times New Roman" w:cs="Times New Roman"/>
        </w:rPr>
        <w:t xml:space="preserve"> RFID yang </w:t>
      </w:r>
      <w:proofErr w:type="spellStart"/>
      <w:r>
        <w:rPr>
          <w:rFonts w:ascii="Times New Roman" w:hAnsi="Times New Roman" w:cs="Times New Roman"/>
        </w:rPr>
        <w:t>bekerja</w:t>
      </w:r>
      <w:proofErr w:type="spellEnd"/>
      <w:r>
        <w:rPr>
          <w:rFonts w:ascii="Times New Roman" w:hAnsi="Times New Roman" w:cs="Times New Roman"/>
        </w:rPr>
        <w:t xml:space="preserve"> pada </w:t>
      </w:r>
      <w:proofErr w:type="spellStart"/>
      <w:r>
        <w:rPr>
          <w:rFonts w:ascii="Times New Roman" w:hAnsi="Times New Roman" w:cs="Times New Roman"/>
        </w:rPr>
        <w:t>frekuensi</w:t>
      </w:r>
      <w:proofErr w:type="spellEnd"/>
      <w:r>
        <w:rPr>
          <w:rFonts w:ascii="Times New Roman" w:hAnsi="Times New Roman" w:cs="Times New Roman"/>
        </w:rPr>
        <w:t xml:space="preserve"> 13,56 MHz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tegangan</w:t>
      </w:r>
      <w:proofErr w:type="spellEnd"/>
      <w:r>
        <w:rPr>
          <w:rFonts w:ascii="Times New Roman" w:hAnsi="Times New Roman" w:cs="Times New Roman"/>
        </w:rPr>
        <w:t xml:space="preserve"> </w:t>
      </w:r>
      <w:proofErr w:type="spellStart"/>
      <w:r>
        <w:rPr>
          <w:rFonts w:ascii="Times New Roman" w:hAnsi="Times New Roman" w:cs="Times New Roman"/>
        </w:rPr>
        <w:t>operasi</w:t>
      </w:r>
      <w:proofErr w:type="spellEnd"/>
      <w:r>
        <w:rPr>
          <w:rFonts w:ascii="Times New Roman" w:hAnsi="Times New Roman" w:cs="Times New Roman"/>
        </w:rPr>
        <w:t xml:space="preserve"> 3,3V. Modul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protokol</w:t>
      </w:r>
      <w:proofErr w:type="spellEnd"/>
      <w:r>
        <w:rPr>
          <w:rFonts w:ascii="Times New Roman" w:hAnsi="Times New Roman" w:cs="Times New Roman"/>
        </w:rPr>
        <w:t xml:space="preserve"> SPI (Serial Peripheral Interface)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berkomunikasi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RC522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membaca</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maksimal</w:t>
      </w:r>
      <w:proofErr w:type="spellEnd"/>
      <w:r>
        <w:rPr>
          <w:rFonts w:ascii="Times New Roman" w:hAnsi="Times New Roman" w:cs="Times New Roman"/>
        </w:rPr>
        <w:t xml:space="preserve"> </w:t>
      </w:r>
      <w:proofErr w:type="spellStart"/>
      <w:r>
        <w:rPr>
          <w:rFonts w:ascii="Times New Roman" w:hAnsi="Times New Roman" w:cs="Times New Roman"/>
        </w:rPr>
        <w:t>sekitar</w:t>
      </w:r>
      <w:proofErr w:type="spellEnd"/>
      <w:r>
        <w:rPr>
          <w:rFonts w:ascii="Times New Roman" w:hAnsi="Times New Roman" w:cs="Times New Roman"/>
        </w:rPr>
        <w:t xml:space="preserve"> 3 cm. Modul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fitur</w:t>
      </w:r>
      <w:proofErr w:type="spellEnd"/>
      <w:r>
        <w:rPr>
          <w:rFonts w:ascii="Times New Roman" w:hAnsi="Times New Roman" w:cs="Times New Roman"/>
        </w:rPr>
        <w:t xml:space="preserve"> anti-collision yang </w:t>
      </w:r>
      <w:proofErr w:type="spellStart"/>
      <w:r>
        <w:rPr>
          <w:rFonts w:ascii="Times New Roman" w:hAnsi="Times New Roman" w:cs="Times New Roman"/>
        </w:rPr>
        <w:t>memungkinkan</w:t>
      </w:r>
      <w:proofErr w:type="spellEnd"/>
      <w:r>
        <w:rPr>
          <w:rFonts w:ascii="Times New Roman" w:hAnsi="Times New Roman" w:cs="Times New Roman"/>
        </w:rPr>
        <w:t xml:space="preserve"> </w:t>
      </w:r>
      <w:proofErr w:type="spellStart"/>
      <w:r>
        <w:rPr>
          <w:rFonts w:ascii="Times New Roman" w:hAnsi="Times New Roman" w:cs="Times New Roman"/>
        </w:rPr>
        <w:t>pembacaan</w:t>
      </w:r>
      <w:proofErr w:type="spellEnd"/>
      <w:r>
        <w:rPr>
          <w:rFonts w:ascii="Times New Roman" w:hAnsi="Times New Roman" w:cs="Times New Roman"/>
        </w:rPr>
        <w:t xml:space="preserve"> multiple tag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bersamaan</w:t>
      </w:r>
      <w:proofErr w:type="spellEnd"/>
      <w:r>
        <w:rPr>
          <w:rFonts w:ascii="Times New Roman" w:hAnsi="Times New Roman" w:cs="Times New Roman"/>
        </w:rPr>
        <w:t xml:space="preserve">. </w:t>
      </w:r>
      <w:proofErr w:type="spellStart"/>
      <w:r>
        <w:rPr>
          <w:rFonts w:ascii="Times New Roman" w:hAnsi="Times New Roman" w:cs="Times New Roman"/>
        </w:rPr>
        <w:t>Menurut</w:t>
      </w:r>
      <w:proofErr w:type="spellEnd"/>
      <w:r>
        <w:rPr>
          <w:rFonts w:ascii="Times New Roman" w:hAnsi="Times New Roman" w:cs="Times New Roman"/>
        </w:rPr>
        <w:t xml:space="preserve"> Hamidah et al. [1], </w:t>
      </w:r>
      <w:proofErr w:type="spellStart"/>
      <w:r>
        <w:rPr>
          <w:rFonts w:ascii="Times New Roman" w:hAnsi="Times New Roman" w:cs="Times New Roman"/>
        </w:rPr>
        <w:t>modul</w:t>
      </w:r>
      <w:proofErr w:type="spellEnd"/>
      <w:r>
        <w:rPr>
          <w:rFonts w:ascii="Times New Roman" w:hAnsi="Times New Roman" w:cs="Times New Roman"/>
        </w:rPr>
        <w:t xml:space="preserve"> RC522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mendeteksi</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tanggapan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2 </w:t>
      </w:r>
      <w:proofErr w:type="spellStart"/>
      <w:r>
        <w:rPr>
          <w:rFonts w:ascii="Times New Roman" w:hAnsi="Times New Roman" w:cs="Times New Roman"/>
        </w:rPr>
        <w:t>hingga</w:t>
      </w:r>
      <w:proofErr w:type="spellEnd"/>
      <w:r>
        <w:rPr>
          <w:rFonts w:ascii="Times New Roman" w:hAnsi="Times New Roman" w:cs="Times New Roman"/>
        </w:rPr>
        <w:t xml:space="preserve"> 3 </w:t>
      </w:r>
      <w:proofErr w:type="spellStart"/>
      <w:r>
        <w:rPr>
          <w:rFonts w:ascii="Times New Roman" w:hAnsi="Times New Roman" w:cs="Times New Roman"/>
        </w:rPr>
        <w:t>detik</w:t>
      </w:r>
      <w:proofErr w:type="spellEnd"/>
      <w:r>
        <w:rPr>
          <w:rFonts w:ascii="Times New Roman" w:hAnsi="Times New Roman" w:cs="Times New Roman"/>
        </w:rPr>
        <w:t>.</w:t>
      </w:r>
    </w:p>
    <w:p w14:paraId="2C704F09" w14:textId="77777777" w:rsidR="00C83DA1" w:rsidRDefault="00000000">
      <w:pPr>
        <w:spacing w:before="120" w:after="60" w:line="360" w:lineRule="auto"/>
      </w:pPr>
      <w:r>
        <w:rPr>
          <w:rFonts w:ascii="Times New Roman" w:hAnsi="Times New Roman" w:cs="Times New Roman"/>
          <w:b/>
        </w:rPr>
        <w:t xml:space="preserve">2.5 </w:t>
      </w:r>
      <w:proofErr w:type="spellStart"/>
      <w:r>
        <w:rPr>
          <w:rFonts w:ascii="Times New Roman" w:hAnsi="Times New Roman" w:cs="Times New Roman"/>
          <w:b/>
        </w:rPr>
        <w:t>Penelitian</w:t>
      </w:r>
      <w:proofErr w:type="spellEnd"/>
      <w:r>
        <w:rPr>
          <w:rFonts w:ascii="Times New Roman" w:hAnsi="Times New Roman" w:cs="Times New Roman"/>
          <w:b/>
        </w:rPr>
        <w:t xml:space="preserve"> </w:t>
      </w:r>
      <w:proofErr w:type="spellStart"/>
      <w:r>
        <w:rPr>
          <w:rFonts w:ascii="Times New Roman" w:hAnsi="Times New Roman" w:cs="Times New Roman"/>
          <w:b/>
        </w:rPr>
        <w:t>Terkait</w:t>
      </w:r>
      <w:proofErr w:type="spellEnd"/>
    </w:p>
    <w:p w14:paraId="6B94C942" w14:textId="77777777" w:rsidR="00C83DA1" w:rsidRDefault="00000000">
      <w:pPr>
        <w:spacing w:after="120" w:line="360" w:lineRule="auto"/>
        <w:ind w:firstLine="709"/>
        <w:jc w:val="both"/>
      </w:pPr>
      <w:r>
        <w:rPr>
          <w:rFonts w:ascii="Times New Roman" w:hAnsi="Times New Roman" w:cs="Times New Roman"/>
        </w:rPr>
        <w:t xml:space="preserve">Hamidah et al. [1]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perancangan</w:t>
      </w:r>
      <w:proofErr w:type="spellEnd"/>
      <w:r>
        <w:rPr>
          <w:rFonts w:ascii="Times New Roman" w:hAnsi="Times New Roman" w:cs="Times New Roman"/>
        </w:rPr>
        <w:t xml:space="preserve"> dan </w:t>
      </w:r>
      <w:proofErr w:type="spellStart"/>
      <w:r>
        <w:rPr>
          <w:rFonts w:ascii="Times New Roman" w:hAnsi="Times New Roman" w:cs="Times New Roman"/>
        </w:rPr>
        <w:t>implementasi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tag card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Arduino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pengendali</w:t>
      </w:r>
      <w:proofErr w:type="spellEnd"/>
      <w:r>
        <w:rPr>
          <w:rFonts w:ascii="Times New Roman" w:hAnsi="Times New Roman" w:cs="Times New Roman"/>
        </w:rPr>
        <w:t xml:space="preserve">, reader RFID, solenoid </w:t>
      </w:r>
      <w:proofErr w:type="spellStart"/>
      <w:r>
        <w:rPr>
          <w:rFonts w:ascii="Times New Roman" w:hAnsi="Times New Roman" w:cs="Times New Roman"/>
        </w:rPr>
        <w:t>doorlock</w:t>
      </w:r>
      <w:proofErr w:type="spellEnd"/>
      <w:r>
        <w:rPr>
          <w:rFonts w:ascii="Times New Roman" w:hAnsi="Times New Roman" w:cs="Times New Roman"/>
        </w:rPr>
        <w:t xml:space="preserve">, </w:t>
      </w:r>
      <w:proofErr w:type="spellStart"/>
      <w:r>
        <w:rPr>
          <w:rFonts w:ascii="Times New Roman" w:hAnsi="Times New Roman" w:cs="Times New Roman"/>
        </w:rPr>
        <w:t>layar</w:t>
      </w:r>
      <w:proofErr w:type="spellEnd"/>
      <w:r>
        <w:rPr>
          <w:rFonts w:ascii="Times New Roman" w:hAnsi="Times New Roman" w:cs="Times New Roman"/>
        </w:rPr>
        <w:t xml:space="preserve"> LCD, dan </w:t>
      </w:r>
      <w:proofErr w:type="spellStart"/>
      <w:r>
        <w:rPr>
          <w:rFonts w:ascii="Times New Roman" w:hAnsi="Times New Roman" w:cs="Times New Roman"/>
        </w:rPr>
        <w:t>modul</w:t>
      </w:r>
      <w:proofErr w:type="spellEnd"/>
      <w:r>
        <w:rPr>
          <w:rFonts w:ascii="Times New Roman" w:hAnsi="Times New Roman" w:cs="Times New Roman"/>
        </w:rPr>
        <w:t xml:space="preserve"> </w:t>
      </w:r>
      <w:proofErr w:type="spellStart"/>
      <w:r>
        <w:rPr>
          <w:rFonts w:ascii="Times New Roman" w:hAnsi="Times New Roman" w:cs="Times New Roman"/>
        </w:rPr>
        <w:t>WiFi</w:t>
      </w:r>
      <w:proofErr w:type="spellEnd"/>
      <w:r>
        <w:rPr>
          <w:rFonts w:ascii="Times New Roman" w:hAnsi="Times New Roman" w:cs="Times New Roman"/>
        </w:rPr>
        <w:t xml:space="preserve"> yang </w:t>
      </w:r>
      <w:proofErr w:type="spellStart"/>
      <w:r>
        <w:rPr>
          <w:rFonts w:ascii="Times New Roman" w:hAnsi="Times New Roman" w:cs="Times New Roman"/>
        </w:rPr>
        <w:t>terhubung</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bot Telegram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mengirimkan</w:t>
      </w:r>
      <w:proofErr w:type="spellEnd"/>
      <w:r>
        <w:rPr>
          <w:rFonts w:ascii="Times New Roman" w:hAnsi="Times New Roman" w:cs="Times New Roman"/>
        </w:rPr>
        <w:t xml:space="preserve"> </w:t>
      </w:r>
      <w:proofErr w:type="spellStart"/>
      <w:r>
        <w:rPr>
          <w:rFonts w:ascii="Times New Roman" w:hAnsi="Times New Roman" w:cs="Times New Roman"/>
        </w:rPr>
        <w:t>notifikasi</w:t>
      </w:r>
      <w:proofErr w:type="spellEnd"/>
      <w:r>
        <w:rPr>
          <w:rFonts w:ascii="Times New Roman" w:hAnsi="Times New Roman" w:cs="Times New Roman"/>
        </w:rPr>
        <w:t xml:space="preserve">. Hasil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reader RFID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mendeteksi</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w:t>
      </w:r>
      <w:proofErr w:type="spellStart"/>
      <w:r>
        <w:rPr>
          <w:rFonts w:ascii="Times New Roman" w:hAnsi="Times New Roman" w:cs="Times New Roman"/>
        </w:rPr>
        <w:t>hingga</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3 cm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tanggapan</w:t>
      </w:r>
      <w:proofErr w:type="spellEnd"/>
      <w:r>
        <w:rPr>
          <w:rFonts w:ascii="Times New Roman" w:hAnsi="Times New Roman" w:cs="Times New Roman"/>
        </w:rPr>
        <w:t xml:space="preserve"> 2 </w:t>
      </w:r>
      <w:proofErr w:type="spellStart"/>
      <w:r>
        <w:rPr>
          <w:rFonts w:ascii="Times New Roman" w:hAnsi="Times New Roman" w:cs="Times New Roman"/>
        </w:rPr>
        <w:t>hingga</w:t>
      </w:r>
      <w:proofErr w:type="spellEnd"/>
      <w:r>
        <w:rPr>
          <w:rFonts w:ascii="Times New Roman" w:hAnsi="Times New Roman" w:cs="Times New Roman"/>
        </w:rPr>
        <w:t xml:space="preserve"> 3 </w:t>
      </w:r>
      <w:proofErr w:type="spellStart"/>
      <w:r>
        <w:rPr>
          <w:rFonts w:ascii="Times New Roman" w:hAnsi="Times New Roman" w:cs="Times New Roman"/>
        </w:rPr>
        <w:t>detik</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terbukti</w:t>
      </w:r>
      <w:proofErr w:type="spellEnd"/>
      <w:r>
        <w:rPr>
          <w:rFonts w:ascii="Times New Roman" w:hAnsi="Times New Roman" w:cs="Times New Roman"/>
        </w:rPr>
        <w:t xml:space="preserve"> </w:t>
      </w:r>
      <w:proofErr w:type="spellStart"/>
      <w:r>
        <w:rPr>
          <w:rFonts w:ascii="Times New Roman" w:hAnsi="Times New Roman" w:cs="Times New Roman"/>
        </w:rPr>
        <w:t>efektif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dan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di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tempat</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rumah</w:t>
      </w:r>
      <w:proofErr w:type="spellEnd"/>
      <w:r>
        <w:rPr>
          <w:rFonts w:ascii="Times New Roman" w:hAnsi="Times New Roman" w:cs="Times New Roman"/>
        </w:rPr>
        <w:t xml:space="preserve">, </w:t>
      </w:r>
      <w:proofErr w:type="spellStart"/>
      <w:r>
        <w:rPr>
          <w:rFonts w:ascii="Times New Roman" w:hAnsi="Times New Roman" w:cs="Times New Roman"/>
        </w:rPr>
        <w:t>kantor</w:t>
      </w:r>
      <w:proofErr w:type="spellEnd"/>
      <w:r>
        <w:rPr>
          <w:rFonts w:ascii="Times New Roman" w:hAnsi="Times New Roman" w:cs="Times New Roman"/>
        </w:rPr>
        <w:t xml:space="preserve">, dan </w:t>
      </w:r>
      <w:proofErr w:type="spellStart"/>
      <w:r>
        <w:rPr>
          <w:rFonts w:ascii="Times New Roman" w:hAnsi="Times New Roman" w:cs="Times New Roman"/>
        </w:rPr>
        <w:t>laboratorium</w:t>
      </w:r>
      <w:proofErr w:type="spellEnd"/>
      <w:r>
        <w:rPr>
          <w:rFonts w:ascii="Times New Roman" w:hAnsi="Times New Roman" w:cs="Times New Roman"/>
        </w:rPr>
        <w:t>.</w:t>
      </w:r>
    </w:p>
    <w:p w14:paraId="45F9E3A2" w14:textId="77777777" w:rsidR="00C83DA1" w:rsidRDefault="00000000">
      <w:pPr>
        <w:spacing w:after="120" w:line="360" w:lineRule="auto"/>
        <w:ind w:firstLine="709"/>
        <w:jc w:val="both"/>
      </w:pPr>
      <w:proofErr w:type="spellStart"/>
      <w:r>
        <w:rPr>
          <w:rFonts w:ascii="Times New Roman" w:hAnsi="Times New Roman" w:cs="Times New Roman"/>
        </w:rPr>
        <w:t>Marpaung</w:t>
      </w:r>
      <w:proofErr w:type="spellEnd"/>
      <w:r>
        <w:rPr>
          <w:rFonts w:ascii="Times New Roman" w:hAnsi="Times New Roman" w:cs="Times New Roman"/>
        </w:rPr>
        <w:t xml:space="preserve"> et al. [4]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pengamanan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RFID RC522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Arduino.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Kartu RFID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alat</w:t>
      </w:r>
      <w:proofErr w:type="spellEnd"/>
      <w:r>
        <w:rPr>
          <w:rFonts w:ascii="Times New Roman" w:hAnsi="Times New Roman" w:cs="Times New Roman"/>
        </w:rPr>
        <w:t xml:space="preserve"> </w:t>
      </w:r>
      <w:proofErr w:type="spellStart"/>
      <w:r>
        <w:rPr>
          <w:rFonts w:ascii="Times New Roman" w:hAnsi="Times New Roman" w:cs="Times New Roman"/>
        </w:rPr>
        <w:t>autentikasi</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Hasil </w:t>
      </w:r>
      <w:proofErr w:type="spellStart"/>
      <w:r>
        <w:rPr>
          <w:rFonts w:ascii="Times New Roman" w:hAnsi="Times New Roman" w:cs="Times New Roman"/>
        </w:rPr>
        <w:t>eksperimen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kode</w:t>
      </w:r>
      <w:proofErr w:type="spellEnd"/>
      <w:r>
        <w:rPr>
          <w:rFonts w:ascii="Times New Roman" w:hAnsi="Times New Roman" w:cs="Times New Roman"/>
        </w:rPr>
        <w:t xml:space="preserve"> RFID </w:t>
      </w:r>
      <w:proofErr w:type="spellStart"/>
      <w:r>
        <w:rPr>
          <w:rFonts w:ascii="Times New Roman" w:hAnsi="Times New Roman" w:cs="Times New Roman"/>
        </w:rPr>
        <w:t>berhasil</w:t>
      </w:r>
      <w:proofErr w:type="spellEnd"/>
      <w:r>
        <w:rPr>
          <w:rFonts w:ascii="Times New Roman" w:hAnsi="Times New Roman" w:cs="Times New Roman"/>
        </w:rPr>
        <w:t xml:space="preserve"> </w:t>
      </w:r>
      <w:proofErr w:type="spellStart"/>
      <w:r>
        <w:rPr>
          <w:rFonts w:ascii="Times New Roman" w:hAnsi="Times New Roman" w:cs="Times New Roman"/>
        </w:rPr>
        <w:t>dideteksi</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kode</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E-KTP, dan data SIM.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dirancang</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menggantikan</w:t>
      </w:r>
      <w:proofErr w:type="spellEnd"/>
      <w:r>
        <w:rPr>
          <w:rFonts w:ascii="Times New Roman" w:hAnsi="Times New Roman" w:cs="Times New Roman"/>
        </w:rPr>
        <w:t xml:space="preserve"> </w:t>
      </w:r>
      <w:proofErr w:type="spellStart"/>
      <w:r>
        <w:rPr>
          <w:rFonts w:ascii="Times New Roman" w:hAnsi="Times New Roman" w:cs="Times New Roman"/>
        </w:rPr>
        <w:t>fungsi</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tradisional</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mekanisme</w:t>
      </w:r>
      <w:proofErr w:type="spellEnd"/>
      <w:r>
        <w:rPr>
          <w:rFonts w:ascii="Times New Roman" w:hAnsi="Times New Roman" w:cs="Times New Roman"/>
        </w:rPr>
        <w:t xml:space="preserve"> </w:t>
      </w:r>
      <w:proofErr w:type="spellStart"/>
      <w:r>
        <w:rPr>
          <w:rFonts w:ascii="Times New Roman" w:hAnsi="Times New Roman" w:cs="Times New Roman"/>
        </w:rPr>
        <w:t>penguncian</w:t>
      </w:r>
      <w:proofErr w:type="spellEnd"/>
      <w:r>
        <w:rPr>
          <w:rFonts w:ascii="Times New Roman" w:hAnsi="Times New Roman" w:cs="Times New Roman"/>
        </w:rPr>
        <w:t xml:space="preserve"> dan </w:t>
      </w:r>
      <w:proofErr w:type="spellStart"/>
      <w:r>
        <w:rPr>
          <w:rFonts w:ascii="Times New Roman" w:hAnsi="Times New Roman" w:cs="Times New Roman"/>
        </w:rPr>
        <w:t>pembukaan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w:t>
      </w:r>
    </w:p>
    <w:p w14:paraId="1E9EA508" w14:textId="77777777" w:rsidR="00C83DA1" w:rsidRDefault="00000000">
      <w:pPr>
        <w:spacing w:after="120" w:line="360" w:lineRule="auto"/>
        <w:ind w:firstLine="709"/>
        <w:jc w:val="both"/>
      </w:pPr>
      <w:proofErr w:type="spellStart"/>
      <w:r>
        <w:rPr>
          <w:rFonts w:ascii="Times New Roman" w:hAnsi="Times New Roman" w:cs="Times New Roman"/>
        </w:rPr>
        <w:t>Suwanda</w:t>
      </w:r>
      <w:proofErr w:type="spellEnd"/>
      <w:r>
        <w:rPr>
          <w:rFonts w:ascii="Times New Roman" w:hAnsi="Times New Roman" w:cs="Times New Roman"/>
        </w:rPr>
        <w:t xml:space="preserve"> [5]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rancang</w:t>
      </w:r>
      <w:proofErr w:type="spellEnd"/>
      <w:r>
        <w:rPr>
          <w:rFonts w:ascii="Times New Roman" w:hAnsi="Times New Roman" w:cs="Times New Roman"/>
        </w:rPr>
        <w:t xml:space="preserve"> </w:t>
      </w:r>
      <w:proofErr w:type="spellStart"/>
      <w:r>
        <w:rPr>
          <w:rFonts w:ascii="Times New Roman" w:hAnsi="Times New Roman" w:cs="Times New Roman"/>
        </w:rPr>
        <w:t>bangun</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RFID </w:t>
      </w:r>
      <w:proofErr w:type="spellStart"/>
      <w:r>
        <w:rPr>
          <w:rFonts w:ascii="Times New Roman" w:hAnsi="Times New Roman" w:cs="Times New Roman"/>
        </w:rPr>
        <w:t>berbasis</w:t>
      </w:r>
      <w:proofErr w:type="spellEnd"/>
      <w:r>
        <w:rPr>
          <w:rFonts w:ascii="Times New Roman" w:hAnsi="Times New Roman" w:cs="Times New Roman"/>
        </w:rPr>
        <w:t xml:space="preserve"> Arduino di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laboratorium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Literature Study dan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9 </w:t>
      </w:r>
      <w:proofErr w:type="spellStart"/>
      <w:r>
        <w:rPr>
          <w:rFonts w:ascii="Times New Roman" w:hAnsi="Times New Roman" w:cs="Times New Roman"/>
        </w:rPr>
        <w:t>tahap</w:t>
      </w:r>
      <w:proofErr w:type="spellEnd"/>
      <w:r>
        <w:rPr>
          <w:rFonts w:ascii="Times New Roman" w:hAnsi="Times New Roman" w:cs="Times New Roman"/>
        </w:rPr>
        <w:t xml:space="preserve">. Hasil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RFID reader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frekuensi</w:t>
      </w:r>
      <w:proofErr w:type="spellEnd"/>
      <w:r>
        <w:rPr>
          <w:rFonts w:ascii="Times New Roman" w:hAnsi="Times New Roman" w:cs="Times New Roman"/>
        </w:rPr>
        <w:t xml:space="preserve"> </w:t>
      </w:r>
      <w:r>
        <w:rPr>
          <w:rFonts w:ascii="Times New Roman" w:hAnsi="Times New Roman" w:cs="Times New Roman"/>
        </w:rPr>
        <w:lastRenderedPageBreak/>
        <w:t xml:space="preserve">13,56 MHz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membaca</w:t>
      </w:r>
      <w:proofErr w:type="spellEnd"/>
      <w:r>
        <w:rPr>
          <w:rFonts w:ascii="Times New Roman" w:hAnsi="Times New Roman" w:cs="Times New Roman"/>
        </w:rPr>
        <w:t xml:space="preserve"> ID tag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maksimal</w:t>
      </w:r>
      <w:proofErr w:type="spellEnd"/>
      <w:r>
        <w:rPr>
          <w:rFonts w:ascii="Times New Roman" w:hAnsi="Times New Roman" w:cs="Times New Roman"/>
        </w:rPr>
        <w:t xml:space="preserve"> 1,8 cm. Solenoid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ID tag </w:t>
      </w:r>
      <w:proofErr w:type="spellStart"/>
      <w:r>
        <w:rPr>
          <w:rFonts w:ascii="Times New Roman" w:hAnsi="Times New Roman" w:cs="Times New Roman"/>
        </w:rPr>
        <w:t>cocok</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data yang </w:t>
      </w:r>
      <w:proofErr w:type="spellStart"/>
      <w:r>
        <w:rPr>
          <w:rFonts w:ascii="Times New Roman" w:hAnsi="Times New Roman" w:cs="Times New Roman"/>
        </w:rPr>
        <w:t>tersimpan</w:t>
      </w:r>
      <w:proofErr w:type="spellEnd"/>
      <w:r>
        <w:rPr>
          <w:rFonts w:ascii="Times New Roman" w:hAnsi="Times New Roman" w:cs="Times New Roman"/>
        </w:rPr>
        <w:t xml:space="preserve"> di Arduino Nano.</w:t>
      </w:r>
    </w:p>
    <w:p w14:paraId="472DDBF4" w14:textId="77777777" w:rsidR="00C83DA1" w:rsidRDefault="00000000">
      <w:pPr>
        <w:spacing w:after="120" w:line="360" w:lineRule="auto"/>
        <w:ind w:firstLine="709"/>
        <w:jc w:val="both"/>
      </w:pPr>
      <w:r>
        <w:rPr>
          <w:rFonts w:ascii="Times New Roman" w:hAnsi="Times New Roman" w:cs="Times New Roman"/>
        </w:rPr>
        <w:t xml:space="preserve">Ilham et al. [6]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tentang</w:t>
      </w:r>
      <w:proofErr w:type="spellEnd"/>
      <w:r>
        <w:rPr>
          <w:rFonts w:ascii="Times New Roman" w:hAnsi="Times New Roman" w:cs="Times New Roman"/>
        </w:rPr>
        <w:t xml:space="preserve"> </w:t>
      </w:r>
      <w:proofErr w:type="spellStart"/>
      <w:r>
        <w:rPr>
          <w:rFonts w:ascii="Times New Roman" w:hAnsi="Times New Roman" w:cs="Times New Roman"/>
        </w:rPr>
        <w:t>desain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sensor RFID </w:t>
      </w:r>
      <w:proofErr w:type="spellStart"/>
      <w:r>
        <w:rPr>
          <w:rFonts w:ascii="Times New Roman" w:hAnsi="Times New Roman" w:cs="Times New Roman"/>
        </w:rPr>
        <w:t>berbasis</w:t>
      </w:r>
      <w:proofErr w:type="spellEnd"/>
      <w:r>
        <w:rPr>
          <w:rFonts w:ascii="Times New Roman" w:hAnsi="Times New Roman" w:cs="Times New Roman"/>
        </w:rPr>
        <w:t xml:space="preserve"> Arduino Uno. Hasil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prototype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sensor RFID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berjalan</w:t>
      </w:r>
      <w:proofErr w:type="spellEnd"/>
      <w:r>
        <w:rPr>
          <w:rFonts w:ascii="Times New Roman" w:hAnsi="Times New Roman" w:cs="Times New Roman"/>
        </w:rPr>
        <w:t xml:space="preserve"> </w:t>
      </w:r>
      <w:proofErr w:type="spellStart"/>
      <w:r>
        <w:rPr>
          <w:rFonts w:ascii="Times New Roman" w:hAnsi="Times New Roman" w:cs="Times New Roman"/>
        </w:rPr>
        <w:t>tanpa</w:t>
      </w:r>
      <w:proofErr w:type="spellEnd"/>
      <w:r>
        <w:rPr>
          <w:rFonts w:ascii="Times New Roman" w:hAnsi="Times New Roman" w:cs="Times New Roman"/>
        </w:rPr>
        <w:t xml:space="preserve"> </w:t>
      </w:r>
      <w:proofErr w:type="spellStart"/>
      <w:r>
        <w:rPr>
          <w:rFonts w:ascii="Times New Roman" w:hAnsi="Times New Roman" w:cs="Times New Roman"/>
        </w:rPr>
        <w:t>kesalahan</w:t>
      </w:r>
      <w:proofErr w:type="spellEnd"/>
      <w:r>
        <w:rPr>
          <w:rFonts w:ascii="Times New Roman" w:hAnsi="Times New Roman" w:cs="Times New Roman"/>
        </w:rPr>
        <w:t xml:space="preserve">. Sensor RFID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bekerja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mendeteksi</w:t>
      </w:r>
      <w:proofErr w:type="spellEnd"/>
      <w:r>
        <w:rPr>
          <w:rFonts w:ascii="Times New Roman" w:hAnsi="Times New Roman" w:cs="Times New Roman"/>
        </w:rPr>
        <w:t xml:space="preserve"> </w:t>
      </w:r>
      <w:proofErr w:type="spellStart"/>
      <w:r>
        <w:rPr>
          <w:rFonts w:ascii="Times New Roman" w:hAnsi="Times New Roman" w:cs="Times New Roman"/>
        </w:rPr>
        <w:t>kode</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ID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yang </w:t>
      </w:r>
      <w:proofErr w:type="spellStart"/>
      <w:r>
        <w:rPr>
          <w:rFonts w:ascii="Times New Roman" w:hAnsi="Times New Roman" w:cs="Times New Roman"/>
        </w:rPr>
        <w:t>ditempelkan</w:t>
      </w:r>
      <w:proofErr w:type="spellEnd"/>
      <w:r>
        <w:rPr>
          <w:rFonts w:ascii="Times New Roman" w:hAnsi="Times New Roman" w:cs="Times New Roman"/>
        </w:rPr>
        <w:t xml:space="preserve"> pada reader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3 cm, dan reader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mendeteksi</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5 </w:t>
      </w:r>
      <w:proofErr w:type="spellStart"/>
      <w:r>
        <w:rPr>
          <w:rFonts w:ascii="Times New Roman" w:hAnsi="Times New Roman" w:cs="Times New Roman"/>
        </w:rPr>
        <w:t>detik</w:t>
      </w:r>
      <w:proofErr w:type="spellEnd"/>
      <w:r>
        <w:rPr>
          <w:rFonts w:ascii="Times New Roman" w:hAnsi="Times New Roman" w:cs="Times New Roman"/>
        </w:rPr>
        <w:t>.</w:t>
      </w:r>
    </w:p>
    <w:p w14:paraId="455BF462" w14:textId="77777777" w:rsidR="00C83DA1" w:rsidRDefault="00000000">
      <w:pPr>
        <w:spacing w:after="120" w:line="360" w:lineRule="auto"/>
        <w:ind w:firstLine="709"/>
        <w:jc w:val="both"/>
      </w:pPr>
      <w:r>
        <w:rPr>
          <w:rFonts w:ascii="Times New Roman" w:hAnsi="Times New Roman" w:cs="Times New Roman"/>
        </w:rPr>
        <w:t xml:space="preserve">Saputra dan </w:t>
      </w:r>
      <w:proofErr w:type="spellStart"/>
      <w:r>
        <w:rPr>
          <w:rFonts w:ascii="Times New Roman" w:hAnsi="Times New Roman" w:cs="Times New Roman"/>
        </w:rPr>
        <w:t>Meilinda</w:t>
      </w:r>
      <w:proofErr w:type="spellEnd"/>
      <w:r>
        <w:rPr>
          <w:rFonts w:ascii="Times New Roman" w:hAnsi="Times New Roman" w:cs="Times New Roman"/>
        </w:rPr>
        <w:t xml:space="preserve"> [3]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pengaman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gudang</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metode</w:t>
      </w:r>
      <w:proofErr w:type="spellEnd"/>
      <w:r>
        <w:rPr>
          <w:rFonts w:ascii="Times New Roman" w:hAnsi="Times New Roman" w:cs="Times New Roman"/>
        </w:rPr>
        <w:t xml:space="preserve"> R&amp;D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mikrokontroler</w:t>
      </w:r>
      <w:proofErr w:type="spellEnd"/>
      <w:r>
        <w:rPr>
          <w:rFonts w:ascii="Times New Roman" w:hAnsi="Times New Roman" w:cs="Times New Roman"/>
        </w:rPr>
        <w:t xml:space="preserve"> Arduino Uno.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RFID </w:t>
      </w:r>
      <w:proofErr w:type="spellStart"/>
      <w:r>
        <w:rPr>
          <w:rFonts w:ascii="Times New Roman" w:hAnsi="Times New Roman" w:cs="Times New Roman"/>
        </w:rPr>
        <w:t>sebagai</w:t>
      </w:r>
      <w:proofErr w:type="spellEnd"/>
      <w:r>
        <w:rPr>
          <w:rFonts w:ascii="Times New Roman" w:hAnsi="Times New Roman" w:cs="Times New Roman"/>
        </w:rPr>
        <w:t xml:space="preserve"> media </w:t>
      </w:r>
      <w:proofErr w:type="spellStart"/>
      <w:r>
        <w:rPr>
          <w:rFonts w:ascii="Times New Roman" w:hAnsi="Times New Roman" w:cs="Times New Roman"/>
        </w:rPr>
        <w:t>autentikasi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dan </w:t>
      </w:r>
      <w:proofErr w:type="spellStart"/>
      <w:r>
        <w:rPr>
          <w:rFonts w:ascii="Times New Roman" w:hAnsi="Times New Roman" w:cs="Times New Roman"/>
        </w:rPr>
        <w:t>menutup</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gudang</w:t>
      </w:r>
      <w:proofErr w:type="spellEnd"/>
      <w:r>
        <w:rPr>
          <w:rFonts w:ascii="Times New Roman" w:hAnsi="Times New Roman" w:cs="Times New Roman"/>
        </w:rPr>
        <w:t xml:space="preserve">. Hasil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berjalan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dan </w:t>
      </w:r>
      <w:proofErr w:type="spellStart"/>
      <w:r>
        <w:rPr>
          <w:rFonts w:ascii="Times New Roman" w:hAnsi="Times New Roman" w:cs="Times New Roman"/>
        </w:rPr>
        <w:t>efektif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membatasi</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gudang</w:t>
      </w:r>
      <w:proofErr w:type="spellEnd"/>
      <w:r>
        <w:rPr>
          <w:rFonts w:ascii="Times New Roman" w:hAnsi="Times New Roman" w:cs="Times New Roman"/>
        </w:rPr>
        <w:t>.</w:t>
      </w:r>
    </w:p>
    <w:p w14:paraId="73BB3E26" w14:textId="77777777" w:rsidR="00C83DA1" w:rsidRDefault="00000000">
      <w:pPr>
        <w:spacing w:before="120" w:after="60" w:line="360" w:lineRule="auto"/>
      </w:pPr>
      <w:r>
        <w:rPr>
          <w:rFonts w:ascii="Times New Roman" w:hAnsi="Times New Roman" w:cs="Times New Roman"/>
          <w:b/>
        </w:rPr>
        <w:t xml:space="preserve">2.6 </w:t>
      </w:r>
      <w:proofErr w:type="spellStart"/>
      <w:r>
        <w:rPr>
          <w:rFonts w:ascii="Times New Roman" w:hAnsi="Times New Roman" w:cs="Times New Roman"/>
          <w:b/>
        </w:rPr>
        <w:t>Kerangka</w:t>
      </w:r>
      <w:proofErr w:type="spellEnd"/>
      <w:r>
        <w:rPr>
          <w:rFonts w:ascii="Times New Roman" w:hAnsi="Times New Roman" w:cs="Times New Roman"/>
          <w:b/>
        </w:rPr>
        <w:t xml:space="preserve"> </w:t>
      </w:r>
      <w:proofErr w:type="spellStart"/>
      <w:r>
        <w:rPr>
          <w:rFonts w:ascii="Times New Roman" w:hAnsi="Times New Roman" w:cs="Times New Roman"/>
          <w:b/>
        </w:rPr>
        <w:t>Pikir</w:t>
      </w:r>
      <w:proofErr w:type="spellEnd"/>
    </w:p>
    <w:p w14:paraId="714C1CE1" w14:textId="77777777" w:rsidR="00C83DA1" w:rsidRDefault="00000000">
      <w:pPr>
        <w:spacing w:after="120" w:line="360" w:lineRule="auto"/>
        <w:ind w:firstLine="709"/>
        <w:jc w:val="both"/>
      </w:pPr>
      <w:proofErr w:type="spellStart"/>
      <w:r>
        <w:rPr>
          <w:rFonts w:ascii="Times New Roman" w:hAnsi="Times New Roman" w:cs="Times New Roman"/>
        </w:rPr>
        <w:t>Kerangka</w:t>
      </w:r>
      <w:proofErr w:type="spellEnd"/>
      <w:r>
        <w:rPr>
          <w:rFonts w:ascii="Times New Roman" w:hAnsi="Times New Roman" w:cs="Times New Roman"/>
        </w:rPr>
        <w:t xml:space="preserve"> </w:t>
      </w:r>
      <w:proofErr w:type="spellStart"/>
      <w:r>
        <w:rPr>
          <w:rFonts w:ascii="Times New Roman" w:hAnsi="Times New Roman" w:cs="Times New Roman"/>
        </w:rPr>
        <w:t>pikir</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menggambarkan</w:t>
      </w:r>
      <w:proofErr w:type="spellEnd"/>
      <w:r>
        <w:rPr>
          <w:rFonts w:ascii="Times New Roman" w:hAnsi="Times New Roman" w:cs="Times New Roman"/>
        </w:rPr>
        <w:t xml:space="preserve"> </w:t>
      </w:r>
      <w:proofErr w:type="spellStart"/>
      <w:r>
        <w:rPr>
          <w:rFonts w:ascii="Times New Roman" w:hAnsi="Times New Roman" w:cs="Times New Roman"/>
        </w:rPr>
        <w:t>alur</w:t>
      </w:r>
      <w:proofErr w:type="spellEnd"/>
      <w:r>
        <w:rPr>
          <w:rFonts w:ascii="Times New Roman" w:hAnsi="Times New Roman" w:cs="Times New Roman"/>
        </w:rPr>
        <w:t xml:space="preserve"> </w:t>
      </w:r>
      <w:proofErr w:type="spellStart"/>
      <w:r>
        <w:rPr>
          <w:rFonts w:ascii="Times New Roman" w:hAnsi="Times New Roman" w:cs="Times New Roman"/>
        </w:rPr>
        <w:t>pemikiran</w:t>
      </w:r>
      <w:proofErr w:type="spellEnd"/>
      <w:r>
        <w:rPr>
          <w:rFonts w:ascii="Times New Roman" w:hAnsi="Times New Roman" w:cs="Times New Roman"/>
        </w:rPr>
        <w:t xml:space="preserve"> yang </w:t>
      </w:r>
      <w:proofErr w:type="spellStart"/>
      <w:r>
        <w:rPr>
          <w:rFonts w:ascii="Times New Roman" w:hAnsi="Times New Roman" w:cs="Times New Roman"/>
        </w:rPr>
        <w:t>menghubungkan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w:t>
      </w:r>
      <w:proofErr w:type="spellStart"/>
      <w:r>
        <w:rPr>
          <w:rFonts w:ascii="Times New Roman" w:hAnsi="Times New Roman" w:cs="Times New Roman"/>
        </w:rPr>
        <w:t>objek</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data, </w:t>
      </w:r>
      <w:proofErr w:type="spellStart"/>
      <w:r>
        <w:rPr>
          <w:rFonts w:ascii="Times New Roman" w:hAnsi="Times New Roman" w:cs="Times New Roman"/>
        </w:rPr>
        <w:t>metode</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data, dan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data.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kajian</w:t>
      </w:r>
      <w:proofErr w:type="spellEnd"/>
      <w:r>
        <w:rPr>
          <w:rFonts w:ascii="Times New Roman" w:hAnsi="Times New Roman" w:cs="Times New Roman"/>
        </w:rPr>
        <w:t xml:space="preserve"> </w:t>
      </w:r>
      <w:proofErr w:type="spellStart"/>
      <w:r>
        <w:rPr>
          <w:rFonts w:ascii="Times New Roman" w:hAnsi="Times New Roman" w:cs="Times New Roman"/>
        </w:rPr>
        <w:t>pustaka</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meliputi</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RFID, </w:t>
      </w:r>
      <w:proofErr w:type="spellStart"/>
      <w:r>
        <w:rPr>
          <w:rFonts w:ascii="Times New Roman" w:hAnsi="Times New Roman" w:cs="Times New Roman"/>
        </w:rPr>
        <w:t>mikrokontroler</w:t>
      </w:r>
      <w:proofErr w:type="spellEnd"/>
      <w:r>
        <w:rPr>
          <w:rFonts w:ascii="Times New Roman" w:hAnsi="Times New Roman" w:cs="Times New Roman"/>
        </w:rPr>
        <w:t xml:space="preserve"> Arduino Uno, dan solenoid door lock. </w:t>
      </w:r>
      <w:proofErr w:type="spellStart"/>
      <w:r>
        <w:rPr>
          <w:rFonts w:ascii="Times New Roman" w:hAnsi="Times New Roman" w:cs="Times New Roman"/>
        </w:rPr>
        <w:t>Permasalahan</w:t>
      </w:r>
      <w:proofErr w:type="spellEnd"/>
      <w:r>
        <w:rPr>
          <w:rFonts w:ascii="Times New Roman" w:hAnsi="Times New Roman" w:cs="Times New Roman"/>
        </w:rPr>
        <w:t xml:space="preserve"> yang </w:t>
      </w:r>
      <w:proofErr w:type="spellStart"/>
      <w:r>
        <w:rPr>
          <w:rFonts w:ascii="Times New Roman" w:hAnsi="Times New Roman" w:cs="Times New Roman"/>
        </w:rPr>
        <w:t>diidentifikasi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di </w:t>
      </w:r>
      <w:proofErr w:type="spellStart"/>
      <w:r>
        <w:rPr>
          <w:rFonts w:ascii="Times New Roman" w:hAnsi="Times New Roman" w:cs="Times New Roman"/>
        </w:rPr>
        <w:t>instansi</w:t>
      </w:r>
      <w:proofErr w:type="spellEnd"/>
      <w:r>
        <w:rPr>
          <w:rFonts w:ascii="Times New Roman" w:hAnsi="Times New Roman" w:cs="Times New Roman"/>
        </w:rPr>
        <w:t xml:space="preserve">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konvensional</w:t>
      </w:r>
      <w:proofErr w:type="spellEnd"/>
      <w:r>
        <w:rPr>
          <w:rFonts w:ascii="Times New Roman" w:hAnsi="Times New Roman" w:cs="Times New Roman"/>
        </w:rPr>
        <w:t xml:space="preserve"> yang </w:t>
      </w:r>
      <w:proofErr w:type="spellStart"/>
      <w:r>
        <w:rPr>
          <w:rFonts w:ascii="Times New Roman" w:hAnsi="Times New Roman" w:cs="Times New Roman"/>
        </w:rPr>
        <w:t>rentan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duplikasi</w:t>
      </w:r>
      <w:proofErr w:type="spellEnd"/>
      <w:r>
        <w:rPr>
          <w:rFonts w:ascii="Times New Roman" w:hAnsi="Times New Roman" w:cs="Times New Roman"/>
        </w:rPr>
        <w:t xml:space="preserve"> dan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terkontrol</w:t>
      </w:r>
      <w:proofErr w:type="spellEnd"/>
      <w:r>
        <w:rPr>
          <w:rFonts w:ascii="Times New Roman" w:hAnsi="Times New Roman" w:cs="Times New Roman"/>
        </w:rPr>
        <w:t xml:space="preserve">. </w:t>
      </w:r>
      <w:proofErr w:type="spellStart"/>
      <w:r>
        <w:rPr>
          <w:rFonts w:ascii="Times New Roman" w:hAnsi="Times New Roman" w:cs="Times New Roman"/>
        </w:rPr>
        <w:t>Objek</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Jenis data yang </w:t>
      </w:r>
      <w:proofErr w:type="spellStart"/>
      <w:r>
        <w:rPr>
          <w:rFonts w:ascii="Times New Roman" w:hAnsi="Times New Roman" w:cs="Times New Roman"/>
        </w:rPr>
        <w:t>dikumpulkan</w:t>
      </w:r>
      <w:proofErr w:type="spellEnd"/>
      <w:r>
        <w:rPr>
          <w:rFonts w:ascii="Times New Roman" w:hAnsi="Times New Roman" w:cs="Times New Roman"/>
        </w:rPr>
        <w:t xml:space="preserve"> </w:t>
      </w:r>
      <w:proofErr w:type="spellStart"/>
      <w:r>
        <w:rPr>
          <w:rFonts w:ascii="Times New Roman" w:hAnsi="Times New Roman" w:cs="Times New Roman"/>
        </w:rPr>
        <w:t>meliputi</w:t>
      </w:r>
      <w:proofErr w:type="spellEnd"/>
      <w:r>
        <w:rPr>
          <w:rFonts w:ascii="Times New Roman" w:hAnsi="Times New Roman" w:cs="Times New Roman"/>
        </w:rPr>
        <w:t xml:space="preserve"> data primer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observasi</w:t>
      </w:r>
      <w:proofErr w:type="spellEnd"/>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dan data </w:t>
      </w:r>
      <w:proofErr w:type="spellStart"/>
      <w:r>
        <w:rPr>
          <w:rFonts w:ascii="Times New Roman" w:hAnsi="Times New Roman" w:cs="Times New Roman"/>
        </w:rPr>
        <w:t>sekunder</w:t>
      </w:r>
      <w:proofErr w:type="spellEnd"/>
      <w:r>
        <w:rPr>
          <w:rFonts w:ascii="Times New Roman" w:hAnsi="Times New Roman" w:cs="Times New Roman"/>
        </w:rPr>
        <w:t xml:space="preserve"> (</w:t>
      </w:r>
      <w:proofErr w:type="spellStart"/>
      <w:r>
        <w:rPr>
          <w:rFonts w:ascii="Times New Roman" w:hAnsi="Times New Roman" w:cs="Times New Roman"/>
        </w:rPr>
        <w:t>literatur</w:t>
      </w:r>
      <w:proofErr w:type="spellEnd"/>
      <w:r>
        <w:rPr>
          <w:rFonts w:ascii="Times New Roman" w:hAnsi="Times New Roman" w:cs="Times New Roman"/>
        </w:rPr>
        <w:t xml:space="preserve"> dan </w:t>
      </w:r>
      <w:proofErr w:type="spellStart"/>
      <w:r>
        <w:rPr>
          <w:rFonts w:ascii="Times New Roman" w:hAnsi="Times New Roman" w:cs="Times New Roman"/>
        </w:rPr>
        <w:t>referensi</w:t>
      </w:r>
      <w:proofErr w:type="spellEnd"/>
      <w:r>
        <w:rPr>
          <w:rFonts w:ascii="Times New Roman" w:hAnsi="Times New Roman" w:cs="Times New Roman"/>
        </w:rPr>
        <w:t xml:space="preserve">). Metode </w:t>
      </w:r>
      <w:proofErr w:type="spellStart"/>
      <w:r>
        <w:rPr>
          <w:rFonts w:ascii="Times New Roman" w:hAnsi="Times New Roman" w:cs="Times New Roman"/>
        </w:rPr>
        <w:t>pengumpulan</w:t>
      </w:r>
      <w:proofErr w:type="spellEnd"/>
      <w:r>
        <w:rPr>
          <w:rFonts w:ascii="Times New Roman" w:hAnsi="Times New Roman" w:cs="Times New Roman"/>
        </w:rPr>
        <w:t xml:space="preserve"> data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observasi</w:t>
      </w:r>
      <w:proofErr w:type="spellEnd"/>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Teknik </w:t>
      </w:r>
      <w:proofErr w:type="spellStart"/>
      <w:r>
        <w:rPr>
          <w:rFonts w:ascii="Times New Roman" w:hAnsi="Times New Roman" w:cs="Times New Roman"/>
        </w:rPr>
        <w:t>analisis</w:t>
      </w:r>
      <w:proofErr w:type="spellEnd"/>
      <w:r>
        <w:rPr>
          <w:rFonts w:ascii="Times New Roman" w:hAnsi="Times New Roman" w:cs="Times New Roman"/>
        </w:rPr>
        <w:t xml:space="preserve"> data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deskriptif</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menguji</w:t>
      </w:r>
      <w:proofErr w:type="spellEnd"/>
      <w:r>
        <w:rPr>
          <w:rFonts w:ascii="Times New Roman" w:hAnsi="Times New Roman" w:cs="Times New Roman"/>
        </w:rPr>
        <w:t xml:space="preserve"> </w:t>
      </w:r>
      <w:proofErr w:type="spellStart"/>
      <w:r>
        <w:rPr>
          <w:rFonts w:ascii="Times New Roman" w:hAnsi="Times New Roman" w:cs="Times New Roman"/>
        </w:rPr>
        <w:t>fungsionalitas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w:t>
      </w:r>
    </w:p>
    <w:p w14:paraId="0FFCE54B" w14:textId="77777777" w:rsidR="00C83DA1" w:rsidRDefault="00000000">
      <w:pPr>
        <w:spacing w:before="240" w:after="120" w:line="360" w:lineRule="auto"/>
      </w:pPr>
      <w:r>
        <w:rPr>
          <w:rFonts w:ascii="Times New Roman" w:hAnsi="Times New Roman" w:cs="Times New Roman"/>
          <w:b/>
          <w:sz w:val="24"/>
        </w:rPr>
        <w:t>3. METODE PENELITIAN</w:t>
      </w:r>
    </w:p>
    <w:p w14:paraId="73F523F8" w14:textId="77777777" w:rsidR="00C83DA1" w:rsidRDefault="00000000">
      <w:pPr>
        <w:spacing w:before="120" w:after="60" w:line="360" w:lineRule="auto"/>
      </w:pPr>
      <w:r>
        <w:rPr>
          <w:rFonts w:ascii="Times New Roman" w:hAnsi="Times New Roman" w:cs="Times New Roman"/>
          <w:b/>
        </w:rPr>
        <w:t xml:space="preserve">3.1 Lokasi dan Waktu </w:t>
      </w:r>
      <w:proofErr w:type="spellStart"/>
      <w:r>
        <w:rPr>
          <w:rFonts w:ascii="Times New Roman" w:hAnsi="Times New Roman" w:cs="Times New Roman"/>
          <w:b/>
        </w:rPr>
        <w:t>Penelitian</w:t>
      </w:r>
      <w:proofErr w:type="spellEnd"/>
    </w:p>
    <w:p w14:paraId="1E71C400" w14:textId="6774F4CF" w:rsidR="00C83DA1" w:rsidRDefault="00000000">
      <w:pPr>
        <w:spacing w:after="120" w:line="360" w:lineRule="auto"/>
        <w:ind w:firstLine="709"/>
        <w:jc w:val="both"/>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di Dinas </w:t>
      </w:r>
      <w:proofErr w:type="spellStart"/>
      <w:r>
        <w:rPr>
          <w:rFonts w:ascii="Times New Roman" w:hAnsi="Times New Roman" w:cs="Times New Roman"/>
        </w:rPr>
        <w:t>Komunikasi</w:t>
      </w:r>
      <w:proofErr w:type="spellEnd"/>
      <w:r>
        <w:rPr>
          <w:rFonts w:ascii="Times New Roman" w:hAnsi="Times New Roman" w:cs="Times New Roman"/>
        </w:rPr>
        <w:t xml:space="preserve"> dan </w:t>
      </w:r>
      <w:proofErr w:type="spellStart"/>
      <w:r>
        <w:rPr>
          <w:rFonts w:ascii="Times New Roman" w:hAnsi="Times New Roman" w:cs="Times New Roman"/>
        </w:rPr>
        <w:t>Informatika</w:t>
      </w:r>
      <w:proofErr w:type="spellEnd"/>
      <w:r>
        <w:rPr>
          <w:rFonts w:ascii="Times New Roman" w:hAnsi="Times New Roman" w:cs="Times New Roman"/>
        </w:rPr>
        <w:t xml:space="preserve"> </w:t>
      </w:r>
      <w:proofErr w:type="spellStart"/>
      <w:r>
        <w:rPr>
          <w:rFonts w:ascii="Times New Roman" w:hAnsi="Times New Roman" w:cs="Times New Roman"/>
        </w:rPr>
        <w:t>Kabupaten</w:t>
      </w:r>
      <w:proofErr w:type="spellEnd"/>
      <w:r>
        <w:rPr>
          <w:rFonts w:ascii="Times New Roman" w:hAnsi="Times New Roman" w:cs="Times New Roman"/>
        </w:rPr>
        <w:t xml:space="preserve"> Tangerang, yang </w:t>
      </w:r>
      <w:proofErr w:type="spellStart"/>
      <w:r>
        <w:rPr>
          <w:rFonts w:ascii="Times New Roman" w:hAnsi="Times New Roman" w:cs="Times New Roman"/>
        </w:rPr>
        <w:t>beralamat</w:t>
      </w:r>
      <w:proofErr w:type="spellEnd"/>
      <w:r>
        <w:rPr>
          <w:rFonts w:ascii="Times New Roman" w:hAnsi="Times New Roman" w:cs="Times New Roman"/>
        </w:rPr>
        <w:t xml:space="preserve"> di Smart Building </w:t>
      </w:r>
      <w:proofErr w:type="spellStart"/>
      <w:r>
        <w:rPr>
          <w:rFonts w:ascii="Times New Roman" w:hAnsi="Times New Roman" w:cs="Times New Roman"/>
        </w:rPr>
        <w:t>Kabupaten</w:t>
      </w:r>
      <w:proofErr w:type="spellEnd"/>
      <w:r>
        <w:rPr>
          <w:rFonts w:ascii="Times New Roman" w:hAnsi="Times New Roman" w:cs="Times New Roman"/>
        </w:rPr>
        <w:t xml:space="preserve"> Tangerang, Jl. H. </w:t>
      </w:r>
      <w:proofErr w:type="spellStart"/>
      <w:r>
        <w:rPr>
          <w:rFonts w:ascii="Times New Roman" w:hAnsi="Times New Roman" w:cs="Times New Roman"/>
        </w:rPr>
        <w:t>Somawinata</w:t>
      </w:r>
      <w:proofErr w:type="spellEnd"/>
      <w:r>
        <w:rPr>
          <w:rFonts w:ascii="Times New Roman" w:hAnsi="Times New Roman" w:cs="Times New Roman"/>
        </w:rPr>
        <w:t xml:space="preserve"> No. 1, </w:t>
      </w:r>
      <w:proofErr w:type="spellStart"/>
      <w:r>
        <w:rPr>
          <w:rFonts w:ascii="Times New Roman" w:hAnsi="Times New Roman" w:cs="Times New Roman"/>
        </w:rPr>
        <w:t>Kecamatan</w:t>
      </w:r>
      <w:proofErr w:type="spellEnd"/>
      <w:r>
        <w:rPr>
          <w:rFonts w:ascii="Times New Roman" w:hAnsi="Times New Roman" w:cs="Times New Roman"/>
        </w:rPr>
        <w:t xml:space="preserve"> </w:t>
      </w:r>
      <w:proofErr w:type="spellStart"/>
      <w:r>
        <w:rPr>
          <w:rFonts w:ascii="Times New Roman" w:hAnsi="Times New Roman" w:cs="Times New Roman"/>
        </w:rPr>
        <w:t>Tigaraksa</w:t>
      </w:r>
      <w:proofErr w:type="spellEnd"/>
      <w:r>
        <w:rPr>
          <w:rFonts w:ascii="Times New Roman" w:hAnsi="Times New Roman" w:cs="Times New Roman"/>
        </w:rPr>
        <w:t xml:space="preserve">, </w:t>
      </w:r>
      <w:proofErr w:type="spellStart"/>
      <w:r>
        <w:rPr>
          <w:rFonts w:ascii="Times New Roman" w:hAnsi="Times New Roman" w:cs="Times New Roman"/>
        </w:rPr>
        <w:t>Kabupaten</w:t>
      </w:r>
      <w:proofErr w:type="spellEnd"/>
      <w:r>
        <w:rPr>
          <w:rFonts w:ascii="Times New Roman" w:hAnsi="Times New Roman" w:cs="Times New Roman"/>
        </w:rPr>
        <w:t xml:space="preserve"> Tangerang, </w:t>
      </w:r>
      <w:proofErr w:type="spellStart"/>
      <w:r>
        <w:rPr>
          <w:rFonts w:ascii="Times New Roman" w:hAnsi="Times New Roman" w:cs="Times New Roman"/>
        </w:rPr>
        <w:t>Provinsi</w:t>
      </w:r>
      <w:proofErr w:type="spellEnd"/>
      <w:r>
        <w:rPr>
          <w:rFonts w:ascii="Times New Roman" w:hAnsi="Times New Roman" w:cs="Times New Roman"/>
        </w:rPr>
        <w:t xml:space="preserve"> Banten. Waktu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20 </w:t>
      </w:r>
      <w:proofErr w:type="spellStart"/>
      <w:r>
        <w:rPr>
          <w:rFonts w:ascii="Times New Roman" w:hAnsi="Times New Roman" w:cs="Times New Roman"/>
        </w:rPr>
        <w:t>Februari</w:t>
      </w:r>
      <w:proofErr w:type="spellEnd"/>
      <w:r>
        <w:rPr>
          <w:rFonts w:ascii="Times New Roman" w:hAnsi="Times New Roman" w:cs="Times New Roman"/>
        </w:rPr>
        <w:t xml:space="preserve"> 2026 </w:t>
      </w:r>
      <w:proofErr w:type="spellStart"/>
      <w:r>
        <w:rPr>
          <w:rFonts w:ascii="Times New Roman" w:hAnsi="Times New Roman" w:cs="Times New Roman"/>
        </w:rPr>
        <w:t>sampai</w:t>
      </w:r>
      <w:proofErr w:type="spellEnd"/>
      <w:r>
        <w:rPr>
          <w:rFonts w:ascii="Times New Roman" w:hAnsi="Times New Roman" w:cs="Times New Roman"/>
        </w:rPr>
        <w:t xml:space="preserve"> 20 Juli 2026.</w:t>
      </w:r>
    </w:p>
    <w:p w14:paraId="0D7904DA" w14:textId="77777777" w:rsidR="00C83DA1" w:rsidRDefault="00000000">
      <w:pPr>
        <w:spacing w:before="120" w:after="60" w:line="360" w:lineRule="auto"/>
      </w:pPr>
      <w:r>
        <w:rPr>
          <w:rFonts w:ascii="Times New Roman" w:hAnsi="Times New Roman" w:cs="Times New Roman"/>
          <w:b/>
        </w:rPr>
        <w:t xml:space="preserve">3.2 Desain </w:t>
      </w:r>
      <w:proofErr w:type="spellStart"/>
      <w:r>
        <w:rPr>
          <w:rFonts w:ascii="Times New Roman" w:hAnsi="Times New Roman" w:cs="Times New Roman"/>
          <w:b/>
        </w:rPr>
        <w:t>Penelitian</w:t>
      </w:r>
      <w:proofErr w:type="spellEnd"/>
    </w:p>
    <w:p w14:paraId="76BBD24B" w14:textId="77777777" w:rsidR="00C83DA1" w:rsidRDefault="00000000">
      <w:pPr>
        <w:spacing w:after="120" w:line="360" w:lineRule="auto"/>
        <w:ind w:firstLine="709"/>
        <w:jc w:val="both"/>
      </w:pPr>
      <w:r>
        <w:rPr>
          <w:rFonts w:ascii="Times New Roman" w:hAnsi="Times New Roman" w:cs="Times New Roman"/>
        </w:rPr>
        <w:t xml:space="preserve">Desain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deskriptif</w:t>
      </w:r>
      <w:proofErr w:type="spellEnd"/>
      <w:r>
        <w:rPr>
          <w:rFonts w:ascii="Times New Roman" w:hAnsi="Times New Roman" w:cs="Times New Roman"/>
        </w:rPr>
        <w:t xml:space="preserve"> dan </w:t>
      </w:r>
      <w:proofErr w:type="spellStart"/>
      <w:r>
        <w:rPr>
          <w:rFonts w:ascii="Times New Roman" w:hAnsi="Times New Roman" w:cs="Times New Roman"/>
        </w:rPr>
        <w:t>eksperimental</w:t>
      </w:r>
      <w:proofErr w:type="spellEnd"/>
      <w:r>
        <w:rPr>
          <w:rFonts w:ascii="Times New Roman" w:hAnsi="Times New Roman" w:cs="Times New Roman"/>
        </w:rPr>
        <w:t xml:space="preserve">. </w:t>
      </w: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deskriptif</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menggambarkan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lastRenderedPageBreak/>
        <w:t>kegiatan</w:t>
      </w:r>
      <w:proofErr w:type="spellEnd"/>
      <w:r>
        <w:rPr>
          <w:rFonts w:ascii="Times New Roman" w:hAnsi="Times New Roman" w:cs="Times New Roman"/>
        </w:rPr>
        <w:t xml:space="preserve"> </w:t>
      </w:r>
      <w:proofErr w:type="spellStart"/>
      <w:r>
        <w:rPr>
          <w:rFonts w:ascii="Times New Roman" w:hAnsi="Times New Roman" w:cs="Times New Roman"/>
        </w:rPr>
        <w:t>liputan</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eksperimental</w:t>
      </w:r>
      <w:proofErr w:type="spellEnd"/>
      <w:r>
        <w:rPr>
          <w:rFonts w:ascii="Times New Roman" w:hAnsi="Times New Roman" w:cs="Times New Roman"/>
        </w:rPr>
        <w:t xml:space="preserve">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merancang</w:t>
      </w:r>
      <w:proofErr w:type="spellEnd"/>
      <w:r>
        <w:rPr>
          <w:rFonts w:ascii="Times New Roman" w:hAnsi="Times New Roman" w:cs="Times New Roman"/>
        </w:rPr>
        <w:t xml:space="preserve"> dan </w:t>
      </w:r>
      <w:proofErr w:type="spellStart"/>
      <w:r>
        <w:rPr>
          <w:rFonts w:ascii="Times New Roman" w:hAnsi="Times New Roman" w:cs="Times New Roman"/>
        </w:rPr>
        <w:t>membangun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w:t>
      </w:r>
      <w:proofErr w:type="spellStart"/>
      <w:r>
        <w:rPr>
          <w:rFonts w:ascii="Times New Roman" w:hAnsi="Times New Roman" w:cs="Times New Roman"/>
        </w:rPr>
        <w:t>Pemilihan</w:t>
      </w:r>
      <w:proofErr w:type="spellEnd"/>
      <w:r>
        <w:rPr>
          <w:rFonts w:ascii="Times New Roman" w:hAnsi="Times New Roman" w:cs="Times New Roman"/>
        </w:rPr>
        <w:t xml:space="preserve"> </w:t>
      </w:r>
      <w:proofErr w:type="spellStart"/>
      <w:r>
        <w:rPr>
          <w:rFonts w:ascii="Times New Roman" w:hAnsi="Times New Roman" w:cs="Times New Roman"/>
        </w:rPr>
        <w:t>pendekatan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didasarkan</w:t>
      </w:r>
      <w:proofErr w:type="spellEnd"/>
      <w:r>
        <w:rPr>
          <w:rFonts w:ascii="Times New Roman" w:hAnsi="Times New Roman" w:cs="Times New Roman"/>
        </w:rPr>
        <w:t xml:space="preserve"> pada </w:t>
      </w:r>
      <w:proofErr w:type="spellStart"/>
      <w:r>
        <w:rPr>
          <w:rFonts w:ascii="Times New Roman" w:hAnsi="Times New Roman" w:cs="Times New Roman"/>
        </w:rPr>
        <w:t>kebutuhan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memahami</w:t>
      </w:r>
      <w:proofErr w:type="spellEnd"/>
      <w:r>
        <w:rPr>
          <w:rFonts w:ascii="Times New Roman" w:hAnsi="Times New Roman" w:cs="Times New Roman"/>
        </w:rPr>
        <w:t xml:space="preserve"> </w:t>
      </w: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nyata</w:t>
      </w:r>
      <w:proofErr w:type="spellEnd"/>
      <w:r>
        <w:rPr>
          <w:rFonts w:ascii="Times New Roman" w:hAnsi="Times New Roman" w:cs="Times New Roman"/>
        </w:rPr>
        <w:t xml:space="preserve"> di </w:t>
      </w:r>
      <w:proofErr w:type="spellStart"/>
      <w:r>
        <w:rPr>
          <w:rFonts w:ascii="Times New Roman" w:hAnsi="Times New Roman" w:cs="Times New Roman"/>
        </w:rPr>
        <w:t>lapangan</w:t>
      </w:r>
      <w:proofErr w:type="spellEnd"/>
      <w:r>
        <w:rPr>
          <w:rFonts w:ascii="Times New Roman" w:hAnsi="Times New Roman" w:cs="Times New Roman"/>
        </w:rPr>
        <w:t xml:space="preserve"> </w:t>
      </w:r>
      <w:proofErr w:type="spellStart"/>
      <w:r>
        <w:rPr>
          <w:rFonts w:ascii="Times New Roman" w:hAnsi="Times New Roman" w:cs="Times New Roman"/>
        </w:rPr>
        <w:t>sekaligus</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solusi</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diimplementasikan</w:t>
      </w:r>
      <w:proofErr w:type="spellEnd"/>
      <w:r>
        <w:rPr>
          <w:rFonts w:ascii="Times New Roman" w:hAnsi="Times New Roman" w:cs="Times New Roman"/>
        </w:rPr>
        <w:t>.</w:t>
      </w:r>
    </w:p>
    <w:p w14:paraId="1E7F82CE" w14:textId="77777777" w:rsidR="00C83DA1" w:rsidRDefault="00000000">
      <w:pPr>
        <w:spacing w:before="120" w:after="60" w:line="360" w:lineRule="auto"/>
      </w:pPr>
      <w:r>
        <w:rPr>
          <w:rFonts w:ascii="Times New Roman" w:hAnsi="Times New Roman" w:cs="Times New Roman"/>
          <w:b/>
        </w:rPr>
        <w:t xml:space="preserve">3.3 </w:t>
      </w:r>
      <w:proofErr w:type="spellStart"/>
      <w:r>
        <w:rPr>
          <w:rFonts w:ascii="Times New Roman" w:hAnsi="Times New Roman" w:cs="Times New Roman"/>
          <w:b/>
        </w:rPr>
        <w:t>Objek</w:t>
      </w:r>
      <w:proofErr w:type="spellEnd"/>
      <w:r>
        <w:rPr>
          <w:rFonts w:ascii="Times New Roman" w:hAnsi="Times New Roman" w:cs="Times New Roman"/>
          <w:b/>
        </w:rPr>
        <w:t xml:space="preserve"> </w:t>
      </w:r>
      <w:proofErr w:type="spellStart"/>
      <w:r>
        <w:rPr>
          <w:rFonts w:ascii="Times New Roman" w:hAnsi="Times New Roman" w:cs="Times New Roman"/>
          <w:b/>
        </w:rPr>
        <w:t>Penelitian</w:t>
      </w:r>
      <w:proofErr w:type="spellEnd"/>
    </w:p>
    <w:p w14:paraId="1CC9E08B" w14:textId="77777777" w:rsidR="00C83DA1" w:rsidRDefault="00000000">
      <w:pPr>
        <w:spacing w:after="120" w:line="360" w:lineRule="auto"/>
        <w:ind w:firstLine="709"/>
        <w:jc w:val="both"/>
      </w:pPr>
      <w:proofErr w:type="spellStart"/>
      <w:r>
        <w:rPr>
          <w:rFonts w:ascii="Times New Roman" w:hAnsi="Times New Roman" w:cs="Times New Roman"/>
        </w:rPr>
        <w:t>Objek</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fokus</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pada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kedua</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menyelesaikan</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liputan</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pada dua </w:t>
      </w:r>
      <w:proofErr w:type="spellStart"/>
      <w:r>
        <w:rPr>
          <w:rFonts w:ascii="Times New Roman" w:hAnsi="Times New Roman" w:cs="Times New Roman"/>
        </w:rPr>
        <w:t>bulan</w:t>
      </w:r>
      <w:proofErr w:type="spellEnd"/>
      <w:r>
        <w:rPr>
          <w:rFonts w:ascii="Times New Roman" w:hAnsi="Times New Roman" w:cs="Times New Roman"/>
        </w:rPr>
        <w:t xml:space="preserve"> </w:t>
      </w:r>
      <w:proofErr w:type="spellStart"/>
      <w:r>
        <w:rPr>
          <w:rFonts w:ascii="Times New Roman" w:hAnsi="Times New Roman" w:cs="Times New Roman"/>
        </w:rPr>
        <w:t>pertama</w:t>
      </w:r>
      <w:proofErr w:type="spellEnd"/>
      <w:r>
        <w:rPr>
          <w:rFonts w:ascii="Times New Roman" w:hAnsi="Times New Roman" w:cs="Times New Roman"/>
        </w:rPr>
        <w:t xml:space="preserve">. </w:t>
      </w:r>
      <w:proofErr w:type="spellStart"/>
      <w:r>
        <w:rPr>
          <w:rFonts w:ascii="Times New Roman" w:hAnsi="Times New Roman" w:cs="Times New Roman"/>
        </w:rPr>
        <w:t>Fokus</w:t>
      </w:r>
      <w:proofErr w:type="spellEnd"/>
      <w:r>
        <w:rPr>
          <w:rFonts w:ascii="Times New Roman" w:hAnsi="Times New Roman" w:cs="Times New Roman"/>
        </w:rPr>
        <w:t xml:space="preserve"> </w:t>
      </w:r>
      <w:proofErr w:type="spellStart"/>
      <w:r>
        <w:rPr>
          <w:rFonts w:ascii="Times New Roman" w:hAnsi="Times New Roman" w:cs="Times New Roman"/>
        </w:rPr>
        <w:t>objek</w:t>
      </w:r>
      <w:proofErr w:type="spellEnd"/>
      <w:r>
        <w:rPr>
          <w:rFonts w:ascii="Times New Roman" w:hAnsi="Times New Roman" w:cs="Times New Roman"/>
        </w:rPr>
        <w:t xml:space="preserve"> </w:t>
      </w:r>
      <w:proofErr w:type="spellStart"/>
      <w:r>
        <w:rPr>
          <w:rFonts w:ascii="Times New Roman" w:hAnsi="Times New Roman" w:cs="Times New Roman"/>
        </w:rPr>
        <w:t>meliputi</w:t>
      </w:r>
      <w:proofErr w:type="spellEnd"/>
      <w:r>
        <w:rPr>
          <w:rFonts w:ascii="Times New Roman" w:hAnsi="Times New Roman" w:cs="Times New Roman"/>
        </w:rPr>
        <w:t xml:space="preserve"> </w:t>
      </w:r>
      <w:proofErr w:type="spellStart"/>
      <w:r>
        <w:rPr>
          <w:rFonts w:ascii="Times New Roman" w:hAnsi="Times New Roman" w:cs="Times New Roman"/>
        </w:rPr>
        <w:t>perancangan</w:t>
      </w:r>
      <w:proofErr w:type="spellEnd"/>
      <w:r>
        <w:rPr>
          <w:rFonts w:ascii="Times New Roman" w:hAnsi="Times New Roman" w:cs="Times New Roman"/>
        </w:rPr>
        <w:t xml:space="preserve"> </w:t>
      </w:r>
      <w:proofErr w:type="spellStart"/>
      <w:r>
        <w:rPr>
          <w:rFonts w:ascii="Times New Roman" w:hAnsi="Times New Roman" w:cs="Times New Roman"/>
        </w:rPr>
        <w:t>perangkat</w:t>
      </w:r>
      <w:proofErr w:type="spellEnd"/>
      <w:r>
        <w:rPr>
          <w:rFonts w:ascii="Times New Roman" w:hAnsi="Times New Roman" w:cs="Times New Roman"/>
        </w:rPr>
        <w:t xml:space="preserve"> </w:t>
      </w:r>
      <w:proofErr w:type="spellStart"/>
      <w:r>
        <w:rPr>
          <w:rFonts w:ascii="Times New Roman" w:hAnsi="Times New Roman" w:cs="Times New Roman"/>
        </w:rPr>
        <w:t>keras</w:t>
      </w:r>
      <w:proofErr w:type="spellEnd"/>
      <w:r>
        <w:rPr>
          <w:rFonts w:ascii="Times New Roman" w:hAnsi="Times New Roman" w:cs="Times New Roman"/>
        </w:rPr>
        <w:t xml:space="preserve"> (hardware), </w:t>
      </w:r>
      <w:proofErr w:type="spellStart"/>
      <w:r>
        <w:rPr>
          <w:rFonts w:ascii="Times New Roman" w:hAnsi="Times New Roman" w:cs="Times New Roman"/>
        </w:rPr>
        <w:t>pemrograman</w:t>
      </w:r>
      <w:proofErr w:type="spellEnd"/>
      <w:r>
        <w:rPr>
          <w:rFonts w:ascii="Times New Roman" w:hAnsi="Times New Roman" w:cs="Times New Roman"/>
        </w:rPr>
        <w:t xml:space="preserve"> </w:t>
      </w:r>
      <w:proofErr w:type="spellStart"/>
      <w:r>
        <w:rPr>
          <w:rFonts w:ascii="Times New Roman" w:hAnsi="Times New Roman" w:cs="Times New Roman"/>
        </w:rPr>
        <w:t>perangkat</w:t>
      </w:r>
      <w:proofErr w:type="spellEnd"/>
      <w:r>
        <w:rPr>
          <w:rFonts w:ascii="Times New Roman" w:hAnsi="Times New Roman" w:cs="Times New Roman"/>
        </w:rPr>
        <w:t xml:space="preserve"> </w:t>
      </w:r>
      <w:proofErr w:type="spellStart"/>
      <w:r>
        <w:rPr>
          <w:rFonts w:ascii="Times New Roman" w:hAnsi="Times New Roman" w:cs="Times New Roman"/>
        </w:rPr>
        <w:t>lunak</w:t>
      </w:r>
      <w:proofErr w:type="spellEnd"/>
      <w:r>
        <w:rPr>
          <w:rFonts w:ascii="Times New Roman" w:hAnsi="Times New Roman" w:cs="Times New Roman"/>
        </w:rPr>
        <w:t xml:space="preserve"> (software),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fungsionalitas</w:t>
      </w:r>
      <w:proofErr w:type="spellEnd"/>
      <w:r>
        <w:rPr>
          <w:rFonts w:ascii="Times New Roman" w:hAnsi="Times New Roman" w:cs="Times New Roman"/>
        </w:rPr>
        <w:t xml:space="preserve">, dan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kinerja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07B807D2" w14:textId="77777777" w:rsidR="00C83DA1" w:rsidRDefault="00000000">
      <w:pPr>
        <w:spacing w:before="120" w:after="60" w:line="360" w:lineRule="auto"/>
      </w:pPr>
      <w:r>
        <w:rPr>
          <w:rFonts w:ascii="Times New Roman" w:hAnsi="Times New Roman" w:cs="Times New Roman"/>
          <w:b/>
        </w:rPr>
        <w:t xml:space="preserve">3.4 Metode </w:t>
      </w:r>
      <w:proofErr w:type="spellStart"/>
      <w:r>
        <w:rPr>
          <w:rFonts w:ascii="Times New Roman" w:hAnsi="Times New Roman" w:cs="Times New Roman"/>
          <w:b/>
        </w:rPr>
        <w:t>Pengumpulan</w:t>
      </w:r>
      <w:proofErr w:type="spellEnd"/>
      <w:r>
        <w:rPr>
          <w:rFonts w:ascii="Times New Roman" w:hAnsi="Times New Roman" w:cs="Times New Roman"/>
          <w:b/>
        </w:rPr>
        <w:t xml:space="preserve"> Data</w:t>
      </w:r>
    </w:p>
    <w:p w14:paraId="3A10B62B" w14:textId="77777777" w:rsidR="00C83DA1" w:rsidRDefault="00000000">
      <w:pPr>
        <w:spacing w:after="120" w:line="360" w:lineRule="auto"/>
        <w:jc w:val="both"/>
      </w:pPr>
      <w:r>
        <w:rPr>
          <w:rFonts w:ascii="Times New Roman" w:hAnsi="Times New Roman" w:cs="Times New Roman"/>
        </w:rPr>
        <w:t xml:space="preserve">Metode </w:t>
      </w:r>
      <w:proofErr w:type="spellStart"/>
      <w:r>
        <w:rPr>
          <w:rFonts w:ascii="Times New Roman" w:hAnsi="Times New Roman" w:cs="Times New Roman"/>
        </w:rPr>
        <w:t>pengumpulan</w:t>
      </w:r>
      <w:proofErr w:type="spellEnd"/>
      <w:r>
        <w:rPr>
          <w:rFonts w:ascii="Times New Roman" w:hAnsi="Times New Roman" w:cs="Times New Roman"/>
        </w:rPr>
        <w:t xml:space="preserve"> data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w:t>
      </w:r>
    </w:p>
    <w:p w14:paraId="2E294FE9"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b/>
        </w:rPr>
        <w:t>Observasi</w:t>
      </w:r>
      <w:proofErr w:type="spellEnd"/>
      <w:r>
        <w:rPr>
          <w:rFonts w:ascii="Times New Roman" w:hAnsi="Times New Roman" w:cs="Times New Roman"/>
          <w:b/>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pengamatan</w:t>
      </w:r>
      <w:proofErr w:type="spellEnd"/>
      <w:r>
        <w:rPr>
          <w:rFonts w:ascii="Times New Roman" w:hAnsi="Times New Roman" w:cs="Times New Roman"/>
        </w:rPr>
        <w:t xml:space="preserve">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di </w:t>
      </w:r>
      <w:proofErr w:type="spellStart"/>
      <w:r>
        <w:rPr>
          <w:rFonts w:ascii="Times New Roman" w:hAnsi="Times New Roman" w:cs="Times New Roman"/>
        </w:rPr>
        <w:t>tempat</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termasuk</w:t>
      </w:r>
      <w:proofErr w:type="spellEnd"/>
      <w:r>
        <w:rPr>
          <w:rFonts w:ascii="Times New Roman" w:hAnsi="Times New Roman" w:cs="Times New Roman"/>
        </w:rPr>
        <w:t xml:space="preserve"> </w:t>
      </w: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 xml:space="preserve">, dan proses </w:t>
      </w:r>
      <w:proofErr w:type="spellStart"/>
      <w:r>
        <w:rPr>
          <w:rFonts w:ascii="Times New Roman" w:hAnsi="Times New Roman" w:cs="Times New Roman"/>
        </w:rPr>
        <w:t>kerja</w:t>
      </w:r>
      <w:proofErr w:type="spellEnd"/>
      <w:r>
        <w:rPr>
          <w:rFonts w:ascii="Times New Roman" w:hAnsi="Times New Roman" w:cs="Times New Roman"/>
        </w:rPr>
        <w:t xml:space="preserve"> yang </w:t>
      </w:r>
      <w:proofErr w:type="spellStart"/>
      <w:r>
        <w:rPr>
          <w:rFonts w:ascii="Times New Roman" w:hAnsi="Times New Roman" w:cs="Times New Roman"/>
        </w:rPr>
        <w:t>berjalan</w:t>
      </w:r>
      <w:proofErr w:type="spellEnd"/>
      <w:r>
        <w:rPr>
          <w:rFonts w:ascii="Times New Roman" w:hAnsi="Times New Roman" w:cs="Times New Roman"/>
        </w:rPr>
        <w:t>.</w:t>
      </w:r>
    </w:p>
    <w:p w14:paraId="01EB71A5" w14:textId="77777777" w:rsidR="00C83DA1" w:rsidRDefault="00000000">
      <w:pPr>
        <w:spacing w:after="60" w:line="360" w:lineRule="auto"/>
        <w:ind w:left="709"/>
        <w:jc w:val="both"/>
      </w:pPr>
      <w:r>
        <w:rPr>
          <w:rFonts w:ascii="Times New Roman" w:hAnsi="Times New Roman" w:cs="Times New Roman"/>
        </w:rPr>
        <w:t xml:space="preserve">2. </w:t>
      </w:r>
      <w:proofErr w:type="spellStart"/>
      <w:r>
        <w:rPr>
          <w:rFonts w:ascii="Times New Roman" w:hAnsi="Times New Roman" w:cs="Times New Roman"/>
          <w:b/>
        </w:rPr>
        <w:t>Wawancara</w:t>
      </w:r>
      <w:proofErr w:type="spellEnd"/>
      <w:r>
        <w:rPr>
          <w:rFonts w:ascii="Times New Roman" w:hAnsi="Times New Roman" w:cs="Times New Roman"/>
          <w:b/>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tanya</w:t>
      </w:r>
      <w:proofErr w:type="spellEnd"/>
      <w:r>
        <w:rPr>
          <w:rFonts w:ascii="Times New Roman" w:hAnsi="Times New Roman" w:cs="Times New Roman"/>
        </w:rPr>
        <w:t xml:space="preserve"> </w:t>
      </w:r>
      <w:proofErr w:type="spellStart"/>
      <w:r>
        <w:rPr>
          <w:rFonts w:ascii="Times New Roman" w:hAnsi="Times New Roman" w:cs="Times New Roman"/>
        </w:rPr>
        <w:t>jawab</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pembimbing</w:t>
      </w:r>
      <w:proofErr w:type="spellEnd"/>
      <w:r>
        <w:rPr>
          <w:rFonts w:ascii="Times New Roman" w:hAnsi="Times New Roman" w:cs="Times New Roman"/>
        </w:rPr>
        <w:t xml:space="preserve"> </w:t>
      </w:r>
      <w:proofErr w:type="spellStart"/>
      <w:r>
        <w:rPr>
          <w:rFonts w:ascii="Times New Roman" w:hAnsi="Times New Roman" w:cs="Times New Roman"/>
        </w:rPr>
        <w:t>lapangan</w:t>
      </w:r>
      <w:proofErr w:type="spellEnd"/>
      <w:r>
        <w:rPr>
          <w:rFonts w:ascii="Times New Roman" w:hAnsi="Times New Roman" w:cs="Times New Roman"/>
        </w:rPr>
        <w:t xml:space="preserve"> dan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kebutuhan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dan </w:t>
      </w:r>
      <w:proofErr w:type="spellStart"/>
      <w:r>
        <w:rPr>
          <w:rFonts w:ascii="Times New Roman" w:hAnsi="Times New Roman" w:cs="Times New Roman"/>
        </w:rPr>
        <w:t>spesifikasi</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yang </w:t>
      </w:r>
      <w:proofErr w:type="spellStart"/>
      <w:r>
        <w:rPr>
          <w:rFonts w:ascii="Times New Roman" w:hAnsi="Times New Roman" w:cs="Times New Roman"/>
        </w:rPr>
        <w:t>diinginkan</w:t>
      </w:r>
      <w:proofErr w:type="spellEnd"/>
      <w:r>
        <w:rPr>
          <w:rFonts w:ascii="Times New Roman" w:hAnsi="Times New Roman" w:cs="Times New Roman"/>
        </w:rPr>
        <w:t>.</w:t>
      </w:r>
    </w:p>
    <w:p w14:paraId="40736BCE" w14:textId="77777777" w:rsidR="00C83DA1" w:rsidRDefault="00000000">
      <w:pPr>
        <w:spacing w:after="60" w:line="360" w:lineRule="auto"/>
        <w:ind w:left="709"/>
        <w:jc w:val="both"/>
      </w:pPr>
      <w:r>
        <w:rPr>
          <w:rFonts w:ascii="Times New Roman" w:hAnsi="Times New Roman" w:cs="Times New Roman"/>
        </w:rPr>
        <w:t xml:space="preserve">3. </w:t>
      </w:r>
      <w:proofErr w:type="spellStart"/>
      <w:r>
        <w:rPr>
          <w:rFonts w:ascii="Times New Roman" w:hAnsi="Times New Roman" w:cs="Times New Roman"/>
          <w:b/>
        </w:rPr>
        <w:t>Dokumentasi</w:t>
      </w:r>
      <w:proofErr w:type="spellEnd"/>
      <w:r>
        <w:rPr>
          <w:rFonts w:ascii="Times New Roman" w:hAnsi="Times New Roman" w:cs="Times New Roman"/>
          <w:b/>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data </w:t>
      </w:r>
      <w:proofErr w:type="spellStart"/>
      <w:r>
        <w:rPr>
          <w:rFonts w:ascii="Times New Roman" w:hAnsi="Times New Roman" w:cs="Times New Roman"/>
        </w:rPr>
        <w:t>berupa</w:t>
      </w:r>
      <w:proofErr w:type="spellEnd"/>
      <w:r>
        <w:rPr>
          <w:rFonts w:ascii="Times New Roman" w:hAnsi="Times New Roman" w:cs="Times New Roman"/>
        </w:rPr>
        <w:t xml:space="preserve"> </w:t>
      </w:r>
      <w:proofErr w:type="spellStart"/>
      <w:r>
        <w:rPr>
          <w:rFonts w:ascii="Times New Roman" w:hAnsi="Times New Roman" w:cs="Times New Roman"/>
        </w:rPr>
        <w:t>foto</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arsip</w:t>
      </w:r>
      <w:proofErr w:type="spellEnd"/>
      <w:r>
        <w:rPr>
          <w:rFonts w:ascii="Times New Roman" w:hAnsi="Times New Roman" w:cs="Times New Roman"/>
        </w:rPr>
        <w:t xml:space="preserve">, </w:t>
      </w:r>
      <w:proofErr w:type="spellStart"/>
      <w:r>
        <w:rPr>
          <w:rFonts w:ascii="Times New Roman" w:hAnsi="Times New Roman" w:cs="Times New Roman"/>
        </w:rPr>
        <w:t>dokumen</w:t>
      </w:r>
      <w:proofErr w:type="spellEnd"/>
      <w:r>
        <w:rPr>
          <w:rFonts w:ascii="Times New Roman" w:hAnsi="Times New Roman" w:cs="Times New Roman"/>
        </w:rPr>
        <w:t xml:space="preserve">, </w:t>
      </w:r>
      <w:proofErr w:type="spellStart"/>
      <w:r>
        <w:rPr>
          <w:rFonts w:ascii="Times New Roman" w:hAnsi="Times New Roman" w:cs="Times New Roman"/>
        </w:rPr>
        <w:t>catatan</w:t>
      </w:r>
      <w:proofErr w:type="spellEnd"/>
      <w:r>
        <w:rPr>
          <w:rFonts w:ascii="Times New Roman" w:hAnsi="Times New Roman" w:cs="Times New Roman"/>
        </w:rPr>
        <w:t xml:space="preserve">, dan </w:t>
      </w:r>
      <w:proofErr w:type="spellStart"/>
      <w:r>
        <w:rPr>
          <w:rFonts w:ascii="Times New Roman" w:hAnsi="Times New Roman" w:cs="Times New Roman"/>
        </w:rPr>
        <w:t>rekaman</w:t>
      </w:r>
      <w:proofErr w:type="spellEnd"/>
      <w:r>
        <w:rPr>
          <w:rFonts w:ascii="Times New Roman" w:hAnsi="Times New Roman" w:cs="Times New Roman"/>
        </w:rPr>
        <w:t xml:space="preserve"> video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w:t>
      </w:r>
    </w:p>
    <w:p w14:paraId="26FBA5C4" w14:textId="77777777" w:rsidR="00C83DA1" w:rsidRDefault="00000000">
      <w:pPr>
        <w:spacing w:before="120" w:after="60" w:line="360" w:lineRule="auto"/>
      </w:pPr>
      <w:r>
        <w:rPr>
          <w:rFonts w:ascii="Times New Roman" w:hAnsi="Times New Roman" w:cs="Times New Roman"/>
          <w:b/>
        </w:rPr>
        <w:t xml:space="preserve">3.5 </w:t>
      </w:r>
      <w:proofErr w:type="spellStart"/>
      <w:r>
        <w:rPr>
          <w:rFonts w:ascii="Times New Roman" w:hAnsi="Times New Roman" w:cs="Times New Roman"/>
          <w:b/>
        </w:rPr>
        <w:t>Instrumen</w:t>
      </w:r>
      <w:proofErr w:type="spellEnd"/>
      <w:r>
        <w:rPr>
          <w:rFonts w:ascii="Times New Roman" w:hAnsi="Times New Roman" w:cs="Times New Roman"/>
          <w:b/>
        </w:rPr>
        <w:t xml:space="preserve"> </w:t>
      </w:r>
      <w:proofErr w:type="spellStart"/>
      <w:r>
        <w:rPr>
          <w:rFonts w:ascii="Times New Roman" w:hAnsi="Times New Roman" w:cs="Times New Roman"/>
          <w:b/>
        </w:rPr>
        <w:t>Penelitian</w:t>
      </w:r>
      <w:proofErr w:type="spellEnd"/>
    </w:p>
    <w:p w14:paraId="1F131836" w14:textId="77777777" w:rsidR="00C83DA1" w:rsidRDefault="00000000">
      <w:pPr>
        <w:spacing w:after="120" w:line="360" w:lineRule="auto"/>
        <w:jc w:val="both"/>
      </w:pPr>
      <w:proofErr w:type="spellStart"/>
      <w:r>
        <w:rPr>
          <w:rFonts w:ascii="Times New Roman" w:hAnsi="Times New Roman" w:cs="Times New Roman"/>
        </w:rPr>
        <w:t>Instrumen</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meliputi</w:t>
      </w:r>
      <w:proofErr w:type="spellEnd"/>
      <w:r>
        <w:rPr>
          <w:rFonts w:ascii="Times New Roman" w:hAnsi="Times New Roman" w:cs="Times New Roman"/>
        </w:rPr>
        <w:t>:</w:t>
      </w:r>
    </w:p>
    <w:p w14:paraId="3A949873" w14:textId="77777777" w:rsidR="00C83DA1" w:rsidRDefault="00000000">
      <w:pPr>
        <w:spacing w:after="60" w:line="360" w:lineRule="auto"/>
        <w:ind w:left="709"/>
        <w:jc w:val="both"/>
      </w:pPr>
      <w:r>
        <w:rPr>
          <w:rFonts w:ascii="Times New Roman" w:hAnsi="Times New Roman" w:cs="Times New Roman"/>
        </w:rPr>
        <w:t xml:space="preserve">1. Daftar </w:t>
      </w:r>
      <w:proofErr w:type="spellStart"/>
      <w:r>
        <w:rPr>
          <w:rFonts w:ascii="Times New Roman" w:hAnsi="Times New Roman" w:cs="Times New Roman"/>
        </w:rPr>
        <w:t>pertanyaan</w:t>
      </w:r>
      <w:proofErr w:type="spellEnd"/>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pengumpulan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pembimbing</w:t>
      </w:r>
      <w:proofErr w:type="spellEnd"/>
      <w:r>
        <w:rPr>
          <w:rFonts w:ascii="Times New Roman" w:hAnsi="Times New Roman" w:cs="Times New Roman"/>
        </w:rPr>
        <w:t xml:space="preserve"> </w:t>
      </w:r>
      <w:proofErr w:type="spellStart"/>
      <w:r>
        <w:rPr>
          <w:rFonts w:ascii="Times New Roman" w:hAnsi="Times New Roman" w:cs="Times New Roman"/>
        </w:rPr>
        <w:t>lapangan</w:t>
      </w:r>
      <w:proofErr w:type="spellEnd"/>
      <w:r>
        <w:rPr>
          <w:rFonts w:ascii="Times New Roman" w:hAnsi="Times New Roman" w:cs="Times New Roman"/>
        </w:rPr>
        <w:t>.</w:t>
      </w:r>
    </w:p>
    <w:p w14:paraId="71A93C88" w14:textId="77777777" w:rsidR="00C83DA1" w:rsidRDefault="00000000">
      <w:pPr>
        <w:spacing w:after="60" w:line="360" w:lineRule="auto"/>
        <w:ind w:left="709"/>
        <w:jc w:val="both"/>
      </w:pPr>
      <w:r>
        <w:rPr>
          <w:rFonts w:ascii="Times New Roman" w:hAnsi="Times New Roman" w:cs="Times New Roman"/>
        </w:rPr>
        <w:t xml:space="preserve">2. Kamera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liputan</w:t>
      </w:r>
      <w:proofErr w:type="spellEnd"/>
      <w:r>
        <w:rPr>
          <w:rFonts w:ascii="Times New Roman" w:hAnsi="Times New Roman" w:cs="Times New Roman"/>
        </w:rPr>
        <w:t xml:space="preserve"> dan proses </w:t>
      </w:r>
      <w:proofErr w:type="spellStart"/>
      <w:r>
        <w:rPr>
          <w:rFonts w:ascii="Times New Roman" w:hAnsi="Times New Roman" w:cs="Times New Roman"/>
        </w:rPr>
        <w:t>pembuatan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0484158F" w14:textId="77777777" w:rsidR="00C83DA1" w:rsidRDefault="00000000">
      <w:pPr>
        <w:spacing w:after="60" w:line="360" w:lineRule="auto"/>
        <w:ind w:left="709"/>
        <w:jc w:val="both"/>
      </w:pPr>
      <w:r>
        <w:rPr>
          <w:rFonts w:ascii="Times New Roman" w:hAnsi="Times New Roman" w:cs="Times New Roman"/>
        </w:rPr>
        <w:t xml:space="preserve">3. Laptop </w:t>
      </w:r>
      <w:proofErr w:type="spellStart"/>
      <w:r>
        <w:rPr>
          <w:rFonts w:ascii="Times New Roman" w:hAnsi="Times New Roman" w:cs="Times New Roman"/>
        </w:rPr>
        <w:t>dengan</w:t>
      </w:r>
      <w:proofErr w:type="spellEnd"/>
      <w:r>
        <w:rPr>
          <w:rFonts w:ascii="Times New Roman" w:hAnsi="Times New Roman" w:cs="Times New Roman"/>
        </w:rPr>
        <w:t xml:space="preserve"> Arduino IDE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pemrograman</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w:t>
      </w:r>
    </w:p>
    <w:p w14:paraId="5A3BD502" w14:textId="6C0D72CC" w:rsidR="00C83DA1" w:rsidRDefault="00000000">
      <w:pPr>
        <w:spacing w:after="60" w:line="360" w:lineRule="auto"/>
        <w:ind w:left="709"/>
        <w:jc w:val="both"/>
      </w:pPr>
      <w:r>
        <w:rPr>
          <w:rFonts w:ascii="Times New Roman" w:hAnsi="Times New Roman" w:cs="Times New Roman"/>
        </w:rPr>
        <w:t xml:space="preserve">4. </w:t>
      </w:r>
      <w:proofErr w:type="spellStart"/>
      <w:r>
        <w:rPr>
          <w:rFonts w:ascii="Times New Roman" w:hAnsi="Times New Roman" w:cs="Times New Roman"/>
        </w:rPr>
        <w:t>Komponen</w:t>
      </w:r>
      <w:proofErr w:type="spellEnd"/>
      <w:r>
        <w:rPr>
          <w:rFonts w:ascii="Times New Roman" w:hAnsi="Times New Roman" w:cs="Times New Roman"/>
        </w:rPr>
        <w:t xml:space="preserve"> hardware: Arduino Uno R3, </w:t>
      </w:r>
      <w:proofErr w:type="spellStart"/>
      <w:r>
        <w:rPr>
          <w:rFonts w:ascii="Times New Roman" w:hAnsi="Times New Roman" w:cs="Times New Roman"/>
        </w:rPr>
        <w:t>modul</w:t>
      </w:r>
      <w:proofErr w:type="spellEnd"/>
      <w:r>
        <w:rPr>
          <w:rFonts w:ascii="Times New Roman" w:hAnsi="Times New Roman" w:cs="Times New Roman"/>
        </w:rPr>
        <w:t xml:space="preserve"> RFID RC522, solenoid door lock 12V, relay module, power supply 12V, </w:t>
      </w:r>
      <w:proofErr w:type="spellStart"/>
      <w:r>
        <w:rPr>
          <w:rFonts w:ascii="Times New Roman" w:hAnsi="Times New Roman" w:cs="Times New Roman"/>
        </w:rPr>
        <w:t>kabel</w:t>
      </w:r>
      <w:proofErr w:type="spellEnd"/>
      <w:r>
        <w:rPr>
          <w:rFonts w:ascii="Times New Roman" w:hAnsi="Times New Roman" w:cs="Times New Roman"/>
        </w:rPr>
        <w:t xml:space="preserve"> jumper.</w:t>
      </w:r>
    </w:p>
    <w:p w14:paraId="44678132" w14:textId="77777777" w:rsidR="00C83DA1" w:rsidRDefault="00000000">
      <w:pPr>
        <w:spacing w:after="60" w:line="360" w:lineRule="auto"/>
        <w:ind w:left="709"/>
        <w:jc w:val="both"/>
      </w:pPr>
      <w:r>
        <w:rPr>
          <w:rFonts w:ascii="Times New Roman" w:hAnsi="Times New Roman" w:cs="Times New Roman"/>
        </w:rPr>
        <w:t xml:space="preserve">5. Kartu RFID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51D44257" w14:textId="77777777" w:rsidR="00C83DA1" w:rsidRDefault="00000000">
      <w:pPr>
        <w:spacing w:before="120" w:after="60" w:line="360" w:lineRule="auto"/>
      </w:pPr>
      <w:r>
        <w:rPr>
          <w:rFonts w:ascii="Times New Roman" w:hAnsi="Times New Roman" w:cs="Times New Roman"/>
          <w:b/>
        </w:rPr>
        <w:t xml:space="preserve">3.6 Teknik </w:t>
      </w:r>
      <w:proofErr w:type="spellStart"/>
      <w:r>
        <w:rPr>
          <w:rFonts w:ascii="Times New Roman" w:hAnsi="Times New Roman" w:cs="Times New Roman"/>
          <w:b/>
        </w:rPr>
        <w:t>Analisis</w:t>
      </w:r>
      <w:proofErr w:type="spellEnd"/>
      <w:r>
        <w:rPr>
          <w:rFonts w:ascii="Times New Roman" w:hAnsi="Times New Roman" w:cs="Times New Roman"/>
          <w:b/>
        </w:rPr>
        <w:t xml:space="preserve"> Data</w:t>
      </w:r>
    </w:p>
    <w:p w14:paraId="5701E204" w14:textId="77777777" w:rsidR="00C83DA1" w:rsidRDefault="00000000">
      <w:pPr>
        <w:spacing w:after="120" w:line="360" w:lineRule="auto"/>
        <w:ind w:firstLine="709"/>
        <w:jc w:val="both"/>
      </w:pPr>
      <w:r>
        <w:rPr>
          <w:rFonts w:ascii="Times New Roman" w:hAnsi="Times New Roman" w:cs="Times New Roman"/>
        </w:rPr>
        <w:t xml:space="preserve">Teknik </w:t>
      </w:r>
      <w:proofErr w:type="spellStart"/>
      <w:r>
        <w:rPr>
          <w:rFonts w:ascii="Times New Roman" w:hAnsi="Times New Roman" w:cs="Times New Roman"/>
        </w:rPr>
        <w:t>analisis</w:t>
      </w:r>
      <w:proofErr w:type="spellEnd"/>
      <w:r>
        <w:rPr>
          <w:rFonts w:ascii="Times New Roman" w:hAnsi="Times New Roman" w:cs="Times New Roman"/>
        </w:rPr>
        <w:t xml:space="preserve"> data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deskriptif</w:t>
      </w:r>
      <w:proofErr w:type="spellEnd"/>
      <w:r>
        <w:rPr>
          <w:rFonts w:ascii="Times New Roman" w:hAnsi="Times New Roman" w:cs="Times New Roman"/>
        </w:rPr>
        <w:t xml:space="preserve">. Data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observasi</w:t>
      </w:r>
      <w:proofErr w:type="spellEnd"/>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disusun</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sistematis</w:t>
      </w:r>
      <w:proofErr w:type="spellEnd"/>
      <w:r>
        <w:rPr>
          <w:rFonts w:ascii="Times New Roman" w:hAnsi="Times New Roman" w:cs="Times New Roman"/>
        </w:rPr>
        <w:t xml:space="preserve"> dan </w:t>
      </w:r>
      <w:proofErr w:type="spellStart"/>
      <w:r>
        <w:rPr>
          <w:rFonts w:ascii="Times New Roman" w:hAnsi="Times New Roman" w:cs="Times New Roman"/>
        </w:rPr>
        <w:t>diinterpretasikan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kesimpulan</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fungsionalitas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menguji</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hardware dan </w:t>
      </w:r>
      <w:r>
        <w:rPr>
          <w:rFonts w:ascii="Times New Roman" w:hAnsi="Times New Roman" w:cs="Times New Roman"/>
        </w:rPr>
        <w:lastRenderedPageBreak/>
        <w:t xml:space="preserve">software </w:t>
      </w:r>
      <w:proofErr w:type="spellStart"/>
      <w:r>
        <w:rPr>
          <w:rFonts w:ascii="Times New Roman" w:hAnsi="Times New Roman" w:cs="Times New Roman"/>
        </w:rPr>
        <w:t>secara</w:t>
      </w:r>
      <w:proofErr w:type="spellEnd"/>
      <w:r>
        <w:rPr>
          <w:rFonts w:ascii="Times New Roman" w:hAnsi="Times New Roman" w:cs="Times New Roman"/>
        </w:rPr>
        <w:t xml:space="preserve"> individual, </w:t>
      </w: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integrasi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keseluruhan</w:t>
      </w:r>
      <w:proofErr w:type="spellEnd"/>
      <w:r>
        <w:rPr>
          <w:rFonts w:ascii="Times New Roman" w:hAnsi="Times New Roman" w:cs="Times New Roman"/>
        </w:rPr>
        <w:t xml:space="preserve">. Parameter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meliputi</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deteksi</w:t>
      </w:r>
      <w:proofErr w:type="spellEnd"/>
      <w:r>
        <w:rPr>
          <w:rFonts w:ascii="Times New Roman" w:hAnsi="Times New Roman" w:cs="Times New Roman"/>
        </w:rPr>
        <w:t xml:space="preserve"> RFID,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respons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keberhasilan</w:t>
      </w:r>
      <w:proofErr w:type="spellEnd"/>
      <w:r>
        <w:rPr>
          <w:rFonts w:ascii="Times New Roman" w:hAnsi="Times New Roman" w:cs="Times New Roman"/>
        </w:rPr>
        <w:t xml:space="preserve"> </w:t>
      </w:r>
      <w:proofErr w:type="spellStart"/>
      <w:r>
        <w:rPr>
          <w:rFonts w:ascii="Times New Roman" w:hAnsi="Times New Roman" w:cs="Times New Roman"/>
        </w:rPr>
        <w:t>pembukaan</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dan </w:t>
      </w:r>
      <w:proofErr w:type="spellStart"/>
      <w:r>
        <w:rPr>
          <w:rFonts w:ascii="Times New Roman" w:hAnsi="Times New Roman" w:cs="Times New Roman"/>
        </w:rPr>
        <w:t>keakuratan</w:t>
      </w:r>
      <w:proofErr w:type="spellEnd"/>
      <w:r>
        <w:rPr>
          <w:rFonts w:ascii="Times New Roman" w:hAnsi="Times New Roman" w:cs="Times New Roman"/>
        </w:rPr>
        <w:t xml:space="preserve"> </w:t>
      </w:r>
      <w:proofErr w:type="spellStart"/>
      <w:r>
        <w:rPr>
          <w:rFonts w:ascii="Times New Roman" w:hAnsi="Times New Roman" w:cs="Times New Roman"/>
        </w:rPr>
        <w:t>identifikasi</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w:t>
      </w:r>
    </w:p>
    <w:p w14:paraId="7E488832" w14:textId="77777777" w:rsidR="00C83DA1" w:rsidRDefault="00000000">
      <w:pPr>
        <w:spacing w:before="240" w:after="120" w:line="360" w:lineRule="auto"/>
      </w:pPr>
      <w:r>
        <w:rPr>
          <w:rFonts w:ascii="Times New Roman" w:hAnsi="Times New Roman" w:cs="Times New Roman"/>
          <w:b/>
          <w:sz w:val="24"/>
        </w:rPr>
        <w:t>4. HASIL DAN PEMBAHASAN</w:t>
      </w:r>
    </w:p>
    <w:p w14:paraId="3F9DD0B6" w14:textId="77777777" w:rsidR="00C83DA1" w:rsidRDefault="00000000">
      <w:pPr>
        <w:spacing w:before="120" w:after="60" w:line="360" w:lineRule="auto"/>
      </w:pPr>
      <w:r>
        <w:rPr>
          <w:rFonts w:ascii="Times New Roman" w:hAnsi="Times New Roman" w:cs="Times New Roman"/>
          <w:b/>
        </w:rPr>
        <w:t xml:space="preserve">4.1 </w:t>
      </w:r>
      <w:proofErr w:type="spellStart"/>
      <w:r>
        <w:rPr>
          <w:rFonts w:ascii="Times New Roman" w:hAnsi="Times New Roman" w:cs="Times New Roman"/>
          <w:b/>
        </w:rPr>
        <w:t>Deskripsi</w:t>
      </w:r>
      <w:proofErr w:type="spellEnd"/>
      <w:r>
        <w:rPr>
          <w:rFonts w:ascii="Times New Roman" w:hAnsi="Times New Roman" w:cs="Times New Roman"/>
          <w:b/>
        </w:rPr>
        <w:t xml:space="preserve"> </w:t>
      </w:r>
      <w:proofErr w:type="spellStart"/>
      <w:r>
        <w:rPr>
          <w:rFonts w:ascii="Times New Roman" w:hAnsi="Times New Roman" w:cs="Times New Roman"/>
          <w:b/>
        </w:rPr>
        <w:t>Kegiatan</w:t>
      </w:r>
      <w:proofErr w:type="spellEnd"/>
      <w:r>
        <w:rPr>
          <w:rFonts w:ascii="Times New Roman" w:hAnsi="Times New Roman" w:cs="Times New Roman"/>
          <w:b/>
        </w:rPr>
        <w:t xml:space="preserve"> </w:t>
      </w:r>
      <w:proofErr w:type="spellStart"/>
      <w:r>
        <w:rPr>
          <w:rFonts w:ascii="Times New Roman" w:hAnsi="Times New Roman" w:cs="Times New Roman"/>
          <w:b/>
        </w:rPr>
        <w:t>Penelitian</w:t>
      </w:r>
      <w:proofErr w:type="spellEnd"/>
    </w:p>
    <w:p w14:paraId="245CBB59" w14:textId="77777777" w:rsidR="00C83DA1" w:rsidRDefault="00000000">
      <w:pPr>
        <w:spacing w:after="120" w:line="360" w:lineRule="auto"/>
        <w:ind w:firstLine="709"/>
        <w:jc w:val="both"/>
      </w:pP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diklasifikasikan</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dua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pertama</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liputan</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dua </w:t>
      </w:r>
      <w:proofErr w:type="spellStart"/>
      <w:r>
        <w:rPr>
          <w:rFonts w:ascii="Times New Roman" w:hAnsi="Times New Roman" w:cs="Times New Roman"/>
        </w:rPr>
        <w:t>bulan</w:t>
      </w:r>
      <w:proofErr w:type="spellEnd"/>
      <w:r>
        <w:rPr>
          <w:rFonts w:ascii="Times New Roman" w:hAnsi="Times New Roman" w:cs="Times New Roman"/>
        </w:rPr>
        <w:t xml:space="preserve"> </w:t>
      </w:r>
      <w:proofErr w:type="spellStart"/>
      <w:r>
        <w:rPr>
          <w:rFonts w:ascii="Times New Roman" w:hAnsi="Times New Roman" w:cs="Times New Roman"/>
        </w:rPr>
        <w:t>pertama</w:t>
      </w:r>
      <w:proofErr w:type="spellEnd"/>
      <w:r>
        <w:rPr>
          <w:rFonts w:ascii="Times New Roman" w:hAnsi="Times New Roman" w:cs="Times New Roman"/>
        </w:rPr>
        <w:t xml:space="preserve">, dan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kedua</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rancang</w:t>
      </w:r>
      <w:proofErr w:type="spellEnd"/>
      <w:r>
        <w:rPr>
          <w:rFonts w:ascii="Times New Roman" w:hAnsi="Times New Roman" w:cs="Times New Roman"/>
        </w:rPr>
        <w:t xml:space="preserve"> </w:t>
      </w:r>
      <w:proofErr w:type="spellStart"/>
      <w:r>
        <w:rPr>
          <w:rFonts w:ascii="Times New Roman" w:hAnsi="Times New Roman" w:cs="Times New Roman"/>
        </w:rPr>
        <w:t>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w:t>
      </w:r>
    </w:p>
    <w:p w14:paraId="148C0805" w14:textId="2F7CF2A2" w:rsidR="00C83DA1" w:rsidRDefault="00000000">
      <w:pPr>
        <w:spacing w:after="120" w:line="360" w:lineRule="auto"/>
        <w:jc w:val="both"/>
      </w:pPr>
      <w:r>
        <w:rPr>
          <w:rFonts w:ascii="Times New Roman" w:hAnsi="Times New Roman" w:cs="Times New Roman"/>
        </w:rPr>
        <w:t xml:space="preserve">Tabel 1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jadwal</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dilakukan</w:t>
      </w:r>
      <w:proofErr w:type="spellEnd"/>
      <w:r>
        <w:rPr>
          <w:rFonts w:ascii="Times New Roman" w:hAnsi="Times New Roman" w:cs="Times New Roman"/>
        </w:rPr>
        <w:t>.</w:t>
      </w:r>
    </w:p>
    <w:tbl>
      <w:tblPr>
        <w:tblStyle w:val="TableGrid"/>
        <w:tblW w:w="0" w:type="auto"/>
        <w:jc w:val="center"/>
        <w:tblLook w:val="04A0" w:firstRow="1" w:lastRow="0" w:firstColumn="1" w:lastColumn="0" w:noHBand="0" w:noVBand="1"/>
      </w:tblPr>
      <w:tblGrid>
        <w:gridCol w:w="1898"/>
        <w:gridCol w:w="1986"/>
        <w:gridCol w:w="2018"/>
        <w:gridCol w:w="3436"/>
      </w:tblGrid>
      <w:tr w:rsidR="00C83DA1" w14:paraId="42753E98" w14:textId="77777777">
        <w:trPr>
          <w:jc w:val="center"/>
        </w:trPr>
        <w:tc>
          <w:tcPr>
            <w:tcW w:w="850" w:type="dxa"/>
          </w:tcPr>
          <w:p w14:paraId="5B1C749E" w14:textId="77777777" w:rsidR="00C83DA1" w:rsidRDefault="00000000">
            <w:pPr>
              <w:jc w:val="center"/>
            </w:pPr>
            <w:r>
              <w:rPr>
                <w:rFonts w:ascii="Times New Roman" w:hAnsi="Times New Roman" w:cs="Times New Roman"/>
                <w:b/>
                <w:sz w:val="20"/>
              </w:rPr>
              <w:t>No</w:t>
            </w:r>
          </w:p>
        </w:tc>
        <w:tc>
          <w:tcPr>
            <w:tcW w:w="1417" w:type="dxa"/>
          </w:tcPr>
          <w:p w14:paraId="6DB2B234" w14:textId="77777777" w:rsidR="00C83DA1" w:rsidRDefault="00000000">
            <w:pPr>
              <w:jc w:val="center"/>
            </w:pPr>
            <w:proofErr w:type="spellStart"/>
            <w:r>
              <w:rPr>
                <w:rFonts w:ascii="Times New Roman" w:hAnsi="Times New Roman" w:cs="Times New Roman"/>
                <w:b/>
                <w:sz w:val="20"/>
              </w:rPr>
              <w:t>Minggu</w:t>
            </w:r>
            <w:proofErr w:type="spellEnd"/>
          </w:p>
        </w:tc>
        <w:tc>
          <w:tcPr>
            <w:tcW w:w="1984" w:type="dxa"/>
          </w:tcPr>
          <w:p w14:paraId="7B6B68CD" w14:textId="77777777" w:rsidR="00C83DA1" w:rsidRDefault="00000000">
            <w:pPr>
              <w:jc w:val="center"/>
            </w:pPr>
            <w:proofErr w:type="spellStart"/>
            <w:r>
              <w:rPr>
                <w:rFonts w:ascii="Times New Roman" w:hAnsi="Times New Roman" w:cs="Times New Roman"/>
                <w:b/>
                <w:sz w:val="20"/>
              </w:rPr>
              <w:t>Tanggal</w:t>
            </w:r>
            <w:proofErr w:type="spellEnd"/>
          </w:p>
        </w:tc>
        <w:tc>
          <w:tcPr>
            <w:tcW w:w="3969" w:type="dxa"/>
          </w:tcPr>
          <w:p w14:paraId="62A080AC" w14:textId="77777777" w:rsidR="00C83DA1" w:rsidRDefault="00000000">
            <w:pPr>
              <w:jc w:val="center"/>
            </w:pPr>
            <w:proofErr w:type="spellStart"/>
            <w:r>
              <w:rPr>
                <w:rFonts w:ascii="Times New Roman" w:hAnsi="Times New Roman" w:cs="Times New Roman"/>
                <w:b/>
                <w:sz w:val="20"/>
              </w:rPr>
              <w:t>Kegiatan</w:t>
            </w:r>
            <w:proofErr w:type="spellEnd"/>
          </w:p>
        </w:tc>
      </w:tr>
      <w:tr w:rsidR="00C83DA1" w14:paraId="34536C0C" w14:textId="77777777">
        <w:trPr>
          <w:jc w:val="center"/>
        </w:trPr>
        <w:tc>
          <w:tcPr>
            <w:tcW w:w="2280" w:type="dxa"/>
          </w:tcPr>
          <w:p w14:paraId="26EF2D94" w14:textId="77777777" w:rsidR="00C83DA1" w:rsidRDefault="00000000">
            <w:pPr>
              <w:jc w:val="center"/>
            </w:pPr>
            <w:r>
              <w:rPr>
                <w:rFonts w:ascii="Times New Roman" w:hAnsi="Times New Roman" w:cs="Times New Roman"/>
                <w:sz w:val="18"/>
              </w:rPr>
              <w:t>1</w:t>
            </w:r>
          </w:p>
        </w:tc>
        <w:tc>
          <w:tcPr>
            <w:tcW w:w="2280" w:type="dxa"/>
          </w:tcPr>
          <w:p w14:paraId="40B450DF"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w:t>
            </w:r>
          </w:p>
        </w:tc>
        <w:tc>
          <w:tcPr>
            <w:tcW w:w="2280" w:type="dxa"/>
          </w:tcPr>
          <w:p w14:paraId="608F4723" w14:textId="77777777" w:rsidR="00C83DA1" w:rsidRDefault="00000000">
            <w:pPr>
              <w:jc w:val="center"/>
            </w:pPr>
            <w:r>
              <w:rPr>
                <w:rFonts w:ascii="Times New Roman" w:hAnsi="Times New Roman" w:cs="Times New Roman"/>
                <w:sz w:val="18"/>
              </w:rPr>
              <w:t>04/03/2026</w:t>
            </w:r>
          </w:p>
        </w:tc>
        <w:tc>
          <w:tcPr>
            <w:tcW w:w="2280" w:type="dxa"/>
          </w:tcPr>
          <w:p w14:paraId="73A8F888"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w:t>
            </w:r>
            <w:proofErr w:type="spellStart"/>
            <w:r>
              <w:rPr>
                <w:rFonts w:ascii="Times New Roman" w:hAnsi="Times New Roman" w:cs="Times New Roman"/>
                <w:sz w:val="18"/>
              </w:rPr>
              <w:t>gerai</w:t>
            </w:r>
            <w:proofErr w:type="spellEnd"/>
            <w:r>
              <w:rPr>
                <w:rFonts w:ascii="Times New Roman" w:hAnsi="Times New Roman" w:cs="Times New Roman"/>
                <w:sz w:val="18"/>
              </w:rPr>
              <w:t xml:space="preserve"> </w:t>
            </w:r>
            <w:proofErr w:type="spellStart"/>
            <w:r>
              <w:rPr>
                <w:rFonts w:ascii="Times New Roman" w:hAnsi="Times New Roman" w:cs="Times New Roman"/>
                <w:sz w:val="18"/>
              </w:rPr>
              <w:t>tangerang</w:t>
            </w:r>
            <w:proofErr w:type="spellEnd"/>
            <w:r>
              <w:rPr>
                <w:rFonts w:ascii="Times New Roman" w:hAnsi="Times New Roman" w:cs="Times New Roman"/>
                <w:sz w:val="18"/>
              </w:rPr>
              <w:t xml:space="preserve"> </w:t>
            </w:r>
            <w:proofErr w:type="spellStart"/>
            <w:r>
              <w:rPr>
                <w:rFonts w:ascii="Times New Roman" w:hAnsi="Times New Roman" w:cs="Times New Roman"/>
                <w:sz w:val="18"/>
              </w:rPr>
              <w:t>gemilang</w:t>
            </w:r>
            <w:proofErr w:type="spellEnd"/>
          </w:p>
        </w:tc>
      </w:tr>
      <w:tr w:rsidR="00C83DA1" w14:paraId="197B4EE2" w14:textId="77777777">
        <w:trPr>
          <w:jc w:val="center"/>
        </w:trPr>
        <w:tc>
          <w:tcPr>
            <w:tcW w:w="2280" w:type="dxa"/>
          </w:tcPr>
          <w:p w14:paraId="7F64DEE6" w14:textId="77777777" w:rsidR="00C83DA1" w:rsidRDefault="00C83DA1">
            <w:pPr>
              <w:jc w:val="center"/>
            </w:pPr>
          </w:p>
        </w:tc>
        <w:tc>
          <w:tcPr>
            <w:tcW w:w="2280" w:type="dxa"/>
          </w:tcPr>
          <w:p w14:paraId="5BC815E3" w14:textId="77777777" w:rsidR="00C83DA1" w:rsidRDefault="00C83DA1">
            <w:pPr>
              <w:jc w:val="center"/>
            </w:pPr>
          </w:p>
        </w:tc>
        <w:tc>
          <w:tcPr>
            <w:tcW w:w="2280" w:type="dxa"/>
          </w:tcPr>
          <w:p w14:paraId="25FC9AE1" w14:textId="4D1EBE72" w:rsidR="00C83DA1" w:rsidRDefault="00000000">
            <w:pPr>
              <w:jc w:val="center"/>
            </w:pPr>
            <w:r>
              <w:rPr>
                <w:rFonts w:ascii="Times New Roman" w:hAnsi="Times New Roman" w:cs="Times New Roman"/>
                <w:sz w:val="18"/>
              </w:rPr>
              <w:t>05/0</w:t>
            </w:r>
            <w:r w:rsidR="00EB7019">
              <w:rPr>
                <w:rFonts w:ascii="Times New Roman" w:hAnsi="Times New Roman" w:cs="Times New Roman"/>
                <w:sz w:val="18"/>
              </w:rPr>
              <w:t>3</w:t>
            </w:r>
            <w:r>
              <w:rPr>
                <w:rFonts w:ascii="Times New Roman" w:hAnsi="Times New Roman" w:cs="Times New Roman"/>
                <w:sz w:val="18"/>
              </w:rPr>
              <w:t>/2026</w:t>
            </w:r>
          </w:p>
        </w:tc>
        <w:tc>
          <w:tcPr>
            <w:tcW w:w="2280" w:type="dxa"/>
          </w:tcPr>
          <w:p w14:paraId="66CE756A"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w:t>
            </w:r>
            <w:proofErr w:type="spellStart"/>
            <w:r>
              <w:rPr>
                <w:rFonts w:ascii="Times New Roman" w:hAnsi="Times New Roman" w:cs="Times New Roman"/>
                <w:sz w:val="18"/>
              </w:rPr>
              <w:t>Distribusi</w:t>
            </w:r>
            <w:proofErr w:type="spellEnd"/>
            <w:r>
              <w:rPr>
                <w:rFonts w:ascii="Times New Roman" w:hAnsi="Times New Roman" w:cs="Times New Roman"/>
                <w:sz w:val="18"/>
              </w:rPr>
              <w:t xml:space="preserve"> Ramadhan </w:t>
            </w:r>
            <w:proofErr w:type="spellStart"/>
            <w:r>
              <w:rPr>
                <w:rFonts w:ascii="Times New Roman" w:hAnsi="Times New Roman" w:cs="Times New Roman"/>
                <w:sz w:val="18"/>
              </w:rPr>
              <w:t>baznas</w:t>
            </w:r>
            <w:proofErr w:type="spellEnd"/>
            <w:r>
              <w:rPr>
                <w:rFonts w:ascii="Times New Roman" w:hAnsi="Times New Roman" w:cs="Times New Roman"/>
                <w:sz w:val="18"/>
              </w:rPr>
              <w:t xml:space="preserve">, </w:t>
            </w:r>
            <w:proofErr w:type="spellStart"/>
            <w:r>
              <w:rPr>
                <w:rFonts w:ascii="Times New Roman" w:hAnsi="Times New Roman" w:cs="Times New Roman"/>
                <w:sz w:val="18"/>
              </w:rPr>
              <w:t>kecamatan</w:t>
            </w:r>
            <w:proofErr w:type="spellEnd"/>
            <w:r>
              <w:rPr>
                <w:rFonts w:ascii="Times New Roman" w:hAnsi="Times New Roman" w:cs="Times New Roman"/>
                <w:sz w:val="18"/>
              </w:rPr>
              <w:t xml:space="preserve"> </w:t>
            </w:r>
            <w:proofErr w:type="spellStart"/>
            <w:r>
              <w:rPr>
                <w:rFonts w:ascii="Times New Roman" w:hAnsi="Times New Roman" w:cs="Times New Roman"/>
                <w:sz w:val="18"/>
              </w:rPr>
              <w:t>legok</w:t>
            </w:r>
            <w:proofErr w:type="spellEnd"/>
          </w:p>
        </w:tc>
      </w:tr>
      <w:tr w:rsidR="00C83DA1" w14:paraId="6E784481" w14:textId="77777777">
        <w:trPr>
          <w:jc w:val="center"/>
        </w:trPr>
        <w:tc>
          <w:tcPr>
            <w:tcW w:w="2280" w:type="dxa"/>
          </w:tcPr>
          <w:p w14:paraId="2A8DF2BE" w14:textId="77777777" w:rsidR="00C83DA1" w:rsidRDefault="00C83DA1">
            <w:pPr>
              <w:jc w:val="center"/>
            </w:pPr>
          </w:p>
        </w:tc>
        <w:tc>
          <w:tcPr>
            <w:tcW w:w="2280" w:type="dxa"/>
          </w:tcPr>
          <w:p w14:paraId="22A6372C" w14:textId="77777777" w:rsidR="00C83DA1" w:rsidRDefault="00C83DA1">
            <w:pPr>
              <w:jc w:val="center"/>
            </w:pPr>
          </w:p>
        </w:tc>
        <w:tc>
          <w:tcPr>
            <w:tcW w:w="2280" w:type="dxa"/>
          </w:tcPr>
          <w:p w14:paraId="5D9F45C9" w14:textId="77777777" w:rsidR="00C83DA1" w:rsidRDefault="00000000">
            <w:pPr>
              <w:jc w:val="center"/>
            </w:pPr>
            <w:r>
              <w:rPr>
                <w:rFonts w:ascii="Times New Roman" w:hAnsi="Times New Roman" w:cs="Times New Roman"/>
                <w:sz w:val="18"/>
              </w:rPr>
              <w:t>09/03/2026</w:t>
            </w:r>
          </w:p>
        </w:tc>
        <w:tc>
          <w:tcPr>
            <w:tcW w:w="2280" w:type="dxa"/>
          </w:tcPr>
          <w:p w14:paraId="42450FB4"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di </w:t>
            </w:r>
            <w:proofErr w:type="spellStart"/>
            <w:r>
              <w:rPr>
                <w:rFonts w:ascii="Times New Roman" w:hAnsi="Times New Roman" w:cs="Times New Roman"/>
                <w:sz w:val="18"/>
              </w:rPr>
              <w:t>Pagedangan</w:t>
            </w:r>
            <w:proofErr w:type="spellEnd"/>
            <w:r>
              <w:rPr>
                <w:rFonts w:ascii="Times New Roman" w:hAnsi="Times New Roman" w:cs="Times New Roman"/>
                <w:sz w:val="18"/>
              </w:rPr>
              <w:t xml:space="preserve">, </w:t>
            </w:r>
            <w:proofErr w:type="spellStart"/>
            <w:r>
              <w:rPr>
                <w:rFonts w:ascii="Times New Roman" w:hAnsi="Times New Roman" w:cs="Times New Roman"/>
                <w:sz w:val="18"/>
              </w:rPr>
              <w:t>lomba</w:t>
            </w:r>
            <w:proofErr w:type="spellEnd"/>
            <w:r>
              <w:rPr>
                <w:rFonts w:ascii="Times New Roman" w:hAnsi="Times New Roman" w:cs="Times New Roman"/>
                <w:sz w:val="18"/>
              </w:rPr>
              <w:t xml:space="preserve"> </w:t>
            </w:r>
            <w:proofErr w:type="spellStart"/>
            <w:r>
              <w:rPr>
                <w:rFonts w:ascii="Times New Roman" w:hAnsi="Times New Roman" w:cs="Times New Roman"/>
                <w:sz w:val="18"/>
              </w:rPr>
              <w:t>apresiasi</w:t>
            </w:r>
            <w:proofErr w:type="spellEnd"/>
            <w:r>
              <w:rPr>
                <w:rFonts w:ascii="Times New Roman" w:hAnsi="Times New Roman" w:cs="Times New Roman"/>
                <w:sz w:val="18"/>
              </w:rPr>
              <w:t xml:space="preserve"> kampung </w:t>
            </w:r>
            <w:proofErr w:type="spellStart"/>
            <w:r>
              <w:rPr>
                <w:rFonts w:ascii="Times New Roman" w:hAnsi="Times New Roman" w:cs="Times New Roman"/>
                <w:sz w:val="18"/>
              </w:rPr>
              <w:t>keluarga</w:t>
            </w:r>
            <w:proofErr w:type="spellEnd"/>
            <w:r>
              <w:rPr>
                <w:rFonts w:ascii="Times New Roman" w:hAnsi="Times New Roman" w:cs="Times New Roman"/>
                <w:sz w:val="18"/>
              </w:rPr>
              <w:t xml:space="preserve"> </w:t>
            </w:r>
            <w:proofErr w:type="spellStart"/>
            <w:r>
              <w:rPr>
                <w:rFonts w:ascii="Times New Roman" w:hAnsi="Times New Roman" w:cs="Times New Roman"/>
                <w:sz w:val="18"/>
              </w:rPr>
              <w:t>berkualitas</w:t>
            </w:r>
            <w:proofErr w:type="spellEnd"/>
          </w:p>
        </w:tc>
      </w:tr>
      <w:tr w:rsidR="00C83DA1" w14:paraId="2F7EB1FC" w14:textId="77777777">
        <w:trPr>
          <w:jc w:val="center"/>
        </w:trPr>
        <w:tc>
          <w:tcPr>
            <w:tcW w:w="2280" w:type="dxa"/>
          </w:tcPr>
          <w:p w14:paraId="16E8FA15" w14:textId="77777777" w:rsidR="00C83DA1" w:rsidRDefault="00000000">
            <w:pPr>
              <w:jc w:val="center"/>
            </w:pPr>
            <w:r>
              <w:rPr>
                <w:rFonts w:ascii="Times New Roman" w:hAnsi="Times New Roman" w:cs="Times New Roman"/>
                <w:sz w:val="18"/>
              </w:rPr>
              <w:t>2</w:t>
            </w:r>
          </w:p>
        </w:tc>
        <w:tc>
          <w:tcPr>
            <w:tcW w:w="2280" w:type="dxa"/>
          </w:tcPr>
          <w:p w14:paraId="02CEBCCB"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ke-2</w:t>
            </w:r>
          </w:p>
        </w:tc>
        <w:tc>
          <w:tcPr>
            <w:tcW w:w="2280" w:type="dxa"/>
          </w:tcPr>
          <w:p w14:paraId="502D5DF5" w14:textId="77777777" w:rsidR="00C83DA1" w:rsidRDefault="00000000">
            <w:pPr>
              <w:jc w:val="center"/>
            </w:pPr>
            <w:r>
              <w:rPr>
                <w:rFonts w:ascii="Times New Roman" w:hAnsi="Times New Roman" w:cs="Times New Roman"/>
                <w:sz w:val="18"/>
              </w:rPr>
              <w:t>12/03/2026</w:t>
            </w:r>
          </w:p>
        </w:tc>
        <w:tc>
          <w:tcPr>
            <w:tcW w:w="2280" w:type="dxa"/>
          </w:tcPr>
          <w:p w14:paraId="777A7245"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video </w:t>
            </w:r>
            <w:proofErr w:type="spellStart"/>
            <w:r>
              <w:rPr>
                <w:rFonts w:ascii="Times New Roman" w:hAnsi="Times New Roman" w:cs="Times New Roman"/>
                <w:sz w:val="18"/>
              </w:rPr>
              <w:t>dahsyat</w:t>
            </w:r>
            <w:proofErr w:type="spellEnd"/>
            <w:r>
              <w:rPr>
                <w:rFonts w:ascii="Times New Roman" w:hAnsi="Times New Roman" w:cs="Times New Roman"/>
                <w:sz w:val="18"/>
              </w:rPr>
              <w:t xml:space="preserve"> dan kampung </w:t>
            </w:r>
            <w:proofErr w:type="spellStart"/>
            <w:r>
              <w:rPr>
                <w:rFonts w:ascii="Times New Roman" w:hAnsi="Times New Roman" w:cs="Times New Roman"/>
                <w:sz w:val="18"/>
              </w:rPr>
              <w:t>keluarga</w:t>
            </w:r>
            <w:proofErr w:type="spellEnd"/>
            <w:r>
              <w:rPr>
                <w:rFonts w:ascii="Times New Roman" w:hAnsi="Times New Roman" w:cs="Times New Roman"/>
                <w:sz w:val="18"/>
              </w:rPr>
              <w:t xml:space="preserve"> </w:t>
            </w:r>
            <w:proofErr w:type="spellStart"/>
            <w:r>
              <w:rPr>
                <w:rFonts w:ascii="Times New Roman" w:hAnsi="Times New Roman" w:cs="Times New Roman"/>
                <w:sz w:val="18"/>
              </w:rPr>
              <w:t>berkualitas</w:t>
            </w:r>
            <w:proofErr w:type="spellEnd"/>
            <w:r>
              <w:rPr>
                <w:rFonts w:ascii="Times New Roman" w:hAnsi="Times New Roman" w:cs="Times New Roman"/>
                <w:sz w:val="18"/>
              </w:rPr>
              <w:t xml:space="preserve">, di </w:t>
            </w:r>
            <w:proofErr w:type="spellStart"/>
            <w:r>
              <w:rPr>
                <w:rFonts w:ascii="Times New Roman" w:hAnsi="Times New Roman" w:cs="Times New Roman"/>
                <w:sz w:val="18"/>
              </w:rPr>
              <w:t>Pagedangan</w:t>
            </w:r>
            <w:proofErr w:type="spellEnd"/>
          </w:p>
        </w:tc>
      </w:tr>
      <w:tr w:rsidR="00C83DA1" w14:paraId="22AD1457" w14:textId="77777777">
        <w:trPr>
          <w:jc w:val="center"/>
        </w:trPr>
        <w:tc>
          <w:tcPr>
            <w:tcW w:w="2280" w:type="dxa"/>
          </w:tcPr>
          <w:p w14:paraId="2A7EE033" w14:textId="77777777" w:rsidR="00C83DA1" w:rsidRDefault="00C83DA1">
            <w:pPr>
              <w:jc w:val="center"/>
            </w:pPr>
          </w:p>
        </w:tc>
        <w:tc>
          <w:tcPr>
            <w:tcW w:w="2280" w:type="dxa"/>
          </w:tcPr>
          <w:p w14:paraId="606BBB39" w14:textId="77777777" w:rsidR="00C83DA1" w:rsidRDefault="00C83DA1">
            <w:pPr>
              <w:jc w:val="center"/>
            </w:pPr>
          </w:p>
        </w:tc>
        <w:tc>
          <w:tcPr>
            <w:tcW w:w="2280" w:type="dxa"/>
          </w:tcPr>
          <w:p w14:paraId="1FFA6A7A" w14:textId="77777777" w:rsidR="00C83DA1" w:rsidRDefault="00000000">
            <w:pPr>
              <w:jc w:val="center"/>
            </w:pPr>
            <w:r>
              <w:rPr>
                <w:rFonts w:ascii="Times New Roman" w:hAnsi="Times New Roman" w:cs="Times New Roman"/>
                <w:sz w:val="18"/>
              </w:rPr>
              <w:t>16/03/2026</w:t>
            </w:r>
          </w:p>
        </w:tc>
        <w:tc>
          <w:tcPr>
            <w:tcW w:w="2280" w:type="dxa"/>
          </w:tcPr>
          <w:p w14:paraId="64D38BF5"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Pekan Amaliyah Ramadhan KNPI, </w:t>
            </w:r>
            <w:proofErr w:type="spellStart"/>
            <w:r>
              <w:rPr>
                <w:rFonts w:ascii="Times New Roman" w:hAnsi="Times New Roman" w:cs="Times New Roman"/>
                <w:sz w:val="18"/>
              </w:rPr>
              <w:t>gedung</w:t>
            </w:r>
            <w:proofErr w:type="spellEnd"/>
            <w:r>
              <w:rPr>
                <w:rFonts w:ascii="Times New Roman" w:hAnsi="Times New Roman" w:cs="Times New Roman"/>
                <w:sz w:val="18"/>
              </w:rPr>
              <w:t xml:space="preserve"> GSG </w:t>
            </w:r>
            <w:proofErr w:type="spellStart"/>
            <w:r>
              <w:rPr>
                <w:rFonts w:ascii="Times New Roman" w:hAnsi="Times New Roman" w:cs="Times New Roman"/>
                <w:sz w:val="18"/>
              </w:rPr>
              <w:t>tigaraksa</w:t>
            </w:r>
            <w:proofErr w:type="spellEnd"/>
          </w:p>
        </w:tc>
      </w:tr>
      <w:tr w:rsidR="00C83DA1" w14:paraId="23FDEE5D" w14:textId="77777777">
        <w:trPr>
          <w:jc w:val="center"/>
        </w:trPr>
        <w:tc>
          <w:tcPr>
            <w:tcW w:w="2280" w:type="dxa"/>
          </w:tcPr>
          <w:p w14:paraId="64F21B61" w14:textId="77777777" w:rsidR="00C83DA1" w:rsidRDefault="00C83DA1">
            <w:pPr>
              <w:jc w:val="center"/>
            </w:pPr>
          </w:p>
        </w:tc>
        <w:tc>
          <w:tcPr>
            <w:tcW w:w="2280" w:type="dxa"/>
          </w:tcPr>
          <w:p w14:paraId="371146E9" w14:textId="77777777" w:rsidR="00C83DA1" w:rsidRDefault="00C83DA1">
            <w:pPr>
              <w:jc w:val="center"/>
            </w:pPr>
          </w:p>
        </w:tc>
        <w:tc>
          <w:tcPr>
            <w:tcW w:w="2280" w:type="dxa"/>
          </w:tcPr>
          <w:p w14:paraId="2CDA16FD" w14:textId="77777777" w:rsidR="00C83DA1" w:rsidRDefault="00000000">
            <w:pPr>
              <w:jc w:val="center"/>
            </w:pPr>
            <w:r>
              <w:rPr>
                <w:rFonts w:ascii="Times New Roman" w:hAnsi="Times New Roman" w:cs="Times New Roman"/>
                <w:sz w:val="18"/>
              </w:rPr>
              <w:t>17/03/2026</w:t>
            </w:r>
          </w:p>
        </w:tc>
        <w:tc>
          <w:tcPr>
            <w:tcW w:w="2280" w:type="dxa"/>
          </w:tcPr>
          <w:p w14:paraId="45B0A02E"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Monitoring </w:t>
            </w:r>
            <w:proofErr w:type="spellStart"/>
            <w:r>
              <w:rPr>
                <w:rFonts w:ascii="Times New Roman" w:hAnsi="Times New Roman" w:cs="Times New Roman"/>
                <w:sz w:val="18"/>
              </w:rPr>
              <w:t>harga</w:t>
            </w:r>
            <w:proofErr w:type="spellEnd"/>
            <w:r>
              <w:rPr>
                <w:rFonts w:ascii="Times New Roman" w:hAnsi="Times New Roman" w:cs="Times New Roman"/>
                <w:sz w:val="18"/>
              </w:rPr>
              <w:t xml:space="preserve"> pasar dan </w:t>
            </w:r>
            <w:proofErr w:type="spellStart"/>
            <w:r>
              <w:rPr>
                <w:rFonts w:ascii="Times New Roman" w:hAnsi="Times New Roman" w:cs="Times New Roman"/>
                <w:sz w:val="18"/>
              </w:rPr>
              <w:t>ketersediaan</w:t>
            </w:r>
            <w:proofErr w:type="spellEnd"/>
            <w:r>
              <w:rPr>
                <w:rFonts w:ascii="Times New Roman" w:hAnsi="Times New Roman" w:cs="Times New Roman"/>
                <w:sz w:val="18"/>
              </w:rPr>
              <w:t xml:space="preserve"> </w:t>
            </w:r>
            <w:proofErr w:type="spellStart"/>
            <w:r>
              <w:rPr>
                <w:rFonts w:ascii="Times New Roman" w:hAnsi="Times New Roman" w:cs="Times New Roman"/>
                <w:sz w:val="18"/>
              </w:rPr>
              <w:t>bahan</w:t>
            </w:r>
            <w:proofErr w:type="spellEnd"/>
            <w:r>
              <w:rPr>
                <w:rFonts w:ascii="Times New Roman" w:hAnsi="Times New Roman" w:cs="Times New Roman"/>
                <w:sz w:val="18"/>
              </w:rPr>
              <w:t xml:space="preserve"> </w:t>
            </w:r>
            <w:proofErr w:type="spellStart"/>
            <w:r>
              <w:rPr>
                <w:rFonts w:ascii="Times New Roman" w:hAnsi="Times New Roman" w:cs="Times New Roman"/>
                <w:sz w:val="18"/>
              </w:rPr>
              <w:t>pangan</w:t>
            </w:r>
            <w:proofErr w:type="spellEnd"/>
          </w:p>
        </w:tc>
      </w:tr>
      <w:tr w:rsidR="00C83DA1" w14:paraId="5BF1AECC" w14:textId="77777777">
        <w:trPr>
          <w:jc w:val="center"/>
        </w:trPr>
        <w:tc>
          <w:tcPr>
            <w:tcW w:w="2280" w:type="dxa"/>
          </w:tcPr>
          <w:p w14:paraId="5FAE1D9B" w14:textId="77777777" w:rsidR="00C83DA1" w:rsidRDefault="00000000">
            <w:pPr>
              <w:jc w:val="center"/>
            </w:pPr>
            <w:r>
              <w:rPr>
                <w:rFonts w:ascii="Times New Roman" w:hAnsi="Times New Roman" w:cs="Times New Roman"/>
                <w:sz w:val="18"/>
              </w:rPr>
              <w:t>3</w:t>
            </w:r>
          </w:p>
        </w:tc>
        <w:tc>
          <w:tcPr>
            <w:tcW w:w="2280" w:type="dxa"/>
          </w:tcPr>
          <w:p w14:paraId="35B2A983"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ke-3</w:t>
            </w:r>
          </w:p>
        </w:tc>
        <w:tc>
          <w:tcPr>
            <w:tcW w:w="2280" w:type="dxa"/>
          </w:tcPr>
          <w:p w14:paraId="221DD724" w14:textId="77777777" w:rsidR="00C83DA1" w:rsidRDefault="00000000">
            <w:pPr>
              <w:jc w:val="center"/>
            </w:pPr>
            <w:r>
              <w:rPr>
                <w:rFonts w:ascii="Times New Roman" w:hAnsi="Times New Roman" w:cs="Times New Roman"/>
                <w:sz w:val="18"/>
              </w:rPr>
              <w:t>26/03/2026</w:t>
            </w:r>
          </w:p>
        </w:tc>
        <w:tc>
          <w:tcPr>
            <w:tcW w:w="2280" w:type="dxa"/>
          </w:tcPr>
          <w:p w14:paraId="6DD33DAB"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w:t>
            </w:r>
            <w:proofErr w:type="spellStart"/>
            <w:r>
              <w:rPr>
                <w:rFonts w:ascii="Times New Roman" w:hAnsi="Times New Roman" w:cs="Times New Roman"/>
                <w:sz w:val="18"/>
              </w:rPr>
              <w:t>Pelepasan</w:t>
            </w:r>
            <w:proofErr w:type="spellEnd"/>
            <w:r>
              <w:rPr>
                <w:rFonts w:ascii="Times New Roman" w:hAnsi="Times New Roman" w:cs="Times New Roman"/>
                <w:sz w:val="18"/>
              </w:rPr>
              <w:t xml:space="preserve"> </w:t>
            </w:r>
            <w:proofErr w:type="spellStart"/>
            <w:r>
              <w:rPr>
                <w:rFonts w:ascii="Times New Roman" w:hAnsi="Times New Roman" w:cs="Times New Roman"/>
                <w:sz w:val="18"/>
              </w:rPr>
              <w:t>pelatihan</w:t>
            </w:r>
            <w:proofErr w:type="spellEnd"/>
            <w:r>
              <w:rPr>
                <w:rFonts w:ascii="Times New Roman" w:hAnsi="Times New Roman" w:cs="Times New Roman"/>
                <w:sz w:val="18"/>
              </w:rPr>
              <w:t xml:space="preserve"> </w:t>
            </w:r>
            <w:proofErr w:type="spellStart"/>
            <w:r>
              <w:rPr>
                <w:rFonts w:ascii="Times New Roman" w:hAnsi="Times New Roman" w:cs="Times New Roman"/>
                <w:sz w:val="18"/>
              </w:rPr>
              <w:t>bahasa</w:t>
            </w:r>
            <w:proofErr w:type="spellEnd"/>
            <w:r>
              <w:rPr>
                <w:rFonts w:ascii="Times New Roman" w:hAnsi="Times New Roman" w:cs="Times New Roman"/>
                <w:sz w:val="18"/>
              </w:rPr>
              <w:t xml:space="preserve"> </w:t>
            </w:r>
            <w:proofErr w:type="spellStart"/>
            <w:r>
              <w:rPr>
                <w:rFonts w:ascii="Times New Roman" w:hAnsi="Times New Roman" w:cs="Times New Roman"/>
                <w:sz w:val="18"/>
              </w:rPr>
              <w:t>Jepang</w:t>
            </w:r>
            <w:proofErr w:type="spellEnd"/>
            <w:r>
              <w:rPr>
                <w:rFonts w:ascii="Times New Roman" w:hAnsi="Times New Roman" w:cs="Times New Roman"/>
                <w:sz w:val="18"/>
              </w:rPr>
              <w:t xml:space="preserve"> dan </w:t>
            </w:r>
            <w:proofErr w:type="spellStart"/>
            <w:r>
              <w:rPr>
                <w:rFonts w:ascii="Times New Roman" w:hAnsi="Times New Roman" w:cs="Times New Roman"/>
                <w:sz w:val="18"/>
              </w:rPr>
              <w:t>pelepasan</w:t>
            </w:r>
            <w:proofErr w:type="spellEnd"/>
            <w:r>
              <w:rPr>
                <w:rFonts w:ascii="Times New Roman" w:hAnsi="Times New Roman" w:cs="Times New Roman"/>
                <w:sz w:val="18"/>
              </w:rPr>
              <w:t xml:space="preserve"> </w:t>
            </w:r>
            <w:proofErr w:type="spellStart"/>
            <w:r>
              <w:rPr>
                <w:rFonts w:ascii="Times New Roman" w:hAnsi="Times New Roman" w:cs="Times New Roman"/>
                <w:sz w:val="18"/>
              </w:rPr>
              <w:t>pemagangan</w:t>
            </w:r>
            <w:proofErr w:type="spellEnd"/>
            <w:r>
              <w:rPr>
                <w:rFonts w:ascii="Times New Roman" w:hAnsi="Times New Roman" w:cs="Times New Roman"/>
                <w:sz w:val="18"/>
              </w:rPr>
              <w:t xml:space="preserve"> </w:t>
            </w:r>
            <w:proofErr w:type="spellStart"/>
            <w:r>
              <w:rPr>
                <w:rFonts w:ascii="Times New Roman" w:hAnsi="Times New Roman" w:cs="Times New Roman"/>
                <w:sz w:val="18"/>
              </w:rPr>
              <w:t>ke</w:t>
            </w:r>
            <w:proofErr w:type="spellEnd"/>
            <w:r>
              <w:rPr>
                <w:rFonts w:ascii="Times New Roman" w:hAnsi="Times New Roman" w:cs="Times New Roman"/>
                <w:sz w:val="18"/>
              </w:rPr>
              <w:t xml:space="preserve"> </w:t>
            </w:r>
            <w:proofErr w:type="spellStart"/>
            <w:r>
              <w:rPr>
                <w:rFonts w:ascii="Times New Roman" w:hAnsi="Times New Roman" w:cs="Times New Roman"/>
                <w:sz w:val="18"/>
              </w:rPr>
              <w:t>Jepang</w:t>
            </w:r>
            <w:proofErr w:type="spellEnd"/>
            <w:r>
              <w:rPr>
                <w:rFonts w:ascii="Times New Roman" w:hAnsi="Times New Roman" w:cs="Times New Roman"/>
                <w:sz w:val="18"/>
              </w:rPr>
              <w:t xml:space="preserve">, aula </w:t>
            </w:r>
            <w:proofErr w:type="spellStart"/>
            <w:r>
              <w:rPr>
                <w:rFonts w:ascii="Times New Roman" w:hAnsi="Times New Roman" w:cs="Times New Roman"/>
                <w:sz w:val="18"/>
              </w:rPr>
              <w:t>kantor</w:t>
            </w:r>
            <w:proofErr w:type="spellEnd"/>
            <w:r>
              <w:rPr>
                <w:rFonts w:ascii="Times New Roman" w:hAnsi="Times New Roman" w:cs="Times New Roman"/>
                <w:sz w:val="18"/>
              </w:rPr>
              <w:t xml:space="preserve"> </w:t>
            </w:r>
            <w:proofErr w:type="spellStart"/>
            <w:r>
              <w:rPr>
                <w:rFonts w:ascii="Times New Roman" w:hAnsi="Times New Roman" w:cs="Times New Roman"/>
                <w:sz w:val="18"/>
              </w:rPr>
              <w:t>disnaker</w:t>
            </w:r>
            <w:proofErr w:type="spellEnd"/>
          </w:p>
        </w:tc>
      </w:tr>
      <w:tr w:rsidR="00C83DA1" w14:paraId="5EAE9D55" w14:textId="77777777">
        <w:trPr>
          <w:jc w:val="center"/>
        </w:trPr>
        <w:tc>
          <w:tcPr>
            <w:tcW w:w="2280" w:type="dxa"/>
          </w:tcPr>
          <w:p w14:paraId="61CBB4AE" w14:textId="77777777" w:rsidR="00C83DA1" w:rsidRDefault="00000000">
            <w:pPr>
              <w:jc w:val="center"/>
            </w:pPr>
            <w:r>
              <w:rPr>
                <w:rFonts w:ascii="Times New Roman" w:hAnsi="Times New Roman" w:cs="Times New Roman"/>
                <w:sz w:val="18"/>
              </w:rPr>
              <w:t>4</w:t>
            </w:r>
          </w:p>
        </w:tc>
        <w:tc>
          <w:tcPr>
            <w:tcW w:w="2280" w:type="dxa"/>
          </w:tcPr>
          <w:p w14:paraId="5EDF589E"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ke-4</w:t>
            </w:r>
          </w:p>
        </w:tc>
        <w:tc>
          <w:tcPr>
            <w:tcW w:w="2280" w:type="dxa"/>
          </w:tcPr>
          <w:p w14:paraId="39578455" w14:textId="77777777" w:rsidR="00C83DA1" w:rsidRDefault="00000000">
            <w:pPr>
              <w:jc w:val="center"/>
            </w:pPr>
            <w:r>
              <w:rPr>
                <w:rFonts w:ascii="Times New Roman" w:hAnsi="Times New Roman" w:cs="Times New Roman"/>
                <w:sz w:val="18"/>
              </w:rPr>
              <w:t>01/04/2026</w:t>
            </w:r>
          </w:p>
        </w:tc>
        <w:tc>
          <w:tcPr>
            <w:tcW w:w="2280" w:type="dxa"/>
          </w:tcPr>
          <w:p w14:paraId="6D7C9009"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Halal </w:t>
            </w:r>
            <w:proofErr w:type="spellStart"/>
            <w:r>
              <w:rPr>
                <w:rFonts w:ascii="Times New Roman" w:hAnsi="Times New Roman" w:cs="Times New Roman"/>
                <w:sz w:val="18"/>
              </w:rPr>
              <w:t>bihalal</w:t>
            </w:r>
            <w:proofErr w:type="spellEnd"/>
            <w:r>
              <w:rPr>
                <w:rFonts w:ascii="Times New Roman" w:hAnsi="Times New Roman" w:cs="Times New Roman"/>
                <w:sz w:val="18"/>
              </w:rPr>
              <w:t xml:space="preserve"> </w:t>
            </w:r>
            <w:proofErr w:type="spellStart"/>
            <w:r>
              <w:rPr>
                <w:rFonts w:ascii="Times New Roman" w:hAnsi="Times New Roman" w:cs="Times New Roman"/>
                <w:sz w:val="18"/>
              </w:rPr>
              <w:t>ikatan</w:t>
            </w:r>
            <w:proofErr w:type="spellEnd"/>
            <w:r>
              <w:rPr>
                <w:rFonts w:ascii="Times New Roman" w:hAnsi="Times New Roman" w:cs="Times New Roman"/>
                <w:sz w:val="18"/>
              </w:rPr>
              <w:t xml:space="preserve"> guru </w:t>
            </w:r>
            <w:proofErr w:type="spellStart"/>
            <w:r>
              <w:rPr>
                <w:rFonts w:ascii="Times New Roman" w:hAnsi="Times New Roman" w:cs="Times New Roman"/>
                <w:sz w:val="18"/>
              </w:rPr>
              <w:t>raudhatul</w:t>
            </w:r>
            <w:proofErr w:type="spellEnd"/>
            <w:r>
              <w:rPr>
                <w:rFonts w:ascii="Times New Roman" w:hAnsi="Times New Roman" w:cs="Times New Roman"/>
                <w:sz w:val="18"/>
              </w:rPr>
              <w:t xml:space="preserve"> </w:t>
            </w:r>
            <w:proofErr w:type="spellStart"/>
            <w:r>
              <w:rPr>
                <w:rFonts w:ascii="Times New Roman" w:hAnsi="Times New Roman" w:cs="Times New Roman"/>
                <w:sz w:val="18"/>
              </w:rPr>
              <w:t>athfal</w:t>
            </w:r>
            <w:proofErr w:type="spellEnd"/>
            <w:r>
              <w:rPr>
                <w:rFonts w:ascii="Times New Roman" w:hAnsi="Times New Roman" w:cs="Times New Roman"/>
                <w:sz w:val="18"/>
              </w:rPr>
              <w:t xml:space="preserve">, aula masjid al </w:t>
            </w:r>
            <w:proofErr w:type="spellStart"/>
            <w:r>
              <w:rPr>
                <w:rFonts w:ascii="Times New Roman" w:hAnsi="Times New Roman" w:cs="Times New Roman"/>
                <w:sz w:val="18"/>
              </w:rPr>
              <w:t>amjad</w:t>
            </w:r>
            <w:proofErr w:type="spellEnd"/>
            <w:r>
              <w:rPr>
                <w:rFonts w:ascii="Times New Roman" w:hAnsi="Times New Roman" w:cs="Times New Roman"/>
                <w:sz w:val="18"/>
              </w:rPr>
              <w:t xml:space="preserve"> </w:t>
            </w:r>
            <w:proofErr w:type="spellStart"/>
            <w:r>
              <w:rPr>
                <w:rFonts w:ascii="Times New Roman" w:hAnsi="Times New Roman" w:cs="Times New Roman"/>
                <w:sz w:val="18"/>
              </w:rPr>
              <w:t>tigaraksa</w:t>
            </w:r>
            <w:proofErr w:type="spellEnd"/>
          </w:p>
        </w:tc>
      </w:tr>
      <w:tr w:rsidR="00C83DA1" w14:paraId="68AC368C" w14:textId="77777777">
        <w:trPr>
          <w:jc w:val="center"/>
        </w:trPr>
        <w:tc>
          <w:tcPr>
            <w:tcW w:w="2280" w:type="dxa"/>
          </w:tcPr>
          <w:p w14:paraId="6BD6ADA7" w14:textId="77777777" w:rsidR="00C83DA1" w:rsidRDefault="00C83DA1">
            <w:pPr>
              <w:jc w:val="center"/>
            </w:pPr>
          </w:p>
        </w:tc>
        <w:tc>
          <w:tcPr>
            <w:tcW w:w="2280" w:type="dxa"/>
          </w:tcPr>
          <w:p w14:paraId="25D0CF77" w14:textId="77777777" w:rsidR="00C83DA1" w:rsidRDefault="00C83DA1">
            <w:pPr>
              <w:jc w:val="center"/>
            </w:pPr>
          </w:p>
        </w:tc>
        <w:tc>
          <w:tcPr>
            <w:tcW w:w="2280" w:type="dxa"/>
          </w:tcPr>
          <w:p w14:paraId="56B3BC01" w14:textId="77777777" w:rsidR="00C83DA1" w:rsidRDefault="00000000">
            <w:pPr>
              <w:jc w:val="center"/>
            </w:pPr>
            <w:r>
              <w:rPr>
                <w:rFonts w:ascii="Times New Roman" w:hAnsi="Times New Roman" w:cs="Times New Roman"/>
                <w:sz w:val="18"/>
              </w:rPr>
              <w:t>02/04/2026</w:t>
            </w:r>
          </w:p>
        </w:tc>
        <w:tc>
          <w:tcPr>
            <w:tcW w:w="2280" w:type="dxa"/>
          </w:tcPr>
          <w:p w14:paraId="48405FE9"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halal </w:t>
            </w:r>
            <w:proofErr w:type="spellStart"/>
            <w:r>
              <w:rPr>
                <w:rFonts w:ascii="Times New Roman" w:hAnsi="Times New Roman" w:cs="Times New Roman"/>
                <w:sz w:val="18"/>
              </w:rPr>
              <w:t>bihalal</w:t>
            </w:r>
            <w:proofErr w:type="spellEnd"/>
            <w:r>
              <w:rPr>
                <w:rFonts w:ascii="Times New Roman" w:hAnsi="Times New Roman" w:cs="Times New Roman"/>
                <w:sz w:val="18"/>
              </w:rPr>
              <w:t xml:space="preserve"> </w:t>
            </w:r>
            <w:proofErr w:type="spellStart"/>
            <w:r>
              <w:rPr>
                <w:rFonts w:ascii="Times New Roman" w:hAnsi="Times New Roman" w:cs="Times New Roman"/>
                <w:sz w:val="18"/>
              </w:rPr>
              <w:t>dinas</w:t>
            </w:r>
            <w:proofErr w:type="spellEnd"/>
            <w:r>
              <w:rPr>
                <w:rFonts w:ascii="Times New Roman" w:hAnsi="Times New Roman" w:cs="Times New Roman"/>
                <w:sz w:val="18"/>
              </w:rPr>
              <w:t xml:space="preserve"> </w:t>
            </w:r>
            <w:proofErr w:type="spellStart"/>
            <w:r>
              <w:rPr>
                <w:rFonts w:ascii="Times New Roman" w:hAnsi="Times New Roman" w:cs="Times New Roman"/>
                <w:sz w:val="18"/>
              </w:rPr>
              <w:t>kesehatan</w:t>
            </w:r>
            <w:proofErr w:type="spellEnd"/>
            <w:r>
              <w:rPr>
                <w:rFonts w:ascii="Times New Roman" w:hAnsi="Times New Roman" w:cs="Times New Roman"/>
                <w:sz w:val="18"/>
              </w:rPr>
              <w:t xml:space="preserve">, </w:t>
            </w:r>
            <w:proofErr w:type="spellStart"/>
            <w:r>
              <w:rPr>
                <w:rFonts w:ascii="Times New Roman" w:hAnsi="Times New Roman" w:cs="Times New Roman"/>
                <w:sz w:val="18"/>
              </w:rPr>
              <w:t>selasar</w:t>
            </w:r>
            <w:proofErr w:type="spellEnd"/>
            <w:r>
              <w:rPr>
                <w:rFonts w:ascii="Times New Roman" w:hAnsi="Times New Roman" w:cs="Times New Roman"/>
                <w:sz w:val="18"/>
              </w:rPr>
              <w:t xml:space="preserve"> </w:t>
            </w:r>
            <w:proofErr w:type="spellStart"/>
            <w:r>
              <w:rPr>
                <w:rFonts w:ascii="Times New Roman" w:hAnsi="Times New Roman" w:cs="Times New Roman"/>
                <w:sz w:val="18"/>
              </w:rPr>
              <w:t>lantai</w:t>
            </w:r>
            <w:proofErr w:type="spellEnd"/>
            <w:r>
              <w:rPr>
                <w:rFonts w:ascii="Times New Roman" w:hAnsi="Times New Roman" w:cs="Times New Roman"/>
                <w:sz w:val="18"/>
              </w:rPr>
              <w:t xml:space="preserve"> 1 </w:t>
            </w:r>
            <w:proofErr w:type="spellStart"/>
            <w:r>
              <w:rPr>
                <w:rFonts w:ascii="Times New Roman" w:hAnsi="Times New Roman" w:cs="Times New Roman"/>
                <w:sz w:val="18"/>
              </w:rPr>
              <w:t>kantor</w:t>
            </w:r>
            <w:proofErr w:type="spellEnd"/>
            <w:r>
              <w:rPr>
                <w:rFonts w:ascii="Times New Roman" w:hAnsi="Times New Roman" w:cs="Times New Roman"/>
                <w:sz w:val="18"/>
              </w:rPr>
              <w:t xml:space="preserve"> </w:t>
            </w:r>
            <w:proofErr w:type="spellStart"/>
            <w:r>
              <w:rPr>
                <w:rFonts w:ascii="Times New Roman" w:hAnsi="Times New Roman" w:cs="Times New Roman"/>
                <w:sz w:val="18"/>
              </w:rPr>
              <w:t>dinas</w:t>
            </w:r>
            <w:proofErr w:type="spellEnd"/>
            <w:r>
              <w:rPr>
                <w:rFonts w:ascii="Times New Roman" w:hAnsi="Times New Roman" w:cs="Times New Roman"/>
                <w:sz w:val="18"/>
              </w:rPr>
              <w:t xml:space="preserve"> </w:t>
            </w:r>
            <w:proofErr w:type="spellStart"/>
            <w:r>
              <w:rPr>
                <w:rFonts w:ascii="Times New Roman" w:hAnsi="Times New Roman" w:cs="Times New Roman"/>
                <w:sz w:val="18"/>
              </w:rPr>
              <w:t>kesehatan</w:t>
            </w:r>
            <w:proofErr w:type="spellEnd"/>
          </w:p>
        </w:tc>
      </w:tr>
      <w:tr w:rsidR="00C83DA1" w14:paraId="715A21F1" w14:textId="77777777">
        <w:trPr>
          <w:jc w:val="center"/>
        </w:trPr>
        <w:tc>
          <w:tcPr>
            <w:tcW w:w="2280" w:type="dxa"/>
          </w:tcPr>
          <w:p w14:paraId="31B58EF3" w14:textId="77777777" w:rsidR="00C83DA1" w:rsidRDefault="00000000">
            <w:pPr>
              <w:jc w:val="center"/>
            </w:pPr>
            <w:r>
              <w:rPr>
                <w:rFonts w:ascii="Times New Roman" w:hAnsi="Times New Roman" w:cs="Times New Roman"/>
                <w:sz w:val="18"/>
              </w:rPr>
              <w:t>5</w:t>
            </w:r>
          </w:p>
        </w:tc>
        <w:tc>
          <w:tcPr>
            <w:tcW w:w="2280" w:type="dxa"/>
          </w:tcPr>
          <w:p w14:paraId="1D39BDF2"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ke-5</w:t>
            </w:r>
          </w:p>
        </w:tc>
        <w:tc>
          <w:tcPr>
            <w:tcW w:w="2280" w:type="dxa"/>
          </w:tcPr>
          <w:p w14:paraId="4B38B332" w14:textId="77777777" w:rsidR="00C83DA1" w:rsidRDefault="00000000">
            <w:pPr>
              <w:jc w:val="center"/>
            </w:pPr>
            <w:r>
              <w:rPr>
                <w:rFonts w:ascii="Times New Roman" w:hAnsi="Times New Roman" w:cs="Times New Roman"/>
                <w:sz w:val="18"/>
              </w:rPr>
              <w:t>14/04/2026</w:t>
            </w:r>
          </w:p>
        </w:tc>
        <w:tc>
          <w:tcPr>
            <w:tcW w:w="2280" w:type="dxa"/>
          </w:tcPr>
          <w:p w14:paraId="593F6D8A" w14:textId="77777777" w:rsidR="00C83DA1" w:rsidRDefault="00000000">
            <w:proofErr w:type="spellStart"/>
            <w:r>
              <w:rPr>
                <w:rFonts w:ascii="Times New Roman" w:hAnsi="Times New Roman" w:cs="Times New Roman"/>
                <w:sz w:val="18"/>
              </w:rPr>
              <w:t>Liputan</w:t>
            </w:r>
            <w:proofErr w:type="spellEnd"/>
            <w:r>
              <w:rPr>
                <w:rFonts w:ascii="Times New Roman" w:hAnsi="Times New Roman" w:cs="Times New Roman"/>
                <w:sz w:val="18"/>
              </w:rPr>
              <w:t xml:space="preserve"> </w:t>
            </w:r>
            <w:proofErr w:type="spellStart"/>
            <w:r>
              <w:rPr>
                <w:rFonts w:ascii="Times New Roman" w:hAnsi="Times New Roman" w:cs="Times New Roman"/>
                <w:sz w:val="18"/>
              </w:rPr>
              <w:t>Musrenbang</w:t>
            </w:r>
            <w:proofErr w:type="spellEnd"/>
            <w:r>
              <w:rPr>
                <w:rFonts w:ascii="Times New Roman" w:hAnsi="Times New Roman" w:cs="Times New Roman"/>
                <w:sz w:val="18"/>
              </w:rPr>
              <w:t xml:space="preserve"> RKPD </w:t>
            </w:r>
            <w:proofErr w:type="spellStart"/>
            <w:r>
              <w:rPr>
                <w:rFonts w:ascii="Times New Roman" w:hAnsi="Times New Roman" w:cs="Times New Roman"/>
                <w:sz w:val="18"/>
              </w:rPr>
              <w:t>tahun</w:t>
            </w:r>
            <w:proofErr w:type="spellEnd"/>
            <w:r>
              <w:rPr>
                <w:rFonts w:ascii="Times New Roman" w:hAnsi="Times New Roman" w:cs="Times New Roman"/>
                <w:sz w:val="18"/>
              </w:rPr>
              <w:t xml:space="preserve"> 2027 dan </w:t>
            </w:r>
            <w:proofErr w:type="spellStart"/>
            <w:r>
              <w:rPr>
                <w:rFonts w:ascii="Times New Roman" w:hAnsi="Times New Roman" w:cs="Times New Roman"/>
                <w:sz w:val="18"/>
              </w:rPr>
              <w:t>penyelenggaraan</w:t>
            </w:r>
            <w:proofErr w:type="spellEnd"/>
            <w:r>
              <w:rPr>
                <w:rFonts w:ascii="Times New Roman" w:hAnsi="Times New Roman" w:cs="Times New Roman"/>
                <w:sz w:val="18"/>
              </w:rPr>
              <w:t xml:space="preserve"> </w:t>
            </w:r>
            <w:proofErr w:type="spellStart"/>
            <w:r>
              <w:rPr>
                <w:rFonts w:ascii="Times New Roman" w:hAnsi="Times New Roman" w:cs="Times New Roman"/>
                <w:sz w:val="18"/>
              </w:rPr>
              <w:t>sistem</w:t>
            </w:r>
            <w:proofErr w:type="spellEnd"/>
            <w:r>
              <w:rPr>
                <w:rFonts w:ascii="Times New Roman" w:hAnsi="Times New Roman" w:cs="Times New Roman"/>
                <w:sz w:val="18"/>
              </w:rPr>
              <w:t xml:space="preserve"> </w:t>
            </w:r>
            <w:proofErr w:type="spellStart"/>
            <w:r>
              <w:rPr>
                <w:rFonts w:ascii="Times New Roman" w:hAnsi="Times New Roman" w:cs="Times New Roman"/>
                <w:sz w:val="18"/>
              </w:rPr>
              <w:t>pengendalian</w:t>
            </w:r>
            <w:proofErr w:type="spellEnd"/>
            <w:r>
              <w:rPr>
                <w:rFonts w:ascii="Times New Roman" w:hAnsi="Times New Roman" w:cs="Times New Roman"/>
                <w:sz w:val="18"/>
              </w:rPr>
              <w:t xml:space="preserve"> intern </w:t>
            </w:r>
            <w:proofErr w:type="spellStart"/>
            <w:r>
              <w:rPr>
                <w:rFonts w:ascii="Times New Roman" w:hAnsi="Times New Roman" w:cs="Times New Roman"/>
                <w:sz w:val="18"/>
              </w:rPr>
              <w:t>pemerintah</w:t>
            </w:r>
            <w:proofErr w:type="spellEnd"/>
            <w:r>
              <w:rPr>
                <w:rFonts w:ascii="Times New Roman" w:hAnsi="Times New Roman" w:cs="Times New Roman"/>
                <w:sz w:val="18"/>
              </w:rPr>
              <w:t xml:space="preserve"> </w:t>
            </w:r>
            <w:proofErr w:type="spellStart"/>
            <w:r>
              <w:rPr>
                <w:rFonts w:ascii="Times New Roman" w:hAnsi="Times New Roman" w:cs="Times New Roman"/>
                <w:sz w:val="18"/>
              </w:rPr>
              <w:t>tahun</w:t>
            </w:r>
            <w:proofErr w:type="spellEnd"/>
            <w:r>
              <w:rPr>
                <w:rFonts w:ascii="Times New Roman" w:hAnsi="Times New Roman" w:cs="Times New Roman"/>
                <w:sz w:val="18"/>
              </w:rPr>
              <w:t xml:space="preserve"> 2026, </w:t>
            </w:r>
            <w:proofErr w:type="spellStart"/>
            <w:r>
              <w:rPr>
                <w:rFonts w:ascii="Times New Roman" w:hAnsi="Times New Roman" w:cs="Times New Roman"/>
                <w:sz w:val="18"/>
              </w:rPr>
              <w:t>pendopo</w:t>
            </w:r>
            <w:proofErr w:type="spellEnd"/>
            <w:r>
              <w:rPr>
                <w:rFonts w:ascii="Times New Roman" w:hAnsi="Times New Roman" w:cs="Times New Roman"/>
                <w:sz w:val="18"/>
              </w:rPr>
              <w:t xml:space="preserve"> </w:t>
            </w:r>
            <w:proofErr w:type="spellStart"/>
            <w:r>
              <w:rPr>
                <w:rFonts w:ascii="Times New Roman" w:hAnsi="Times New Roman" w:cs="Times New Roman"/>
                <w:sz w:val="18"/>
              </w:rPr>
              <w:t>bupati</w:t>
            </w:r>
            <w:proofErr w:type="spellEnd"/>
            <w:r>
              <w:rPr>
                <w:rFonts w:ascii="Times New Roman" w:hAnsi="Times New Roman" w:cs="Times New Roman"/>
                <w:sz w:val="18"/>
              </w:rPr>
              <w:t xml:space="preserve"> </w:t>
            </w:r>
            <w:proofErr w:type="spellStart"/>
            <w:r>
              <w:rPr>
                <w:rFonts w:ascii="Times New Roman" w:hAnsi="Times New Roman" w:cs="Times New Roman"/>
                <w:sz w:val="18"/>
              </w:rPr>
              <w:t>tangerang</w:t>
            </w:r>
            <w:proofErr w:type="spellEnd"/>
          </w:p>
        </w:tc>
      </w:tr>
      <w:tr w:rsidR="00C83DA1" w14:paraId="50C4CD54" w14:textId="77777777">
        <w:trPr>
          <w:jc w:val="center"/>
        </w:trPr>
        <w:tc>
          <w:tcPr>
            <w:tcW w:w="2280" w:type="dxa"/>
          </w:tcPr>
          <w:p w14:paraId="29D52073" w14:textId="77777777" w:rsidR="00C83DA1" w:rsidRDefault="00000000">
            <w:pPr>
              <w:jc w:val="center"/>
            </w:pPr>
            <w:r>
              <w:rPr>
                <w:rFonts w:ascii="Times New Roman" w:hAnsi="Times New Roman" w:cs="Times New Roman"/>
                <w:sz w:val="18"/>
              </w:rPr>
              <w:t>6</w:t>
            </w:r>
          </w:p>
        </w:tc>
        <w:tc>
          <w:tcPr>
            <w:tcW w:w="2280" w:type="dxa"/>
          </w:tcPr>
          <w:p w14:paraId="704AA607"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ke-6</w:t>
            </w:r>
          </w:p>
        </w:tc>
        <w:tc>
          <w:tcPr>
            <w:tcW w:w="2280" w:type="dxa"/>
          </w:tcPr>
          <w:p w14:paraId="7AD05AF8" w14:textId="77777777" w:rsidR="00C83DA1" w:rsidRDefault="00000000">
            <w:pPr>
              <w:jc w:val="center"/>
            </w:pPr>
            <w:r>
              <w:rPr>
                <w:rFonts w:ascii="Times New Roman" w:hAnsi="Times New Roman" w:cs="Times New Roman"/>
                <w:sz w:val="18"/>
              </w:rPr>
              <w:t>21/04/2026</w:t>
            </w:r>
          </w:p>
        </w:tc>
        <w:tc>
          <w:tcPr>
            <w:tcW w:w="2280" w:type="dxa"/>
          </w:tcPr>
          <w:p w14:paraId="263EC2D3" w14:textId="77777777" w:rsidR="00C83DA1" w:rsidRDefault="00000000">
            <w:proofErr w:type="spellStart"/>
            <w:r>
              <w:rPr>
                <w:rFonts w:ascii="Times New Roman" w:hAnsi="Times New Roman" w:cs="Times New Roman"/>
                <w:sz w:val="18"/>
              </w:rPr>
              <w:t>Laporan</w:t>
            </w:r>
            <w:proofErr w:type="spellEnd"/>
            <w:r>
              <w:rPr>
                <w:rFonts w:ascii="Times New Roman" w:hAnsi="Times New Roman" w:cs="Times New Roman"/>
                <w:sz w:val="18"/>
              </w:rPr>
              <w:t xml:space="preserve"> </w:t>
            </w:r>
            <w:proofErr w:type="spellStart"/>
            <w:r>
              <w:rPr>
                <w:rFonts w:ascii="Times New Roman" w:hAnsi="Times New Roman" w:cs="Times New Roman"/>
                <w:sz w:val="18"/>
              </w:rPr>
              <w:t>pembuatan</w:t>
            </w:r>
            <w:proofErr w:type="spellEnd"/>
            <w:r>
              <w:rPr>
                <w:rFonts w:ascii="Times New Roman" w:hAnsi="Times New Roman" w:cs="Times New Roman"/>
                <w:sz w:val="18"/>
              </w:rPr>
              <w:t xml:space="preserve"> project dan </w:t>
            </w:r>
            <w:proofErr w:type="spellStart"/>
            <w:r>
              <w:rPr>
                <w:rFonts w:ascii="Times New Roman" w:hAnsi="Times New Roman" w:cs="Times New Roman"/>
                <w:sz w:val="18"/>
              </w:rPr>
              <w:t>persiapan</w:t>
            </w:r>
            <w:proofErr w:type="spellEnd"/>
            <w:r>
              <w:rPr>
                <w:rFonts w:ascii="Times New Roman" w:hAnsi="Times New Roman" w:cs="Times New Roman"/>
                <w:sz w:val="18"/>
              </w:rPr>
              <w:t xml:space="preserve"> </w:t>
            </w:r>
            <w:proofErr w:type="spellStart"/>
            <w:r>
              <w:rPr>
                <w:rFonts w:ascii="Times New Roman" w:hAnsi="Times New Roman" w:cs="Times New Roman"/>
                <w:sz w:val="18"/>
              </w:rPr>
              <w:t>bahan</w:t>
            </w:r>
            <w:proofErr w:type="spellEnd"/>
            <w:r>
              <w:rPr>
                <w:rFonts w:ascii="Times New Roman" w:hAnsi="Times New Roman" w:cs="Times New Roman"/>
                <w:sz w:val="18"/>
              </w:rPr>
              <w:t xml:space="preserve"> project</w:t>
            </w:r>
          </w:p>
        </w:tc>
      </w:tr>
      <w:tr w:rsidR="00C83DA1" w14:paraId="4F475A0F" w14:textId="77777777">
        <w:trPr>
          <w:jc w:val="center"/>
        </w:trPr>
        <w:tc>
          <w:tcPr>
            <w:tcW w:w="2280" w:type="dxa"/>
          </w:tcPr>
          <w:p w14:paraId="2905DD98" w14:textId="77777777" w:rsidR="00C83DA1" w:rsidRDefault="00000000">
            <w:pPr>
              <w:jc w:val="center"/>
            </w:pPr>
            <w:r>
              <w:rPr>
                <w:rFonts w:ascii="Times New Roman" w:hAnsi="Times New Roman" w:cs="Times New Roman"/>
                <w:sz w:val="18"/>
              </w:rPr>
              <w:t>7</w:t>
            </w:r>
          </w:p>
        </w:tc>
        <w:tc>
          <w:tcPr>
            <w:tcW w:w="2280" w:type="dxa"/>
          </w:tcPr>
          <w:p w14:paraId="6112CE08"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ke-7</w:t>
            </w:r>
          </w:p>
        </w:tc>
        <w:tc>
          <w:tcPr>
            <w:tcW w:w="2280" w:type="dxa"/>
          </w:tcPr>
          <w:p w14:paraId="2977037E" w14:textId="77777777" w:rsidR="00C83DA1" w:rsidRDefault="00000000">
            <w:pPr>
              <w:jc w:val="center"/>
            </w:pPr>
            <w:r>
              <w:rPr>
                <w:rFonts w:ascii="Times New Roman" w:hAnsi="Times New Roman" w:cs="Times New Roman"/>
                <w:sz w:val="18"/>
              </w:rPr>
              <w:t>27/04/2026</w:t>
            </w:r>
          </w:p>
        </w:tc>
        <w:tc>
          <w:tcPr>
            <w:tcW w:w="2280" w:type="dxa"/>
          </w:tcPr>
          <w:p w14:paraId="55CDB28B" w14:textId="77777777" w:rsidR="00C83DA1" w:rsidRDefault="00000000">
            <w:r>
              <w:rPr>
                <w:rFonts w:ascii="Times New Roman" w:hAnsi="Times New Roman" w:cs="Times New Roman"/>
                <w:sz w:val="18"/>
              </w:rPr>
              <w:t xml:space="preserve">Bahan project </w:t>
            </w:r>
            <w:proofErr w:type="spellStart"/>
            <w:r>
              <w:rPr>
                <w:rFonts w:ascii="Times New Roman" w:hAnsi="Times New Roman" w:cs="Times New Roman"/>
                <w:sz w:val="18"/>
              </w:rPr>
              <w:t>sudah</w:t>
            </w:r>
            <w:proofErr w:type="spellEnd"/>
            <w:r>
              <w:rPr>
                <w:rFonts w:ascii="Times New Roman" w:hAnsi="Times New Roman" w:cs="Times New Roman"/>
                <w:sz w:val="18"/>
              </w:rPr>
              <w:t xml:space="preserve"> </w:t>
            </w:r>
            <w:proofErr w:type="spellStart"/>
            <w:r>
              <w:rPr>
                <w:rFonts w:ascii="Times New Roman" w:hAnsi="Times New Roman" w:cs="Times New Roman"/>
                <w:sz w:val="18"/>
              </w:rPr>
              <w:t>ada</w:t>
            </w:r>
            <w:proofErr w:type="spellEnd"/>
            <w:r>
              <w:rPr>
                <w:rFonts w:ascii="Times New Roman" w:hAnsi="Times New Roman" w:cs="Times New Roman"/>
                <w:sz w:val="18"/>
              </w:rPr>
              <w:t xml:space="preserve"> dan </w:t>
            </w:r>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perakitan</w:t>
            </w:r>
            <w:proofErr w:type="spellEnd"/>
            <w:r>
              <w:rPr>
                <w:rFonts w:ascii="Times New Roman" w:hAnsi="Times New Roman" w:cs="Times New Roman"/>
                <w:sz w:val="18"/>
              </w:rPr>
              <w:t xml:space="preserve"> project</w:t>
            </w:r>
          </w:p>
        </w:tc>
      </w:tr>
      <w:tr w:rsidR="00C83DA1" w14:paraId="08EBE779" w14:textId="77777777">
        <w:trPr>
          <w:jc w:val="center"/>
        </w:trPr>
        <w:tc>
          <w:tcPr>
            <w:tcW w:w="2280" w:type="dxa"/>
          </w:tcPr>
          <w:p w14:paraId="7F56C9F0" w14:textId="77777777" w:rsidR="00C83DA1" w:rsidRDefault="00000000">
            <w:pPr>
              <w:jc w:val="center"/>
            </w:pPr>
            <w:r>
              <w:rPr>
                <w:rFonts w:ascii="Times New Roman" w:hAnsi="Times New Roman" w:cs="Times New Roman"/>
                <w:sz w:val="18"/>
              </w:rPr>
              <w:t>8</w:t>
            </w:r>
          </w:p>
        </w:tc>
        <w:tc>
          <w:tcPr>
            <w:tcW w:w="2280" w:type="dxa"/>
          </w:tcPr>
          <w:p w14:paraId="3F8DE9E2"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ke-8</w:t>
            </w:r>
          </w:p>
        </w:tc>
        <w:tc>
          <w:tcPr>
            <w:tcW w:w="2280" w:type="dxa"/>
          </w:tcPr>
          <w:p w14:paraId="425259F2" w14:textId="77777777" w:rsidR="00C83DA1" w:rsidRDefault="00000000">
            <w:pPr>
              <w:jc w:val="center"/>
            </w:pPr>
            <w:r>
              <w:rPr>
                <w:rFonts w:ascii="Times New Roman" w:hAnsi="Times New Roman" w:cs="Times New Roman"/>
                <w:sz w:val="18"/>
              </w:rPr>
              <w:t>04/05/2026</w:t>
            </w:r>
          </w:p>
        </w:tc>
        <w:tc>
          <w:tcPr>
            <w:tcW w:w="2280" w:type="dxa"/>
          </w:tcPr>
          <w:p w14:paraId="6C516065"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w:t>
            </w:r>
          </w:p>
        </w:tc>
      </w:tr>
      <w:tr w:rsidR="00C83DA1" w14:paraId="130DFEA0" w14:textId="77777777">
        <w:trPr>
          <w:jc w:val="center"/>
        </w:trPr>
        <w:tc>
          <w:tcPr>
            <w:tcW w:w="2280" w:type="dxa"/>
          </w:tcPr>
          <w:p w14:paraId="5D1BCC45" w14:textId="77777777" w:rsidR="00C83DA1" w:rsidRDefault="00000000">
            <w:pPr>
              <w:jc w:val="center"/>
            </w:pPr>
            <w:r>
              <w:rPr>
                <w:rFonts w:ascii="Times New Roman" w:hAnsi="Times New Roman" w:cs="Times New Roman"/>
                <w:sz w:val="18"/>
              </w:rPr>
              <w:t>9</w:t>
            </w:r>
          </w:p>
        </w:tc>
        <w:tc>
          <w:tcPr>
            <w:tcW w:w="2280" w:type="dxa"/>
          </w:tcPr>
          <w:p w14:paraId="0E785F91"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ke-9</w:t>
            </w:r>
          </w:p>
        </w:tc>
        <w:tc>
          <w:tcPr>
            <w:tcW w:w="2280" w:type="dxa"/>
          </w:tcPr>
          <w:p w14:paraId="3AF6F1C0" w14:textId="77777777" w:rsidR="00C83DA1" w:rsidRDefault="00000000">
            <w:pPr>
              <w:jc w:val="center"/>
            </w:pPr>
            <w:r>
              <w:rPr>
                <w:rFonts w:ascii="Times New Roman" w:hAnsi="Times New Roman" w:cs="Times New Roman"/>
                <w:sz w:val="18"/>
              </w:rPr>
              <w:t>11/05/2026</w:t>
            </w:r>
          </w:p>
        </w:tc>
        <w:tc>
          <w:tcPr>
            <w:tcW w:w="2280" w:type="dxa"/>
          </w:tcPr>
          <w:p w14:paraId="2EA535CE"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w:t>
            </w:r>
          </w:p>
        </w:tc>
      </w:tr>
      <w:tr w:rsidR="00C83DA1" w14:paraId="0F9A65FE" w14:textId="77777777">
        <w:trPr>
          <w:jc w:val="center"/>
        </w:trPr>
        <w:tc>
          <w:tcPr>
            <w:tcW w:w="2280" w:type="dxa"/>
          </w:tcPr>
          <w:p w14:paraId="1AEDEAFD" w14:textId="77777777" w:rsidR="00C83DA1" w:rsidRDefault="00000000">
            <w:pPr>
              <w:jc w:val="center"/>
            </w:pPr>
            <w:r>
              <w:rPr>
                <w:rFonts w:ascii="Times New Roman" w:hAnsi="Times New Roman" w:cs="Times New Roman"/>
                <w:sz w:val="18"/>
              </w:rPr>
              <w:t>10</w:t>
            </w:r>
          </w:p>
        </w:tc>
        <w:tc>
          <w:tcPr>
            <w:tcW w:w="2280" w:type="dxa"/>
          </w:tcPr>
          <w:p w14:paraId="345C9B7E"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ke-10</w:t>
            </w:r>
          </w:p>
        </w:tc>
        <w:tc>
          <w:tcPr>
            <w:tcW w:w="2280" w:type="dxa"/>
          </w:tcPr>
          <w:p w14:paraId="5FC5F15C" w14:textId="77777777" w:rsidR="00C83DA1" w:rsidRDefault="00000000">
            <w:pPr>
              <w:jc w:val="center"/>
            </w:pPr>
            <w:r>
              <w:rPr>
                <w:rFonts w:ascii="Times New Roman" w:hAnsi="Times New Roman" w:cs="Times New Roman"/>
                <w:sz w:val="18"/>
              </w:rPr>
              <w:t>18/05/2026</w:t>
            </w:r>
          </w:p>
        </w:tc>
        <w:tc>
          <w:tcPr>
            <w:tcW w:w="2280" w:type="dxa"/>
          </w:tcPr>
          <w:p w14:paraId="47C9464A"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w:t>
            </w:r>
          </w:p>
        </w:tc>
      </w:tr>
      <w:tr w:rsidR="00C83DA1" w14:paraId="7652DC32" w14:textId="77777777">
        <w:trPr>
          <w:jc w:val="center"/>
        </w:trPr>
        <w:tc>
          <w:tcPr>
            <w:tcW w:w="2280" w:type="dxa"/>
          </w:tcPr>
          <w:p w14:paraId="31478456" w14:textId="77777777" w:rsidR="00C83DA1" w:rsidRDefault="00000000">
            <w:pPr>
              <w:jc w:val="center"/>
            </w:pPr>
            <w:r>
              <w:rPr>
                <w:rFonts w:ascii="Times New Roman" w:hAnsi="Times New Roman" w:cs="Times New Roman"/>
                <w:sz w:val="18"/>
              </w:rPr>
              <w:t>11</w:t>
            </w:r>
          </w:p>
        </w:tc>
        <w:tc>
          <w:tcPr>
            <w:tcW w:w="2280" w:type="dxa"/>
          </w:tcPr>
          <w:p w14:paraId="1FACA086"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ke-11</w:t>
            </w:r>
          </w:p>
        </w:tc>
        <w:tc>
          <w:tcPr>
            <w:tcW w:w="2280" w:type="dxa"/>
          </w:tcPr>
          <w:p w14:paraId="3C9700E2" w14:textId="77777777" w:rsidR="00C83DA1" w:rsidRDefault="00000000">
            <w:pPr>
              <w:jc w:val="center"/>
            </w:pPr>
            <w:r>
              <w:rPr>
                <w:rFonts w:ascii="Times New Roman" w:hAnsi="Times New Roman" w:cs="Times New Roman"/>
                <w:sz w:val="18"/>
              </w:rPr>
              <w:t>25/05/2026</w:t>
            </w:r>
          </w:p>
        </w:tc>
        <w:tc>
          <w:tcPr>
            <w:tcW w:w="2280" w:type="dxa"/>
          </w:tcPr>
          <w:p w14:paraId="0809AD87"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w:t>
            </w:r>
          </w:p>
        </w:tc>
      </w:tr>
      <w:tr w:rsidR="00C83DA1" w14:paraId="28C319B8" w14:textId="77777777">
        <w:trPr>
          <w:jc w:val="center"/>
        </w:trPr>
        <w:tc>
          <w:tcPr>
            <w:tcW w:w="2280" w:type="dxa"/>
          </w:tcPr>
          <w:p w14:paraId="63D6674B" w14:textId="77777777" w:rsidR="00C83DA1" w:rsidRDefault="00000000">
            <w:pPr>
              <w:jc w:val="center"/>
            </w:pPr>
            <w:r>
              <w:rPr>
                <w:rFonts w:ascii="Times New Roman" w:hAnsi="Times New Roman" w:cs="Times New Roman"/>
                <w:sz w:val="18"/>
              </w:rPr>
              <w:t>12</w:t>
            </w:r>
          </w:p>
        </w:tc>
        <w:tc>
          <w:tcPr>
            <w:tcW w:w="2280" w:type="dxa"/>
          </w:tcPr>
          <w:p w14:paraId="33458F46"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ke-12</w:t>
            </w:r>
          </w:p>
        </w:tc>
        <w:tc>
          <w:tcPr>
            <w:tcW w:w="2280" w:type="dxa"/>
          </w:tcPr>
          <w:p w14:paraId="0E9640E8" w14:textId="77777777" w:rsidR="00C83DA1" w:rsidRDefault="00000000">
            <w:pPr>
              <w:jc w:val="center"/>
            </w:pPr>
            <w:r>
              <w:rPr>
                <w:rFonts w:ascii="Times New Roman" w:hAnsi="Times New Roman" w:cs="Times New Roman"/>
                <w:sz w:val="18"/>
              </w:rPr>
              <w:t>01/06/2026</w:t>
            </w:r>
          </w:p>
        </w:tc>
        <w:tc>
          <w:tcPr>
            <w:tcW w:w="2280" w:type="dxa"/>
          </w:tcPr>
          <w:p w14:paraId="3544BAE8"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 dan </w:t>
            </w:r>
            <w:proofErr w:type="spellStart"/>
            <w:r>
              <w:rPr>
                <w:rFonts w:ascii="Times New Roman" w:hAnsi="Times New Roman" w:cs="Times New Roman"/>
                <w:sz w:val="18"/>
              </w:rPr>
              <w:t>ada</w:t>
            </w:r>
            <w:proofErr w:type="spellEnd"/>
            <w:r>
              <w:rPr>
                <w:rFonts w:ascii="Times New Roman" w:hAnsi="Times New Roman" w:cs="Times New Roman"/>
                <w:sz w:val="18"/>
              </w:rPr>
              <w:t xml:space="preserve"> </w:t>
            </w:r>
            <w:proofErr w:type="spellStart"/>
            <w:r>
              <w:rPr>
                <w:rFonts w:ascii="Times New Roman" w:hAnsi="Times New Roman" w:cs="Times New Roman"/>
                <w:sz w:val="18"/>
              </w:rPr>
              <w:t>perubahan</w:t>
            </w:r>
            <w:proofErr w:type="spellEnd"/>
            <w:r>
              <w:rPr>
                <w:rFonts w:ascii="Times New Roman" w:hAnsi="Times New Roman" w:cs="Times New Roman"/>
                <w:sz w:val="18"/>
              </w:rPr>
              <w:t xml:space="preserve"> di project, </w:t>
            </w:r>
            <w:proofErr w:type="spellStart"/>
            <w:r>
              <w:rPr>
                <w:rFonts w:ascii="Times New Roman" w:hAnsi="Times New Roman" w:cs="Times New Roman"/>
                <w:sz w:val="18"/>
              </w:rPr>
              <w:t>sebelumnya</w:t>
            </w:r>
            <w:proofErr w:type="spellEnd"/>
            <w:r>
              <w:rPr>
                <w:rFonts w:ascii="Times New Roman" w:hAnsi="Times New Roman" w:cs="Times New Roman"/>
                <w:sz w:val="18"/>
              </w:rPr>
              <w:t xml:space="preserve"> </w:t>
            </w:r>
            <w:proofErr w:type="spellStart"/>
            <w:r>
              <w:rPr>
                <w:rFonts w:ascii="Times New Roman" w:hAnsi="Times New Roman" w:cs="Times New Roman"/>
                <w:sz w:val="18"/>
              </w:rPr>
              <w:t>pakai</w:t>
            </w:r>
            <w:proofErr w:type="spellEnd"/>
            <w:r>
              <w:rPr>
                <w:rFonts w:ascii="Times New Roman" w:hAnsi="Times New Roman" w:cs="Times New Roman"/>
                <w:sz w:val="18"/>
              </w:rPr>
              <w:t xml:space="preserve"> servo, dan </w:t>
            </w:r>
            <w:proofErr w:type="spellStart"/>
            <w:r>
              <w:rPr>
                <w:rFonts w:ascii="Times New Roman" w:hAnsi="Times New Roman" w:cs="Times New Roman"/>
                <w:sz w:val="18"/>
              </w:rPr>
              <w:t>diganti</w:t>
            </w:r>
            <w:proofErr w:type="spellEnd"/>
            <w:r>
              <w:rPr>
                <w:rFonts w:ascii="Times New Roman" w:hAnsi="Times New Roman" w:cs="Times New Roman"/>
                <w:sz w:val="18"/>
              </w:rPr>
              <w:t xml:space="preserve"> oleh solenoid</w:t>
            </w:r>
          </w:p>
        </w:tc>
      </w:tr>
      <w:tr w:rsidR="00C83DA1" w14:paraId="760820AD" w14:textId="77777777">
        <w:trPr>
          <w:jc w:val="center"/>
        </w:trPr>
        <w:tc>
          <w:tcPr>
            <w:tcW w:w="2280" w:type="dxa"/>
          </w:tcPr>
          <w:p w14:paraId="5FBE6D9A" w14:textId="77777777" w:rsidR="00C83DA1" w:rsidRDefault="00000000">
            <w:pPr>
              <w:jc w:val="center"/>
            </w:pPr>
            <w:r>
              <w:rPr>
                <w:rFonts w:ascii="Times New Roman" w:hAnsi="Times New Roman" w:cs="Times New Roman"/>
                <w:sz w:val="18"/>
              </w:rPr>
              <w:t>13</w:t>
            </w:r>
          </w:p>
        </w:tc>
        <w:tc>
          <w:tcPr>
            <w:tcW w:w="2280" w:type="dxa"/>
          </w:tcPr>
          <w:p w14:paraId="277F8AE8"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ke-13</w:t>
            </w:r>
          </w:p>
        </w:tc>
        <w:tc>
          <w:tcPr>
            <w:tcW w:w="2280" w:type="dxa"/>
          </w:tcPr>
          <w:p w14:paraId="6300B794" w14:textId="77777777" w:rsidR="00C83DA1" w:rsidRDefault="00000000">
            <w:pPr>
              <w:jc w:val="center"/>
            </w:pPr>
            <w:r>
              <w:rPr>
                <w:rFonts w:ascii="Times New Roman" w:hAnsi="Times New Roman" w:cs="Times New Roman"/>
                <w:sz w:val="18"/>
              </w:rPr>
              <w:t>08/06/2026</w:t>
            </w:r>
          </w:p>
        </w:tc>
        <w:tc>
          <w:tcPr>
            <w:tcW w:w="2280" w:type="dxa"/>
          </w:tcPr>
          <w:p w14:paraId="2D8F85AE"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w:t>
            </w:r>
          </w:p>
        </w:tc>
      </w:tr>
      <w:tr w:rsidR="00C83DA1" w14:paraId="5467201F" w14:textId="77777777">
        <w:trPr>
          <w:jc w:val="center"/>
        </w:trPr>
        <w:tc>
          <w:tcPr>
            <w:tcW w:w="2280" w:type="dxa"/>
          </w:tcPr>
          <w:p w14:paraId="30DA7D17" w14:textId="77777777" w:rsidR="00C83DA1" w:rsidRDefault="00000000">
            <w:pPr>
              <w:jc w:val="center"/>
            </w:pPr>
            <w:r>
              <w:rPr>
                <w:rFonts w:ascii="Times New Roman" w:hAnsi="Times New Roman" w:cs="Times New Roman"/>
                <w:sz w:val="18"/>
              </w:rPr>
              <w:t>14</w:t>
            </w:r>
          </w:p>
        </w:tc>
        <w:tc>
          <w:tcPr>
            <w:tcW w:w="2280" w:type="dxa"/>
          </w:tcPr>
          <w:p w14:paraId="48FDB917"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ke-14</w:t>
            </w:r>
          </w:p>
        </w:tc>
        <w:tc>
          <w:tcPr>
            <w:tcW w:w="2280" w:type="dxa"/>
          </w:tcPr>
          <w:p w14:paraId="48B28A1C" w14:textId="77777777" w:rsidR="00C83DA1" w:rsidRDefault="00000000">
            <w:pPr>
              <w:jc w:val="center"/>
            </w:pPr>
            <w:r>
              <w:rPr>
                <w:rFonts w:ascii="Times New Roman" w:hAnsi="Times New Roman" w:cs="Times New Roman"/>
                <w:sz w:val="18"/>
              </w:rPr>
              <w:t>15/06/2026</w:t>
            </w:r>
          </w:p>
        </w:tc>
        <w:tc>
          <w:tcPr>
            <w:tcW w:w="2280" w:type="dxa"/>
          </w:tcPr>
          <w:p w14:paraId="04693D73"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w:t>
            </w:r>
          </w:p>
        </w:tc>
      </w:tr>
      <w:tr w:rsidR="00C83DA1" w14:paraId="65BC965B" w14:textId="77777777">
        <w:trPr>
          <w:jc w:val="center"/>
        </w:trPr>
        <w:tc>
          <w:tcPr>
            <w:tcW w:w="2280" w:type="dxa"/>
          </w:tcPr>
          <w:p w14:paraId="134819B5" w14:textId="77777777" w:rsidR="00C83DA1" w:rsidRDefault="00000000">
            <w:pPr>
              <w:jc w:val="center"/>
            </w:pPr>
            <w:r>
              <w:rPr>
                <w:rFonts w:ascii="Times New Roman" w:hAnsi="Times New Roman" w:cs="Times New Roman"/>
                <w:sz w:val="18"/>
              </w:rPr>
              <w:t>15</w:t>
            </w:r>
          </w:p>
        </w:tc>
        <w:tc>
          <w:tcPr>
            <w:tcW w:w="2280" w:type="dxa"/>
          </w:tcPr>
          <w:p w14:paraId="500F036E"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ke-15</w:t>
            </w:r>
          </w:p>
        </w:tc>
        <w:tc>
          <w:tcPr>
            <w:tcW w:w="2280" w:type="dxa"/>
          </w:tcPr>
          <w:p w14:paraId="6B036228" w14:textId="77777777" w:rsidR="00C83DA1" w:rsidRDefault="00000000">
            <w:pPr>
              <w:jc w:val="center"/>
            </w:pPr>
            <w:r>
              <w:rPr>
                <w:rFonts w:ascii="Times New Roman" w:hAnsi="Times New Roman" w:cs="Times New Roman"/>
                <w:sz w:val="18"/>
              </w:rPr>
              <w:t>22/06/2026</w:t>
            </w:r>
          </w:p>
        </w:tc>
        <w:tc>
          <w:tcPr>
            <w:tcW w:w="2280" w:type="dxa"/>
          </w:tcPr>
          <w:p w14:paraId="7BD99881"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kegiatan</w:t>
            </w:r>
            <w:proofErr w:type="spellEnd"/>
            <w:r>
              <w:rPr>
                <w:rFonts w:ascii="Times New Roman" w:hAnsi="Times New Roman" w:cs="Times New Roman"/>
                <w:sz w:val="18"/>
              </w:rPr>
              <w:t xml:space="preserve"> </w:t>
            </w:r>
            <w:proofErr w:type="spellStart"/>
            <w:r>
              <w:rPr>
                <w:rFonts w:ascii="Times New Roman" w:hAnsi="Times New Roman" w:cs="Times New Roman"/>
                <w:sz w:val="18"/>
              </w:rPr>
              <w:t>rancang</w:t>
            </w:r>
            <w:proofErr w:type="spellEnd"/>
            <w:r>
              <w:rPr>
                <w:rFonts w:ascii="Times New Roman" w:hAnsi="Times New Roman" w:cs="Times New Roman"/>
                <w:sz w:val="18"/>
              </w:rPr>
              <w:t xml:space="preserve"> </w:t>
            </w:r>
            <w:proofErr w:type="spellStart"/>
            <w:r>
              <w:rPr>
                <w:rFonts w:ascii="Times New Roman" w:hAnsi="Times New Roman" w:cs="Times New Roman"/>
                <w:sz w:val="18"/>
              </w:rPr>
              <w:t>bangun</w:t>
            </w:r>
            <w:proofErr w:type="spellEnd"/>
            <w:r>
              <w:rPr>
                <w:rFonts w:ascii="Times New Roman" w:hAnsi="Times New Roman" w:cs="Times New Roman"/>
                <w:sz w:val="18"/>
              </w:rPr>
              <w:t xml:space="preserve"> project, dan </w:t>
            </w:r>
            <w:proofErr w:type="spellStart"/>
            <w:r>
              <w:rPr>
                <w:rFonts w:ascii="Times New Roman" w:hAnsi="Times New Roman" w:cs="Times New Roman"/>
                <w:sz w:val="18"/>
              </w:rPr>
              <w:t>berhasil</w:t>
            </w:r>
            <w:proofErr w:type="spellEnd"/>
          </w:p>
        </w:tc>
      </w:tr>
      <w:tr w:rsidR="00C83DA1" w14:paraId="4F3A4983" w14:textId="77777777">
        <w:trPr>
          <w:jc w:val="center"/>
        </w:trPr>
        <w:tc>
          <w:tcPr>
            <w:tcW w:w="2280" w:type="dxa"/>
          </w:tcPr>
          <w:p w14:paraId="0EE106E4" w14:textId="77777777" w:rsidR="00C83DA1" w:rsidRDefault="00000000">
            <w:pPr>
              <w:jc w:val="center"/>
            </w:pPr>
            <w:r>
              <w:rPr>
                <w:rFonts w:ascii="Times New Roman" w:hAnsi="Times New Roman" w:cs="Times New Roman"/>
                <w:sz w:val="18"/>
              </w:rPr>
              <w:lastRenderedPageBreak/>
              <w:t>16</w:t>
            </w:r>
          </w:p>
        </w:tc>
        <w:tc>
          <w:tcPr>
            <w:tcW w:w="2280" w:type="dxa"/>
          </w:tcPr>
          <w:p w14:paraId="69D20688"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ke-16</w:t>
            </w:r>
          </w:p>
        </w:tc>
        <w:tc>
          <w:tcPr>
            <w:tcW w:w="2280" w:type="dxa"/>
          </w:tcPr>
          <w:p w14:paraId="395187F7" w14:textId="77777777" w:rsidR="00C83DA1" w:rsidRDefault="00000000">
            <w:pPr>
              <w:jc w:val="center"/>
            </w:pPr>
            <w:r>
              <w:rPr>
                <w:rFonts w:ascii="Times New Roman" w:hAnsi="Times New Roman" w:cs="Times New Roman"/>
                <w:sz w:val="18"/>
              </w:rPr>
              <w:t>29/06/2026 – 02/07/2026</w:t>
            </w:r>
          </w:p>
        </w:tc>
        <w:tc>
          <w:tcPr>
            <w:tcW w:w="2280" w:type="dxa"/>
          </w:tcPr>
          <w:p w14:paraId="07D9F28A"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uji </w:t>
            </w:r>
            <w:proofErr w:type="spellStart"/>
            <w:r>
              <w:rPr>
                <w:rFonts w:ascii="Times New Roman" w:hAnsi="Times New Roman" w:cs="Times New Roman"/>
                <w:sz w:val="18"/>
              </w:rPr>
              <w:t>tes</w:t>
            </w:r>
            <w:proofErr w:type="spellEnd"/>
            <w:r>
              <w:rPr>
                <w:rFonts w:ascii="Times New Roman" w:hAnsi="Times New Roman" w:cs="Times New Roman"/>
                <w:sz w:val="18"/>
              </w:rPr>
              <w:t xml:space="preserve"> </w:t>
            </w:r>
            <w:proofErr w:type="spellStart"/>
            <w:r>
              <w:rPr>
                <w:rFonts w:ascii="Times New Roman" w:hAnsi="Times New Roman" w:cs="Times New Roman"/>
                <w:sz w:val="18"/>
              </w:rPr>
              <w:t>alat</w:t>
            </w:r>
            <w:proofErr w:type="spellEnd"/>
            <w:r>
              <w:rPr>
                <w:rFonts w:ascii="Times New Roman" w:hAnsi="Times New Roman" w:cs="Times New Roman"/>
                <w:sz w:val="18"/>
              </w:rPr>
              <w:t xml:space="preserve">, </w:t>
            </w:r>
            <w:proofErr w:type="spellStart"/>
            <w:r>
              <w:rPr>
                <w:rFonts w:ascii="Times New Roman" w:hAnsi="Times New Roman" w:cs="Times New Roman"/>
                <w:sz w:val="18"/>
              </w:rPr>
              <w:t>karena</w:t>
            </w:r>
            <w:proofErr w:type="spellEnd"/>
            <w:r>
              <w:rPr>
                <w:rFonts w:ascii="Times New Roman" w:hAnsi="Times New Roman" w:cs="Times New Roman"/>
                <w:sz w:val="18"/>
              </w:rPr>
              <w:t xml:space="preserve"> </w:t>
            </w:r>
            <w:proofErr w:type="spellStart"/>
            <w:r>
              <w:rPr>
                <w:rFonts w:ascii="Times New Roman" w:hAnsi="Times New Roman" w:cs="Times New Roman"/>
                <w:sz w:val="18"/>
              </w:rPr>
              <w:t>sebelumnya</w:t>
            </w:r>
            <w:proofErr w:type="spellEnd"/>
            <w:r>
              <w:rPr>
                <w:rFonts w:ascii="Times New Roman" w:hAnsi="Times New Roman" w:cs="Times New Roman"/>
                <w:sz w:val="18"/>
              </w:rPr>
              <w:t xml:space="preserve"> </w:t>
            </w:r>
            <w:proofErr w:type="spellStart"/>
            <w:r>
              <w:rPr>
                <w:rFonts w:ascii="Times New Roman" w:hAnsi="Times New Roman" w:cs="Times New Roman"/>
                <w:sz w:val="18"/>
              </w:rPr>
              <w:t>terjadi</w:t>
            </w:r>
            <w:proofErr w:type="spellEnd"/>
            <w:r>
              <w:rPr>
                <w:rFonts w:ascii="Times New Roman" w:hAnsi="Times New Roman" w:cs="Times New Roman"/>
                <w:sz w:val="18"/>
              </w:rPr>
              <w:t xml:space="preserve"> </w:t>
            </w:r>
            <w:proofErr w:type="spellStart"/>
            <w:r>
              <w:rPr>
                <w:rFonts w:ascii="Times New Roman" w:hAnsi="Times New Roman" w:cs="Times New Roman"/>
                <w:sz w:val="18"/>
              </w:rPr>
              <w:t>eror</w:t>
            </w:r>
            <w:proofErr w:type="spellEnd"/>
          </w:p>
        </w:tc>
      </w:tr>
      <w:tr w:rsidR="00C83DA1" w14:paraId="1AB3330C" w14:textId="77777777">
        <w:trPr>
          <w:jc w:val="center"/>
        </w:trPr>
        <w:tc>
          <w:tcPr>
            <w:tcW w:w="2280" w:type="dxa"/>
          </w:tcPr>
          <w:p w14:paraId="0A22F4F8" w14:textId="77777777" w:rsidR="00C83DA1" w:rsidRDefault="00000000">
            <w:pPr>
              <w:jc w:val="center"/>
            </w:pPr>
            <w:r>
              <w:rPr>
                <w:rFonts w:ascii="Times New Roman" w:hAnsi="Times New Roman" w:cs="Times New Roman"/>
                <w:sz w:val="18"/>
              </w:rPr>
              <w:t>17</w:t>
            </w:r>
          </w:p>
        </w:tc>
        <w:tc>
          <w:tcPr>
            <w:tcW w:w="2280" w:type="dxa"/>
          </w:tcPr>
          <w:p w14:paraId="7A1C816B"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ke-17</w:t>
            </w:r>
          </w:p>
        </w:tc>
        <w:tc>
          <w:tcPr>
            <w:tcW w:w="2280" w:type="dxa"/>
          </w:tcPr>
          <w:p w14:paraId="329DCFF8" w14:textId="77777777" w:rsidR="00C83DA1" w:rsidRDefault="00000000">
            <w:pPr>
              <w:jc w:val="center"/>
            </w:pPr>
            <w:r>
              <w:rPr>
                <w:rFonts w:ascii="Times New Roman" w:hAnsi="Times New Roman" w:cs="Times New Roman"/>
                <w:sz w:val="18"/>
              </w:rPr>
              <w:t>06/07/2026 – 09/07/2026</w:t>
            </w:r>
          </w:p>
        </w:tc>
        <w:tc>
          <w:tcPr>
            <w:tcW w:w="2280" w:type="dxa"/>
          </w:tcPr>
          <w:p w14:paraId="6B403EB9" w14:textId="77777777" w:rsidR="00C83DA1" w:rsidRDefault="00000000">
            <w:r>
              <w:rPr>
                <w:rFonts w:ascii="Times New Roman" w:hAnsi="Times New Roman" w:cs="Times New Roman"/>
                <w:sz w:val="18"/>
              </w:rPr>
              <w:t xml:space="preserve">Karena </w:t>
            </w:r>
            <w:proofErr w:type="spellStart"/>
            <w:r>
              <w:rPr>
                <w:rFonts w:ascii="Times New Roman" w:hAnsi="Times New Roman" w:cs="Times New Roman"/>
                <w:sz w:val="18"/>
              </w:rPr>
              <w:t>alat</w:t>
            </w:r>
            <w:proofErr w:type="spellEnd"/>
            <w:r>
              <w:rPr>
                <w:rFonts w:ascii="Times New Roman" w:hAnsi="Times New Roman" w:cs="Times New Roman"/>
                <w:sz w:val="18"/>
              </w:rPr>
              <w:t xml:space="preserve"> project </w:t>
            </w:r>
            <w:proofErr w:type="spellStart"/>
            <w:r>
              <w:rPr>
                <w:rFonts w:ascii="Times New Roman" w:hAnsi="Times New Roman" w:cs="Times New Roman"/>
                <w:sz w:val="18"/>
              </w:rPr>
              <w:t>rusak</w:t>
            </w:r>
            <w:proofErr w:type="spellEnd"/>
            <w:r>
              <w:rPr>
                <w:rFonts w:ascii="Times New Roman" w:hAnsi="Times New Roman" w:cs="Times New Roman"/>
                <w:sz w:val="18"/>
              </w:rPr>
              <w:t xml:space="preserve">, </w:t>
            </w:r>
            <w:proofErr w:type="spellStart"/>
            <w:r>
              <w:rPr>
                <w:rFonts w:ascii="Times New Roman" w:hAnsi="Times New Roman" w:cs="Times New Roman"/>
                <w:sz w:val="18"/>
              </w:rPr>
              <w:t>maka</w:t>
            </w:r>
            <w:proofErr w:type="spellEnd"/>
            <w:r>
              <w:rPr>
                <w:rFonts w:ascii="Times New Roman" w:hAnsi="Times New Roman" w:cs="Times New Roman"/>
                <w:sz w:val="18"/>
              </w:rPr>
              <w:t xml:space="preserve"> </w:t>
            </w:r>
            <w:proofErr w:type="spellStart"/>
            <w:r>
              <w:rPr>
                <w:rFonts w:ascii="Times New Roman" w:hAnsi="Times New Roman" w:cs="Times New Roman"/>
                <w:sz w:val="18"/>
              </w:rPr>
              <w:t>menggunakan</w:t>
            </w:r>
            <w:proofErr w:type="spellEnd"/>
            <w:r>
              <w:rPr>
                <w:rFonts w:ascii="Times New Roman" w:hAnsi="Times New Roman" w:cs="Times New Roman"/>
                <w:sz w:val="18"/>
              </w:rPr>
              <w:t xml:space="preserve"> </w:t>
            </w:r>
            <w:proofErr w:type="spellStart"/>
            <w:r>
              <w:rPr>
                <w:rFonts w:ascii="Times New Roman" w:hAnsi="Times New Roman" w:cs="Times New Roman"/>
                <w:sz w:val="18"/>
              </w:rPr>
              <w:t>alat</w:t>
            </w:r>
            <w:proofErr w:type="spellEnd"/>
            <w:r>
              <w:rPr>
                <w:rFonts w:ascii="Times New Roman" w:hAnsi="Times New Roman" w:cs="Times New Roman"/>
                <w:sz w:val="18"/>
              </w:rPr>
              <w:t xml:space="preserve"> </w:t>
            </w:r>
            <w:proofErr w:type="spellStart"/>
            <w:r>
              <w:rPr>
                <w:rFonts w:ascii="Times New Roman" w:hAnsi="Times New Roman" w:cs="Times New Roman"/>
                <w:sz w:val="18"/>
              </w:rPr>
              <w:t>baru</w:t>
            </w:r>
            <w:proofErr w:type="spellEnd"/>
            <w:r>
              <w:rPr>
                <w:rFonts w:ascii="Times New Roman" w:hAnsi="Times New Roman" w:cs="Times New Roman"/>
                <w:sz w:val="18"/>
              </w:rPr>
              <w:t xml:space="preserve"> dan </w:t>
            </w:r>
            <w:proofErr w:type="spellStart"/>
            <w:r>
              <w:rPr>
                <w:rFonts w:ascii="Times New Roman" w:hAnsi="Times New Roman" w:cs="Times New Roman"/>
                <w:sz w:val="18"/>
              </w:rPr>
              <w:t>melakukan</w:t>
            </w:r>
            <w:proofErr w:type="spellEnd"/>
            <w:r>
              <w:rPr>
                <w:rFonts w:ascii="Times New Roman" w:hAnsi="Times New Roman" w:cs="Times New Roman"/>
                <w:sz w:val="18"/>
              </w:rPr>
              <w:t xml:space="preserve"> uji </w:t>
            </w:r>
            <w:proofErr w:type="spellStart"/>
            <w:r>
              <w:rPr>
                <w:rFonts w:ascii="Times New Roman" w:hAnsi="Times New Roman" w:cs="Times New Roman"/>
                <w:sz w:val="18"/>
              </w:rPr>
              <w:t>ulang</w:t>
            </w:r>
            <w:proofErr w:type="spellEnd"/>
            <w:r>
              <w:rPr>
                <w:rFonts w:ascii="Times New Roman" w:hAnsi="Times New Roman" w:cs="Times New Roman"/>
                <w:sz w:val="18"/>
              </w:rPr>
              <w:t xml:space="preserve"> yang </w:t>
            </w:r>
            <w:proofErr w:type="spellStart"/>
            <w:r>
              <w:rPr>
                <w:rFonts w:ascii="Times New Roman" w:hAnsi="Times New Roman" w:cs="Times New Roman"/>
                <w:sz w:val="18"/>
              </w:rPr>
              <w:t>hasilnya</w:t>
            </w:r>
            <w:proofErr w:type="spellEnd"/>
            <w:r>
              <w:rPr>
                <w:rFonts w:ascii="Times New Roman" w:hAnsi="Times New Roman" w:cs="Times New Roman"/>
                <w:sz w:val="18"/>
              </w:rPr>
              <w:t xml:space="preserve"> </w:t>
            </w:r>
            <w:proofErr w:type="spellStart"/>
            <w:r>
              <w:rPr>
                <w:rFonts w:ascii="Times New Roman" w:hAnsi="Times New Roman" w:cs="Times New Roman"/>
                <w:sz w:val="18"/>
              </w:rPr>
              <w:t>ada</w:t>
            </w:r>
            <w:proofErr w:type="spellEnd"/>
            <w:r>
              <w:rPr>
                <w:rFonts w:ascii="Times New Roman" w:hAnsi="Times New Roman" w:cs="Times New Roman"/>
                <w:sz w:val="18"/>
              </w:rPr>
              <w:t xml:space="preserve"> </w:t>
            </w:r>
            <w:proofErr w:type="spellStart"/>
            <w:r>
              <w:rPr>
                <w:rFonts w:ascii="Times New Roman" w:hAnsi="Times New Roman" w:cs="Times New Roman"/>
                <w:sz w:val="18"/>
              </w:rPr>
              <w:t>kerusakan</w:t>
            </w:r>
            <w:proofErr w:type="spellEnd"/>
            <w:r>
              <w:rPr>
                <w:rFonts w:ascii="Times New Roman" w:hAnsi="Times New Roman" w:cs="Times New Roman"/>
                <w:sz w:val="18"/>
              </w:rPr>
              <w:t xml:space="preserve"> di </w:t>
            </w:r>
            <w:proofErr w:type="spellStart"/>
            <w:r>
              <w:rPr>
                <w:rFonts w:ascii="Times New Roman" w:hAnsi="Times New Roman" w:cs="Times New Roman"/>
                <w:sz w:val="18"/>
              </w:rPr>
              <w:t>bagian</w:t>
            </w:r>
            <w:proofErr w:type="spellEnd"/>
            <w:r>
              <w:rPr>
                <w:rFonts w:ascii="Times New Roman" w:hAnsi="Times New Roman" w:cs="Times New Roman"/>
                <w:sz w:val="18"/>
              </w:rPr>
              <w:t xml:space="preserve"> </w:t>
            </w:r>
            <w:proofErr w:type="spellStart"/>
            <w:r>
              <w:rPr>
                <w:rFonts w:ascii="Times New Roman" w:hAnsi="Times New Roman" w:cs="Times New Roman"/>
                <w:sz w:val="18"/>
              </w:rPr>
              <w:t>arduino</w:t>
            </w:r>
            <w:proofErr w:type="spellEnd"/>
          </w:p>
        </w:tc>
      </w:tr>
      <w:tr w:rsidR="00C83DA1" w14:paraId="5D983442" w14:textId="77777777">
        <w:trPr>
          <w:jc w:val="center"/>
        </w:trPr>
        <w:tc>
          <w:tcPr>
            <w:tcW w:w="2280" w:type="dxa"/>
          </w:tcPr>
          <w:p w14:paraId="67BA264E" w14:textId="77777777" w:rsidR="00C83DA1" w:rsidRDefault="00000000">
            <w:pPr>
              <w:jc w:val="center"/>
            </w:pPr>
            <w:r>
              <w:rPr>
                <w:rFonts w:ascii="Times New Roman" w:hAnsi="Times New Roman" w:cs="Times New Roman"/>
                <w:sz w:val="18"/>
              </w:rPr>
              <w:t>18</w:t>
            </w:r>
          </w:p>
        </w:tc>
        <w:tc>
          <w:tcPr>
            <w:tcW w:w="2280" w:type="dxa"/>
          </w:tcPr>
          <w:p w14:paraId="6B5C5B18"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ke-18</w:t>
            </w:r>
          </w:p>
        </w:tc>
        <w:tc>
          <w:tcPr>
            <w:tcW w:w="2280" w:type="dxa"/>
          </w:tcPr>
          <w:p w14:paraId="511FA2FA" w14:textId="77777777" w:rsidR="00C83DA1" w:rsidRDefault="00000000">
            <w:pPr>
              <w:jc w:val="center"/>
            </w:pPr>
            <w:r>
              <w:rPr>
                <w:rFonts w:ascii="Times New Roman" w:hAnsi="Times New Roman" w:cs="Times New Roman"/>
                <w:sz w:val="18"/>
              </w:rPr>
              <w:t>13/07/2026 – 16/07/2026</w:t>
            </w:r>
          </w:p>
        </w:tc>
        <w:tc>
          <w:tcPr>
            <w:tcW w:w="2280" w:type="dxa"/>
          </w:tcPr>
          <w:p w14:paraId="45BC2304" w14:textId="77777777"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w:t>
            </w:r>
            <w:proofErr w:type="spellStart"/>
            <w:r>
              <w:rPr>
                <w:rFonts w:ascii="Times New Roman" w:hAnsi="Times New Roman" w:cs="Times New Roman"/>
                <w:sz w:val="18"/>
              </w:rPr>
              <w:t>pembuatan</w:t>
            </w:r>
            <w:proofErr w:type="spellEnd"/>
            <w:r>
              <w:rPr>
                <w:rFonts w:ascii="Times New Roman" w:hAnsi="Times New Roman" w:cs="Times New Roman"/>
                <w:sz w:val="18"/>
              </w:rPr>
              <w:t xml:space="preserve"> web agar </w:t>
            </w:r>
            <w:proofErr w:type="spellStart"/>
            <w:r>
              <w:rPr>
                <w:rFonts w:ascii="Times New Roman" w:hAnsi="Times New Roman" w:cs="Times New Roman"/>
                <w:sz w:val="18"/>
              </w:rPr>
              <w:t>dapat</w:t>
            </w:r>
            <w:proofErr w:type="spellEnd"/>
            <w:r>
              <w:rPr>
                <w:rFonts w:ascii="Times New Roman" w:hAnsi="Times New Roman" w:cs="Times New Roman"/>
                <w:sz w:val="18"/>
              </w:rPr>
              <w:t xml:space="preserve"> </w:t>
            </w:r>
            <w:proofErr w:type="spellStart"/>
            <w:r>
              <w:rPr>
                <w:rFonts w:ascii="Times New Roman" w:hAnsi="Times New Roman" w:cs="Times New Roman"/>
                <w:sz w:val="18"/>
              </w:rPr>
              <w:t>mengontrol</w:t>
            </w:r>
            <w:proofErr w:type="spellEnd"/>
            <w:r>
              <w:rPr>
                <w:rFonts w:ascii="Times New Roman" w:hAnsi="Times New Roman" w:cs="Times New Roman"/>
                <w:sz w:val="18"/>
              </w:rPr>
              <w:t xml:space="preserve"> </w:t>
            </w:r>
            <w:proofErr w:type="spellStart"/>
            <w:r>
              <w:rPr>
                <w:rFonts w:ascii="Times New Roman" w:hAnsi="Times New Roman" w:cs="Times New Roman"/>
                <w:sz w:val="18"/>
              </w:rPr>
              <w:t>alatnya</w:t>
            </w:r>
            <w:proofErr w:type="spellEnd"/>
          </w:p>
        </w:tc>
      </w:tr>
      <w:tr w:rsidR="00C83DA1" w14:paraId="2967D2DE" w14:textId="77777777">
        <w:trPr>
          <w:jc w:val="center"/>
        </w:trPr>
        <w:tc>
          <w:tcPr>
            <w:tcW w:w="2280" w:type="dxa"/>
          </w:tcPr>
          <w:p w14:paraId="33199FB8" w14:textId="77777777" w:rsidR="00C83DA1" w:rsidRDefault="00000000">
            <w:pPr>
              <w:jc w:val="center"/>
            </w:pPr>
            <w:r>
              <w:rPr>
                <w:rFonts w:ascii="Times New Roman" w:hAnsi="Times New Roman" w:cs="Times New Roman"/>
                <w:sz w:val="18"/>
              </w:rPr>
              <w:t>19</w:t>
            </w:r>
          </w:p>
        </w:tc>
        <w:tc>
          <w:tcPr>
            <w:tcW w:w="2280" w:type="dxa"/>
          </w:tcPr>
          <w:p w14:paraId="79112437" w14:textId="77777777" w:rsidR="00C83DA1" w:rsidRDefault="00000000">
            <w:pPr>
              <w:jc w:val="center"/>
            </w:pPr>
            <w:proofErr w:type="spellStart"/>
            <w:r>
              <w:rPr>
                <w:rFonts w:ascii="Times New Roman" w:hAnsi="Times New Roman" w:cs="Times New Roman"/>
                <w:sz w:val="18"/>
              </w:rPr>
              <w:t>Minggu</w:t>
            </w:r>
            <w:proofErr w:type="spellEnd"/>
            <w:r>
              <w:rPr>
                <w:rFonts w:ascii="Times New Roman" w:hAnsi="Times New Roman" w:cs="Times New Roman"/>
                <w:sz w:val="18"/>
              </w:rPr>
              <w:t xml:space="preserve"> ke-19</w:t>
            </w:r>
          </w:p>
        </w:tc>
        <w:tc>
          <w:tcPr>
            <w:tcW w:w="2280" w:type="dxa"/>
          </w:tcPr>
          <w:p w14:paraId="21A75209" w14:textId="77777777" w:rsidR="00C83DA1" w:rsidRDefault="00000000">
            <w:pPr>
              <w:jc w:val="center"/>
            </w:pPr>
            <w:r>
              <w:rPr>
                <w:rFonts w:ascii="Times New Roman" w:hAnsi="Times New Roman" w:cs="Times New Roman"/>
                <w:sz w:val="18"/>
              </w:rPr>
              <w:t>20/07/2026</w:t>
            </w:r>
          </w:p>
        </w:tc>
        <w:tc>
          <w:tcPr>
            <w:tcW w:w="2280" w:type="dxa"/>
          </w:tcPr>
          <w:p w14:paraId="2B02E715" w14:textId="38135EAA" w:rsidR="00C83DA1" w:rsidRDefault="00000000">
            <w:proofErr w:type="spellStart"/>
            <w:r>
              <w:rPr>
                <w:rFonts w:ascii="Times New Roman" w:hAnsi="Times New Roman" w:cs="Times New Roman"/>
                <w:sz w:val="18"/>
              </w:rPr>
              <w:t>Melakukan</w:t>
            </w:r>
            <w:proofErr w:type="spellEnd"/>
            <w:r>
              <w:rPr>
                <w:rFonts w:ascii="Times New Roman" w:hAnsi="Times New Roman" w:cs="Times New Roman"/>
                <w:sz w:val="18"/>
              </w:rPr>
              <w:t xml:space="preserve"> uji </w:t>
            </w:r>
            <w:proofErr w:type="spellStart"/>
            <w:r>
              <w:rPr>
                <w:rFonts w:ascii="Times New Roman" w:hAnsi="Times New Roman" w:cs="Times New Roman"/>
                <w:sz w:val="18"/>
              </w:rPr>
              <w:t>coba</w:t>
            </w:r>
            <w:proofErr w:type="spellEnd"/>
            <w:r>
              <w:rPr>
                <w:rFonts w:ascii="Times New Roman" w:hAnsi="Times New Roman" w:cs="Times New Roman"/>
                <w:sz w:val="18"/>
              </w:rPr>
              <w:t xml:space="preserve"> </w:t>
            </w:r>
            <w:proofErr w:type="spellStart"/>
            <w:r>
              <w:rPr>
                <w:rFonts w:ascii="Times New Roman" w:hAnsi="Times New Roman" w:cs="Times New Roman"/>
                <w:sz w:val="18"/>
              </w:rPr>
              <w:t>alat</w:t>
            </w:r>
            <w:proofErr w:type="spellEnd"/>
            <w:r>
              <w:rPr>
                <w:rFonts w:ascii="Times New Roman" w:hAnsi="Times New Roman" w:cs="Times New Roman"/>
                <w:sz w:val="18"/>
              </w:rPr>
              <w:t xml:space="preserve"> dan </w:t>
            </w:r>
            <w:proofErr w:type="spellStart"/>
            <w:r>
              <w:rPr>
                <w:rFonts w:ascii="Times New Roman" w:hAnsi="Times New Roman" w:cs="Times New Roman"/>
                <w:sz w:val="18"/>
              </w:rPr>
              <w:t>sinkronisasi</w:t>
            </w:r>
            <w:proofErr w:type="spellEnd"/>
            <w:r>
              <w:rPr>
                <w:rFonts w:ascii="Times New Roman" w:hAnsi="Times New Roman" w:cs="Times New Roman"/>
                <w:sz w:val="18"/>
              </w:rPr>
              <w:t xml:space="preserve"> </w:t>
            </w:r>
            <w:proofErr w:type="spellStart"/>
            <w:r>
              <w:rPr>
                <w:rFonts w:ascii="Times New Roman" w:hAnsi="Times New Roman" w:cs="Times New Roman"/>
                <w:sz w:val="18"/>
              </w:rPr>
              <w:t>dengan</w:t>
            </w:r>
            <w:proofErr w:type="spellEnd"/>
            <w:r>
              <w:rPr>
                <w:rFonts w:ascii="Times New Roman" w:hAnsi="Times New Roman" w:cs="Times New Roman"/>
                <w:sz w:val="18"/>
              </w:rPr>
              <w:t xml:space="preserve"> web</w:t>
            </w:r>
            <w:r w:rsidR="00EF4364">
              <w:rPr>
                <w:rFonts w:ascii="Times New Roman" w:hAnsi="Times New Roman" w:cs="Times New Roman"/>
                <w:sz w:val="18"/>
              </w:rPr>
              <w:t xml:space="preserve"> dan </w:t>
            </w:r>
            <w:proofErr w:type="spellStart"/>
            <w:r w:rsidR="00EF4364">
              <w:rPr>
                <w:rFonts w:ascii="Times New Roman" w:hAnsi="Times New Roman" w:cs="Times New Roman"/>
                <w:sz w:val="18"/>
              </w:rPr>
              <w:t>berhasil</w:t>
            </w:r>
            <w:proofErr w:type="spellEnd"/>
          </w:p>
        </w:tc>
      </w:tr>
    </w:tbl>
    <w:p w14:paraId="0F115802" w14:textId="77777777" w:rsidR="00C83DA1" w:rsidRDefault="00000000">
      <w:pPr>
        <w:spacing w:before="60" w:after="240"/>
        <w:jc w:val="center"/>
      </w:pPr>
      <w:r>
        <w:rPr>
          <w:rFonts w:ascii="Times New Roman" w:hAnsi="Times New Roman" w:cs="Times New Roman"/>
          <w:b/>
          <w:sz w:val="20"/>
        </w:rPr>
        <w:t xml:space="preserve">Tabel 1. Jadwal </w:t>
      </w:r>
      <w:proofErr w:type="spellStart"/>
      <w:r>
        <w:rPr>
          <w:rFonts w:ascii="Times New Roman" w:hAnsi="Times New Roman" w:cs="Times New Roman"/>
          <w:b/>
          <w:sz w:val="20"/>
        </w:rPr>
        <w:t>Kegiatan</w:t>
      </w:r>
      <w:proofErr w:type="spellEnd"/>
      <w:r>
        <w:rPr>
          <w:rFonts w:ascii="Times New Roman" w:hAnsi="Times New Roman" w:cs="Times New Roman"/>
          <w:b/>
          <w:sz w:val="20"/>
        </w:rPr>
        <w:t xml:space="preserve"> </w:t>
      </w:r>
      <w:proofErr w:type="spellStart"/>
      <w:r>
        <w:rPr>
          <w:rFonts w:ascii="Times New Roman" w:hAnsi="Times New Roman" w:cs="Times New Roman"/>
          <w:b/>
          <w:sz w:val="20"/>
        </w:rPr>
        <w:t>Penelitian</w:t>
      </w:r>
      <w:proofErr w:type="spellEnd"/>
    </w:p>
    <w:p w14:paraId="2769F189" w14:textId="77777777" w:rsidR="00C83DA1" w:rsidRDefault="00000000">
      <w:pPr>
        <w:spacing w:after="120" w:line="360" w:lineRule="auto"/>
        <w:ind w:firstLine="709"/>
        <w:jc w:val="both"/>
      </w:pPr>
      <w:r>
        <w:rPr>
          <w:rFonts w:ascii="Times New Roman" w:hAnsi="Times New Roman" w:cs="Times New Roman"/>
        </w:rPr>
        <w:t xml:space="preserve">Selain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liputan</w:t>
      </w:r>
      <w:proofErr w:type="spellEnd"/>
      <w:r>
        <w:rPr>
          <w:rFonts w:ascii="Times New Roman" w:hAnsi="Times New Roman" w:cs="Times New Roman"/>
        </w:rPr>
        <w:t xml:space="preserve"> di </w:t>
      </w:r>
      <w:proofErr w:type="spellStart"/>
      <w:r>
        <w:rPr>
          <w:rFonts w:ascii="Times New Roman" w:hAnsi="Times New Roman" w:cs="Times New Roman"/>
        </w:rPr>
        <w:t>atas</w:t>
      </w:r>
      <w:proofErr w:type="spellEnd"/>
      <w:r>
        <w:rPr>
          <w:rFonts w:ascii="Times New Roman" w:hAnsi="Times New Roman" w:cs="Times New Roman"/>
        </w:rPr>
        <w:t xml:space="preserve">, pada </w:t>
      </w:r>
      <w:proofErr w:type="spellStart"/>
      <w:r>
        <w:rPr>
          <w:rFonts w:ascii="Times New Roman" w:hAnsi="Times New Roman" w:cs="Times New Roman"/>
        </w:rPr>
        <w:t>tahap</w:t>
      </w:r>
      <w:proofErr w:type="spellEnd"/>
      <w:r>
        <w:rPr>
          <w:rFonts w:ascii="Times New Roman" w:hAnsi="Times New Roman" w:cs="Times New Roman"/>
        </w:rPr>
        <w:t xml:space="preserve"> </w:t>
      </w:r>
      <w:proofErr w:type="spellStart"/>
      <w:r>
        <w:rPr>
          <w:rFonts w:ascii="Times New Roman" w:hAnsi="Times New Roman" w:cs="Times New Roman"/>
        </w:rPr>
        <w:t>kedua</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melaksanakan</w:t>
      </w:r>
      <w:proofErr w:type="spellEnd"/>
      <w:r>
        <w:rPr>
          <w:rFonts w:ascii="Times New Roman" w:hAnsi="Times New Roman" w:cs="Times New Roman"/>
        </w:rPr>
        <w:t xml:space="preserve"> </w:t>
      </w:r>
      <w:proofErr w:type="spellStart"/>
      <w:r>
        <w:rPr>
          <w:rFonts w:ascii="Times New Roman" w:hAnsi="Times New Roman" w:cs="Times New Roman"/>
        </w:rPr>
        <w:t>rancang</w:t>
      </w:r>
      <w:proofErr w:type="spellEnd"/>
      <w:r>
        <w:rPr>
          <w:rFonts w:ascii="Times New Roman" w:hAnsi="Times New Roman" w:cs="Times New Roman"/>
        </w:rPr>
        <w:t xml:space="preserve"> </w:t>
      </w:r>
      <w:proofErr w:type="spellStart"/>
      <w:r>
        <w:rPr>
          <w:rFonts w:ascii="Times New Roman" w:hAnsi="Times New Roman" w:cs="Times New Roman"/>
        </w:rPr>
        <w:t>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meliputi</w:t>
      </w:r>
      <w:proofErr w:type="spellEnd"/>
      <w:r>
        <w:rPr>
          <w:rFonts w:ascii="Times New Roman" w:hAnsi="Times New Roman" w:cs="Times New Roman"/>
        </w:rPr>
        <w:t xml:space="preserve"> </w:t>
      </w:r>
      <w:proofErr w:type="spellStart"/>
      <w:r>
        <w:rPr>
          <w:rFonts w:ascii="Times New Roman" w:hAnsi="Times New Roman" w:cs="Times New Roman"/>
        </w:rPr>
        <w:t>perancangan</w:t>
      </w:r>
      <w:proofErr w:type="spellEnd"/>
      <w:r>
        <w:rPr>
          <w:rFonts w:ascii="Times New Roman" w:hAnsi="Times New Roman" w:cs="Times New Roman"/>
        </w:rPr>
        <w:t xml:space="preserve"> </w:t>
      </w:r>
      <w:proofErr w:type="spellStart"/>
      <w:r>
        <w:rPr>
          <w:rFonts w:ascii="Times New Roman" w:hAnsi="Times New Roman" w:cs="Times New Roman"/>
        </w:rPr>
        <w:t>skema</w:t>
      </w:r>
      <w:proofErr w:type="spellEnd"/>
      <w:r>
        <w:rPr>
          <w:rFonts w:ascii="Times New Roman" w:hAnsi="Times New Roman" w:cs="Times New Roman"/>
        </w:rPr>
        <w:t xml:space="preserve"> </w:t>
      </w:r>
      <w:proofErr w:type="spellStart"/>
      <w:r>
        <w:rPr>
          <w:rFonts w:ascii="Times New Roman" w:hAnsi="Times New Roman" w:cs="Times New Roman"/>
        </w:rPr>
        <w:t>rangkaian</w:t>
      </w:r>
      <w:proofErr w:type="spellEnd"/>
      <w:r>
        <w:rPr>
          <w:rFonts w:ascii="Times New Roman" w:hAnsi="Times New Roman" w:cs="Times New Roman"/>
        </w:rPr>
        <w:t xml:space="preserve">, </w:t>
      </w:r>
      <w:proofErr w:type="spellStart"/>
      <w:r>
        <w:rPr>
          <w:rFonts w:ascii="Times New Roman" w:hAnsi="Times New Roman" w:cs="Times New Roman"/>
        </w:rPr>
        <w:t>pemrograman</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w:t>
      </w:r>
      <w:proofErr w:type="spellStart"/>
      <w:r>
        <w:rPr>
          <w:rFonts w:ascii="Times New Roman" w:hAnsi="Times New Roman" w:cs="Times New Roman"/>
        </w:rPr>
        <w:t>perakitan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fungsionalitas</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w:t>
      </w:r>
    </w:p>
    <w:p w14:paraId="2663E013" w14:textId="77777777" w:rsidR="00C83DA1" w:rsidRDefault="00000000">
      <w:pPr>
        <w:spacing w:before="120" w:after="60" w:line="360" w:lineRule="auto"/>
      </w:pPr>
      <w:r>
        <w:rPr>
          <w:rFonts w:ascii="Times New Roman" w:hAnsi="Times New Roman" w:cs="Times New Roman"/>
          <w:b/>
        </w:rPr>
        <w:t xml:space="preserve">4.2 </w:t>
      </w:r>
      <w:proofErr w:type="spellStart"/>
      <w:r>
        <w:rPr>
          <w:rFonts w:ascii="Times New Roman" w:hAnsi="Times New Roman" w:cs="Times New Roman"/>
          <w:b/>
        </w:rPr>
        <w:t>Permasalahan</w:t>
      </w:r>
      <w:proofErr w:type="spellEnd"/>
      <w:r>
        <w:rPr>
          <w:rFonts w:ascii="Times New Roman" w:hAnsi="Times New Roman" w:cs="Times New Roman"/>
          <w:b/>
        </w:rPr>
        <w:t xml:space="preserve"> yang Ditemukan</w:t>
      </w:r>
    </w:p>
    <w:p w14:paraId="6098016E" w14:textId="77777777" w:rsidR="00C83DA1" w:rsidRDefault="00000000">
      <w:pPr>
        <w:spacing w:after="120" w:line="360" w:lineRule="auto"/>
        <w:jc w:val="both"/>
      </w:pP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ditemukan</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yang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di </w:t>
      </w:r>
      <w:proofErr w:type="spellStart"/>
      <w:r>
        <w:rPr>
          <w:rFonts w:ascii="Times New Roman" w:hAnsi="Times New Roman" w:cs="Times New Roman"/>
        </w:rPr>
        <w:t>instansi</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w:t>
      </w:r>
    </w:p>
    <w:p w14:paraId="427BD292"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rPr>
        <w:t>Penggunaan</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konvensional</w:t>
      </w:r>
      <w:proofErr w:type="spellEnd"/>
      <w:r>
        <w:rPr>
          <w:rFonts w:ascii="Times New Roman" w:hAnsi="Times New Roman" w:cs="Times New Roman"/>
        </w:rPr>
        <w:t xml:space="preserve"> yang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dominan</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rentan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duplikasi</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dan </w:t>
      </w:r>
      <w:proofErr w:type="spellStart"/>
      <w:r>
        <w:rPr>
          <w:rFonts w:ascii="Times New Roman" w:hAnsi="Times New Roman" w:cs="Times New Roman"/>
        </w:rPr>
        <w:t>hilangnya</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w:t>
      </w:r>
    </w:p>
    <w:p w14:paraId="2349FD50" w14:textId="77777777" w:rsidR="00C83DA1" w:rsidRDefault="00000000">
      <w:pPr>
        <w:spacing w:after="60" w:line="360" w:lineRule="auto"/>
        <w:ind w:left="709"/>
        <w:jc w:val="both"/>
      </w:pPr>
      <w:r>
        <w:rPr>
          <w:rFonts w:ascii="Times New Roman" w:hAnsi="Times New Roman" w:cs="Times New Roman"/>
        </w:rPr>
        <w:t xml:space="preserve">2. Tidak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pencatatan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dan </w:t>
      </w:r>
      <w:proofErr w:type="spellStart"/>
      <w:r>
        <w:rPr>
          <w:rFonts w:ascii="Times New Roman" w:hAnsi="Times New Roman" w:cs="Times New Roman"/>
        </w:rPr>
        <w:t>keluar</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sulit</w:t>
      </w:r>
      <w:proofErr w:type="spellEnd"/>
      <w:r>
        <w:rPr>
          <w:rFonts w:ascii="Times New Roman" w:hAnsi="Times New Roman" w:cs="Times New Roman"/>
        </w:rPr>
        <w:t xml:space="preserve"> </w:t>
      </w:r>
      <w:proofErr w:type="spellStart"/>
      <w:r>
        <w:rPr>
          <w:rFonts w:ascii="Times New Roman" w:hAnsi="Times New Roman" w:cs="Times New Roman"/>
        </w:rPr>
        <w:t>melacak</w:t>
      </w:r>
      <w:proofErr w:type="spellEnd"/>
      <w:r>
        <w:rPr>
          <w:rFonts w:ascii="Times New Roman" w:hAnsi="Times New Roman" w:cs="Times New Roman"/>
        </w:rPr>
        <w:t xml:space="preserve"> </w:t>
      </w:r>
      <w:proofErr w:type="spellStart"/>
      <w:r>
        <w:rPr>
          <w:rFonts w:ascii="Times New Roman" w:hAnsi="Times New Roman" w:cs="Times New Roman"/>
        </w:rPr>
        <w:t>siapa</w:t>
      </w:r>
      <w:proofErr w:type="spellEnd"/>
      <w:r>
        <w:rPr>
          <w:rFonts w:ascii="Times New Roman" w:hAnsi="Times New Roman" w:cs="Times New Roman"/>
        </w:rPr>
        <w:t xml:space="preserve"> </w:t>
      </w:r>
      <w:proofErr w:type="spellStart"/>
      <w:r>
        <w:rPr>
          <w:rFonts w:ascii="Times New Roman" w:hAnsi="Times New Roman" w:cs="Times New Roman"/>
        </w:rPr>
        <w:t>saja</w:t>
      </w:r>
      <w:proofErr w:type="spellEnd"/>
      <w:r>
        <w:rPr>
          <w:rFonts w:ascii="Times New Roman" w:hAnsi="Times New Roman" w:cs="Times New Roman"/>
        </w:rPr>
        <w:t xml:space="preserve"> yang </w:t>
      </w:r>
      <w:proofErr w:type="spellStart"/>
      <w:r>
        <w:rPr>
          <w:rFonts w:ascii="Times New Roman" w:hAnsi="Times New Roman" w:cs="Times New Roman"/>
        </w:rPr>
        <w:t>mengakses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w:t>
      </w:r>
    </w:p>
    <w:p w14:paraId="6887AA78" w14:textId="77777777" w:rsidR="00C83DA1" w:rsidRDefault="00000000">
      <w:pPr>
        <w:spacing w:after="60" w:line="360" w:lineRule="auto"/>
        <w:ind w:left="709"/>
        <w:jc w:val="both"/>
      </w:pPr>
      <w:r>
        <w:rPr>
          <w:rFonts w:ascii="Times New Roman" w:hAnsi="Times New Roman" w:cs="Times New Roman"/>
        </w:rPr>
        <w:t xml:space="preserve">3. Akses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terkontrol</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orang yang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berwenang</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mudah</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tertentu</w:t>
      </w:r>
      <w:proofErr w:type="spellEnd"/>
      <w:r>
        <w:rPr>
          <w:rFonts w:ascii="Times New Roman" w:hAnsi="Times New Roman" w:cs="Times New Roman"/>
        </w:rPr>
        <w:t>.</w:t>
      </w:r>
    </w:p>
    <w:p w14:paraId="37A3B794" w14:textId="77777777" w:rsidR="00C83DA1" w:rsidRDefault="00000000">
      <w:pPr>
        <w:spacing w:after="60" w:line="360" w:lineRule="auto"/>
        <w:ind w:left="709"/>
        <w:jc w:val="both"/>
      </w:pPr>
      <w:r>
        <w:rPr>
          <w:rFonts w:ascii="Times New Roman" w:hAnsi="Times New Roman" w:cs="Times New Roman"/>
        </w:rPr>
        <w:t xml:space="preserve">4. </w:t>
      </w:r>
      <w:proofErr w:type="spellStart"/>
      <w:r>
        <w:rPr>
          <w:rFonts w:ascii="Times New Roman" w:hAnsi="Times New Roman" w:cs="Times New Roman"/>
        </w:rPr>
        <w:t>Kurangnya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peringatan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alarm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upaya</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yang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sah</w:t>
      </w:r>
      <w:proofErr w:type="spellEnd"/>
      <w:r>
        <w:rPr>
          <w:rFonts w:ascii="Times New Roman" w:hAnsi="Times New Roman" w:cs="Times New Roman"/>
        </w:rPr>
        <w:t>.</w:t>
      </w:r>
    </w:p>
    <w:p w14:paraId="1EC67785" w14:textId="77777777" w:rsidR="00C83DA1" w:rsidRDefault="00000000">
      <w:pPr>
        <w:spacing w:after="120" w:line="360" w:lineRule="auto"/>
        <w:ind w:firstLine="709"/>
        <w:jc w:val="both"/>
      </w:pPr>
      <w:proofErr w:type="spellStart"/>
      <w:r>
        <w:rPr>
          <w:rFonts w:ascii="Times New Roman" w:hAnsi="Times New Roman" w:cs="Times New Roman"/>
        </w:rPr>
        <w:t>Dampak</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berpotensi</w:t>
      </w:r>
      <w:proofErr w:type="spellEnd"/>
      <w:r>
        <w:rPr>
          <w:rFonts w:ascii="Times New Roman" w:hAnsi="Times New Roman" w:cs="Times New Roman"/>
        </w:rPr>
        <w:t xml:space="preserve"> </w:t>
      </w:r>
      <w:proofErr w:type="spellStart"/>
      <w:r>
        <w:rPr>
          <w:rFonts w:ascii="Times New Roman" w:hAnsi="Times New Roman" w:cs="Times New Roman"/>
        </w:rPr>
        <w:t>menurunkanya</w:t>
      </w:r>
      <w:proofErr w:type="spellEnd"/>
      <w:r>
        <w:rPr>
          <w:rFonts w:ascii="Times New Roman" w:hAnsi="Times New Roman" w:cs="Times New Roman"/>
        </w:rPr>
        <w:t xml:space="preserve"> </w:t>
      </w:r>
      <w:proofErr w:type="spellStart"/>
      <w:r>
        <w:rPr>
          <w:rFonts w:ascii="Times New Roman" w:hAnsi="Times New Roman" w:cs="Times New Roman"/>
        </w:rPr>
        <w:t>tingkat</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meningkatnya</w:t>
      </w:r>
      <w:proofErr w:type="spellEnd"/>
      <w:r>
        <w:rPr>
          <w:rFonts w:ascii="Times New Roman" w:hAnsi="Times New Roman" w:cs="Times New Roman"/>
        </w:rPr>
        <w:t xml:space="preserve"> </w:t>
      </w:r>
      <w:proofErr w:type="spellStart"/>
      <w:r>
        <w:rPr>
          <w:rFonts w:ascii="Times New Roman" w:hAnsi="Times New Roman" w:cs="Times New Roman"/>
        </w:rPr>
        <w:t>risiko</w:t>
      </w:r>
      <w:proofErr w:type="spellEnd"/>
      <w:r>
        <w:rPr>
          <w:rFonts w:ascii="Times New Roman" w:hAnsi="Times New Roman" w:cs="Times New Roman"/>
        </w:rPr>
        <w:t xml:space="preserve"> </w:t>
      </w:r>
      <w:proofErr w:type="spellStart"/>
      <w:r>
        <w:rPr>
          <w:rFonts w:ascii="Times New Roman" w:hAnsi="Times New Roman" w:cs="Times New Roman"/>
        </w:rPr>
        <w:t>pencurian</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kerusakan</w:t>
      </w:r>
      <w:proofErr w:type="spellEnd"/>
      <w:r>
        <w:rPr>
          <w:rFonts w:ascii="Times New Roman" w:hAnsi="Times New Roman" w:cs="Times New Roman"/>
        </w:rPr>
        <w:t xml:space="preserve"> </w:t>
      </w:r>
      <w:proofErr w:type="spellStart"/>
      <w:r>
        <w:rPr>
          <w:rFonts w:ascii="Times New Roman" w:hAnsi="Times New Roman" w:cs="Times New Roman"/>
        </w:rPr>
        <w:t>aset</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kurangnya</w:t>
      </w:r>
      <w:proofErr w:type="spellEnd"/>
      <w:r>
        <w:rPr>
          <w:rFonts w:ascii="Times New Roman" w:hAnsi="Times New Roman" w:cs="Times New Roman"/>
        </w:rPr>
        <w:t xml:space="preserve"> </w:t>
      </w:r>
      <w:proofErr w:type="spellStart"/>
      <w:r>
        <w:rPr>
          <w:rFonts w:ascii="Times New Roman" w:hAnsi="Times New Roman" w:cs="Times New Roman"/>
        </w:rPr>
        <w:t>akuntabilitas</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siapa</w:t>
      </w:r>
      <w:proofErr w:type="spellEnd"/>
      <w:r>
        <w:rPr>
          <w:rFonts w:ascii="Times New Roman" w:hAnsi="Times New Roman" w:cs="Times New Roman"/>
        </w:rPr>
        <w:t xml:space="preserve"> </w:t>
      </w:r>
      <w:proofErr w:type="spellStart"/>
      <w:r>
        <w:rPr>
          <w:rFonts w:ascii="Times New Roman" w:hAnsi="Times New Roman" w:cs="Times New Roman"/>
        </w:rPr>
        <w:t>saja</w:t>
      </w:r>
      <w:proofErr w:type="spellEnd"/>
      <w:r>
        <w:rPr>
          <w:rFonts w:ascii="Times New Roman" w:hAnsi="Times New Roman" w:cs="Times New Roman"/>
        </w:rPr>
        <w:t xml:space="preserve"> yang </w:t>
      </w:r>
      <w:proofErr w:type="spellStart"/>
      <w:r>
        <w:rPr>
          <w:rFonts w:ascii="Times New Roman" w:hAnsi="Times New Roman" w:cs="Times New Roman"/>
        </w:rPr>
        <w:t>mengakses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w:t>
      </w:r>
    </w:p>
    <w:p w14:paraId="3EE3D91F" w14:textId="77777777" w:rsidR="00C83DA1" w:rsidRDefault="00000000">
      <w:pPr>
        <w:spacing w:before="120" w:after="60" w:line="360" w:lineRule="auto"/>
      </w:pPr>
      <w:r>
        <w:rPr>
          <w:rFonts w:ascii="Times New Roman" w:hAnsi="Times New Roman" w:cs="Times New Roman"/>
          <w:b/>
        </w:rPr>
        <w:t xml:space="preserve">4.3 Metode </w:t>
      </w:r>
      <w:proofErr w:type="spellStart"/>
      <w:r>
        <w:rPr>
          <w:rFonts w:ascii="Times New Roman" w:hAnsi="Times New Roman" w:cs="Times New Roman"/>
          <w:b/>
        </w:rPr>
        <w:t>Penyelesaian</w:t>
      </w:r>
      <w:proofErr w:type="spellEnd"/>
      <w:r>
        <w:rPr>
          <w:rFonts w:ascii="Times New Roman" w:hAnsi="Times New Roman" w:cs="Times New Roman"/>
          <w:b/>
        </w:rPr>
        <w:t xml:space="preserve"> </w:t>
      </w:r>
      <w:proofErr w:type="spellStart"/>
      <w:r>
        <w:rPr>
          <w:rFonts w:ascii="Times New Roman" w:hAnsi="Times New Roman" w:cs="Times New Roman"/>
          <w:b/>
        </w:rPr>
        <w:t>Masalah</w:t>
      </w:r>
      <w:proofErr w:type="spellEnd"/>
    </w:p>
    <w:p w14:paraId="460D4FC1" w14:textId="77777777" w:rsidR="00C83DA1" w:rsidRDefault="00000000">
      <w:pPr>
        <w:spacing w:after="120" w:line="360" w:lineRule="auto"/>
        <w:jc w:val="both"/>
      </w:pP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menyelesaikan</w:t>
      </w:r>
      <w:proofErr w:type="spellEnd"/>
      <w:r>
        <w:rPr>
          <w:rFonts w:ascii="Times New Roman" w:hAnsi="Times New Roman" w:cs="Times New Roman"/>
        </w:rPr>
        <w:t xml:space="preserve"> </w:t>
      </w:r>
      <w:proofErr w:type="spellStart"/>
      <w:r>
        <w:rPr>
          <w:rFonts w:ascii="Times New Roman" w:hAnsi="Times New Roman" w:cs="Times New Roman"/>
        </w:rPr>
        <w:t>permasalahan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langkah-langkah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07B9829F"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b/>
        </w:rPr>
        <w:t>Observasi</w:t>
      </w:r>
      <w:proofErr w:type="spellEnd"/>
      <w:r>
        <w:rPr>
          <w:rFonts w:ascii="Times New Roman" w:hAnsi="Times New Roman" w:cs="Times New Roman"/>
          <w:b/>
        </w:rPr>
        <w:t xml:space="preserve"> dan </w:t>
      </w:r>
      <w:proofErr w:type="spellStart"/>
      <w:r>
        <w:rPr>
          <w:rFonts w:ascii="Times New Roman" w:hAnsi="Times New Roman" w:cs="Times New Roman"/>
          <w:b/>
        </w:rPr>
        <w:t>analisis</w:t>
      </w:r>
      <w:proofErr w:type="spellEnd"/>
      <w:r>
        <w:rPr>
          <w:rFonts w:ascii="Times New Roman" w:hAnsi="Times New Roman" w:cs="Times New Roman"/>
          <w:b/>
        </w:rPr>
        <w:t xml:space="preserve"> </w:t>
      </w:r>
      <w:proofErr w:type="spellStart"/>
      <w:r>
        <w:rPr>
          <w:rFonts w:ascii="Times New Roman" w:hAnsi="Times New Roman" w:cs="Times New Roman"/>
          <w:b/>
        </w:rPr>
        <w:t>kebutuhan</w:t>
      </w:r>
      <w:proofErr w:type="spellEnd"/>
      <w:r>
        <w:rPr>
          <w:rFonts w:ascii="Times New Roman" w:hAnsi="Times New Roman" w:cs="Times New Roman"/>
          <w:b/>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pengamatan</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kondisi</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dan </w:t>
      </w:r>
      <w:proofErr w:type="spellStart"/>
      <w:r>
        <w:rPr>
          <w:rFonts w:ascii="Times New Roman" w:hAnsi="Times New Roman" w:cs="Times New Roman"/>
        </w:rPr>
        <w:t>menganalisis</w:t>
      </w:r>
      <w:proofErr w:type="spellEnd"/>
      <w:r>
        <w:rPr>
          <w:rFonts w:ascii="Times New Roman" w:hAnsi="Times New Roman" w:cs="Times New Roman"/>
        </w:rPr>
        <w:t xml:space="preserve"> </w:t>
      </w:r>
      <w:proofErr w:type="spellStart"/>
      <w:r>
        <w:rPr>
          <w:rFonts w:ascii="Times New Roman" w:hAnsi="Times New Roman" w:cs="Times New Roman"/>
        </w:rPr>
        <w:t>kebutuhan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yang </w:t>
      </w:r>
      <w:proofErr w:type="spellStart"/>
      <w:r>
        <w:rPr>
          <w:rFonts w:ascii="Times New Roman" w:hAnsi="Times New Roman" w:cs="Times New Roman"/>
        </w:rPr>
        <w:t>diperlukan</w:t>
      </w:r>
      <w:proofErr w:type="spellEnd"/>
      <w:r>
        <w:rPr>
          <w:rFonts w:ascii="Times New Roman" w:hAnsi="Times New Roman" w:cs="Times New Roman"/>
        </w:rPr>
        <w:t>.</w:t>
      </w:r>
    </w:p>
    <w:p w14:paraId="72D4C9A0" w14:textId="77777777" w:rsidR="00C83DA1" w:rsidRDefault="00000000">
      <w:pPr>
        <w:spacing w:after="60" w:line="360" w:lineRule="auto"/>
        <w:ind w:left="709"/>
        <w:jc w:val="both"/>
      </w:pPr>
      <w:r>
        <w:rPr>
          <w:rFonts w:ascii="Times New Roman" w:hAnsi="Times New Roman" w:cs="Times New Roman"/>
        </w:rPr>
        <w:t xml:space="preserve">2. </w:t>
      </w:r>
      <w:r>
        <w:rPr>
          <w:rFonts w:ascii="Times New Roman" w:hAnsi="Times New Roman" w:cs="Times New Roman"/>
          <w:b/>
        </w:rPr>
        <w:t xml:space="preserve">Studi </w:t>
      </w:r>
      <w:proofErr w:type="spellStart"/>
      <w:r>
        <w:rPr>
          <w:rFonts w:ascii="Times New Roman" w:hAnsi="Times New Roman" w:cs="Times New Roman"/>
          <w:b/>
        </w:rPr>
        <w:t>literatur</w:t>
      </w:r>
      <w:proofErr w:type="spellEnd"/>
      <w:r>
        <w:rPr>
          <w:rFonts w:ascii="Times New Roman" w:hAnsi="Times New Roman" w:cs="Times New Roman"/>
          <w:b/>
        </w:rPr>
        <w:t xml:space="preserve">: </w:t>
      </w:r>
      <w:proofErr w:type="spellStart"/>
      <w:r>
        <w:rPr>
          <w:rFonts w:ascii="Times New Roman" w:hAnsi="Times New Roman" w:cs="Times New Roman"/>
        </w:rPr>
        <w:t>Mempelajari</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dan </w:t>
      </w:r>
      <w:proofErr w:type="spellStart"/>
      <w:r>
        <w:rPr>
          <w:rFonts w:ascii="Times New Roman" w:hAnsi="Times New Roman" w:cs="Times New Roman"/>
        </w:rPr>
        <w:t>referensi</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RFID, Arduino Uno, dan solenoid door lock.</w:t>
      </w:r>
    </w:p>
    <w:p w14:paraId="68480458" w14:textId="77777777" w:rsidR="00C83DA1" w:rsidRDefault="00000000">
      <w:pPr>
        <w:spacing w:after="60" w:line="360" w:lineRule="auto"/>
        <w:ind w:left="709"/>
        <w:jc w:val="both"/>
      </w:pPr>
      <w:r>
        <w:rPr>
          <w:rFonts w:ascii="Times New Roman" w:hAnsi="Times New Roman" w:cs="Times New Roman"/>
        </w:rPr>
        <w:lastRenderedPageBreak/>
        <w:t xml:space="preserve">3. </w:t>
      </w:r>
      <w:proofErr w:type="spellStart"/>
      <w:r>
        <w:rPr>
          <w:rFonts w:ascii="Times New Roman" w:hAnsi="Times New Roman" w:cs="Times New Roman"/>
          <w:b/>
        </w:rPr>
        <w:t>Perancangan</w:t>
      </w:r>
      <w:proofErr w:type="spellEnd"/>
      <w:r>
        <w:rPr>
          <w:rFonts w:ascii="Times New Roman" w:hAnsi="Times New Roman" w:cs="Times New Roman"/>
          <w:b/>
        </w:rPr>
        <w:t xml:space="preserve"> </w:t>
      </w:r>
      <w:proofErr w:type="spellStart"/>
      <w:r>
        <w:rPr>
          <w:rFonts w:ascii="Times New Roman" w:hAnsi="Times New Roman" w:cs="Times New Roman"/>
          <w:b/>
        </w:rPr>
        <w:t>sistem</w:t>
      </w:r>
      <w:proofErr w:type="spellEnd"/>
      <w:r>
        <w:rPr>
          <w:rFonts w:ascii="Times New Roman" w:hAnsi="Times New Roman" w:cs="Times New Roman"/>
          <w:b/>
        </w:rPr>
        <w:t xml:space="preserve">: </w:t>
      </w:r>
      <w:proofErr w:type="spellStart"/>
      <w:r>
        <w:rPr>
          <w:rFonts w:ascii="Times New Roman" w:hAnsi="Times New Roman" w:cs="Times New Roman"/>
        </w:rPr>
        <w:t>Merancang</w:t>
      </w:r>
      <w:proofErr w:type="spellEnd"/>
      <w:r>
        <w:rPr>
          <w:rFonts w:ascii="Times New Roman" w:hAnsi="Times New Roman" w:cs="Times New Roman"/>
        </w:rPr>
        <w:t xml:space="preserve"> </w:t>
      </w:r>
      <w:proofErr w:type="spellStart"/>
      <w:r>
        <w:rPr>
          <w:rFonts w:ascii="Times New Roman" w:hAnsi="Times New Roman" w:cs="Times New Roman"/>
        </w:rPr>
        <w:t>skema</w:t>
      </w:r>
      <w:proofErr w:type="spellEnd"/>
      <w:r>
        <w:rPr>
          <w:rFonts w:ascii="Times New Roman" w:hAnsi="Times New Roman" w:cs="Times New Roman"/>
        </w:rPr>
        <w:t xml:space="preserve"> </w:t>
      </w:r>
      <w:proofErr w:type="spellStart"/>
      <w:r>
        <w:rPr>
          <w:rFonts w:ascii="Times New Roman" w:hAnsi="Times New Roman" w:cs="Times New Roman"/>
        </w:rPr>
        <w:t>rangkaian</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 xml:space="preserve"> dan diagram </w:t>
      </w:r>
      <w:proofErr w:type="spellStart"/>
      <w:r>
        <w:rPr>
          <w:rFonts w:ascii="Times New Roman" w:hAnsi="Times New Roman" w:cs="Times New Roman"/>
        </w:rPr>
        <w:t>alur</w:t>
      </w:r>
      <w:proofErr w:type="spellEnd"/>
      <w:r>
        <w:rPr>
          <w:rFonts w:ascii="Times New Roman" w:hAnsi="Times New Roman" w:cs="Times New Roman"/>
        </w:rPr>
        <w:t xml:space="preserve"> program (flowchart) </w:t>
      </w:r>
      <w:proofErr w:type="spellStart"/>
      <w:r>
        <w:rPr>
          <w:rFonts w:ascii="Times New Roman" w:hAnsi="Times New Roman" w:cs="Times New Roman"/>
        </w:rPr>
        <w:t>sistem</w:t>
      </w:r>
      <w:proofErr w:type="spellEnd"/>
      <w:r>
        <w:rPr>
          <w:rFonts w:ascii="Times New Roman" w:hAnsi="Times New Roman" w:cs="Times New Roman"/>
        </w:rPr>
        <w:t>.</w:t>
      </w:r>
    </w:p>
    <w:p w14:paraId="2DDBA2AD" w14:textId="77777777" w:rsidR="00C83DA1" w:rsidRDefault="00000000">
      <w:pPr>
        <w:spacing w:after="60" w:line="360" w:lineRule="auto"/>
        <w:ind w:left="709"/>
        <w:jc w:val="both"/>
      </w:pPr>
      <w:r>
        <w:rPr>
          <w:rFonts w:ascii="Times New Roman" w:hAnsi="Times New Roman" w:cs="Times New Roman"/>
        </w:rPr>
        <w:t xml:space="preserve">4. </w:t>
      </w:r>
      <w:proofErr w:type="spellStart"/>
      <w:r>
        <w:rPr>
          <w:rFonts w:ascii="Times New Roman" w:hAnsi="Times New Roman" w:cs="Times New Roman"/>
          <w:b/>
        </w:rPr>
        <w:t>Pemrograman</w:t>
      </w:r>
      <w:proofErr w:type="spellEnd"/>
      <w:r>
        <w:rPr>
          <w:rFonts w:ascii="Times New Roman" w:hAnsi="Times New Roman" w:cs="Times New Roman"/>
          <w:b/>
        </w:rPr>
        <w:t xml:space="preserve">: </w:t>
      </w:r>
      <w:proofErr w:type="spellStart"/>
      <w:r>
        <w:rPr>
          <w:rFonts w:ascii="Times New Roman" w:hAnsi="Times New Roman" w:cs="Times New Roman"/>
        </w:rPr>
        <w:t>Menulis</w:t>
      </w:r>
      <w:proofErr w:type="spellEnd"/>
      <w:r>
        <w:rPr>
          <w:rFonts w:ascii="Times New Roman" w:hAnsi="Times New Roman" w:cs="Times New Roman"/>
        </w:rPr>
        <w:t xml:space="preserve"> </w:t>
      </w:r>
      <w:proofErr w:type="spellStart"/>
      <w:r>
        <w:rPr>
          <w:rFonts w:ascii="Times New Roman" w:hAnsi="Times New Roman" w:cs="Times New Roman"/>
        </w:rPr>
        <w:t>kode</w:t>
      </w:r>
      <w:proofErr w:type="spellEnd"/>
      <w:r>
        <w:rPr>
          <w:rFonts w:ascii="Times New Roman" w:hAnsi="Times New Roman" w:cs="Times New Roman"/>
        </w:rPr>
        <w:t xml:space="preserve"> program </w:t>
      </w:r>
      <w:proofErr w:type="spellStart"/>
      <w:r>
        <w:rPr>
          <w:rFonts w:ascii="Times New Roman" w:hAnsi="Times New Roman" w:cs="Times New Roman"/>
        </w:rPr>
        <w:t>untuk</w:t>
      </w:r>
      <w:proofErr w:type="spellEnd"/>
      <w:r>
        <w:rPr>
          <w:rFonts w:ascii="Times New Roman" w:hAnsi="Times New Roman" w:cs="Times New Roman"/>
        </w:rPr>
        <w:t xml:space="preserve"> Arduino Uno </w:t>
      </w:r>
      <w:proofErr w:type="spellStart"/>
      <w:r>
        <w:rPr>
          <w:rFonts w:ascii="Times New Roman" w:hAnsi="Times New Roman" w:cs="Times New Roman"/>
        </w:rPr>
        <w:t>menggunakan</w:t>
      </w:r>
      <w:proofErr w:type="spellEnd"/>
      <w:r>
        <w:rPr>
          <w:rFonts w:ascii="Times New Roman" w:hAnsi="Times New Roman" w:cs="Times New Roman"/>
        </w:rPr>
        <w:t xml:space="preserve"> Arduino IDE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C/C++.</w:t>
      </w:r>
    </w:p>
    <w:p w14:paraId="5DFC803E" w14:textId="77777777" w:rsidR="00C83DA1" w:rsidRDefault="00000000">
      <w:pPr>
        <w:spacing w:after="60" w:line="360" w:lineRule="auto"/>
        <w:ind w:left="709"/>
        <w:jc w:val="both"/>
      </w:pPr>
      <w:r>
        <w:rPr>
          <w:rFonts w:ascii="Times New Roman" w:hAnsi="Times New Roman" w:cs="Times New Roman"/>
        </w:rPr>
        <w:t xml:space="preserve">5. </w:t>
      </w:r>
      <w:proofErr w:type="spellStart"/>
      <w:r>
        <w:rPr>
          <w:rFonts w:ascii="Times New Roman" w:hAnsi="Times New Roman" w:cs="Times New Roman"/>
          <w:b/>
        </w:rPr>
        <w:t>Perakitan</w:t>
      </w:r>
      <w:proofErr w:type="spellEnd"/>
      <w:r>
        <w:rPr>
          <w:rFonts w:ascii="Times New Roman" w:hAnsi="Times New Roman" w:cs="Times New Roman"/>
          <w:b/>
        </w:rPr>
        <w:t xml:space="preserve">: </w:t>
      </w:r>
      <w:proofErr w:type="spellStart"/>
      <w:r>
        <w:rPr>
          <w:rFonts w:ascii="Times New Roman" w:hAnsi="Times New Roman" w:cs="Times New Roman"/>
        </w:rPr>
        <w:t>Merakit</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hardware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skema</w:t>
      </w:r>
      <w:proofErr w:type="spellEnd"/>
      <w:r>
        <w:rPr>
          <w:rFonts w:ascii="Times New Roman" w:hAnsi="Times New Roman" w:cs="Times New Roman"/>
        </w:rPr>
        <w:t xml:space="preserve"> </w:t>
      </w:r>
      <w:proofErr w:type="spellStart"/>
      <w:r>
        <w:rPr>
          <w:rFonts w:ascii="Times New Roman" w:hAnsi="Times New Roman" w:cs="Times New Roman"/>
        </w:rPr>
        <w:t>rangkaian</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dirancang</w:t>
      </w:r>
      <w:proofErr w:type="spellEnd"/>
      <w:r>
        <w:rPr>
          <w:rFonts w:ascii="Times New Roman" w:hAnsi="Times New Roman" w:cs="Times New Roman"/>
        </w:rPr>
        <w:t>.</w:t>
      </w:r>
    </w:p>
    <w:p w14:paraId="3AD0A99C" w14:textId="77777777" w:rsidR="00C83DA1" w:rsidRDefault="00000000">
      <w:pPr>
        <w:spacing w:after="60" w:line="360" w:lineRule="auto"/>
        <w:ind w:left="709"/>
        <w:jc w:val="both"/>
      </w:pPr>
      <w:r>
        <w:rPr>
          <w:rFonts w:ascii="Times New Roman" w:hAnsi="Times New Roman" w:cs="Times New Roman"/>
        </w:rPr>
        <w:t xml:space="preserve">6. </w:t>
      </w:r>
      <w:proofErr w:type="spellStart"/>
      <w:r>
        <w:rPr>
          <w:rFonts w:ascii="Times New Roman" w:hAnsi="Times New Roman" w:cs="Times New Roman"/>
          <w:b/>
        </w:rPr>
        <w:t>Pengujian</w:t>
      </w:r>
      <w:proofErr w:type="spellEnd"/>
      <w:r>
        <w:rPr>
          <w:rFonts w:ascii="Times New Roman" w:hAnsi="Times New Roman" w:cs="Times New Roman"/>
          <w:b/>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fungsionalitas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bertahap</w:t>
      </w:r>
      <w:proofErr w:type="spellEnd"/>
      <w:r>
        <w:rPr>
          <w:rFonts w:ascii="Times New Roman" w:hAnsi="Times New Roman" w:cs="Times New Roman"/>
        </w:rPr>
        <w:t xml:space="preserve">, </w:t>
      </w:r>
      <w:proofErr w:type="spellStart"/>
      <w:r>
        <w:rPr>
          <w:rFonts w:ascii="Times New Roman" w:hAnsi="Times New Roman" w:cs="Times New Roman"/>
        </w:rPr>
        <w:t>mulai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individual </w:t>
      </w:r>
      <w:proofErr w:type="spellStart"/>
      <w:r>
        <w:rPr>
          <w:rFonts w:ascii="Times New Roman" w:hAnsi="Times New Roman" w:cs="Times New Roman"/>
        </w:rPr>
        <w:t>hingga</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integrasi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72078C67" w14:textId="77777777" w:rsidR="00C83DA1" w:rsidRDefault="00000000">
      <w:pPr>
        <w:spacing w:after="60" w:line="360" w:lineRule="auto"/>
        <w:ind w:left="709"/>
        <w:jc w:val="both"/>
      </w:pPr>
      <w:r>
        <w:rPr>
          <w:rFonts w:ascii="Times New Roman" w:hAnsi="Times New Roman" w:cs="Times New Roman"/>
        </w:rPr>
        <w:t xml:space="preserve">7. </w:t>
      </w:r>
      <w:proofErr w:type="spellStart"/>
      <w:r>
        <w:rPr>
          <w:rFonts w:ascii="Times New Roman" w:hAnsi="Times New Roman" w:cs="Times New Roman"/>
          <w:b/>
        </w:rPr>
        <w:t>Dokumentasi</w:t>
      </w:r>
      <w:proofErr w:type="spellEnd"/>
      <w:r>
        <w:rPr>
          <w:rFonts w:ascii="Times New Roman" w:hAnsi="Times New Roman" w:cs="Times New Roman"/>
          <w:b/>
        </w:rPr>
        <w:t xml:space="preserve">: </w:t>
      </w:r>
      <w:proofErr w:type="spellStart"/>
      <w:r>
        <w:rPr>
          <w:rFonts w:ascii="Times New Roman" w:hAnsi="Times New Roman" w:cs="Times New Roman"/>
        </w:rPr>
        <w:t>Mendokumentasikan</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proses dan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laporan</w:t>
      </w:r>
      <w:proofErr w:type="spellEnd"/>
      <w:r>
        <w:rPr>
          <w:rFonts w:ascii="Times New Roman" w:hAnsi="Times New Roman" w:cs="Times New Roman"/>
        </w:rPr>
        <w:t xml:space="preserve"> </w:t>
      </w:r>
      <w:proofErr w:type="spellStart"/>
      <w:r>
        <w:rPr>
          <w:rFonts w:ascii="Times New Roman" w:hAnsi="Times New Roman" w:cs="Times New Roman"/>
        </w:rPr>
        <w:t>akhir</w:t>
      </w:r>
      <w:proofErr w:type="spellEnd"/>
      <w:r>
        <w:rPr>
          <w:rFonts w:ascii="Times New Roman" w:hAnsi="Times New Roman" w:cs="Times New Roman"/>
        </w:rPr>
        <w:t>.</w:t>
      </w:r>
    </w:p>
    <w:p w14:paraId="26A2373E" w14:textId="77777777" w:rsidR="00C83DA1" w:rsidRDefault="00000000">
      <w:pPr>
        <w:spacing w:before="120" w:after="60" w:line="360" w:lineRule="auto"/>
      </w:pPr>
      <w:r>
        <w:rPr>
          <w:rFonts w:ascii="Times New Roman" w:hAnsi="Times New Roman" w:cs="Times New Roman"/>
          <w:b/>
        </w:rPr>
        <w:t xml:space="preserve">4.4 Hasil </w:t>
      </w:r>
      <w:proofErr w:type="spellStart"/>
      <w:r>
        <w:rPr>
          <w:rFonts w:ascii="Times New Roman" w:hAnsi="Times New Roman" w:cs="Times New Roman"/>
          <w:b/>
        </w:rPr>
        <w:t>Rancang</w:t>
      </w:r>
      <w:proofErr w:type="spellEnd"/>
      <w:r>
        <w:rPr>
          <w:rFonts w:ascii="Times New Roman" w:hAnsi="Times New Roman" w:cs="Times New Roman"/>
          <w:b/>
        </w:rPr>
        <w:t xml:space="preserve"> </w:t>
      </w:r>
      <w:proofErr w:type="spellStart"/>
      <w:r>
        <w:rPr>
          <w:rFonts w:ascii="Times New Roman" w:hAnsi="Times New Roman" w:cs="Times New Roman"/>
          <w:b/>
        </w:rPr>
        <w:t>Bangun</w:t>
      </w:r>
      <w:proofErr w:type="spellEnd"/>
      <w:r>
        <w:rPr>
          <w:rFonts w:ascii="Times New Roman" w:hAnsi="Times New Roman" w:cs="Times New Roman"/>
          <w:b/>
        </w:rPr>
        <w:t xml:space="preserve"> </w:t>
      </w:r>
      <w:proofErr w:type="spellStart"/>
      <w:r>
        <w:rPr>
          <w:rFonts w:ascii="Times New Roman" w:hAnsi="Times New Roman" w:cs="Times New Roman"/>
          <w:b/>
        </w:rPr>
        <w:t>Sistem</w:t>
      </w:r>
      <w:proofErr w:type="spellEnd"/>
    </w:p>
    <w:p w14:paraId="603334C4" w14:textId="5F692B04" w:rsidR="001A4F00" w:rsidRDefault="00000000" w:rsidP="001A4F00">
      <w:pPr>
        <w:spacing w:after="120" w:line="360" w:lineRule="auto"/>
        <w:ind w:firstLine="709"/>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rancang</w:t>
      </w:r>
      <w:proofErr w:type="spellEnd"/>
      <w:r>
        <w:rPr>
          <w:rFonts w:ascii="Times New Roman" w:hAnsi="Times New Roman" w:cs="Times New Roman"/>
        </w:rPr>
        <w:t xml:space="preserve"> </w:t>
      </w:r>
      <w:proofErr w:type="spellStart"/>
      <w:r>
        <w:rPr>
          <w:rFonts w:ascii="Times New Roman" w:hAnsi="Times New Roman" w:cs="Times New Roman"/>
        </w:rPr>
        <w:t>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217EC075" w14:textId="77777777" w:rsidR="001A4F00" w:rsidRPr="001A4F00" w:rsidRDefault="001A4F00" w:rsidP="001A4F00">
      <w:pPr>
        <w:spacing w:after="120" w:line="360" w:lineRule="auto"/>
        <w:ind w:firstLine="709"/>
        <w:jc w:val="both"/>
      </w:pPr>
      <w:r w:rsidRPr="001A4F00">
        <w:t xml:space="preserve">Saat tag RFID valid </w:t>
      </w:r>
      <w:proofErr w:type="spellStart"/>
      <w:r w:rsidRPr="001A4F00">
        <w:t>ditap</w:t>
      </w:r>
      <w:proofErr w:type="spellEnd"/>
      <w:r w:rsidRPr="001A4F00">
        <w:t xml:space="preserve">, Arduino </w:t>
      </w:r>
      <w:proofErr w:type="spellStart"/>
      <w:r w:rsidRPr="001A4F00">
        <w:t>mengirimkan</w:t>
      </w:r>
      <w:proofErr w:type="spellEnd"/>
      <w:r w:rsidRPr="001A4F00">
        <w:t xml:space="preserve"> UID </w:t>
      </w:r>
      <w:proofErr w:type="spellStart"/>
      <w:r w:rsidRPr="001A4F00">
        <w:t>ke</w:t>
      </w:r>
      <w:proofErr w:type="spellEnd"/>
      <w:r w:rsidRPr="001A4F00">
        <w:t xml:space="preserve"> Python Serial Bridge </w:t>
      </w:r>
      <w:proofErr w:type="spellStart"/>
      <w:r w:rsidRPr="001A4F00">
        <w:t>untuk</w:t>
      </w:r>
      <w:proofErr w:type="spellEnd"/>
      <w:r w:rsidRPr="001A4F00">
        <w:t xml:space="preserve"> </w:t>
      </w:r>
      <w:proofErr w:type="spellStart"/>
      <w:r w:rsidRPr="001A4F00">
        <w:t>diteruskan</w:t>
      </w:r>
      <w:proofErr w:type="spellEnd"/>
      <w:r w:rsidRPr="001A4F00">
        <w:t xml:space="preserve"> </w:t>
      </w:r>
      <w:proofErr w:type="spellStart"/>
      <w:r w:rsidRPr="001A4F00">
        <w:t>ke</w:t>
      </w:r>
      <w:proofErr w:type="spellEnd"/>
      <w:r w:rsidRPr="001A4F00">
        <w:t xml:space="preserve"> Laravel Web API. Laravel </w:t>
      </w:r>
      <w:proofErr w:type="spellStart"/>
      <w:r w:rsidRPr="001A4F00">
        <w:t>mengembalikan</w:t>
      </w:r>
      <w:proofErr w:type="spellEnd"/>
      <w:r w:rsidRPr="001A4F00">
        <w:t xml:space="preserve"> </w:t>
      </w:r>
      <w:proofErr w:type="spellStart"/>
      <w:r w:rsidRPr="001A4F00">
        <w:t>respon</w:t>
      </w:r>
      <w:proofErr w:type="spellEnd"/>
      <w:r w:rsidRPr="001A4F00">
        <w:t xml:space="preserve"> </w:t>
      </w:r>
      <w:proofErr w:type="spellStart"/>
      <w:r w:rsidRPr="001A4F00">
        <w:t>otorisasi</w:t>
      </w:r>
      <w:proofErr w:type="spellEnd"/>
      <w:r w:rsidRPr="001A4F00">
        <w:t xml:space="preserve"> 200 OK, </w:t>
      </w:r>
      <w:proofErr w:type="spellStart"/>
      <w:r w:rsidRPr="001A4F00">
        <w:t>kemudian</w:t>
      </w:r>
      <w:proofErr w:type="spellEnd"/>
      <w:r w:rsidRPr="001A4F00">
        <w:t xml:space="preserve"> Arduino </w:t>
      </w:r>
      <w:proofErr w:type="spellStart"/>
      <w:r w:rsidRPr="001A4F00">
        <w:t>mengaktifkan</w:t>
      </w:r>
      <w:proofErr w:type="spellEnd"/>
      <w:r w:rsidRPr="001A4F00">
        <w:t xml:space="preserve"> </w:t>
      </w:r>
      <w:r w:rsidRPr="001A4F00">
        <w:rPr>
          <w:i/>
          <w:iCs/>
        </w:rPr>
        <w:t>relay</w:t>
      </w:r>
      <w:r w:rsidRPr="001A4F00">
        <w:t xml:space="preserve"> </w:t>
      </w:r>
      <w:proofErr w:type="spellStart"/>
      <w:r w:rsidRPr="001A4F00">
        <w:t>untuk</w:t>
      </w:r>
      <w:proofErr w:type="spellEnd"/>
      <w:r w:rsidRPr="001A4F00">
        <w:t xml:space="preserve"> </w:t>
      </w:r>
      <w:proofErr w:type="spellStart"/>
      <w:r w:rsidRPr="001A4F00">
        <w:t>menarik</w:t>
      </w:r>
      <w:proofErr w:type="spellEnd"/>
      <w:r w:rsidRPr="001A4F00">
        <w:t xml:space="preserve"> </w:t>
      </w:r>
      <w:r w:rsidRPr="001A4F00">
        <w:rPr>
          <w:i/>
          <w:iCs/>
        </w:rPr>
        <w:t>solenoid door lock</w:t>
      </w:r>
      <w:r w:rsidRPr="001A4F00">
        <w:t xml:space="preserve"> (</w:t>
      </w:r>
      <w:proofErr w:type="spellStart"/>
      <w:r w:rsidRPr="001A4F00">
        <w:t>pintu</w:t>
      </w:r>
      <w:proofErr w:type="spellEnd"/>
      <w:r w:rsidRPr="001A4F00">
        <w:t xml:space="preserve"> </w:t>
      </w:r>
      <w:proofErr w:type="spellStart"/>
      <w:r w:rsidRPr="001A4F00">
        <w:t>terbuka</w:t>
      </w:r>
      <w:proofErr w:type="spellEnd"/>
      <w:r w:rsidRPr="001A4F00">
        <w:t xml:space="preserve">) </w:t>
      </w:r>
      <w:proofErr w:type="spellStart"/>
      <w:r w:rsidRPr="001A4F00">
        <w:rPr>
          <w:b/>
          <w:bCs/>
        </w:rPr>
        <w:t>selama</w:t>
      </w:r>
      <w:proofErr w:type="spellEnd"/>
      <w:r w:rsidRPr="001A4F00">
        <w:rPr>
          <w:b/>
          <w:bCs/>
        </w:rPr>
        <w:t xml:space="preserve"> 3 </w:t>
      </w:r>
      <w:proofErr w:type="spellStart"/>
      <w:r w:rsidRPr="001A4F00">
        <w:rPr>
          <w:b/>
          <w:bCs/>
        </w:rPr>
        <w:t>detik</w:t>
      </w:r>
      <w:proofErr w:type="spellEnd"/>
      <w:r w:rsidRPr="001A4F00">
        <w:t xml:space="preserve"> </w:t>
      </w:r>
      <w:proofErr w:type="spellStart"/>
      <w:r w:rsidRPr="001A4F00">
        <w:t>sebelum</w:t>
      </w:r>
      <w:proofErr w:type="spellEnd"/>
      <w:r w:rsidRPr="001A4F00">
        <w:t xml:space="preserve"> </w:t>
      </w:r>
      <w:proofErr w:type="spellStart"/>
      <w:r w:rsidRPr="001A4F00">
        <w:t>mengunci</w:t>
      </w:r>
      <w:proofErr w:type="spellEnd"/>
      <w:r w:rsidRPr="001A4F00">
        <w:t xml:space="preserve"> </w:t>
      </w:r>
      <w:proofErr w:type="spellStart"/>
      <w:r w:rsidRPr="001A4F00">
        <w:t>kembali</w:t>
      </w:r>
      <w:proofErr w:type="spellEnd"/>
      <w:r w:rsidRPr="001A4F00">
        <w:t xml:space="preserve">. Status </w:t>
      </w:r>
      <w:proofErr w:type="spellStart"/>
      <w:r w:rsidRPr="001A4F00">
        <w:t>transaksi</w:t>
      </w:r>
      <w:proofErr w:type="spellEnd"/>
      <w:r w:rsidRPr="001A4F00">
        <w:t xml:space="preserve"> </w:t>
      </w:r>
      <w:proofErr w:type="spellStart"/>
      <w:r w:rsidRPr="001A4F00">
        <w:t>secara</w:t>
      </w:r>
      <w:proofErr w:type="spellEnd"/>
      <w:r w:rsidRPr="001A4F00">
        <w:t xml:space="preserve"> </w:t>
      </w:r>
      <w:proofErr w:type="spellStart"/>
      <w:r w:rsidRPr="001A4F00">
        <w:t>otomatis</w:t>
      </w:r>
      <w:proofErr w:type="spellEnd"/>
      <w:r w:rsidRPr="001A4F00">
        <w:t xml:space="preserve"> </w:t>
      </w:r>
      <w:proofErr w:type="spellStart"/>
      <w:r w:rsidRPr="001A4F00">
        <w:t>tampil</w:t>
      </w:r>
      <w:proofErr w:type="spellEnd"/>
      <w:r w:rsidRPr="001A4F00">
        <w:t xml:space="preserve"> di </w:t>
      </w:r>
      <w:r w:rsidRPr="001A4F00">
        <w:rPr>
          <w:i/>
          <w:iCs/>
        </w:rPr>
        <w:t>dashboard</w:t>
      </w:r>
      <w:r w:rsidRPr="001A4F00">
        <w:t xml:space="preserve"> web. </w:t>
      </w:r>
    </w:p>
    <w:p w14:paraId="16AA18E8" w14:textId="77777777" w:rsidR="001A4F00" w:rsidRPr="001A4F00" w:rsidRDefault="001A4F00" w:rsidP="001A4F00">
      <w:pPr>
        <w:spacing w:after="120" w:line="360" w:lineRule="auto"/>
        <w:ind w:firstLine="709"/>
        <w:jc w:val="both"/>
      </w:pPr>
      <w:proofErr w:type="spellStart"/>
      <w:r w:rsidRPr="001A4F00">
        <w:rPr>
          <w:b/>
          <w:bCs/>
        </w:rPr>
        <w:t>Pengujian</w:t>
      </w:r>
      <w:proofErr w:type="spellEnd"/>
      <w:r w:rsidRPr="001A4F00">
        <w:rPr>
          <w:b/>
          <w:bCs/>
        </w:rPr>
        <w:t xml:space="preserve"> Kartu Invalid:</w:t>
      </w:r>
      <w:r w:rsidRPr="001A4F00">
        <w:t xml:space="preserve"> Saat tag RFID </w:t>
      </w:r>
      <w:proofErr w:type="spellStart"/>
      <w:r w:rsidRPr="001A4F00">
        <w:t>tidak</w:t>
      </w:r>
      <w:proofErr w:type="spellEnd"/>
      <w:r w:rsidRPr="001A4F00">
        <w:t xml:space="preserve"> </w:t>
      </w:r>
      <w:proofErr w:type="spellStart"/>
      <w:r w:rsidRPr="001A4F00">
        <w:t>terdaftar</w:t>
      </w:r>
      <w:proofErr w:type="spellEnd"/>
      <w:r w:rsidRPr="001A4F00">
        <w:t xml:space="preserve"> </w:t>
      </w:r>
      <w:proofErr w:type="spellStart"/>
      <w:r w:rsidRPr="001A4F00">
        <w:t>ditap</w:t>
      </w:r>
      <w:proofErr w:type="spellEnd"/>
      <w:r w:rsidRPr="001A4F00">
        <w:t xml:space="preserve">, Laravel API </w:t>
      </w:r>
      <w:proofErr w:type="spellStart"/>
      <w:r w:rsidRPr="001A4F00">
        <w:t>mengembalikan</w:t>
      </w:r>
      <w:proofErr w:type="spellEnd"/>
      <w:r w:rsidRPr="001A4F00">
        <w:t xml:space="preserve"> </w:t>
      </w:r>
      <w:proofErr w:type="spellStart"/>
      <w:r w:rsidRPr="001A4F00">
        <w:t>respon</w:t>
      </w:r>
      <w:proofErr w:type="spellEnd"/>
      <w:r w:rsidRPr="001A4F00">
        <w:t xml:space="preserve"> 403 Forbidden / 404 Not Found. </w:t>
      </w:r>
      <w:r w:rsidRPr="001A4F00">
        <w:rPr>
          <w:i/>
          <w:iCs/>
        </w:rPr>
        <w:t>Relay</w:t>
      </w:r>
      <w:r w:rsidRPr="001A4F00">
        <w:t xml:space="preserve"> </w:t>
      </w:r>
      <w:proofErr w:type="spellStart"/>
      <w:r w:rsidRPr="001A4F00">
        <w:t>tetap</w:t>
      </w:r>
      <w:proofErr w:type="spellEnd"/>
      <w:r w:rsidRPr="001A4F00">
        <w:t xml:space="preserve"> </w:t>
      </w:r>
      <w:proofErr w:type="spellStart"/>
      <w:r w:rsidRPr="001A4F00">
        <w:t>dalam</w:t>
      </w:r>
      <w:proofErr w:type="spellEnd"/>
      <w:r w:rsidRPr="001A4F00">
        <w:t xml:space="preserve"> </w:t>
      </w:r>
      <w:proofErr w:type="spellStart"/>
      <w:r w:rsidRPr="001A4F00">
        <w:t>kondisi</w:t>
      </w:r>
      <w:proofErr w:type="spellEnd"/>
      <w:r w:rsidRPr="001A4F00">
        <w:t xml:space="preserve"> </w:t>
      </w:r>
      <w:proofErr w:type="spellStart"/>
      <w:r w:rsidRPr="001A4F00">
        <w:t>mati</w:t>
      </w:r>
      <w:proofErr w:type="spellEnd"/>
      <w:r w:rsidRPr="001A4F00">
        <w:t xml:space="preserve"> (solenoid </w:t>
      </w:r>
      <w:proofErr w:type="spellStart"/>
      <w:r w:rsidRPr="001A4F00">
        <w:t>tetap</w:t>
      </w:r>
      <w:proofErr w:type="spellEnd"/>
      <w:r w:rsidRPr="001A4F00">
        <w:t xml:space="preserve"> </w:t>
      </w:r>
      <w:proofErr w:type="spellStart"/>
      <w:r w:rsidRPr="001A4F00">
        <w:t>mengunci</w:t>
      </w:r>
      <w:proofErr w:type="spellEnd"/>
      <w:r w:rsidRPr="001A4F00">
        <w:t xml:space="preserve">) dan </w:t>
      </w:r>
      <w:proofErr w:type="spellStart"/>
      <w:r w:rsidRPr="001A4F00">
        <w:t>sistem</w:t>
      </w:r>
      <w:proofErr w:type="spellEnd"/>
      <w:r w:rsidRPr="001A4F00">
        <w:t xml:space="preserve"> </w:t>
      </w:r>
      <w:proofErr w:type="spellStart"/>
      <w:r w:rsidRPr="001A4F00">
        <w:t>mencatat</w:t>
      </w:r>
      <w:proofErr w:type="spellEnd"/>
      <w:r w:rsidRPr="001A4F00">
        <w:t xml:space="preserve"> </w:t>
      </w:r>
      <w:proofErr w:type="spellStart"/>
      <w:r w:rsidRPr="001A4F00">
        <w:t>riwayat</w:t>
      </w:r>
      <w:proofErr w:type="spellEnd"/>
      <w:r w:rsidRPr="001A4F00">
        <w:t xml:space="preserve"> </w:t>
      </w:r>
      <w:proofErr w:type="spellStart"/>
      <w:r w:rsidRPr="001A4F00">
        <w:t>penolakan</w:t>
      </w:r>
      <w:proofErr w:type="spellEnd"/>
      <w:r w:rsidRPr="001A4F00">
        <w:t xml:space="preserve"> </w:t>
      </w:r>
      <w:proofErr w:type="spellStart"/>
      <w:r w:rsidRPr="001A4F00">
        <w:t>akses</w:t>
      </w:r>
      <w:proofErr w:type="spellEnd"/>
      <w:r w:rsidRPr="001A4F00">
        <w:t xml:space="preserve"> pada </w:t>
      </w:r>
      <w:r w:rsidRPr="001A4F00">
        <w:rPr>
          <w:i/>
          <w:iCs/>
        </w:rPr>
        <w:t>dashboard</w:t>
      </w:r>
      <w:r w:rsidRPr="001A4F00">
        <w:t xml:space="preserve"> web.</w:t>
      </w:r>
    </w:p>
    <w:p w14:paraId="62FC77EE" w14:textId="77777777" w:rsidR="001A4F00" w:rsidRDefault="001A4F00">
      <w:pPr>
        <w:spacing w:after="120" w:line="360" w:lineRule="auto"/>
        <w:ind w:firstLine="709"/>
        <w:jc w:val="both"/>
      </w:pPr>
    </w:p>
    <w:p w14:paraId="58E9AD53" w14:textId="77777777" w:rsidR="00C83DA1" w:rsidRDefault="00000000">
      <w:pPr>
        <w:spacing w:before="60" w:after="60" w:line="360" w:lineRule="auto"/>
      </w:pPr>
      <w:r>
        <w:rPr>
          <w:rFonts w:ascii="Times New Roman" w:hAnsi="Times New Roman" w:cs="Times New Roman"/>
          <w:b/>
          <w:i/>
        </w:rPr>
        <w:t xml:space="preserve">4.4.1 </w:t>
      </w:r>
      <w:proofErr w:type="spellStart"/>
      <w:r>
        <w:rPr>
          <w:rFonts w:ascii="Times New Roman" w:hAnsi="Times New Roman" w:cs="Times New Roman"/>
          <w:b/>
          <w:i/>
        </w:rPr>
        <w:t>Spesifikasi</w:t>
      </w:r>
      <w:proofErr w:type="spellEnd"/>
      <w:r>
        <w:rPr>
          <w:rFonts w:ascii="Times New Roman" w:hAnsi="Times New Roman" w:cs="Times New Roman"/>
          <w:b/>
          <w:i/>
        </w:rPr>
        <w:t xml:space="preserve"> Hardware</w:t>
      </w:r>
    </w:p>
    <w:p w14:paraId="17AB2072" w14:textId="77777777" w:rsidR="00C83DA1" w:rsidRDefault="00000000">
      <w:pPr>
        <w:spacing w:after="120" w:line="360" w:lineRule="auto"/>
        <w:jc w:val="both"/>
      </w:pP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dibangun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hardware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1B088058" w14:textId="77777777" w:rsidR="00C83DA1" w:rsidRDefault="00000000">
      <w:pPr>
        <w:spacing w:after="60" w:line="360" w:lineRule="auto"/>
        <w:ind w:left="709"/>
        <w:jc w:val="both"/>
      </w:pPr>
      <w:r>
        <w:rPr>
          <w:rFonts w:ascii="Times New Roman" w:hAnsi="Times New Roman" w:cs="Times New Roman"/>
        </w:rPr>
        <w:t xml:space="preserve">1. Arduino Uno R3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yang </w:t>
      </w:r>
      <w:proofErr w:type="spellStart"/>
      <w:r>
        <w:rPr>
          <w:rFonts w:ascii="Times New Roman" w:hAnsi="Times New Roman" w:cs="Times New Roman"/>
        </w:rPr>
        <w:t>mengontrol</w:t>
      </w:r>
      <w:proofErr w:type="spellEnd"/>
      <w:r>
        <w:rPr>
          <w:rFonts w:ascii="Times New Roman" w:hAnsi="Times New Roman" w:cs="Times New Roman"/>
        </w:rPr>
        <w:t xml:space="preserve"> </w:t>
      </w:r>
      <w:proofErr w:type="spellStart"/>
      <w:r>
        <w:rPr>
          <w:rFonts w:ascii="Times New Roman" w:hAnsi="Times New Roman" w:cs="Times New Roman"/>
        </w:rPr>
        <w:t>seluruh</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30307C06" w14:textId="77777777" w:rsidR="00C83DA1" w:rsidRDefault="00000000">
      <w:pPr>
        <w:spacing w:after="60" w:line="360" w:lineRule="auto"/>
        <w:ind w:left="709"/>
        <w:jc w:val="both"/>
      </w:pPr>
      <w:r>
        <w:rPr>
          <w:rFonts w:ascii="Times New Roman" w:hAnsi="Times New Roman" w:cs="Times New Roman"/>
        </w:rPr>
        <w:t xml:space="preserve">2. Modul RFID RC522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pembaca</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frekuensi</w:t>
      </w:r>
      <w:proofErr w:type="spellEnd"/>
      <w:r>
        <w:rPr>
          <w:rFonts w:ascii="Times New Roman" w:hAnsi="Times New Roman" w:cs="Times New Roman"/>
        </w:rPr>
        <w:t xml:space="preserve"> 13,56 </w:t>
      </w:r>
      <w:proofErr w:type="spellStart"/>
      <w:r>
        <w:rPr>
          <w:rFonts w:ascii="Times New Roman" w:hAnsi="Times New Roman" w:cs="Times New Roman"/>
        </w:rPr>
        <w:t>MHz.</w:t>
      </w:r>
      <w:proofErr w:type="spellEnd"/>
    </w:p>
    <w:p w14:paraId="4F12B3AB" w14:textId="77777777" w:rsidR="00C83DA1" w:rsidRDefault="00000000">
      <w:pPr>
        <w:spacing w:after="60" w:line="360" w:lineRule="auto"/>
        <w:ind w:left="709"/>
        <w:jc w:val="both"/>
      </w:pPr>
      <w:r>
        <w:rPr>
          <w:rFonts w:ascii="Times New Roman" w:hAnsi="Times New Roman" w:cs="Times New Roman"/>
        </w:rPr>
        <w:t xml:space="preserve">3. Solenoid Door Lock 12V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aktuator</w:t>
      </w:r>
      <w:proofErr w:type="spellEnd"/>
      <w:r>
        <w:rPr>
          <w:rFonts w:ascii="Times New Roman" w:hAnsi="Times New Roman" w:cs="Times New Roman"/>
        </w:rPr>
        <w:t xml:space="preserve"> </w:t>
      </w:r>
      <w:proofErr w:type="spellStart"/>
      <w:r>
        <w:rPr>
          <w:rFonts w:ascii="Times New Roman" w:hAnsi="Times New Roman" w:cs="Times New Roman"/>
        </w:rPr>
        <w:t>pengunci</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w:t>
      </w:r>
      <w:proofErr w:type="spellStart"/>
      <w:r>
        <w:rPr>
          <w:rFonts w:ascii="Times New Roman" w:hAnsi="Times New Roman" w:cs="Times New Roman"/>
        </w:rPr>
        <w:t>elektromagnetik</w:t>
      </w:r>
      <w:proofErr w:type="spellEnd"/>
      <w:r>
        <w:rPr>
          <w:rFonts w:ascii="Times New Roman" w:hAnsi="Times New Roman" w:cs="Times New Roman"/>
        </w:rPr>
        <w:t>.</w:t>
      </w:r>
    </w:p>
    <w:p w14:paraId="1B837786" w14:textId="77777777" w:rsidR="00C83DA1" w:rsidRDefault="00000000">
      <w:pPr>
        <w:spacing w:after="60" w:line="360" w:lineRule="auto"/>
        <w:ind w:left="709"/>
        <w:jc w:val="both"/>
      </w:pPr>
      <w:r>
        <w:rPr>
          <w:rFonts w:ascii="Times New Roman" w:hAnsi="Times New Roman" w:cs="Times New Roman"/>
        </w:rPr>
        <w:t xml:space="preserve">4. Relay Module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saklar</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mengontrol</w:t>
      </w:r>
      <w:proofErr w:type="spellEnd"/>
      <w:r>
        <w:rPr>
          <w:rFonts w:ascii="Times New Roman" w:hAnsi="Times New Roman" w:cs="Times New Roman"/>
        </w:rPr>
        <w:t xml:space="preserve"> solenoid door lock.</w:t>
      </w:r>
    </w:p>
    <w:p w14:paraId="4FB176DB" w14:textId="027CA441" w:rsidR="00C83DA1" w:rsidRDefault="00961C57">
      <w:pPr>
        <w:spacing w:after="60" w:line="360" w:lineRule="auto"/>
        <w:ind w:left="709"/>
        <w:jc w:val="both"/>
      </w:pPr>
      <w:r>
        <w:rPr>
          <w:rFonts w:ascii="Times New Roman" w:hAnsi="Times New Roman" w:cs="Times New Roman"/>
        </w:rPr>
        <w:t xml:space="preserve">5. Power Supply 12V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mensuplai</w:t>
      </w:r>
      <w:proofErr w:type="spellEnd"/>
      <w:r>
        <w:rPr>
          <w:rFonts w:ascii="Times New Roman" w:hAnsi="Times New Roman" w:cs="Times New Roman"/>
        </w:rPr>
        <w:t xml:space="preserve"> </w:t>
      </w:r>
      <w:proofErr w:type="spellStart"/>
      <w:r>
        <w:rPr>
          <w:rFonts w:ascii="Times New Roman" w:hAnsi="Times New Roman" w:cs="Times New Roman"/>
        </w:rPr>
        <w:t>daya</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solenoid door lock.</w:t>
      </w:r>
    </w:p>
    <w:p w14:paraId="6629910A" w14:textId="1CBD0BB8" w:rsidR="00C83DA1" w:rsidRDefault="00961C57">
      <w:pPr>
        <w:spacing w:after="60" w:line="360" w:lineRule="auto"/>
        <w:ind w:left="709"/>
        <w:jc w:val="both"/>
      </w:pPr>
      <w:r>
        <w:rPr>
          <w:rFonts w:ascii="Times New Roman" w:hAnsi="Times New Roman" w:cs="Times New Roman"/>
        </w:rPr>
        <w:t xml:space="preserve">6. Kabel Jumper dan Breadboard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menghubungkan</w:t>
      </w:r>
      <w:proofErr w:type="spellEnd"/>
      <w:r>
        <w:rPr>
          <w:rFonts w:ascii="Times New Roman" w:hAnsi="Times New Roman" w:cs="Times New Roman"/>
        </w:rPr>
        <w:t xml:space="preserve"> </w:t>
      </w:r>
      <w:proofErr w:type="spellStart"/>
      <w:r>
        <w:rPr>
          <w:rFonts w:ascii="Times New Roman" w:hAnsi="Times New Roman" w:cs="Times New Roman"/>
        </w:rPr>
        <w:t>komponen-komponen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63AE1289" w14:textId="77777777" w:rsidR="00C83DA1" w:rsidRDefault="00000000">
      <w:pPr>
        <w:spacing w:before="60" w:after="60" w:line="360" w:lineRule="auto"/>
      </w:pPr>
      <w:r>
        <w:rPr>
          <w:rFonts w:ascii="Times New Roman" w:hAnsi="Times New Roman" w:cs="Times New Roman"/>
          <w:b/>
          <w:i/>
        </w:rPr>
        <w:t xml:space="preserve">4.4.2 </w:t>
      </w:r>
      <w:proofErr w:type="spellStart"/>
      <w:r>
        <w:rPr>
          <w:rFonts w:ascii="Times New Roman" w:hAnsi="Times New Roman" w:cs="Times New Roman"/>
          <w:b/>
          <w:i/>
        </w:rPr>
        <w:t>Spesifikasi</w:t>
      </w:r>
      <w:proofErr w:type="spellEnd"/>
      <w:r>
        <w:rPr>
          <w:rFonts w:ascii="Times New Roman" w:hAnsi="Times New Roman" w:cs="Times New Roman"/>
          <w:b/>
          <w:i/>
        </w:rPr>
        <w:t xml:space="preserve"> Software</w:t>
      </w:r>
    </w:p>
    <w:p w14:paraId="2809ECCF" w14:textId="77777777" w:rsidR="00C83DA1" w:rsidRDefault="00000000">
      <w:pPr>
        <w:spacing w:after="120" w:line="360" w:lineRule="auto"/>
        <w:ind w:firstLine="709"/>
        <w:jc w:val="both"/>
      </w:pPr>
      <w:r>
        <w:rPr>
          <w:rFonts w:ascii="Times New Roman" w:hAnsi="Times New Roman" w:cs="Times New Roman"/>
        </w:rPr>
        <w:lastRenderedPageBreak/>
        <w:t xml:space="preserve">Software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dikembangkan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Arduino IDE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w:t>
      </w:r>
      <w:proofErr w:type="spellStart"/>
      <w:r>
        <w:rPr>
          <w:rFonts w:ascii="Times New Roman" w:hAnsi="Times New Roman" w:cs="Times New Roman"/>
        </w:rPr>
        <w:t>pemrograman</w:t>
      </w:r>
      <w:proofErr w:type="spellEnd"/>
      <w:r>
        <w:rPr>
          <w:rFonts w:ascii="Times New Roman" w:hAnsi="Times New Roman" w:cs="Times New Roman"/>
        </w:rPr>
        <w:t xml:space="preserve"> C/C++. Program </w:t>
      </w:r>
      <w:proofErr w:type="spellStart"/>
      <w:r>
        <w:rPr>
          <w:rFonts w:ascii="Times New Roman" w:hAnsi="Times New Roman" w:cs="Times New Roman"/>
        </w:rPr>
        <w:t>utama</w:t>
      </w:r>
      <w:proofErr w:type="spellEnd"/>
      <w:r>
        <w:rPr>
          <w:rFonts w:ascii="Times New Roman" w:hAnsi="Times New Roman" w:cs="Times New Roman"/>
        </w:rPr>
        <w:t xml:space="preserve">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fungsi</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w:t>
      </w:r>
    </w:p>
    <w:p w14:paraId="1FCE8F47"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rPr>
        <w:t>Inisialisasi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Mengatur</w:t>
      </w:r>
      <w:proofErr w:type="spellEnd"/>
      <w:r>
        <w:rPr>
          <w:rFonts w:ascii="Times New Roman" w:hAnsi="Times New Roman" w:cs="Times New Roman"/>
        </w:rPr>
        <w:t xml:space="preserve"> pin I/O, </w:t>
      </w:r>
      <w:proofErr w:type="spellStart"/>
      <w:r>
        <w:rPr>
          <w:rFonts w:ascii="Times New Roman" w:hAnsi="Times New Roman" w:cs="Times New Roman"/>
        </w:rPr>
        <w:t>inisialisasi</w:t>
      </w:r>
      <w:proofErr w:type="spellEnd"/>
      <w:r>
        <w:rPr>
          <w:rFonts w:ascii="Times New Roman" w:hAnsi="Times New Roman" w:cs="Times New Roman"/>
        </w:rPr>
        <w:t xml:space="preserve"> </w:t>
      </w:r>
      <w:proofErr w:type="spellStart"/>
      <w:r>
        <w:rPr>
          <w:rFonts w:ascii="Times New Roman" w:hAnsi="Times New Roman" w:cs="Times New Roman"/>
        </w:rPr>
        <w:t>modul</w:t>
      </w:r>
      <w:proofErr w:type="spellEnd"/>
      <w:r>
        <w:rPr>
          <w:rFonts w:ascii="Times New Roman" w:hAnsi="Times New Roman" w:cs="Times New Roman"/>
        </w:rPr>
        <w:t xml:space="preserve"> RFID RC522, LCD I2C, dan </w:t>
      </w:r>
      <w:proofErr w:type="spellStart"/>
      <w:r>
        <w:rPr>
          <w:rFonts w:ascii="Times New Roman" w:hAnsi="Times New Roman" w:cs="Times New Roman"/>
        </w:rPr>
        <w:t>variabel</w:t>
      </w:r>
      <w:proofErr w:type="spellEnd"/>
      <w:r>
        <w:rPr>
          <w:rFonts w:ascii="Times New Roman" w:hAnsi="Times New Roman" w:cs="Times New Roman"/>
        </w:rPr>
        <w:t xml:space="preserve"> global.</w:t>
      </w:r>
    </w:p>
    <w:p w14:paraId="525B549C" w14:textId="77777777" w:rsidR="00C83DA1" w:rsidRDefault="00000000">
      <w:pPr>
        <w:spacing w:after="60" w:line="360" w:lineRule="auto"/>
        <w:ind w:left="709"/>
        <w:jc w:val="both"/>
      </w:pPr>
      <w:r>
        <w:rPr>
          <w:rFonts w:ascii="Times New Roman" w:hAnsi="Times New Roman" w:cs="Times New Roman"/>
        </w:rPr>
        <w:t xml:space="preserve">2. </w:t>
      </w:r>
      <w:proofErr w:type="spellStart"/>
      <w:r>
        <w:rPr>
          <w:rFonts w:ascii="Times New Roman" w:hAnsi="Times New Roman" w:cs="Times New Roman"/>
        </w:rPr>
        <w:t>Pembacaan</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w:t>
      </w:r>
      <w:proofErr w:type="spellStart"/>
      <w:r>
        <w:rPr>
          <w:rFonts w:ascii="Times New Roman" w:hAnsi="Times New Roman" w:cs="Times New Roman"/>
        </w:rPr>
        <w:t>Membaca</w:t>
      </w:r>
      <w:proofErr w:type="spellEnd"/>
      <w:r>
        <w:rPr>
          <w:rFonts w:ascii="Times New Roman" w:hAnsi="Times New Roman" w:cs="Times New Roman"/>
        </w:rPr>
        <w:t xml:space="preserve"> UID </w:t>
      </w:r>
      <w:proofErr w:type="spellStart"/>
      <w:r>
        <w:rPr>
          <w:rFonts w:ascii="Times New Roman" w:hAnsi="Times New Roman" w:cs="Times New Roman"/>
        </w:rPr>
        <w:t>kartu</w:t>
      </w:r>
      <w:proofErr w:type="spellEnd"/>
      <w:r>
        <w:rPr>
          <w:rFonts w:ascii="Times New Roman" w:hAnsi="Times New Roman" w:cs="Times New Roman"/>
        </w:rPr>
        <w:t xml:space="preserve"> RFID yang </w:t>
      </w:r>
      <w:proofErr w:type="spellStart"/>
      <w:r>
        <w:rPr>
          <w:rFonts w:ascii="Times New Roman" w:hAnsi="Times New Roman" w:cs="Times New Roman"/>
        </w:rPr>
        <w:t>ditempelkan</w:t>
      </w:r>
      <w:proofErr w:type="spellEnd"/>
      <w:r>
        <w:rPr>
          <w:rFonts w:ascii="Times New Roman" w:hAnsi="Times New Roman" w:cs="Times New Roman"/>
        </w:rPr>
        <w:t xml:space="preserve"> pada </w:t>
      </w:r>
      <w:proofErr w:type="spellStart"/>
      <w:r>
        <w:rPr>
          <w:rFonts w:ascii="Times New Roman" w:hAnsi="Times New Roman" w:cs="Times New Roman"/>
        </w:rPr>
        <w:t>modul</w:t>
      </w:r>
      <w:proofErr w:type="spellEnd"/>
      <w:r>
        <w:rPr>
          <w:rFonts w:ascii="Times New Roman" w:hAnsi="Times New Roman" w:cs="Times New Roman"/>
        </w:rPr>
        <w:t xml:space="preserve"> RC522.</w:t>
      </w:r>
    </w:p>
    <w:p w14:paraId="14C9B8E5" w14:textId="77777777" w:rsidR="00C83DA1" w:rsidRDefault="00000000">
      <w:pPr>
        <w:spacing w:after="60" w:line="360" w:lineRule="auto"/>
        <w:ind w:left="709"/>
        <w:jc w:val="both"/>
      </w:pPr>
      <w:r>
        <w:rPr>
          <w:rFonts w:ascii="Times New Roman" w:hAnsi="Times New Roman" w:cs="Times New Roman"/>
        </w:rPr>
        <w:t xml:space="preserve">3. </w:t>
      </w:r>
      <w:proofErr w:type="spellStart"/>
      <w:r>
        <w:rPr>
          <w:rFonts w:ascii="Times New Roman" w:hAnsi="Times New Roman" w:cs="Times New Roman"/>
        </w:rPr>
        <w:t>Verifikasi</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w:t>
      </w:r>
      <w:proofErr w:type="spellStart"/>
      <w:r>
        <w:rPr>
          <w:rFonts w:ascii="Times New Roman" w:hAnsi="Times New Roman" w:cs="Times New Roman"/>
        </w:rPr>
        <w:t>Membandingkan</w:t>
      </w:r>
      <w:proofErr w:type="spellEnd"/>
      <w:r>
        <w:rPr>
          <w:rFonts w:ascii="Times New Roman" w:hAnsi="Times New Roman" w:cs="Times New Roman"/>
        </w:rPr>
        <w:t xml:space="preserve"> UID </w:t>
      </w:r>
      <w:proofErr w:type="spellStart"/>
      <w:r>
        <w:rPr>
          <w:rFonts w:ascii="Times New Roman" w:hAnsi="Times New Roman" w:cs="Times New Roman"/>
        </w:rPr>
        <w:t>kartu</w:t>
      </w:r>
      <w:proofErr w:type="spellEnd"/>
      <w:r>
        <w:rPr>
          <w:rFonts w:ascii="Times New Roman" w:hAnsi="Times New Roman" w:cs="Times New Roman"/>
        </w:rPr>
        <w:t xml:space="preserve"> yang </w:t>
      </w:r>
      <w:proofErr w:type="spellStart"/>
      <w:r>
        <w:rPr>
          <w:rFonts w:ascii="Times New Roman" w:hAnsi="Times New Roman" w:cs="Times New Roman"/>
        </w:rPr>
        <w:t>dibaca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daftar </w:t>
      </w:r>
      <w:proofErr w:type="spellStart"/>
      <w:r>
        <w:rPr>
          <w:rFonts w:ascii="Times New Roman" w:hAnsi="Times New Roman" w:cs="Times New Roman"/>
        </w:rPr>
        <w:t>kartu</w:t>
      </w:r>
      <w:proofErr w:type="spellEnd"/>
      <w:r>
        <w:rPr>
          <w:rFonts w:ascii="Times New Roman" w:hAnsi="Times New Roman" w:cs="Times New Roman"/>
        </w:rPr>
        <w:t xml:space="preserve"> yang </w:t>
      </w:r>
      <w:proofErr w:type="spellStart"/>
      <w:r>
        <w:rPr>
          <w:rFonts w:ascii="Times New Roman" w:hAnsi="Times New Roman" w:cs="Times New Roman"/>
        </w:rPr>
        <w:t>terdaftar</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19C6E2F7" w14:textId="77777777" w:rsidR="00C83DA1" w:rsidRDefault="00000000">
      <w:pPr>
        <w:spacing w:after="60" w:line="360" w:lineRule="auto"/>
        <w:ind w:left="709"/>
        <w:jc w:val="both"/>
      </w:pPr>
      <w:r>
        <w:rPr>
          <w:rFonts w:ascii="Times New Roman" w:hAnsi="Times New Roman" w:cs="Times New Roman"/>
        </w:rPr>
        <w:t xml:space="preserve">4. </w:t>
      </w:r>
      <w:proofErr w:type="spellStart"/>
      <w:r>
        <w:rPr>
          <w:rFonts w:ascii="Times New Roman" w:hAnsi="Times New Roman" w:cs="Times New Roman"/>
        </w:rPr>
        <w:t>Kontrol</w:t>
      </w:r>
      <w:proofErr w:type="spellEnd"/>
      <w:r>
        <w:rPr>
          <w:rFonts w:ascii="Times New Roman" w:hAnsi="Times New Roman" w:cs="Times New Roman"/>
        </w:rPr>
        <w:t xml:space="preserve"> solenoid: </w:t>
      </w:r>
      <w:proofErr w:type="spellStart"/>
      <w:r>
        <w:rPr>
          <w:rFonts w:ascii="Times New Roman" w:hAnsi="Times New Roman" w:cs="Times New Roman"/>
        </w:rPr>
        <w:t>Mengaktifkan</w:t>
      </w:r>
      <w:proofErr w:type="spellEnd"/>
      <w:r>
        <w:rPr>
          <w:rFonts w:ascii="Times New Roman" w:hAnsi="Times New Roman" w:cs="Times New Roman"/>
        </w:rPr>
        <w:t xml:space="preserve"> relay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solenoid door lock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valid,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mengaktifkan</w:t>
      </w:r>
      <w:proofErr w:type="spellEnd"/>
      <w:r>
        <w:rPr>
          <w:rFonts w:ascii="Times New Roman" w:hAnsi="Times New Roman" w:cs="Times New Roman"/>
        </w:rPr>
        <w:t xml:space="preserve"> buzzer </w:t>
      </w:r>
      <w:proofErr w:type="spellStart"/>
      <w:r>
        <w:rPr>
          <w:rFonts w:ascii="Times New Roman" w:hAnsi="Times New Roman" w:cs="Times New Roman"/>
        </w:rPr>
        <w:t>jika</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valid.</w:t>
      </w:r>
    </w:p>
    <w:p w14:paraId="7DFDD2ED" w14:textId="77777777" w:rsidR="00C83DA1" w:rsidRDefault="00000000">
      <w:pPr>
        <w:spacing w:after="60" w:line="360" w:lineRule="auto"/>
        <w:ind w:left="709"/>
        <w:jc w:val="both"/>
      </w:pPr>
      <w:r>
        <w:rPr>
          <w:rFonts w:ascii="Times New Roman" w:hAnsi="Times New Roman" w:cs="Times New Roman"/>
        </w:rPr>
        <w:t xml:space="preserve">5. </w:t>
      </w:r>
      <w:proofErr w:type="spellStart"/>
      <w:r>
        <w:rPr>
          <w:rFonts w:ascii="Times New Roman" w:hAnsi="Times New Roman" w:cs="Times New Roman"/>
        </w:rPr>
        <w:t>Tampilan</w:t>
      </w:r>
      <w:proofErr w:type="spellEnd"/>
      <w:r>
        <w:rPr>
          <w:rFonts w:ascii="Times New Roman" w:hAnsi="Times New Roman" w:cs="Times New Roman"/>
        </w:rPr>
        <w:t xml:space="preserve"> status: </w:t>
      </w:r>
      <w:proofErr w:type="spellStart"/>
      <w:r>
        <w:rPr>
          <w:rFonts w:ascii="Times New Roman" w:hAnsi="Times New Roman" w:cs="Times New Roman"/>
        </w:rPr>
        <w:t>Menampilkan</w:t>
      </w:r>
      <w:proofErr w:type="spellEnd"/>
      <w:r>
        <w:rPr>
          <w:rFonts w:ascii="Times New Roman" w:hAnsi="Times New Roman" w:cs="Times New Roman"/>
        </w:rPr>
        <w:t xml:space="preserve"> status </w:t>
      </w:r>
      <w:proofErr w:type="spellStart"/>
      <w:r>
        <w:rPr>
          <w:rFonts w:ascii="Times New Roman" w:hAnsi="Times New Roman" w:cs="Times New Roman"/>
        </w:rPr>
        <w:t>akses</w:t>
      </w:r>
      <w:proofErr w:type="spellEnd"/>
      <w:r>
        <w:rPr>
          <w:rFonts w:ascii="Times New Roman" w:hAnsi="Times New Roman" w:cs="Times New Roman"/>
        </w:rPr>
        <w:t xml:space="preserve"> pada LCD I2C (Accepted/Denied).</w:t>
      </w:r>
    </w:p>
    <w:p w14:paraId="0D91CCF4" w14:textId="77777777" w:rsidR="00C83DA1" w:rsidRDefault="00000000">
      <w:pPr>
        <w:spacing w:before="60" w:after="60" w:line="360" w:lineRule="auto"/>
      </w:pPr>
      <w:r>
        <w:rPr>
          <w:rFonts w:ascii="Times New Roman" w:hAnsi="Times New Roman" w:cs="Times New Roman"/>
          <w:b/>
          <w:i/>
        </w:rPr>
        <w:t xml:space="preserve">4.4.3 Diagram </w:t>
      </w:r>
      <w:proofErr w:type="spellStart"/>
      <w:r>
        <w:rPr>
          <w:rFonts w:ascii="Times New Roman" w:hAnsi="Times New Roman" w:cs="Times New Roman"/>
          <w:b/>
          <w:i/>
        </w:rPr>
        <w:t>Sistem</w:t>
      </w:r>
      <w:proofErr w:type="spellEnd"/>
    </w:p>
    <w:p w14:paraId="2D70740C" w14:textId="77777777" w:rsidR="00C83DA1" w:rsidRDefault="00000000">
      <w:pPr>
        <w:spacing w:after="120" w:line="360" w:lineRule="auto"/>
        <w:ind w:firstLine="709"/>
        <w:jc w:val="both"/>
      </w:pPr>
      <w:r>
        <w:rPr>
          <w:rFonts w:ascii="Times New Roman" w:hAnsi="Times New Roman" w:cs="Times New Roman"/>
        </w:rPr>
        <w:t xml:space="preserve">Use Case Diagram </w:t>
      </w:r>
      <w:proofErr w:type="spellStart"/>
      <w:r>
        <w:rPr>
          <w:rFonts w:ascii="Times New Roman" w:hAnsi="Times New Roman" w:cs="Times New Roman"/>
        </w:rPr>
        <w:t>menggambarkan</w:t>
      </w:r>
      <w:proofErr w:type="spellEnd"/>
      <w:r>
        <w:rPr>
          <w:rFonts w:ascii="Times New Roman" w:hAnsi="Times New Roman" w:cs="Times New Roman"/>
        </w:rPr>
        <w:t xml:space="preserve"> </w:t>
      </w:r>
      <w:proofErr w:type="spellStart"/>
      <w:r>
        <w:rPr>
          <w:rFonts w:ascii="Times New Roman" w:hAnsi="Times New Roman" w:cs="Times New Roman"/>
        </w:rPr>
        <w:t>hubungan</w:t>
      </w:r>
      <w:proofErr w:type="spellEnd"/>
      <w:r>
        <w:rPr>
          <w:rFonts w:ascii="Times New Roman" w:hAnsi="Times New Roman" w:cs="Times New Roman"/>
        </w:rPr>
        <w:t xml:space="preserve"> </w:t>
      </w:r>
      <w:proofErr w:type="spellStart"/>
      <w:r>
        <w:rPr>
          <w:rFonts w:ascii="Times New Roman" w:hAnsi="Times New Roman" w:cs="Times New Roman"/>
        </w:rPr>
        <w:t>fungsional</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w:t>
      </w:r>
      <w:proofErr w:type="spellStart"/>
      <w:r>
        <w:rPr>
          <w:rFonts w:ascii="Times New Roman" w:hAnsi="Times New Roman" w:cs="Times New Roman"/>
        </w:rPr>
        <w:t>aktor</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fungsi-fungsi</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gedung</w:t>
      </w:r>
      <w:proofErr w:type="spellEnd"/>
      <w:r>
        <w:rPr>
          <w:rFonts w:ascii="Times New Roman" w:hAnsi="Times New Roman" w:cs="Times New Roman"/>
        </w:rPr>
        <w:t xml:space="preserve"> </w:t>
      </w:r>
      <w:proofErr w:type="spellStart"/>
      <w:r>
        <w:rPr>
          <w:rFonts w:ascii="Times New Roman" w:hAnsi="Times New Roman" w:cs="Times New Roman"/>
        </w:rPr>
        <w:t>pintar</w:t>
      </w:r>
      <w:proofErr w:type="spellEnd"/>
      <w:r>
        <w:rPr>
          <w:rFonts w:ascii="Times New Roman" w:hAnsi="Times New Roman" w:cs="Times New Roman"/>
        </w:rPr>
        <w:t xml:space="preserve">. Aktor User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Karyawan</w:t>
      </w:r>
      <w:proofErr w:type="spellEnd"/>
      <w:r>
        <w:rPr>
          <w:rFonts w:ascii="Times New Roman" w:hAnsi="Times New Roman" w:cs="Times New Roman"/>
        </w:rPr>
        <w:t xml:space="preserve"> </w:t>
      </w:r>
      <w:proofErr w:type="spellStart"/>
      <w:r>
        <w:rPr>
          <w:rFonts w:ascii="Times New Roman" w:hAnsi="Times New Roman" w:cs="Times New Roman"/>
        </w:rPr>
        <w:t>berinteraksi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proses tap </w:t>
      </w:r>
      <w:proofErr w:type="spellStart"/>
      <w:r>
        <w:rPr>
          <w:rFonts w:ascii="Times New Roman" w:hAnsi="Times New Roman" w:cs="Times New Roman"/>
        </w:rPr>
        <w:t>kartu</w:t>
      </w:r>
      <w:proofErr w:type="spellEnd"/>
      <w:r>
        <w:rPr>
          <w:rFonts w:ascii="Times New Roman" w:hAnsi="Times New Roman" w:cs="Times New Roman"/>
        </w:rPr>
        <w:t xml:space="preserve"> RFID pada </w:t>
      </w:r>
      <w:proofErr w:type="spellStart"/>
      <w:r>
        <w:rPr>
          <w:rFonts w:ascii="Times New Roman" w:hAnsi="Times New Roman" w:cs="Times New Roman"/>
        </w:rPr>
        <w:t>modul</w:t>
      </w:r>
      <w:proofErr w:type="spellEnd"/>
      <w:r>
        <w:rPr>
          <w:rFonts w:ascii="Times New Roman" w:hAnsi="Times New Roman" w:cs="Times New Roman"/>
        </w:rPr>
        <w:t xml:space="preserve"> </w:t>
      </w:r>
      <w:proofErr w:type="spellStart"/>
      <w:r>
        <w:rPr>
          <w:rFonts w:ascii="Times New Roman" w:hAnsi="Times New Roman" w:cs="Times New Roman"/>
        </w:rPr>
        <w:t>pembaca</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setelah</w:t>
      </w:r>
      <w:proofErr w:type="spellEnd"/>
      <w:r>
        <w:rPr>
          <w:rFonts w:ascii="Times New Roman" w:hAnsi="Times New Roman" w:cs="Times New Roman"/>
        </w:rPr>
        <w:t xml:space="preserve"> </w:t>
      </w:r>
      <w:proofErr w:type="spellStart"/>
      <w:r>
        <w:rPr>
          <w:rFonts w:ascii="Times New Roman" w:hAnsi="Times New Roman" w:cs="Times New Roman"/>
        </w:rPr>
        <w:t>otorisasi</w:t>
      </w:r>
      <w:proofErr w:type="spellEnd"/>
      <w:r>
        <w:rPr>
          <w:rFonts w:ascii="Times New Roman" w:hAnsi="Times New Roman" w:cs="Times New Roman"/>
        </w:rPr>
        <w:t xml:space="preserve"> </w:t>
      </w:r>
      <w:proofErr w:type="spellStart"/>
      <w:r>
        <w:rPr>
          <w:rFonts w:ascii="Times New Roman" w:hAnsi="Times New Roman" w:cs="Times New Roman"/>
        </w:rPr>
        <w:t>berhasil</w:t>
      </w:r>
      <w:proofErr w:type="spellEnd"/>
      <w:r>
        <w:rPr>
          <w:rFonts w:ascii="Times New Roman" w:hAnsi="Times New Roman" w:cs="Times New Roman"/>
        </w:rPr>
        <w:t xml:space="preserve">. Administrator </w:t>
      </w:r>
      <w:proofErr w:type="spellStart"/>
      <w:r>
        <w:rPr>
          <w:rFonts w:ascii="Times New Roman" w:hAnsi="Times New Roman" w:cs="Times New Roman"/>
        </w:rPr>
        <w:t>atau</w:t>
      </w:r>
      <w:proofErr w:type="spellEnd"/>
      <w:r>
        <w:rPr>
          <w:rFonts w:ascii="Times New Roman" w:hAnsi="Times New Roman" w:cs="Times New Roman"/>
        </w:rPr>
        <w:t xml:space="preserve"> Operator </w:t>
      </w:r>
      <w:proofErr w:type="spellStart"/>
      <w:r>
        <w:rPr>
          <w:rFonts w:ascii="Times New Roman" w:hAnsi="Times New Roman" w:cs="Times New Roman"/>
        </w:rPr>
        <w:t>memantau</w:t>
      </w:r>
      <w:proofErr w:type="spellEnd"/>
      <w:r>
        <w:rPr>
          <w:rFonts w:ascii="Times New Roman" w:hAnsi="Times New Roman" w:cs="Times New Roman"/>
        </w:rPr>
        <w:t xml:space="preserve"> dan </w:t>
      </w:r>
      <w:proofErr w:type="spellStart"/>
      <w:r>
        <w:rPr>
          <w:rFonts w:ascii="Times New Roman" w:hAnsi="Times New Roman" w:cs="Times New Roman"/>
        </w:rPr>
        <w:t>mengelola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dashboard web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login </w:t>
      </w:r>
      <w:proofErr w:type="spellStart"/>
      <w:r>
        <w:rPr>
          <w:rFonts w:ascii="Times New Roman" w:hAnsi="Times New Roman" w:cs="Times New Roman"/>
        </w:rPr>
        <w:t>ke</w:t>
      </w:r>
      <w:proofErr w:type="spellEnd"/>
      <w:r>
        <w:rPr>
          <w:rFonts w:ascii="Times New Roman" w:hAnsi="Times New Roman" w:cs="Times New Roman"/>
        </w:rPr>
        <w:t xml:space="preserve"> panel monitoring, </w:t>
      </w:r>
      <w:proofErr w:type="spellStart"/>
      <w:r>
        <w:rPr>
          <w:rFonts w:ascii="Times New Roman" w:hAnsi="Times New Roman" w:cs="Times New Roman"/>
        </w:rPr>
        <w:t>registrasi</w:t>
      </w:r>
      <w:proofErr w:type="spellEnd"/>
      <w:r>
        <w:rPr>
          <w:rFonts w:ascii="Times New Roman" w:hAnsi="Times New Roman" w:cs="Times New Roman"/>
        </w:rPr>
        <w:t xml:space="preserve"> </w:t>
      </w:r>
      <w:proofErr w:type="spellStart"/>
      <w:r>
        <w:rPr>
          <w:rFonts w:ascii="Times New Roman" w:hAnsi="Times New Roman" w:cs="Times New Roman"/>
        </w:rPr>
        <w:t>akun</w:t>
      </w:r>
      <w:proofErr w:type="spellEnd"/>
      <w:r>
        <w:rPr>
          <w:rFonts w:ascii="Times New Roman" w:hAnsi="Times New Roman" w:cs="Times New Roman"/>
        </w:rPr>
        <w:t xml:space="preserve"> admin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monitoring log dan heartbeat </w:t>
      </w:r>
      <w:proofErr w:type="spellStart"/>
      <w:r>
        <w:rPr>
          <w:rFonts w:ascii="Times New Roman" w:hAnsi="Times New Roman" w:cs="Times New Roman"/>
        </w:rPr>
        <w:t>secara</w:t>
      </w:r>
      <w:proofErr w:type="spellEnd"/>
      <w:r>
        <w:rPr>
          <w:rFonts w:ascii="Times New Roman" w:hAnsi="Times New Roman" w:cs="Times New Roman"/>
        </w:rPr>
        <w:t xml:space="preserve"> real-time,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reset </w:t>
      </w:r>
      <w:proofErr w:type="spellStart"/>
      <w:r>
        <w:rPr>
          <w:rFonts w:ascii="Times New Roman" w:hAnsi="Times New Roman" w:cs="Times New Roman"/>
        </w:rPr>
        <w:t>atau</w:t>
      </w:r>
      <w:proofErr w:type="spellEnd"/>
      <w:r>
        <w:rPr>
          <w:rFonts w:ascii="Times New Roman" w:hAnsi="Times New Roman" w:cs="Times New Roman"/>
        </w:rPr>
        <w:t xml:space="preserve"> override lock </w:t>
      </w:r>
      <w:proofErr w:type="spellStart"/>
      <w:r>
        <w:rPr>
          <w:rFonts w:ascii="Times New Roman" w:hAnsi="Times New Roman" w:cs="Times New Roman"/>
        </w:rPr>
        <w:t>secara</w:t>
      </w:r>
      <w:proofErr w:type="spellEnd"/>
      <w:r>
        <w:rPr>
          <w:rFonts w:ascii="Times New Roman" w:hAnsi="Times New Roman" w:cs="Times New Roman"/>
        </w:rPr>
        <w:t xml:space="preserve"> manual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jauh</w:t>
      </w:r>
      <w:proofErr w:type="spellEnd"/>
      <w:r>
        <w:rPr>
          <w:rFonts w:ascii="Times New Roman" w:hAnsi="Times New Roman" w:cs="Times New Roman"/>
        </w:rPr>
        <w:t>.</w:t>
      </w:r>
    </w:p>
    <w:p w14:paraId="4E20CE2B" w14:textId="77777777" w:rsidR="00C83DA1" w:rsidRDefault="00000000">
      <w:pPr>
        <w:spacing w:after="120" w:line="360" w:lineRule="auto"/>
        <w:ind w:firstLine="709"/>
        <w:jc w:val="both"/>
      </w:pPr>
      <w:proofErr w:type="spellStart"/>
      <w:r>
        <w:rPr>
          <w:rFonts w:ascii="Times New Roman" w:hAnsi="Times New Roman" w:cs="Times New Roman"/>
        </w:rPr>
        <w:t>Sementara</w:t>
      </w:r>
      <w:proofErr w:type="spellEnd"/>
      <w:r>
        <w:rPr>
          <w:rFonts w:ascii="Times New Roman" w:hAnsi="Times New Roman" w:cs="Times New Roman"/>
        </w:rPr>
        <w:t xml:space="preserve">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IoT yang </w:t>
      </w:r>
      <w:proofErr w:type="spellStart"/>
      <w:r>
        <w:rPr>
          <w:rFonts w:ascii="Times New Roman" w:hAnsi="Times New Roman" w:cs="Times New Roman"/>
        </w:rPr>
        <w:t>terdiri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Arduino dan Python </w:t>
      </w:r>
      <w:proofErr w:type="spellStart"/>
      <w:r>
        <w:rPr>
          <w:rFonts w:ascii="Times New Roman" w:hAnsi="Times New Roman" w:cs="Times New Roman"/>
        </w:rPr>
        <w:t>berperan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aktor</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yang </w:t>
      </w:r>
      <w:proofErr w:type="spellStart"/>
      <w:r>
        <w:rPr>
          <w:rFonts w:ascii="Times New Roman" w:hAnsi="Times New Roman" w:cs="Times New Roman"/>
        </w:rPr>
        <w:t>membaca</w:t>
      </w:r>
      <w:proofErr w:type="spellEnd"/>
      <w:r>
        <w:rPr>
          <w:rFonts w:ascii="Times New Roman" w:hAnsi="Times New Roman" w:cs="Times New Roman"/>
        </w:rPr>
        <w:t xml:space="preserve"> data </w:t>
      </w:r>
      <w:proofErr w:type="spellStart"/>
      <w:r>
        <w:rPr>
          <w:rFonts w:ascii="Times New Roman" w:hAnsi="Times New Roman" w:cs="Times New Roman"/>
        </w:rPr>
        <w:t>kartu</w:t>
      </w:r>
      <w:proofErr w:type="spellEnd"/>
      <w:r>
        <w:rPr>
          <w:rFonts w:ascii="Times New Roman" w:hAnsi="Times New Roman" w:cs="Times New Roman"/>
        </w:rPr>
        <w:t xml:space="preserve"> RFID, </w:t>
      </w:r>
      <w:proofErr w:type="spellStart"/>
      <w:r>
        <w:rPr>
          <w:rFonts w:ascii="Times New Roman" w:hAnsi="Times New Roman" w:cs="Times New Roman"/>
        </w:rPr>
        <w:t>mengirimkan</w:t>
      </w:r>
      <w:proofErr w:type="spellEnd"/>
      <w:r>
        <w:rPr>
          <w:rFonts w:ascii="Times New Roman" w:hAnsi="Times New Roman" w:cs="Times New Roman"/>
        </w:rPr>
        <w:t xml:space="preserve"> heartbeat </w:t>
      </w:r>
      <w:proofErr w:type="spellStart"/>
      <w:r>
        <w:rPr>
          <w:rFonts w:ascii="Times New Roman" w:hAnsi="Times New Roman" w:cs="Times New Roman"/>
        </w:rPr>
        <w:t>ke</w:t>
      </w:r>
      <w:proofErr w:type="spellEnd"/>
      <w:r>
        <w:rPr>
          <w:rFonts w:ascii="Times New Roman" w:hAnsi="Times New Roman" w:cs="Times New Roman"/>
        </w:rPr>
        <w:t xml:space="preserve"> server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berkala</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mengaktifkan</w:t>
      </w:r>
      <w:proofErr w:type="spellEnd"/>
      <w:r>
        <w:rPr>
          <w:rFonts w:ascii="Times New Roman" w:hAnsi="Times New Roman" w:cs="Times New Roman"/>
        </w:rPr>
        <w:t xml:space="preserve"> </w:t>
      </w:r>
      <w:proofErr w:type="spellStart"/>
      <w:r>
        <w:rPr>
          <w:rFonts w:ascii="Times New Roman" w:hAnsi="Times New Roman" w:cs="Times New Roman"/>
        </w:rPr>
        <w:t>protokol</w:t>
      </w:r>
      <w:proofErr w:type="spellEnd"/>
      <w:r>
        <w:rPr>
          <w:rFonts w:ascii="Times New Roman" w:hAnsi="Times New Roman" w:cs="Times New Roman"/>
        </w:rPr>
        <w:t xml:space="preserve"> fail-safe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apabila</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pemutusan</w:t>
      </w:r>
      <w:proofErr w:type="spellEnd"/>
      <w:r>
        <w:rPr>
          <w:rFonts w:ascii="Times New Roman" w:hAnsi="Times New Roman" w:cs="Times New Roman"/>
        </w:rPr>
        <w:t xml:space="preserve"> </w:t>
      </w:r>
      <w:proofErr w:type="spellStart"/>
      <w:r>
        <w:rPr>
          <w:rFonts w:ascii="Times New Roman" w:hAnsi="Times New Roman" w:cs="Times New Roman"/>
        </w:rPr>
        <w:t>koneksi</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gangguan</w:t>
      </w:r>
      <w:proofErr w:type="spellEnd"/>
      <w:r>
        <w:rPr>
          <w:rFonts w:ascii="Times New Roman" w:hAnsi="Times New Roman" w:cs="Times New Roman"/>
        </w:rPr>
        <w:t xml:space="preserve"> </w:t>
      </w:r>
      <w:proofErr w:type="spellStart"/>
      <w:r>
        <w:rPr>
          <w:rFonts w:ascii="Times New Roman" w:hAnsi="Times New Roman" w:cs="Times New Roman"/>
        </w:rPr>
        <w:t>suplai</w:t>
      </w:r>
      <w:proofErr w:type="spellEnd"/>
      <w:r>
        <w:rPr>
          <w:rFonts w:ascii="Times New Roman" w:hAnsi="Times New Roman" w:cs="Times New Roman"/>
        </w:rPr>
        <w:t xml:space="preserve"> </w:t>
      </w:r>
      <w:proofErr w:type="spellStart"/>
      <w:r>
        <w:rPr>
          <w:rFonts w:ascii="Times New Roman" w:hAnsi="Times New Roman" w:cs="Times New Roman"/>
        </w:rPr>
        <w:t>daya</w:t>
      </w:r>
      <w:proofErr w:type="spellEnd"/>
      <w:r>
        <w:rPr>
          <w:rFonts w:ascii="Times New Roman" w:hAnsi="Times New Roman" w:cs="Times New Roman"/>
        </w:rPr>
        <w:t>.</w:t>
      </w:r>
    </w:p>
    <w:p w14:paraId="5B923158" w14:textId="77777777" w:rsidR="00C83DA1" w:rsidRDefault="00000000">
      <w:pPr>
        <w:spacing w:before="60" w:after="60" w:line="360" w:lineRule="auto"/>
      </w:pPr>
      <w:r>
        <w:rPr>
          <w:rFonts w:ascii="Times New Roman" w:hAnsi="Times New Roman" w:cs="Times New Roman"/>
          <w:b/>
          <w:i/>
        </w:rPr>
        <w:t xml:space="preserve">4.4.4 Alur </w:t>
      </w:r>
      <w:proofErr w:type="spellStart"/>
      <w:r>
        <w:rPr>
          <w:rFonts w:ascii="Times New Roman" w:hAnsi="Times New Roman" w:cs="Times New Roman"/>
          <w:b/>
          <w:i/>
        </w:rPr>
        <w:t>Kerja</w:t>
      </w:r>
      <w:proofErr w:type="spellEnd"/>
      <w:r>
        <w:rPr>
          <w:rFonts w:ascii="Times New Roman" w:hAnsi="Times New Roman" w:cs="Times New Roman"/>
          <w:b/>
          <w:i/>
        </w:rPr>
        <w:t xml:space="preserve"> </w:t>
      </w:r>
      <w:proofErr w:type="spellStart"/>
      <w:r>
        <w:rPr>
          <w:rFonts w:ascii="Times New Roman" w:hAnsi="Times New Roman" w:cs="Times New Roman"/>
          <w:b/>
          <w:i/>
        </w:rPr>
        <w:t>Sistem</w:t>
      </w:r>
      <w:proofErr w:type="spellEnd"/>
    </w:p>
    <w:p w14:paraId="127BE220" w14:textId="77777777" w:rsidR="00C83DA1" w:rsidRDefault="00000000">
      <w:pPr>
        <w:spacing w:after="120" w:line="360" w:lineRule="auto"/>
        <w:ind w:firstLine="709"/>
        <w:jc w:val="both"/>
      </w:pPr>
      <w:r>
        <w:rPr>
          <w:rFonts w:ascii="Times New Roman" w:hAnsi="Times New Roman" w:cs="Times New Roman"/>
        </w:rPr>
        <w:t xml:space="preserve">Alur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ketika</w:t>
      </w:r>
      <w:proofErr w:type="spellEnd"/>
      <w:r>
        <w:rPr>
          <w:rFonts w:ascii="Times New Roman" w:hAnsi="Times New Roman" w:cs="Times New Roman"/>
        </w:rPr>
        <w:t xml:space="preserve"> </w:t>
      </w:r>
      <w:proofErr w:type="spellStart"/>
      <w:r>
        <w:rPr>
          <w:rFonts w:ascii="Times New Roman" w:hAnsi="Times New Roman" w:cs="Times New Roman"/>
        </w:rPr>
        <w:t>pengguna</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w:t>
      </w:r>
      <w:proofErr w:type="spellStart"/>
      <w:r>
        <w:rPr>
          <w:rFonts w:ascii="Times New Roman" w:hAnsi="Times New Roman" w:cs="Times New Roman"/>
        </w:rPr>
        <w:t>ditunjukkan</w:t>
      </w:r>
      <w:proofErr w:type="spellEnd"/>
      <w:r>
        <w:rPr>
          <w:rFonts w:ascii="Times New Roman" w:hAnsi="Times New Roman" w:cs="Times New Roman"/>
        </w:rPr>
        <w:t xml:space="preserve"> pada flowchart </w:t>
      </w:r>
      <w:proofErr w:type="spellStart"/>
      <w:r>
        <w:rPr>
          <w:rFonts w:ascii="Times New Roman" w:hAnsi="Times New Roman" w:cs="Times New Roman"/>
        </w:rPr>
        <w:t>alur</w:t>
      </w:r>
      <w:proofErr w:type="spellEnd"/>
      <w:r>
        <w:rPr>
          <w:rFonts w:ascii="Times New Roman" w:hAnsi="Times New Roman" w:cs="Times New Roman"/>
        </w:rPr>
        <w:t xml:space="preserve"> </w:t>
      </w:r>
      <w:proofErr w:type="spellStart"/>
      <w:r>
        <w:rPr>
          <w:rFonts w:ascii="Times New Roman" w:hAnsi="Times New Roman" w:cs="Times New Roman"/>
        </w:rPr>
        <w:t>buka</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Proses </w:t>
      </w:r>
      <w:proofErr w:type="spellStart"/>
      <w:r>
        <w:rPr>
          <w:rFonts w:ascii="Times New Roman" w:hAnsi="Times New Roman" w:cs="Times New Roman"/>
        </w:rPr>
        <w:t>dimulai</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karyawan</w:t>
      </w:r>
      <w:proofErr w:type="spellEnd"/>
      <w:r>
        <w:rPr>
          <w:rFonts w:ascii="Times New Roman" w:hAnsi="Times New Roman" w:cs="Times New Roman"/>
        </w:rPr>
        <w:t xml:space="preserve"> </w:t>
      </w:r>
      <w:proofErr w:type="spellStart"/>
      <w:r>
        <w:rPr>
          <w:rFonts w:ascii="Times New Roman" w:hAnsi="Times New Roman" w:cs="Times New Roman"/>
        </w:rPr>
        <w:t>menempelkan</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modul</w:t>
      </w:r>
      <w:proofErr w:type="spellEnd"/>
      <w:r>
        <w:rPr>
          <w:rFonts w:ascii="Times New Roman" w:hAnsi="Times New Roman" w:cs="Times New Roman"/>
        </w:rPr>
        <w:t xml:space="preserve"> MFRC522. Arduino Uno </w:t>
      </w:r>
      <w:proofErr w:type="spellStart"/>
      <w:r>
        <w:rPr>
          <w:rFonts w:ascii="Times New Roman" w:hAnsi="Times New Roman" w:cs="Times New Roman"/>
        </w:rPr>
        <w:t>kemudian</w:t>
      </w:r>
      <w:proofErr w:type="spellEnd"/>
      <w:r>
        <w:rPr>
          <w:rFonts w:ascii="Times New Roman" w:hAnsi="Times New Roman" w:cs="Times New Roman"/>
        </w:rPr>
        <w:t xml:space="preserve"> </w:t>
      </w:r>
      <w:proofErr w:type="spellStart"/>
      <w:r>
        <w:rPr>
          <w:rFonts w:ascii="Times New Roman" w:hAnsi="Times New Roman" w:cs="Times New Roman"/>
        </w:rPr>
        <w:t>membaca</w:t>
      </w:r>
      <w:proofErr w:type="spellEnd"/>
      <w:r>
        <w:rPr>
          <w:rFonts w:ascii="Times New Roman" w:hAnsi="Times New Roman" w:cs="Times New Roman"/>
        </w:rPr>
        <w:t xml:space="preserve"> </w:t>
      </w:r>
      <w:proofErr w:type="spellStart"/>
      <w:r>
        <w:rPr>
          <w:rFonts w:ascii="Times New Roman" w:hAnsi="Times New Roman" w:cs="Times New Roman"/>
        </w:rPr>
        <w:t>nomor</w:t>
      </w:r>
      <w:proofErr w:type="spellEnd"/>
      <w:r>
        <w:rPr>
          <w:rFonts w:ascii="Times New Roman" w:hAnsi="Times New Roman" w:cs="Times New Roman"/>
        </w:rPr>
        <w:t xml:space="preserve"> UID </w:t>
      </w:r>
      <w:proofErr w:type="spellStart"/>
      <w:r>
        <w:rPr>
          <w:rFonts w:ascii="Times New Roman" w:hAnsi="Times New Roman" w:cs="Times New Roman"/>
        </w:rPr>
        <w:t>kartu</w:t>
      </w:r>
      <w:proofErr w:type="spellEnd"/>
      <w:r>
        <w:rPr>
          <w:rFonts w:ascii="Times New Roman" w:hAnsi="Times New Roman" w:cs="Times New Roman"/>
        </w:rPr>
        <w:t xml:space="preserve"> dan </w:t>
      </w:r>
      <w:proofErr w:type="spellStart"/>
      <w:r>
        <w:rPr>
          <w:rFonts w:ascii="Times New Roman" w:hAnsi="Times New Roman" w:cs="Times New Roman"/>
        </w:rPr>
        <w:t>mengirimkannya</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w:t>
      </w:r>
      <w:proofErr w:type="spellStart"/>
      <w:r>
        <w:rPr>
          <w:rFonts w:ascii="Times New Roman" w:hAnsi="Times New Roman" w:cs="Times New Roman"/>
        </w:rPr>
        <w:t>komputer</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proofErr w:type="spellStart"/>
      <w:r>
        <w:rPr>
          <w:rFonts w:ascii="Times New Roman" w:hAnsi="Times New Roman" w:cs="Times New Roman"/>
        </w:rPr>
        <w:t>koneksi</w:t>
      </w:r>
      <w:proofErr w:type="spellEnd"/>
      <w:r>
        <w:rPr>
          <w:rFonts w:ascii="Times New Roman" w:hAnsi="Times New Roman" w:cs="Times New Roman"/>
        </w:rPr>
        <w:t xml:space="preserve"> USB Serial. Program Python bridge.py </w:t>
      </w:r>
      <w:proofErr w:type="spellStart"/>
      <w:r>
        <w:rPr>
          <w:rFonts w:ascii="Times New Roman" w:hAnsi="Times New Roman" w:cs="Times New Roman"/>
        </w:rPr>
        <w:t>menangkap</w:t>
      </w:r>
      <w:proofErr w:type="spellEnd"/>
      <w:r>
        <w:rPr>
          <w:rFonts w:ascii="Times New Roman" w:hAnsi="Times New Roman" w:cs="Times New Roman"/>
        </w:rPr>
        <w:t xml:space="preserve"> data </w:t>
      </w:r>
      <w:proofErr w:type="spellStart"/>
      <w:r>
        <w:rPr>
          <w:rFonts w:ascii="Times New Roman" w:hAnsi="Times New Roman" w:cs="Times New Roman"/>
        </w:rPr>
        <w:t>tersebut</w:t>
      </w:r>
      <w:proofErr w:type="spellEnd"/>
      <w:r>
        <w:rPr>
          <w:rFonts w:ascii="Times New Roman" w:hAnsi="Times New Roman" w:cs="Times New Roman"/>
        </w:rPr>
        <w:t xml:space="preserve"> dan </w:t>
      </w:r>
      <w:proofErr w:type="spellStart"/>
      <w:r>
        <w:rPr>
          <w:rFonts w:ascii="Times New Roman" w:hAnsi="Times New Roman" w:cs="Times New Roman"/>
        </w:rPr>
        <w:t>meneruskannya</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server Laravel </w:t>
      </w:r>
      <w:proofErr w:type="spellStart"/>
      <w:r>
        <w:rPr>
          <w:rFonts w:ascii="Times New Roman" w:hAnsi="Times New Roman" w:cs="Times New Roman"/>
        </w:rPr>
        <w:t>melalui</w:t>
      </w:r>
      <w:proofErr w:type="spellEnd"/>
      <w:r>
        <w:rPr>
          <w:rFonts w:ascii="Times New Roman" w:hAnsi="Times New Roman" w:cs="Times New Roman"/>
        </w:rPr>
        <w:t xml:space="preserve"> request POST API. Server Laravel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mencocokkan</w:t>
      </w:r>
      <w:proofErr w:type="spellEnd"/>
      <w:r>
        <w:rPr>
          <w:rFonts w:ascii="Times New Roman" w:hAnsi="Times New Roman" w:cs="Times New Roman"/>
        </w:rPr>
        <w:t xml:space="preserve"> UID </w:t>
      </w:r>
      <w:proofErr w:type="spellStart"/>
      <w:r>
        <w:rPr>
          <w:rFonts w:ascii="Times New Roman" w:hAnsi="Times New Roman" w:cs="Times New Roman"/>
        </w:rPr>
        <w:t>dengan</w:t>
      </w:r>
      <w:proofErr w:type="spellEnd"/>
      <w:r>
        <w:rPr>
          <w:rFonts w:ascii="Times New Roman" w:hAnsi="Times New Roman" w:cs="Times New Roman"/>
        </w:rPr>
        <w:t xml:space="preserve"> database, </w:t>
      </w:r>
      <w:proofErr w:type="spellStart"/>
      <w:r>
        <w:rPr>
          <w:rFonts w:ascii="Times New Roman" w:hAnsi="Times New Roman" w:cs="Times New Roman"/>
        </w:rPr>
        <w:t>jika</w:t>
      </w:r>
      <w:proofErr w:type="spellEnd"/>
      <w:r>
        <w:rPr>
          <w:rFonts w:ascii="Times New Roman" w:hAnsi="Times New Roman" w:cs="Times New Roman"/>
        </w:rPr>
        <w:t xml:space="preserve"> valid dan </w:t>
      </w:r>
      <w:proofErr w:type="spellStart"/>
      <w:r>
        <w:rPr>
          <w:rFonts w:ascii="Times New Roman" w:hAnsi="Times New Roman" w:cs="Times New Roman"/>
        </w:rPr>
        <w:t>diizinkan</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menyimpan</w:t>
      </w:r>
      <w:proofErr w:type="spellEnd"/>
      <w:r>
        <w:rPr>
          <w:rFonts w:ascii="Times New Roman" w:hAnsi="Times New Roman" w:cs="Times New Roman"/>
        </w:rPr>
        <w:t xml:space="preserve"> log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mengirim</w:t>
      </w:r>
      <w:proofErr w:type="spellEnd"/>
      <w:r>
        <w:rPr>
          <w:rFonts w:ascii="Times New Roman" w:hAnsi="Times New Roman" w:cs="Times New Roman"/>
        </w:rPr>
        <w:t xml:space="preserve"> </w:t>
      </w:r>
      <w:proofErr w:type="spellStart"/>
      <w:r>
        <w:rPr>
          <w:rFonts w:ascii="Times New Roman" w:hAnsi="Times New Roman" w:cs="Times New Roman"/>
        </w:rPr>
        <w:t>respon</w:t>
      </w:r>
      <w:proofErr w:type="spellEnd"/>
      <w:r>
        <w:rPr>
          <w:rFonts w:ascii="Times New Roman" w:hAnsi="Times New Roman" w:cs="Times New Roman"/>
        </w:rPr>
        <w:t xml:space="preserve"> GRANTED, dan </w:t>
      </w:r>
      <w:proofErr w:type="spellStart"/>
      <w:r>
        <w:rPr>
          <w:rFonts w:ascii="Times New Roman" w:hAnsi="Times New Roman" w:cs="Times New Roman"/>
        </w:rPr>
        <w:t>memerintahkan</w:t>
      </w:r>
      <w:proofErr w:type="spellEnd"/>
      <w:r>
        <w:rPr>
          <w:rFonts w:ascii="Times New Roman" w:hAnsi="Times New Roman" w:cs="Times New Roman"/>
        </w:rPr>
        <w:t xml:space="preserve"> Arduino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mengaktifkan</w:t>
      </w:r>
      <w:proofErr w:type="spellEnd"/>
      <w:r>
        <w:rPr>
          <w:rFonts w:ascii="Times New Roman" w:hAnsi="Times New Roman" w:cs="Times New Roman"/>
        </w:rPr>
        <w:t xml:space="preserve"> relay </w:t>
      </w:r>
      <w:proofErr w:type="spellStart"/>
      <w:r>
        <w:rPr>
          <w:rFonts w:ascii="Times New Roman" w:hAnsi="Times New Roman" w:cs="Times New Roman"/>
        </w:rPr>
        <w:t>selama</w:t>
      </w:r>
      <w:proofErr w:type="spellEnd"/>
      <w:r>
        <w:rPr>
          <w:rFonts w:ascii="Times New Roman" w:hAnsi="Times New Roman" w:cs="Times New Roman"/>
        </w:rPr>
        <w:t xml:space="preserve"> 3 </w:t>
      </w:r>
      <w:proofErr w:type="spellStart"/>
      <w:r>
        <w:rPr>
          <w:rFonts w:ascii="Times New Roman" w:hAnsi="Times New Roman" w:cs="Times New Roman"/>
        </w:rPr>
        <w:t>detik</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solenoid door lock </w:t>
      </w:r>
      <w:proofErr w:type="spellStart"/>
      <w:r>
        <w:rPr>
          <w:rFonts w:ascii="Times New Roman" w:hAnsi="Times New Roman" w:cs="Times New Roman"/>
        </w:rPr>
        <w:t>terbuka</w:t>
      </w:r>
      <w:proofErr w:type="spellEnd"/>
      <w:r>
        <w:rPr>
          <w:rFonts w:ascii="Times New Roman" w:hAnsi="Times New Roman" w:cs="Times New Roman"/>
        </w:rPr>
        <w:t xml:space="preserve">. </w:t>
      </w:r>
      <w:proofErr w:type="spellStart"/>
      <w:r>
        <w:rPr>
          <w:rFonts w:ascii="Times New Roman" w:hAnsi="Times New Roman" w:cs="Times New Roman"/>
        </w:rPr>
        <w:t>Sebaliknya</w:t>
      </w:r>
      <w:proofErr w:type="spellEnd"/>
      <w:r>
        <w:rPr>
          <w:rFonts w:ascii="Times New Roman" w:hAnsi="Times New Roman" w:cs="Times New Roman"/>
        </w:rPr>
        <w:t xml:space="preserve">, </w:t>
      </w:r>
      <w:proofErr w:type="spellStart"/>
      <w:r>
        <w:rPr>
          <w:rFonts w:ascii="Times New Roman" w:hAnsi="Times New Roman" w:cs="Times New Roman"/>
        </w:rPr>
        <w:t>jika</w:t>
      </w:r>
      <w:proofErr w:type="spellEnd"/>
      <w:r>
        <w:rPr>
          <w:rFonts w:ascii="Times New Roman" w:hAnsi="Times New Roman" w:cs="Times New Roman"/>
        </w:rPr>
        <w:t xml:space="preserve"> UID </w:t>
      </w:r>
      <w:proofErr w:type="spellStart"/>
      <w:r>
        <w:rPr>
          <w:rFonts w:ascii="Times New Roman" w:hAnsi="Times New Roman" w:cs="Times New Roman"/>
        </w:rPr>
        <w:t>tidak</w:t>
      </w:r>
      <w:proofErr w:type="spellEnd"/>
      <w:r>
        <w:rPr>
          <w:rFonts w:ascii="Times New Roman" w:hAnsi="Times New Roman" w:cs="Times New Roman"/>
        </w:rPr>
        <w:t xml:space="preserve"> valid,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menyimpan</w:t>
      </w:r>
      <w:proofErr w:type="spellEnd"/>
      <w:r>
        <w:rPr>
          <w:rFonts w:ascii="Times New Roman" w:hAnsi="Times New Roman" w:cs="Times New Roman"/>
        </w:rPr>
        <w:t xml:space="preserve"> log </w:t>
      </w:r>
      <w:proofErr w:type="spellStart"/>
      <w:r>
        <w:rPr>
          <w:rFonts w:ascii="Times New Roman" w:hAnsi="Times New Roman" w:cs="Times New Roman"/>
        </w:rPr>
        <w:t>penolakan</w:t>
      </w:r>
      <w:proofErr w:type="spellEnd"/>
      <w:r>
        <w:rPr>
          <w:rFonts w:ascii="Times New Roman" w:hAnsi="Times New Roman" w:cs="Times New Roman"/>
        </w:rPr>
        <w:t xml:space="preserve"> dan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tetap</w:t>
      </w:r>
      <w:proofErr w:type="spellEnd"/>
      <w:r>
        <w:rPr>
          <w:rFonts w:ascii="Times New Roman" w:hAnsi="Times New Roman" w:cs="Times New Roman"/>
        </w:rPr>
        <w:t xml:space="preserve"> </w:t>
      </w:r>
      <w:proofErr w:type="spellStart"/>
      <w:r>
        <w:rPr>
          <w:rFonts w:ascii="Times New Roman" w:hAnsi="Times New Roman" w:cs="Times New Roman"/>
        </w:rPr>
        <w:t>terkunci</w:t>
      </w:r>
      <w:proofErr w:type="spellEnd"/>
      <w:r>
        <w:rPr>
          <w:rFonts w:ascii="Times New Roman" w:hAnsi="Times New Roman" w:cs="Times New Roman"/>
        </w:rPr>
        <w:t>.</w:t>
      </w:r>
    </w:p>
    <w:p w14:paraId="359EA158" w14:textId="77777777" w:rsidR="00C83DA1" w:rsidRDefault="00000000">
      <w:pPr>
        <w:spacing w:after="120" w:line="360" w:lineRule="auto"/>
        <w:ind w:firstLine="709"/>
        <w:jc w:val="both"/>
      </w:pPr>
      <w:r>
        <w:rPr>
          <w:rFonts w:ascii="Times New Roman" w:hAnsi="Times New Roman" w:cs="Times New Roman"/>
        </w:rPr>
        <w:lastRenderedPageBreak/>
        <w:t xml:space="preserve">Selain </w:t>
      </w:r>
      <w:proofErr w:type="spellStart"/>
      <w:r>
        <w:rPr>
          <w:rFonts w:ascii="Times New Roman" w:hAnsi="Times New Roman" w:cs="Times New Roman"/>
        </w:rPr>
        <w:t>itu</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juga </w:t>
      </w:r>
      <w:proofErr w:type="spellStart"/>
      <w:r>
        <w:rPr>
          <w:rFonts w:ascii="Times New Roman" w:hAnsi="Times New Roman" w:cs="Times New Roman"/>
        </w:rPr>
        <w:t>dilengkapi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mekanisme</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darurat</w:t>
      </w:r>
      <w:proofErr w:type="spellEnd"/>
      <w:r>
        <w:rPr>
          <w:rFonts w:ascii="Times New Roman" w:hAnsi="Times New Roman" w:cs="Times New Roman"/>
        </w:rPr>
        <w:t xml:space="preserve"> yang </w:t>
      </w:r>
      <w:proofErr w:type="spellStart"/>
      <w:r>
        <w:rPr>
          <w:rFonts w:ascii="Times New Roman" w:hAnsi="Times New Roman" w:cs="Times New Roman"/>
        </w:rPr>
        <w:t>ditampilkan</w:t>
      </w:r>
      <w:proofErr w:type="spellEnd"/>
      <w:r>
        <w:rPr>
          <w:rFonts w:ascii="Times New Roman" w:hAnsi="Times New Roman" w:cs="Times New Roman"/>
        </w:rPr>
        <w:t xml:space="preserve"> pada Flowchart </w:t>
      </w:r>
      <w:proofErr w:type="spellStart"/>
      <w:r>
        <w:rPr>
          <w:rFonts w:ascii="Times New Roman" w:hAnsi="Times New Roman" w:cs="Times New Roman"/>
        </w:rPr>
        <w:t>Protokol</w:t>
      </w:r>
      <w:proofErr w:type="spellEnd"/>
      <w:r>
        <w:rPr>
          <w:rFonts w:ascii="Times New Roman" w:hAnsi="Times New Roman" w:cs="Times New Roman"/>
        </w:rPr>
        <w:t xml:space="preserve"> Fail-safe. Arduino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terus-menerus</w:t>
      </w:r>
      <w:proofErr w:type="spellEnd"/>
      <w:r>
        <w:rPr>
          <w:rFonts w:ascii="Times New Roman" w:hAnsi="Times New Roman" w:cs="Times New Roman"/>
        </w:rPr>
        <w:t xml:space="preserve"> </w:t>
      </w:r>
      <w:proofErr w:type="spellStart"/>
      <w:r>
        <w:rPr>
          <w:rFonts w:ascii="Times New Roman" w:hAnsi="Times New Roman" w:cs="Times New Roman"/>
        </w:rPr>
        <w:t>memantau</w:t>
      </w:r>
      <w:proofErr w:type="spellEnd"/>
      <w:r>
        <w:rPr>
          <w:rFonts w:ascii="Times New Roman" w:hAnsi="Times New Roman" w:cs="Times New Roman"/>
        </w:rPr>
        <w:t xml:space="preserve"> </w:t>
      </w:r>
      <w:proofErr w:type="spellStart"/>
      <w:r>
        <w:rPr>
          <w:rFonts w:ascii="Times New Roman" w:hAnsi="Times New Roman" w:cs="Times New Roman"/>
        </w:rPr>
        <w:t>sinyal</w:t>
      </w:r>
      <w:proofErr w:type="spellEnd"/>
      <w:r>
        <w:rPr>
          <w:rFonts w:ascii="Times New Roman" w:hAnsi="Times New Roman" w:cs="Times New Roman"/>
        </w:rPr>
        <w:t xml:space="preserve"> heartbeat </w:t>
      </w:r>
      <w:proofErr w:type="spellStart"/>
      <w:r>
        <w:rPr>
          <w:rFonts w:ascii="Times New Roman" w:hAnsi="Times New Roman" w:cs="Times New Roman"/>
        </w:rPr>
        <w:t>berupa</w:t>
      </w:r>
      <w:proofErr w:type="spellEnd"/>
      <w:r>
        <w:rPr>
          <w:rFonts w:ascii="Times New Roman" w:hAnsi="Times New Roman" w:cs="Times New Roman"/>
        </w:rPr>
        <w:t xml:space="preserve"> </w:t>
      </w:r>
      <w:proofErr w:type="spellStart"/>
      <w:r>
        <w:rPr>
          <w:rFonts w:ascii="Times New Roman" w:hAnsi="Times New Roman" w:cs="Times New Roman"/>
        </w:rPr>
        <w:t>karakter</w:t>
      </w:r>
      <w:proofErr w:type="spellEnd"/>
      <w:r>
        <w:rPr>
          <w:rFonts w:ascii="Times New Roman" w:hAnsi="Times New Roman" w:cs="Times New Roman"/>
        </w:rPr>
        <w:t xml:space="preserve"> 'H' yang </w:t>
      </w:r>
      <w:proofErr w:type="spellStart"/>
      <w:r>
        <w:rPr>
          <w:rFonts w:ascii="Times New Roman" w:hAnsi="Times New Roman" w:cs="Times New Roman"/>
        </w:rPr>
        <w:t>dikirimkan</w:t>
      </w:r>
      <w:proofErr w:type="spellEnd"/>
      <w:r>
        <w:rPr>
          <w:rFonts w:ascii="Times New Roman" w:hAnsi="Times New Roman" w:cs="Times New Roman"/>
        </w:rPr>
        <w:t xml:space="preserve"> oleh </w:t>
      </w:r>
      <w:proofErr w:type="spellStart"/>
      <w:r>
        <w:rPr>
          <w:rFonts w:ascii="Times New Roman" w:hAnsi="Times New Roman" w:cs="Times New Roman"/>
        </w:rPr>
        <w:t>komputer</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5 </w:t>
      </w:r>
      <w:proofErr w:type="spellStart"/>
      <w:r>
        <w:rPr>
          <w:rFonts w:ascii="Times New Roman" w:hAnsi="Times New Roman" w:cs="Times New Roman"/>
        </w:rPr>
        <w:t>detik</w:t>
      </w:r>
      <w:proofErr w:type="spellEnd"/>
      <w:r>
        <w:rPr>
          <w:rFonts w:ascii="Times New Roman" w:hAnsi="Times New Roman" w:cs="Times New Roman"/>
        </w:rPr>
        <w:t xml:space="preserve">. </w:t>
      </w:r>
      <w:proofErr w:type="spellStart"/>
      <w:r>
        <w:rPr>
          <w:rFonts w:ascii="Times New Roman" w:hAnsi="Times New Roman" w:cs="Times New Roman"/>
        </w:rPr>
        <w:t>Apabila</w:t>
      </w:r>
      <w:proofErr w:type="spellEnd"/>
      <w:r>
        <w:rPr>
          <w:rFonts w:ascii="Times New Roman" w:hAnsi="Times New Roman" w:cs="Times New Roman"/>
        </w:rPr>
        <w:t xml:space="preserve"> </w:t>
      </w:r>
      <w:proofErr w:type="spellStart"/>
      <w:r>
        <w:rPr>
          <w:rFonts w:ascii="Times New Roman" w:hAnsi="Times New Roman" w:cs="Times New Roman"/>
        </w:rPr>
        <w:t>sinyal</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diterima</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12 </w:t>
      </w:r>
      <w:proofErr w:type="spellStart"/>
      <w:r>
        <w:rPr>
          <w:rFonts w:ascii="Times New Roman" w:hAnsi="Times New Roman" w:cs="Times New Roman"/>
        </w:rPr>
        <w:t>detik</w:t>
      </w:r>
      <w:proofErr w:type="spellEnd"/>
      <w:r>
        <w:rPr>
          <w:rFonts w:ascii="Times New Roman" w:hAnsi="Times New Roman" w:cs="Times New Roman"/>
        </w:rPr>
        <w:t xml:space="preserve">, Arduino </w:t>
      </w:r>
      <w:proofErr w:type="spellStart"/>
      <w:r>
        <w:rPr>
          <w:rFonts w:ascii="Times New Roman" w:hAnsi="Times New Roman" w:cs="Times New Roman"/>
        </w:rPr>
        <w:t>mendeteksi</w:t>
      </w:r>
      <w:proofErr w:type="spellEnd"/>
      <w:r>
        <w:rPr>
          <w:rFonts w:ascii="Times New Roman" w:hAnsi="Times New Roman" w:cs="Times New Roman"/>
        </w:rPr>
        <w:t xml:space="preserve"> </w:t>
      </w:r>
      <w:proofErr w:type="spellStart"/>
      <w:r>
        <w:rPr>
          <w:rFonts w:ascii="Times New Roman" w:hAnsi="Times New Roman" w:cs="Times New Roman"/>
        </w:rPr>
        <w:t>putusnya</w:t>
      </w:r>
      <w:proofErr w:type="spellEnd"/>
      <w:r>
        <w:rPr>
          <w:rFonts w:ascii="Times New Roman" w:hAnsi="Times New Roman" w:cs="Times New Roman"/>
        </w:rPr>
        <w:t xml:space="preserve"> </w:t>
      </w:r>
      <w:proofErr w:type="spellStart"/>
      <w:r>
        <w:rPr>
          <w:rFonts w:ascii="Times New Roman" w:hAnsi="Times New Roman" w:cs="Times New Roman"/>
        </w:rPr>
        <w:t>koneksi</w:t>
      </w:r>
      <w:proofErr w:type="spellEnd"/>
      <w:r>
        <w:rPr>
          <w:rFonts w:ascii="Times New Roman" w:hAnsi="Times New Roman" w:cs="Times New Roman"/>
        </w:rPr>
        <w:t xml:space="preserve"> dan </w:t>
      </w:r>
      <w:proofErr w:type="spellStart"/>
      <w:r>
        <w:rPr>
          <w:rFonts w:ascii="Times New Roman" w:hAnsi="Times New Roman" w:cs="Times New Roman"/>
        </w:rPr>
        <w:t>langsung</w:t>
      </w:r>
      <w:proofErr w:type="spellEnd"/>
      <w:r>
        <w:rPr>
          <w:rFonts w:ascii="Times New Roman" w:hAnsi="Times New Roman" w:cs="Times New Roman"/>
        </w:rPr>
        <w:t xml:space="preserve"> </w:t>
      </w:r>
      <w:proofErr w:type="spellStart"/>
      <w:r>
        <w:rPr>
          <w:rFonts w:ascii="Times New Roman" w:hAnsi="Times New Roman" w:cs="Times New Roman"/>
        </w:rPr>
        <w:t>mematikan</w:t>
      </w:r>
      <w:proofErr w:type="spellEnd"/>
      <w:r>
        <w:rPr>
          <w:rFonts w:ascii="Times New Roman" w:hAnsi="Times New Roman" w:cs="Times New Roman"/>
        </w:rPr>
        <w:t xml:space="preserve"> relay. </w:t>
      </w:r>
      <w:proofErr w:type="spellStart"/>
      <w:r>
        <w:rPr>
          <w:rFonts w:ascii="Times New Roman" w:hAnsi="Times New Roman" w:cs="Times New Roman"/>
        </w:rPr>
        <w:t>Akibatnya</w:t>
      </w:r>
      <w:proofErr w:type="spellEnd"/>
      <w:r>
        <w:rPr>
          <w:rFonts w:ascii="Times New Roman" w:hAnsi="Times New Roman" w:cs="Times New Roman"/>
        </w:rPr>
        <w:t xml:space="preserve">, </w:t>
      </w:r>
      <w:proofErr w:type="spellStart"/>
      <w:r>
        <w:rPr>
          <w:rFonts w:ascii="Times New Roman" w:hAnsi="Times New Roman" w:cs="Times New Roman"/>
        </w:rPr>
        <w:t>aliran</w:t>
      </w:r>
      <w:proofErr w:type="spellEnd"/>
      <w:r>
        <w:rPr>
          <w:rFonts w:ascii="Times New Roman" w:hAnsi="Times New Roman" w:cs="Times New Roman"/>
        </w:rPr>
        <w:t xml:space="preserve"> </w:t>
      </w:r>
      <w:proofErr w:type="spellStart"/>
      <w:r>
        <w:rPr>
          <w:rFonts w:ascii="Times New Roman" w:hAnsi="Times New Roman" w:cs="Times New Roman"/>
        </w:rPr>
        <w:t>listrik</w:t>
      </w:r>
      <w:proofErr w:type="spellEnd"/>
      <w:r>
        <w:rPr>
          <w:rFonts w:ascii="Times New Roman" w:hAnsi="Times New Roman" w:cs="Times New Roman"/>
        </w:rPr>
        <w:t xml:space="preserve"> </w:t>
      </w:r>
      <w:proofErr w:type="spellStart"/>
      <w:r>
        <w:rPr>
          <w:rFonts w:ascii="Times New Roman" w:hAnsi="Times New Roman" w:cs="Times New Roman"/>
        </w:rPr>
        <w:t>ke</w:t>
      </w:r>
      <w:proofErr w:type="spellEnd"/>
      <w:r>
        <w:rPr>
          <w:rFonts w:ascii="Times New Roman" w:hAnsi="Times New Roman" w:cs="Times New Roman"/>
        </w:rPr>
        <w:t xml:space="preserve"> solenoid </w:t>
      </w:r>
      <w:proofErr w:type="spellStart"/>
      <w:r>
        <w:rPr>
          <w:rFonts w:ascii="Times New Roman" w:hAnsi="Times New Roman" w:cs="Times New Roman"/>
        </w:rPr>
        <w:t>terputus</w:t>
      </w:r>
      <w:proofErr w:type="spellEnd"/>
      <w:r>
        <w:rPr>
          <w:rFonts w:ascii="Times New Roman" w:hAnsi="Times New Roman" w:cs="Times New Roman"/>
        </w:rPr>
        <w:t xml:space="preserve">, </w:t>
      </w:r>
      <w:proofErr w:type="spellStart"/>
      <w:r>
        <w:rPr>
          <w:rFonts w:ascii="Times New Roman" w:hAnsi="Times New Roman" w:cs="Times New Roman"/>
        </w:rPr>
        <w:t>gaya</w:t>
      </w:r>
      <w:proofErr w:type="spellEnd"/>
      <w:r>
        <w:rPr>
          <w:rFonts w:ascii="Times New Roman" w:hAnsi="Times New Roman" w:cs="Times New Roman"/>
        </w:rPr>
        <w:t xml:space="preserve"> magnet </w:t>
      </w:r>
      <w:proofErr w:type="spellStart"/>
      <w:r>
        <w:rPr>
          <w:rFonts w:ascii="Times New Roman" w:hAnsi="Times New Roman" w:cs="Times New Roman"/>
        </w:rPr>
        <w:t>hilang</w:t>
      </w:r>
      <w:proofErr w:type="spellEnd"/>
      <w:r>
        <w:rPr>
          <w:rFonts w:ascii="Times New Roman" w:hAnsi="Times New Roman" w:cs="Times New Roman"/>
        </w:rPr>
        <w:t xml:space="preserve">, dan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terbuka</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evakuasi</w:t>
      </w:r>
      <w:proofErr w:type="spellEnd"/>
      <w:r>
        <w:rPr>
          <w:rFonts w:ascii="Times New Roman" w:hAnsi="Times New Roman" w:cs="Times New Roman"/>
        </w:rPr>
        <w:t xml:space="preserve"> </w:t>
      </w:r>
      <w:proofErr w:type="spellStart"/>
      <w:r>
        <w:rPr>
          <w:rFonts w:ascii="Times New Roman" w:hAnsi="Times New Roman" w:cs="Times New Roman"/>
        </w:rPr>
        <w:t>darurat</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aman</w:t>
      </w:r>
      <w:proofErr w:type="spellEnd"/>
      <w:r>
        <w:rPr>
          <w:rFonts w:ascii="Times New Roman" w:hAnsi="Times New Roman" w:cs="Times New Roman"/>
        </w:rPr>
        <w:t>.</w:t>
      </w:r>
    </w:p>
    <w:p w14:paraId="21A07DE5" w14:textId="77777777" w:rsidR="00C83DA1" w:rsidRDefault="00000000">
      <w:pPr>
        <w:spacing w:before="120" w:after="60" w:line="360" w:lineRule="auto"/>
      </w:pPr>
      <w:r>
        <w:rPr>
          <w:rFonts w:ascii="Times New Roman" w:hAnsi="Times New Roman" w:cs="Times New Roman"/>
          <w:b/>
        </w:rPr>
        <w:t xml:space="preserve">4.5 </w:t>
      </w:r>
      <w:proofErr w:type="spellStart"/>
      <w:r>
        <w:rPr>
          <w:rFonts w:ascii="Times New Roman" w:hAnsi="Times New Roman" w:cs="Times New Roman"/>
          <w:b/>
        </w:rPr>
        <w:t>Pembahasan</w:t>
      </w:r>
      <w:proofErr w:type="spellEnd"/>
    </w:p>
    <w:p w14:paraId="250A7443" w14:textId="77777777" w:rsidR="00C83DA1" w:rsidRDefault="00000000">
      <w:pPr>
        <w:spacing w:after="120" w:line="360" w:lineRule="auto"/>
        <w:ind w:firstLine="709"/>
        <w:jc w:val="both"/>
      </w:pPr>
      <w:r>
        <w:rPr>
          <w:rFonts w:ascii="Times New Roman" w:hAnsi="Times New Roman" w:cs="Times New Roman"/>
        </w:rPr>
        <w:t xml:space="preserve">Hasil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diuraikan</w:t>
      </w:r>
      <w:proofErr w:type="spellEnd"/>
      <w:r>
        <w:rPr>
          <w:rFonts w:ascii="Times New Roman" w:hAnsi="Times New Roman" w:cs="Times New Roman"/>
        </w:rPr>
        <w:t xml:space="preserve"> pada </w:t>
      </w:r>
      <w:proofErr w:type="spellStart"/>
      <w:r>
        <w:rPr>
          <w:rFonts w:ascii="Times New Roman" w:hAnsi="Times New Roman" w:cs="Times New Roman"/>
        </w:rPr>
        <w:t>subbab</w:t>
      </w:r>
      <w:proofErr w:type="spellEnd"/>
      <w:r>
        <w:rPr>
          <w:rFonts w:ascii="Times New Roman" w:hAnsi="Times New Roman" w:cs="Times New Roman"/>
        </w:rPr>
        <w:t xml:space="preserve"> </w:t>
      </w:r>
      <w:proofErr w:type="spellStart"/>
      <w:r>
        <w:rPr>
          <w:rFonts w:ascii="Times New Roman" w:hAnsi="Times New Roman" w:cs="Times New Roman"/>
        </w:rPr>
        <w:t>sebelumnya</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dibahas</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dikaji</w:t>
      </w:r>
      <w:proofErr w:type="spellEnd"/>
      <w:r>
        <w:rPr>
          <w:rFonts w:ascii="Times New Roman" w:hAnsi="Times New Roman" w:cs="Times New Roman"/>
        </w:rPr>
        <w:t xml:space="preserve"> pada Bagian 2.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yang </w:t>
      </w:r>
      <w:proofErr w:type="spellStart"/>
      <w:r>
        <w:rPr>
          <w:rFonts w:ascii="Times New Roman" w:hAnsi="Times New Roman" w:cs="Times New Roman"/>
        </w:rPr>
        <w:t>dibangun</w:t>
      </w:r>
      <w:proofErr w:type="spellEnd"/>
      <w:r>
        <w:rPr>
          <w:rFonts w:ascii="Times New Roman" w:hAnsi="Times New Roman" w:cs="Times New Roman"/>
        </w:rPr>
        <w:t xml:space="preserve">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yang </w:t>
      </w:r>
      <w:proofErr w:type="spellStart"/>
      <w:r>
        <w:rPr>
          <w:rFonts w:ascii="Times New Roman" w:hAnsi="Times New Roman" w:cs="Times New Roman"/>
        </w:rPr>
        <w:t>dikemukakan</w:t>
      </w:r>
      <w:proofErr w:type="spellEnd"/>
      <w:r>
        <w:rPr>
          <w:rFonts w:ascii="Times New Roman" w:hAnsi="Times New Roman" w:cs="Times New Roman"/>
        </w:rPr>
        <w:t xml:space="preserve"> oleh Hamidah et al. [1]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yang </w:t>
      </w:r>
      <w:proofErr w:type="spellStart"/>
      <w:r>
        <w:rPr>
          <w:rFonts w:ascii="Times New Roman" w:hAnsi="Times New Roman" w:cs="Times New Roman"/>
        </w:rPr>
        <w:t>sama</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 xml:space="preserve"> Arduino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pengendali</w:t>
      </w:r>
      <w:proofErr w:type="spellEnd"/>
      <w:r>
        <w:rPr>
          <w:rFonts w:ascii="Times New Roman" w:hAnsi="Times New Roman" w:cs="Times New Roman"/>
        </w:rPr>
        <w:t xml:space="preserve">, reader RFID, solenoid </w:t>
      </w:r>
      <w:proofErr w:type="spellStart"/>
      <w:r>
        <w:rPr>
          <w:rFonts w:ascii="Times New Roman" w:hAnsi="Times New Roman" w:cs="Times New Roman"/>
        </w:rPr>
        <w:t>doorlock</w:t>
      </w:r>
      <w:proofErr w:type="spellEnd"/>
      <w:r>
        <w:rPr>
          <w:rFonts w:ascii="Times New Roman" w:hAnsi="Times New Roman" w:cs="Times New Roman"/>
        </w:rPr>
        <w:t xml:space="preserve">, dan </w:t>
      </w:r>
      <w:proofErr w:type="spellStart"/>
      <w:r>
        <w:rPr>
          <w:rFonts w:ascii="Times New Roman" w:hAnsi="Times New Roman" w:cs="Times New Roman"/>
        </w:rPr>
        <w:t>layar</w:t>
      </w:r>
      <w:proofErr w:type="spellEnd"/>
      <w:r>
        <w:rPr>
          <w:rFonts w:ascii="Times New Roman" w:hAnsi="Times New Roman" w:cs="Times New Roman"/>
        </w:rPr>
        <w:t xml:space="preserve"> LCD.</w:t>
      </w:r>
    </w:p>
    <w:p w14:paraId="1D1AFF6A" w14:textId="77777777" w:rsidR="00C83DA1" w:rsidRDefault="00000000">
      <w:pPr>
        <w:spacing w:after="120" w:line="360" w:lineRule="auto"/>
        <w:ind w:firstLine="709"/>
        <w:jc w:val="both"/>
      </w:pPr>
      <w:r>
        <w:rPr>
          <w:rFonts w:ascii="Times New Roman" w:hAnsi="Times New Roman" w:cs="Times New Roman"/>
        </w:rPr>
        <w:t xml:space="preserve">Hasil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deteksi</w:t>
      </w:r>
      <w:proofErr w:type="spellEnd"/>
      <w:r>
        <w:rPr>
          <w:rFonts w:ascii="Times New Roman" w:hAnsi="Times New Roman" w:cs="Times New Roman"/>
        </w:rPr>
        <w:t xml:space="preserve"> RFID </w:t>
      </w:r>
      <w:proofErr w:type="spellStart"/>
      <w:r>
        <w:rPr>
          <w:rFonts w:ascii="Times New Roman" w:hAnsi="Times New Roman" w:cs="Times New Roman"/>
        </w:rPr>
        <w:t>maksimal</w:t>
      </w:r>
      <w:proofErr w:type="spellEnd"/>
      <w:r>
        <w:rPr>
          <w:rFonts w:ascii="Times New Roman" w:hAnsi="Times New Roman" w:cs="Times New Roman"/>
        </w:rPr>
        <w:t xml:space="preserve"> 3 cm, yang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Ilham et al. [6] yang </w:t>
      </w:r>
      <w:proofErr w:type="spellStart"/>
      <w:r>
        <w:rPr>
          <w:rFonts w:ascii="Times New Roman" w:hAnsi="Times New Roman" w:cs="Times New Roman"/>
        </w:rPr>
        <w:t>menyatakan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sensor RFID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bekerja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mendeteksi</w:t>
      </w:r>
      <w:proofErr w:type="spellEnd"/>
      <w:r>
        <w:rPr>
          <w:rFonts w:ascii="Times New Roman" w:hAnsi="Times New Roman" w:cs="Times New Roman"/>
        </w:rPr>
        <w:t xml:space="preserve"> </w:t>
      </w:r>
      <w:proofErr w:type="spellStart"/>
      <w:r>
        <w:rPr>
          <w:rFonts w:ascii="Times New Roman" w:hAnsi="Times New Roman" w:cs="Times New Roman"/>
        </w:rPr>
        <w:t>kode</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ID </w:t>
      </w:r>
      <w:proofErr w:type="spellStart"/>
      <w:r>
        <w:rPr>
          <w:rFonts w:ascii="Times New Roman" w:hAnsi="Times New Roman" w:cs="Times New Roman"/>
        </w:rPr>
        <w:t>menggunakan</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yang </w:t>
      </w:r>
      <w:proofErr w:type="spellStart"/>
      <w:r>
        <w:rPr>
          <w:rFonts w:ascii="Times New Roman" w:hAnsi="Times New Roman" w:cs="Times New Roman"/>
        </w:rPr>
        <w:t>ditempelkan</w:t>
      </w:r>
      <w:proofErr w:type="spellEnd"/>
      <w:r>
        <w:rPr>
          <w:rFonts w:ascii="Times New Roman" w:hAnsi="Times New Roman" w:cs="Times New Roman"/>
        </w:rPr>
        <w:t xml:space="preserve"> pada reader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3 cm. Waktu </w:t>
      </w:r>
      <w:proofErr w:type="spellStart"/>
      <w:r>
        <w:rPr>
          <w:rFonts w:ascii="Times New Roman" w:hAnsi="Times New Roman" w:cs="Times New Roman"/>
        </w:rPr>
        <w:t>respons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1 </w:t>
      </w:r>
      <w:proofErr w:type="spellStart"/>
      <w:r>
        <w:rPr>
          <w:rFonts w:ascii="Times New Roman" w:hAnsi="Times New Roman" w:cs="Times New Roman"/>
        </w:rPr>
        <w:t>detik</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cepat</w:t>
      </w:r>
      <w:proofErr w:type="spellEnd"/>
      <w:r>
        <w:rPr>
          <w:rFonts w:ascii="Times New Roman" w:hAnsi="Times New Roman" w:cs="Times New Roman"/>
        </w:rPr>
        <w:t xml:space="preserve"> </w:t>
      </w:r>
      <w:proofErr w:type="spellStart"/>
      <w:r>
        <w:rPr>
          <w:rFonts w:ascii="Times New Roman" w:hAnsi="Times New Roman" w:cs="Times New Roman"/>
        </w:rPr>
        <w:t>dibandingkan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Hamidah et al. [1] yang </w:t>
      </w:r>
      <w:proofErr w:type="spellStart"/>
      <w:r>
        <w:rPr>
          <w:rFonts w:ascii="Times New Roman" w:hAnsi="Times New Roman" w:cs="Times New Roman"/>
        </w:rPr>
        <w:t>menyatakan</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tanggapan</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2 </w:t>
      </w:r>
      <w:proofErr w:type="spellStart"/>
      <w:r>
        <w:rPr>
          <w:rFonts w:ascii="Times New Roman" w:hAnsi="Times New Roman" w:cs="Times New Roman"/>
        </w:rPr>
        <w:t>hingga</w:t>
      </w:r>
      <w:proofErr w:type="spellEnd"/>
      <w:r>
        <w:rPr>
          <w:rFonts w:ascii="Times New Roman" w:hAnsi="Times New Roman" w:cs="Times New Roman"/>
        </w:rPr>
        <w:t xml:space="preserve"> 3 </w:t>
      </w:r>
      <w:proofErr w:type="spellStart"/>
      <w:r>
        <w:rPr>
          <w:rFonts w:ascii="Times New Roman" w:hAnsi="Times New Roman" w:cs="Times New Roman"/>
        </w:rPr>
        <w:t>detik</w:t>
      </w:r>
      <w:proofErr w:type="spellEnd"/>
      <w:r>
        <w:rPr>
          <w:rFonts w:ascii="Times New Roman" w:hAnsi="Times New Roman" w:cs="Times New Roman"/>
        </w:rPr>
        <w:t xml:space="preserve">. Hal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disebabkan</w:t>
      </w:r>
      <w:proofErr w:type="spellEnd"/>
      <w:r>
        <w:rPr>
          <w:rFonts w:ascii="Times New Roman" w:hAnsi="Times New Roman" w:cs="Times New Roman"/>
        </w:rPr>
        <w:t xml:space="preserve"> oleh </w:t>
      </w:r>
      <w:proofErr w:type="spellStart"/>
      <w:r>
        <w:rPr>
          <w:rFonts w:ascii="Times New Roman" w:hAnsi="Times New Roman" w:cs="Times New Roman"/>
        </w:rPr>
        <w:t>perbedaan</w:t>
      </w:r>
      <w:proofErr w:type="spellEnd"/>
      <w:r>
        <w:rPr>
          <w:rFonts w:ascii="Times New Roman" w:hAnsi="Times New Roman" w:cs="Times New Roman"/>
        </w:rPr>
        <w:t xml:space="preserve"> </w:t>
      </w:r>
      <w:proofErr w:type="spellStart"/>
      <w:r>
        <w:rPr>
          <w:rFonts w:ascii="Times New Roman" w:hAnsi="Times New Roman" w:cs="Times New Roman"/>
        </w:rPr>
        <w:t>algoritma</w:t>
      </w:r>
      <w:proofErr w:type="spellEnd"/>
      <w:r>
        <w:rPr>
          <w:rFonts w:ascii="Times New Roman" w:hAnsi="Times New Roman" w:cs="Times New Roman"/>
        </w:rPr>
        <w:t xml:space="preserve"> </w:t>
      </w:r>
      <w:proofErr w:type="spellStart"/>
      <w:r>
        <w:rPr>
          <w:rFonts w:ascii="Times New Roman" w:hAnsi="Times New Roman" w:cs="Times New Roman"/>
        </w:rPr>
        <w:t>pemrograman</w:t>
      </w:r>
      <w:proofErr w:type="spellEnd"/>
      <w:r>
        <w:rPr>
          <w:rFonts w:ascii="Times New Roman" w:hAnsi="Times New Roman" w:cs="Times New Roman"/>
        </w:rPr>
        <w:t xml:space="preserve"> dan </w:t>
      </w:r>
      <w:proofErr w:type="spellStart"/>
      <w:r>
        <w:rPr>
          <w:rFonts w:ascii="Times New Roman" w:hAnsi="Times New Roman" w:cs="Times New Roman"/>
        </w:rPr>
        <w:t>kompleksitas</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dibangun</w:t>
      </w:r>
      <w:proofErr w:type="spellEnd"/>
      <w:r>
        <w:rPr>
          <w:rFonts w:ascii="Times New Roman" w:hAnsi="Times New Roman" w:cs="Times New Roman"/>
        </w:rPr>
        <w:t>.</w:t>
      </w:r>
    </w:p>
    <w:p w14:paraId="2FC54D84" w14:textId="77777777" w:rsidR="00C83DA1" w:rsidRDefault="00000000">
      <w:pPr>
        <w:spacing w:after="120" w:line="360" w:lineRule="auto"/>
        <w:ind w:firstLine="709"/>
        <w:jc w:val="both"/>
      </w:pPr>
      <w:proofErr w:type="spellStart"/>
      <w:r>
        <w:rPr>
          <w:rFonts w:ascii="Times New Roman" w:hAnsi="Times New Roman" w:cs="Times New Roman"/>
        </w:rPr>
        <w:t>Penggunaan</w:t>
      </w:r>
      <w:proofErr w:type="spellEnd"/>
      <w:r>
        <w:rPr>
          <w:rFonts w:ascii="Times New Roman" w:hAnsi="Times New Roman" w:cs="Times New Roman"/>
        </w:rPr>
        <w:t xml:space="preserve"> solenoid door lock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tegangan</w:t>
      </w:r>
      <w:proofErr w:type="spellEnd"/>
      <w:r>
        <w:rPr>
          <w:rFonts w:ascii="Times New Roman" w:hAnsi="Times New Roman" w:cs="Times New Roman"/>
        </w:rPr>
        <w:t xml:space="preserve"> 12V DC dan </w:t>
      </w:r>
      <w:proofErr w:type="spellStart"/>
      <w:r>
        <w:rPr>
          <w:rFonts w:ascii="Times New Roman" w:hAnsi="Times New Roman" w:cs="Times New Roman"/>
        </w:rPr>
        <w:t>arus</w:t>
      </w:r>
      <w:proofErr w:type="spellEnd"/>
      <w:r>
        <w:rPr>
          <w:rFonts w:ascii="Times New Roman" w:hAnsi="Times New Roman" w:cs="Times New Roman"/>
        </w:rPr>
        <w:t xml:space="preserve"> 600 mA </w:t>
      </w:r>
      <w:proofErr w:type="spellStart"/>
      <w:r>
        <w:rPr>
          <w:rFonts w:ascii="Times New Roman" w:hAnsi="Times New Roman" w:cs="Times New Roman"/>
        </w:rPr>
        <w:t>sesuai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spesifikasi</w:t>
      </w:r>
      <w:proofErr w:type="spellEnd"/>
      <w:r>
        <w:rPr>
          <w:rFonts w:ascii="Times New Roman" w:hAnsi="Times New Roman" w:cs="Times New Roman"/>
        </w:rPr>
        <w:t xml:space="preserve"> yang </w:t>
      </w:r>
      <w:proofErr w:type="spellStart"/>
      <w:r>
        <w:rPr>
          <w:rFonts w:ascii="Times New Roman" w:hAnsi="Times New Roman" w:cs="Times New Roman"/>
        </w:rPr>
        <w:t>dikemukakan</w:t>
      </w:r>
      <w:proofErr w:type="spellEnd"/>
      <w:r>
        <w:rPr>
          <w:rFonts w:ascii="Times New Roman" w:hAnsi="Times New Roman" w:cs="Times New Roman"/>
        </w:rPr>
        <w:t xml:space="preserve"> oleh Saputra dan </w:t>
      </w:r>
      <w:proofErr w:type="spellStart"/>
      <w:r>
        <w:rPr>
          <w:rFonts w:ascii="Times New Roman" w:hAnsi="Times New Roman" w:cs="Times New Roman"/>
        </w:rPr>
        <w:t>Meilinda</w:t>
      </w:r>
      <w:proofErr w:type="spellEnd"/>
      <w:r>
        <w:rPr>
          <w:rFonts w:ascii="Times New Roman" w:hAnsi="Times New Roman" w:cs="Times New Roman"/>
        </w:rPr>
        <w:t xml:space="preserve"> [3]. Solenoid door lock </w:t>
      </w:r>
      <w:proofErr w:type="spellStart"/>
      <w:r>
        <w:rPr>
          <w:rFonts w:ascii="Times New Roman" w:hAnsi="Times New Roman" w:cs="Times New Roman"/>
        </w:rPr>
        <w:t>berhasil</w:t>
      </w:r>
      <w:proofErr w:type="spellEnd"/>
      <w:r>
        <w:rPr>
          <w:rFonts w:ascii="Times New Roman" w:hAnsi="Times New Roman" w:cs="Times New Roman"/>
        </w:rPr>
        <w:t xml:space="preserve"> </w:t>
      </w:r>
      <w:proofErr w:type="spellStart"/>
      <w:r>
        <w:rPr>
          <w:rFonts w:ascii="Times New Roman" w:hAnsi="Times New Roman" w:cs="Times New Roman"/>
        </w:rPr>
        <w:t>membuka</w:t>
      </w:r>
      <w:proofErr w:type="spellEnd"/>
      <w:r>
        <w:rPr>
          <w:rFonts w:ascii="Times New Roman" w:hAnsi="Times New Roman" w:cs="Times New Roman"/>
        </w:rPr>
        <w:t xml:space="preserve"> dan </w:t>
      </w:r>
      <w:proofErr w:type="spellStart"/>
      <w:r>
        <w:rPr>
          <w:rFonts w:ascii="Times New Roman" w:hAnsi="Times New Roman" w:cs="Times New Roman"/>
        </w:rPr>
        <w:t>mengunci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w:t>
      </w: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sinyal</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Arduino yang </w:t>
      </w:r>
      <w:proofErr w:type="spellStart"/>
      <w:r>
        <w:rPr>
          <w:rFonts w:ascii="Times New Roman" w:hAnsi="Times New Roman" w:cs="Times New Roman"/>
        </w:rPr>
        <w:t>dikontrol</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relay module. </w:t>
      </w:r>
      <w:proofErr w:type="spellStart"/>
      <w:r>
        <w:rPr>
          <w:rFonts w:ascii="Times New Roman" w:hAnsi="Times New Roman" w:cs="Times New Roman"/>
        </w:rPr>
        <w:t>Mekanisme</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sejalan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w:t>
      </w:r>
      <w:proofErr w:type="spellStart"/>
      <w:r>
        <w:rPr>
          <w:rFonts w:ascii="Times New Roman" w:hAnsi="Times New Roman" w:cs="Times New Roman"/>
        </w:rPr>
        <w:t>elektromagnetik</w:t>
      </w:r>
      <w:proofErr w:type="spellEnd"/>
      <w:r>
        <w:rPr>
          <w:rFonts w:ascii="Times New Roman" w:hAnsi="Times New Roman" w:cs="Times New Roman"/>
        </w:rPr>
        <w:t xml:space="preserve"> yang </w:t>
      </w:r>
      <w:proofErr w:type="spellStart"/>
      <w:r>
        <w:rPr>
          <w:rFonts w:ascii="Times New Roman" w:hAnsi="Times New Roman" w:cs="Times New Roman"/>
        </w:rPr>
        <w:t>menyatakan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solenoid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aktif</w:t>
      </w:r>
      <w:proofErr w:type="spellEnd"/>
      <w:r>
        <w:rPr>
          <w:rFonts w:ascii="Times New Roman" w:hAnsi="Times New Roman" w:cs="Times New Roman"/>
        </w:rPr>
        <w:t xml:space="preserve"> </w:t>
      </w:r>
      <w:proofErr w:type="spellStart"/>
      <w:r>
        <w:rPr>
          <w:rFonts w:ascii="Times New Roman" w:hAnsi="Times New Roman" w:cs="Times New Roman"/>
        </w:rPr>
        <w:t>ketika</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arus</w:t>
      </w:r>
      <w:proofErr w:type="spellEnd"/>
      <w:r>
        <w:rPr>
          <w:rFonts w:ascii="Times New Roman" w:hAnsi="Times New Roman" w:cs="Times New Roman"/>
        </w:rPr>
        <w:t xml:space="preserve"> </w:t>
      </w:r>
      <w:proofErr w:type="spellStart"/>
      <w:r>
        <w:rPr>
          <w:rFonts w:ascii="Times New Roman" w:hAnsi="Times New Roman" w:cs="Times New Roman"/>
        </w:rPr>
        <w:t>listrik</w:t>
      </w:r>
      <w:proofErr w:type="spellEnd"/>
      <w:r>
        <w:rPr>
          <w:rFonts w:ascii="Times New Roman" w:hAnsi="Times New Roman" w:cs="Times New Roman"/>
        </w:rPr>
        <w:t xml:space="preserve"> yang </w:t>
      </w:r>
      <w:proofErr w:type="spellStart"/>
      <w:r>
        <w:rPr>
          <w:rFonts w:ascii="Times New Roman" w:hAnsi="Times New Roman" w:cs="Times New Roman"/>
        </w:rPr>
        <w:t>mengalir</w:t>
      </w:r>
      <w:proofErr w:type="spellEnd"/>
      <w:r>
        <w:rPr>
          <w:rFonts w:ascii="Times New Roman" w:hAnsi="Times New Roman" w:cs="Times New Roman"/>
        </w:rPr>
        <w:t xml:space="preserve"> </w:t>
      </w:r>
      <w:proofErr w:type="spellStart"/>
      <w:r>
        <w:rPr>
          <w:rFonts w:ascii="Times New Roman" w:hAnsi="Times New Roman" w:cs="Times New Roman"/>
        </w:rPr>
        <w:t>melaluinya</w:t>
      </w:r>
      <w:proofErr w:type="spellEnd"/>
      <w:r>
        <w:rPr>
          <w:rFonts w:ascii="Times New Roman" w:hAnsi="Times New Roman" w:cs="Times New Roman"/>
        </w:rPr>
        <w:t xml:space="preserve"> [3].</w:t>
      </w:r>
    </w:p>
    <w:p w14:paraId="3F3B89C9" w14:textId="77777777" w:rsidR="00C83DA1" w:rsidRDefault="00000000">
      <w:pPr>
        <w:spacing w:after="120" w:line="360" w:lineRule="auto"/>
        <w:ind w:firstLine="709"/>
        <w:jc w:val="both"/>
      </w:pPr>
      <w:proofErr w:type="spellStart"/>
      <w:r>
        <w:rPr>
          <w:rFonts w:ascii="Times New Roman" w:hAnsi="Times New Roman" w:cs="Times New Roman"/>
        </w:rPr>
        <w:t>Perbedaan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di </w:t>
      </w:r>
      <w:proofErr w:type="spellStart"/>
      <w:r>
        <w:rPr>
          <w:rFonts w:ascii="Times New Roman" w:hAnsi="Times New Roman" w:cs="Times New Roman"/>
        </w:rPr>
        <w:t>lapangan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teori</w:t>
      </w:r>
      <w:proofErr w:type="spellEnd"/>
      <w:r>
        <w:rPr>
          <w:rFonts w:ascii="Times New Roman" w:hAnsi="Times New Roman" w:cs="Times New Roman"/>
        </w:rPr>
        <w:t xml:space="preserve"> yang </w:t>
      </w:r>
      <w:proofErr w:type="spellStart"/>
      <w:r>
        <w:rPr>
          <w:rFonts w:ascii="Times New Roman" w:hAnsi="Times New Roman" w:cs="Times New Roman"/>
        </w:rPr>
        <w:t>ada</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pada </w:t>
      </w:r>
      <w:proofErr w:type="spellStart"/>
      <w:r>
        <w:rPr>
          <w:rFonts w:ascii="Times New Roman" w:hAnsi="Times New Roman" w:cs="Times New Roman"/>
        </w:rPr>
        <w:t>aspek</w:t>
      </w:r>
      <w:proofErr w:type="spellEnd"/>
      <w:r>
        <w:rPr>
          <w:rFonts w:ascii="Times New Roman" w:hAnsi="Times New Roman" w:cs="Times New Roman"/>
        </w:rPr>
        <w:t xml:space="preserve"> </w:t>
      </w:r>
      <w:proofErr w:type="spellStart"/>
      <w:r>
        <w:rPr>
          <w:rFonts w:ascii="Times New Roman" w:hAnsi="Times New Roman" w:cs="Times New Roman"/>
        </w:rPr>
        <w:t>notifikasi</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dibangun</w:t>
      </w:r>
      <w:proofErr w:type="spellEnd"/>
      <w:r>
        <w:rPr>
          <w:rFonts w:ascii="Times New Roman" w:hAnsi="Times New Roman" w:cs="Times New Roman"/>
        </w:rPr>
        <w:t xml:space="preserve"> pada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belum</w:t>
      </w:r>
      <w:proofErr w:type="spellEnd"/>
      <w:r>
        <w:rPr>
          <w:rFonts w:ascii="Times New Roman" w:hAnsi="Times New Roman" w:cs="Times New Roman"/>
        </w:rPr>
        <w:t xml:space="preserve"> </w:t>
      </w:r>
      <w:proofErr w:type="spellStart"/>
      <w:r>
        <w:rPr>
          <w:rFonts w:ascii="Times New Roman" w:hAnsi="Times New Roman" w:cs="Times New Roman"/>
        </w:rPr>
        <w:t>dilengkapi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modul</w:t>
      </w:r>
      <w:proofErr w:type="spellEnd"/>
      <w:r>
        <w:rPr>
          <w:rFonts w:ascii="Times New Roman" w:hAnsi="Times New Roman" w:cs="Times New Roman"/>
        </w:rPr>
        <w:t xml:space="preserve"> </w:t>
      </w:r>
      <w:proofErr w:type="spellStart"/>
      <w:r>
        <w:rPr>
          <w:rFonts w:ascii="Times New Roman" w:hAnsi="Times New Roman" w:cs="Times New Roman"/>
        </w:rPr>
        <w:t>WiFi</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notifikasi</w:t>
      </w:r>
      <w:proofErr w:type="spellEnd"/>
      <w:r>
        <w:rPr>
          <w:rFonts w:ascii="Times New Roman" w:hAnsi="Times New Roman" w:cs="Times New Roman"/>
        </w:rPr>
        <w:t xml:space="preserve"> Telegram </w:t>
      </w:r>
      <w:proofErr w:type="spellStart"/>
      <w:r>
        <w:rPr>
          <w:rFonts w:ascii="Times New Roman" w:hAnsi="Times New Roman" w:cs="Times New Roman"/>
        </w:rPr>
        <w:t>seperti</w:t>
      </w:r>
      <w:proofErr w:type="spellEnd"/>
      <w:r>
        <w:rPr>
          <w:rFonts w:ascii="Times New Roman" w:hAnsi="Times New Roman" w:cs="Times New Roman"/>
        </w:rPr>
        <w:t xml:space="preserve"> pada </w:t>
      </w:r>
      <w:proofErr w:type="spellStart"/>
      <w:r>
        <w:rPr>
          <w:rFonts w:ascii="Times New Roman" w:hAnsi="Times New Roman" w:cs="Times New Roman"/>
        </w:rPr>
        <w:t>penelitian</w:t>
      </w:r>
      <w:proofErr w:type="spellEnd"/>
      <w:r>
        <w:rPr>
          <w:rFonts w:ascii="Times New Roman" w:hAnsi="Times New Roman" w:cs="Times New Roman"/>
        </w:rPr>
        <w:t xml:space="preserve"> Hamidah et al. [1]. Hal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keterbatasan</w:t>
      </w:r>
      <w:proofErr w:type="spellEnd"/>
      <w:r>
        <w:rPr>
          <w:rFonts w:ascii="Times New Roman" w:hAnsi="Times New Roman" w:cs="Times New Roman"/>
        </w:rPr>
        <w:t xml:space="preserve"> dan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dijadikan</w:t>
      </w:r>
      <w:proofErr w:type="spellEnd"/>
      <w:r>
        <w:rPr>
          <w:rFonts w:ascii="Times New Roman" w:hAnsi="Times New Roman" w:cs="Times New Roman"/>
        </w:rPr>
        <w:t xml:space="preserve"> </w:t>
      </w:r>
      <w:proofErr w:type="spellStart"/>
      <w:r>
        <w:rPr>
          <w:rFonts w:ascii="Times New Roman" w:hAnsi="Times New Roman" w:cs="Times New Roman"/>
        </w:rPr>
        <w:t>rekomendasi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di masa </w:t>
      </w:r>
      <w:proofErr w:type="spellStart"/>
      <w:r>
        <w:rPr>
          <w:rFonts w:ascii="Times New Roman" w:hAnsi="Times New Roman" w:cs="Times New Roman"/>
        </w:rPr>
        <w:t>depan</w:t>
      </w:r>
      <w:proofErr w:type="spellEnd"/>
      <w:r>
        <w:rPr>
          <w:rFonts w:ascii="Times New Roman" w:hAnsi="Times New Roman" w:cs="Times New Roman"/>
        </w:rPr>
        <w:t>.</w:t>
      </w:r>
    </w:p>
    <w:p w14:paraId="6A21ACC6" w14:textId="77777777" w:rsidR="00C83DA1" w:rsidRDefault="00000000">
      <w:pPr>
        <w:spacing w:after="120" w:line="360" w:lineRule="auto"/>
        <w:jc w:val="both"/>
      </w:pPr>
      <w:proofErr w:type="spellStart"/>
      <w:r>
        <w:rPr>
          <w:rFonts w:ascii="Times New Roman" w:hAnsi="Times New Roman" w:cs="Times New Roman"/>
        </w:rPr>
        <w:t>Analisis</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dibangun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keunggulan</w:t>
      </w:r>
      <w:proofErr w:type="spellEnd"/>
      <w:r>
        <w:rPr>
          <w:rFonts w:ascii="Times New Roman" w:hAnsi="Times New Roman" w:cs="Times New Roman"/>
        </w:rPr>
        <w:t xml:space="preserve"> </w:t>
      </w:r>
      <w:proofErr w:type="spellStart"/>
      <w:r>
        <w:rPr>
          <w:rFonts w:ascii="Times New Roman" w:hAnsi="Times New Roman" w:cs="Times New Roman"/>
        </w:rPr>
        <w:t>dibandingkan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konvensional</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w:t>
      </w:r>
    </w:p>
    <w:p w14:paraId="28EE1015"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b/>
        </w:rPr>
        <w:t>Keamanan</w:t>
      </w:r>
      <w:proofErr w:type="spellEnd"/>
      <w:r>
        <w:rPr>
          <w:rFonts w:ascii="Times New Roman" w:hAnsi="Times New Roman" w:cs="Times New Roman"/>
          <w:b/>
        </w:rPr>
        <w:t xml:space="preserve"> yang </w:t>
      </w:r>
      <w:proofErr w:type="spellStart"/>
      <w:r>
        <w:rPr>
          <w:rFonts w:ascii="Times New Roman" w:hAnsi="Times New Roman" w:cs="Times New Roman"/>
          <w:b/>
        </w:rPr>
        <w:t>lebih</w:t>
      </w:r>
      <w:proofErr w:type="spellEnd"/>
      <w:r>
        <w:rPr>
          <w:rFonts w:ascii="Times New Roman" w:hAnsi="Times New Roman" w:cs="Times New Roman"/>
          <w:b/>
        </w:rPr>
        <w:t xml:space="preserve"> </w:t>
      </w:r>
      <w:proofErr w:type="spellStart"/>
      <w:r>
        <w:rPr>
          <w:rFonts w:ascii="Times New Roman" w:hAnsi="Times New Roman" w:cs="Times New Roman"/>
          <w:b/>
        </w:rPr>
        <w:t>tinggi</w:t>
      </w:r>
      <w:proofErr w:type="spellEnd"/>
      <w:r>
        <w:rPr>
          <w:rFonts w:ascii="Times New Roman" w:hAnsi="Times New Roman" w:cs="Times New Roman"/>
          <w:b/>
        </w:rPr>
        <w:t xml:space="preserve">: </w:t>
      </w:r>
      <w:r>
        <w:rPr>
          <w:rFonts w:ascii="Times New Roman" w:hAnsi="Times New Roman" w:cs="Times New Roman"/>
        </w:rPr>
        <w:t xml:space="preserve">Kartu RFID </w:t>
      </w:r>
      <w:proofErr w:type="spellStart"/>
      <w:r>
        <w:rPr>
          <w:rFonts w:ascii="Times New Roman" w:hAnsi="Times New Roman" w:cs="Times New Roman"/>
        </w:rPr>
        <w:t>sulit</w:t>
      </w:r>
      <w:proofErr w:type="spellEnd"/>
      <w:r>
        <w:rPr>
          <w:rFonts w:ascii="Times New Roman" w:hAnsi="Times New Roman" w:cs="Times New Roman"/>
        </w:rPr>
        <w:t xml:space="preserve"> </w:t>
      </w:r>
      <w:proofErr w:type="spellStart"/>
      <w:r>
        <w:rPr>
          <w:rFonts w:ascii="Times New Roman" w:hAnsi="Times New Roman" w:cs="Times New Roman"/>
        </w:rPr>
        <w:t>diduplikasi</w:t>
      </w:r>
      <w:proofErr w:type="spellEnd"/>
      <w:r>
        <w:rPr>
          <w:rFonts w:ascii="Times New Roman" w:hAnsi="Times New Roman" w:cs="Times New Roman"/>
        </w:rPr>
        <w:t xml:space="preserve"> </w:t>
      </w:r>
      <w:proofErr w:type="spellStart"/>
      <w:r>
        <w:rPr>
          <w:rFonts w:ascii="Times New Roman" w:hAnsi="Times New Roman" w:cs="Times New Roman"/>
        </w:rPr>
        <w:t>dibandingkan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w:t>
      </w:r>
      <w:proofErr w:type="spellStart"/>
      <w:r>
        <w:rPr>
          <w:rFonts w:ascii="Times New Roman" w:hAnsi="Times New Roman" w:cs="Times New Roman"/>
        </w:rPr>
        <w:t>fisik</w:t>
      </w:r>
      <w:proofErr w:type="spellEnd"/>
      <w:r>
        <w:rPr>
          <w:rFonts w:ascii="Times New Roman" w:hAnsi="Times New Roman" w:cs="Times New Roman"/>
        </w:rPr>
        <w:t xml:space="preserve"> </w:t>
      </w:r>
      <w:proofErr w:type="spellStart"/>
      <w:r>
        <w:rPr>
          <w:rFonts w:ascii="Times New Roman" w:hAnsi="Times New Roman" w:cs="Times New Roman"/>
        </w:rPr>
        <w:t>konvensional</w:t>
      </w:r>
      <w:proofErr w:type="spellEnd"/>
      <w:r>
        <w:rPr>
          <w:rFonts w:ascii="Times New Roman" w:hAnsi="Times New Roman" w:cs="Times New Roman"/>
        </w:rPr>
        <w:t>.</w:t>
      </w:r>
    </w:p>
    <w:p w14:paraId="4FEBBB89" w14:textId="77777777" w:rsidR="00C83DA1" w:rsidRDefault="00000000">
      <w:pPr>
        <w:spacing w:after="60" w:line="360" w:lineRule="auto"/>
        <w:ind w:left="709"/>
        <w:jc w:val="both"/>
      </w:pPr>
      <w:r>
        <w:rPr>
          <w:rFonts w:ascii="Times New Roman" w:hAnsi="Times New Roman" w:cs="Times New Roman"/>
        </w:rPr>
        <w:lastRenderedPageBreak/>
        <w:t xml:space="preserve">2. </w:t>
      </w:r>
      <w:proofErr w:type="spellStart"/>
      <w:r>
        <w:rPr>
          <w:rFonts w:ascii="Times New Roman" w:hAnsi="Times New Roman" w:cs="Times New Roman"/>
          <w:b/>
        </w:rPr>
        <w:t>Pencatatan</w:t>
      </w:r>
      <w:proofErr w:type="spellEnd"/>
      <w:r>
        <w:rPr>
          <w:rFonts w:ascii="Times New Roman" w:hAnsi="Times New Roman" w:cs="Times New Roman"/>
          <w:b/>
        </w:rPr>
        <w:t xml:space="preserve"> </w:t>
      </w:r>
      <w:proofErr w:type="spellStart"/>
      <w:r>
        <w:rPr>
          <w:rFonts w:ascii="Times New Roman" w:hAnsi="Times New Roman" w:cs="Times New Roman"/>
          <w:b/>
        </w:rPr>
        <w:t>akses</w:t>
      </w:r>
      <w:proofErr w:type="spellEnd"/>
      <w:r>
        <w:rPr>
          <w:rFonts w:ascii="Times New Roman" w:hAnsi="Times New Roman" w:cs="Times New Roman"/>
          <w:b/>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mencatat</w:t>
      </w:r>
      <w:proofErr w:type="spellEnd"/>
      <w:r>
        <w:rPr>
          <w:rFonts w:ascii="Times New Roman" w:hAnsi="Times New Roman" w:cs="Times New Roman"/>
        </w:rPr>
        <w:t xml:space="preserve">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masuk</w:t>
      </w:r>
      <w:proofErr w:type="spellEnd"/>
      <w:r>
        <w:rPr>
          <w:rFonts w:ascii="Times New Roman" w:hAnsi="Times New Roman" w:cs="Times New Roman"/>
        </w:rPr>
        <w:t xml:space="preserve"> dan </w:t>
      </w:r>
      <w:proofErr w:type="spellStart"/>
      <w:r>
        <w:rPr>
          <w:rFonts w:ascii="Times New Roman" w:hAnsi="Times New Roman" w:cs="Times New Roman"/>
        </w:rPr>
        <w:t>keluar</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keperluan</w:t>
      </w:r>
      <w:proofErr w:type="spellEnd"/>
      <w:r>
        <w:rPr>
          <w:rFonts w:ascii="Times New Roman" w:hAnsi="Times New Roman" w:cs="Times New Roman"/>
        </w:rPr>
        <w:t xml:space="preserve"> audit.</w:t>
      </w:r>
    </w:p>
    <w:p w14:paraId="218662AB" w14:textId="77777777" w:rsidR="00C83DA1" w:rsidRDefault="00000000">
      <w:pPr>
        <w:spacing w:after="60" w:line="360" w:lineRule="auto"/>
        <w:ind w:left="709"/>
        <w:jc w:val="both"/>
      </w:pPr>
      <w:r>
        <w:rPr>
          <w:rFonts w:ascii="Times New Roman" w:hAnsi="Times New Roman" w:cs="Times New Roman"/>
        </w:rPr>
        <w:t xml:space="preserve">3. </w:t>
      </w:r>
      <w:proofErr w:type="spellStart"/>
      <w:r>
        <w:rPr>
          <w:rFonts w:ascii="Times New Roman" w:hAnsi="Times New Roman" w:cs="Times New Roman"/>
          <w:b/>
        </w:rPr>
        <w:t>Kontrol</w:t>
      </w:r>
      <w:proofErr w:type="spellEnd"/>
      <w:r>
        <w:rPr>
          <w:rFonts w:ascii="Times New Roman" w:hAnsi="Times New Roman" w:cs="Times New Roman"/>
          <w:b/>
        </w:rPr>
        <w:t xml:space="preserve"> </w:t>
      </w:r>
      <w:proofErr w:type="spellStart"/>
      <w:r>
        <w:rPr>
          <w:rFonts w:ascii="Times New Roman" w:hAnsi="Times New Roman" w:cs="Times New Roman"/>
          <w:b/>
        </w:rPr>
        <w:t>akses</w:t>
      </w:r>
      <w:proofErr w:type="spellEnd"/>
      <w:r>
        <w:rPr>
          <w:rFonts w:ascii="Times New Roman" w:hAnsi="Times New Roman" w:cs="Times New Roman"/>
          <w:b/>
        </w:rPr>
        <w:t xml:space="preserve"> </w:t>
      </w:r>
      <w:proofErr w:type="spellStart"/>
      <w:r>
        <w:rPr>
          <w:rFonts w:ascii="Times New Roman" w:hAnsi="Times New Roman" w:cs="Times New Roman"/>
          <w:b/>
        </w:rPr>
        <w:t>terpusat</w:t>
      </w:r>
      <w:proofErr w:type="spellEnd"/>
      <w:r>
        <w:rPr>
          <w:rFonts w:ascii="Times New Roman" w:hAnsi="Times New Roman" w:cs="Times New Roman"/>
          <w:b/>
        </w:rPr>
        <w:t xml:space="preserve">: </w:t>
      </w:r>
      <w:r>
        <w:rPr>
          <w:rFonts w:ascii="Times New Roman" w:hAnsi="Times New Roman" w:cs="Times New Roman"/>
        </w:rPr>
        <w:t xml:space="preserve">Administrator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mengelola</w:t>
      </w:r>
      <w:proofErr w:type="spellEnd"/>
      <w:r>
        <w:rPr>
          <w:rFonts w:ascii="Times New Roman" w:hAnsi="Times New Roman" w:cs="Times New Roman"/>
        </w:rPr>
        <w:t xml:space="preserve"> </w:t>
      </w:r>
      <w:proofErr w:type="spellStart"/>
      <w:r>
        <w:rPr>
          <w:rFonts w:ascii="Times New Roman" w:hAnsi="Times New Roman" w:cs="Times New Roman"/>
        </w:rPr>
        <w:t>hak</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satu</w:t>
      </w:r>
      <w:proofErr w:type="spellEnd"/>
      <w:r>
        <w:rPr>
          <w:rFonts w:ascii="Times New Roman" w:hAnsi="Times New Roman" w:cs="Times New Roman"/>
        </w:rPr>
        <w:t xml:space="preserve"> </w:t>
      </w:r>
      <w:proofErr w:type="spellStart"/>
      <w:r>
        <w:rPr>
          <w:rFonts w:ascii="Times New Roman" w:hAnsi="Times New Roman" w:cs="Times New Roman"/>
        </w:rPr>
        <w:t>titik</w:t>
      </w:r>
      <w:proofErr w:type="spellEnd"/>
      <w:r>
        <w:rPr>
          <w:rFonts w:ascii="Times New Roman" w:hAnsi="Times New Roman" w:cs="Times New Roman"/>
        </w:rPr>
        <w:t xml:space="preserve"> </w:t>
      </w:r>
      <w:proofErr w:type="spellStart"/>
      <w:r>
        <w:rPr>
          <w:rFonts w:ascii="Times New Roman" w:hAnsi="Times New Roman" w:cs="Times New Roman"/>
        </w:rPr>
        <w:t>kontrol</w:t>
      </w:r>
      <w:proofErr w:type="spellEnd"/>
      <w:r>
        <w:rPr>
          <w:rFonts w:ascii="Times New Roman" w:hAnsi="Times New Roman" w:cs="Times New Roman"/>
        </w:rPr>
        <w:t>.</w:t>
      </w:r>
    </w:p>
    <w:p w14:paraId="3B84032D" w14:textId="77777777" w:rsidR="00C83DA1" w:rsidRDefault="00000000">
      <w:pPr>
        <w:spacing w:after="60" w:line="360" w:lineRule="auto"/>
        <w:ind w:left="709"/>
        <w:jc w:val="both"/>
      </w:pPr>
      <w:r>
        <w:rPr>
          <w:rFonts w:ascii="Times New Roman" w:hAnsi="Times New Roman" w:cs="Times New Roman"/>
        </w:rPr>
        <w:t xml:space="preserve">4. </w:t>
      </w:r>
      <w:proofErr w:type="spellStart"/>
      <w:r>
        <w:rPr>
          <w:rFonts w:ascii="Times New Roman" w:hAnsi="Times New Roman" w:cs="Times New Roman"/>
          <w:b/>
        </w:rPr>
        <w:t>Mekanisme</w:t>
      </w:r>
      <w:proofErr w:type="spellEnd"/>
      <w:r>
        <w:rPr>
          <w:rFonts w:ascii="Times New Roman" w:hAnsi="Times New Roman" w:cs="Times New Roman"/>
          <w:b/>
        </w:rPr>
        <w:t xml:space="preserve"> fail-safe: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dilengkapi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protokol</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darurat</w:t>
      </w:r>
      <w:proofErr w:type="spellEnd"/>
      <w:r>
        <w:rPr>
          <w:rFonts w:ascii="Times New Roman" w:hAnsi="Times New Roman" w:cs="Times New Roman"/>
        </w:rPr>
        <w:t xml:space="preserve"> yang </w:t>
      </w:r>
      <w:proofErr w:type="spellStart"/>
      <w:r>
        <w:rPr>
          <w:rFonts w:ascii="Times New Roman" w:hAnsi="Times New Roman" w:cs="Times New Roman"/>
        </w:rPr>
        <w:t>membuka</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secara</w:t>
      </w:r>
      <w:proofErr w:type="spellEnd"/>
      <w:r>
        <w:rPr>
          <w:rFonts w:ascii="Times New Roman" w:hAnsi="Times New Roman" w:cs="Times New Roman"/>
        </w:rPr>
        <w:t xml:space="preserve"> </w:t>
      </w:r>
      <w:proofErr w:type="spellStart"/>
      <w:r>
        <w:rPr>
          <w:rFonts w:ascii="Times New Roman" w:hAnsi="Times New Roman" w:cs="Times New Roman"/>
        </w:rPr>
        <w:t>otomatis</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terjadi</w:t>
      </w:r>
      <w:proofErr w:type="spellEnd"/>
      <w:r>
        <w:rPr>
          <w:rFonts w:ascii="Times New Roman" w:hAnsi="Times New Roman" w:cs="Times New Roman"/>
        </w:rPr>
        <w:t xml:space="preserve"> </w:t>
      </w:r>
      <w:proofErr w:type="spellStart"/>
      <w:r>
        <w:rPr>
          <w:rFonts w:ascii="Times New Roman" w:hAnsi="Times New Roman" w:cs="Times New Roman"/>
        </w:rPr>
        <w:t>gangguan</w:t>
      </w:r>
      <w:proofErr w:type="spellEnd"/>
      <w:r>
        <w:rPr>
          <w:rFonts w:ascii="Times New Roman" w:hAnsi="Times New Roman" w:cs="Times New Roman"/>
        </w:rPr>
        <w:t>.</w:t>
      </w:r>
    </w:p>
    <w:p w14:paraId="527AB302" w14:textId="77777777" w:rsidR="00C83DA1" w:rsidRDefault="00000000">
      <w:pPr>
        <w:spacing w:before="120" w:after="60" w:line="360" w:lineRule="auto"/>
      </w:pPr>
      <w:r>
        <w:rPr>
          <w:rFonts w:ascii="Times New Roman" w:hAnsi="Times New Roman" w:cs="Times New Roman"/>
          <w:b/>
        </w:rPr>
        <w:t xml:space="preserve">4.6 Pelajaran yang </w:t>
      </w:r>
      <w:proofErr w:type="spellStart"/>
      <w:r>
        <w:rPr>
          <w:rFonts w:ascii="Times New Roman" w:hAnsi="Times New Roman" w:cs="Times New Roman"/>
          <w:b/>
        </w:rPr>
        <w:t>Diperoleh</w:t>
      </w:r>
      <w:proofErr w:type="spellEnd"/>
    </w:p>
    <w:p w14:paraId="48322F83" w14:textId="77777777" w:rsidR="00C83DA1" w:rsidRDefault="00000000">
      <w:pPr>
        <w:spacing w:after="120" w:line="360" w:lineRule="auto"/>
        <w:jc w:val="both"/>
      </w:pP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memperoleh</w:t>
      </w:r>
      <w:proofErr w:type="spellEnd"/>
      <w:r>
        <w:rPr>
          <w:rFonts w:ascii="Times New Roman" w:hAnsi="Times New Roman" w:cs="Times New Roman"/>
        </w:rPr>
        <w:t xml:space="preserve">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pelajaran</w:t>
      </w:r>
      <w:proofErr w:type="spellEnd"/>
      <w:r>
        <w:rPr>
          <w:rFonts w:ascii="Times New Roman" w:hAnsi="Times New Roman" w:cs="Times New Roman"/>
        </w:rPr>
        <w:t xml:space="preserve"> </w:t>
      </w:r>
      <w:proofErr w:type="spellStart"/>
      <w:r>
        <w:rPr>
          <w:rFonts w:ascii="Times New Roman" w:hAnsi="Times New Roman" w:cs="Times New Roman"/>
        </w:rPr>
        <w:t>berharga</w:t>
      </w:r>
      <w:proofErr w:type="spellEnd"/>
      <w:r>
        <w:rPr>
          <w:rFonts w:ascii="Times New Roman" w:hAnsi="Times New Roman" w:cs="Times New Roman"/>
        </w:rPr>
        <w:t xml:space="preserve">, </w:t>
      </w:r>
      <w:proofErr w:type="spellStart"/>
      <w:r>
        <w:rPr>
          <w:rFonts w:ascii="Times New Roman" w:hAnsi="Times New Roman" w:cs="Times New Roman"/>
        </w:rPr>
        <w:t>antara</w:t>
      </w:r>
      <w:proofErr w:type="spellEnd"/>
      <w:r>
        <w:rPr>
          <w:rFonts w:ascii="Times New Roman" w:hAnsi="Times New Roman" w:cs="Times New Roman"/>
        </w:rPr>
        <w:t xml:space="preserve"> lain:</w:t>
      </w:r>
    </w:p>
    <w:p w14:paraId="4855A1FC"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rPr>
        <w:t>Pengetahuan</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RFID, </w:t>
      </w:r>
      <w:proofErr w:type="spellStart"/>
      <w:r>
        <w:rPr>
          <w:rFonts w:ascii="Times New Roman" w:hAnsi="Times New Roman" w:cs="Times New Roman"/>
        </w:rPr>
        <w:t>mikrokontroler</w:t>
      </w:r>
      <w:proofErr w:type="spellEnd"/>
      <w:r>
        <w:rPr>
          <w:rFonts w:ascii="Times New Roman" w:hAnsi="Times New Roman" w:cs="Times New Roman"/>
        </w:rPr>
        <w:t xml:space="preserve"> Arduino, dan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elektronik</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w:t>
      </w:r>
    </w:p>
    <w:p w14:paraId="183421E2" w14:textId="77777777" w:rsidR="00C83DA1" w:rsidRDefault="00000000">
      <w:pPr>
        <w:spacing w:after="60" w:line="360" w:lineRule="auto"/>
        <w:ind w:left="709"/>
        <w:jc w:val="both"/>
      </w:pPr>
      <w:r>
        <w:rPr>
          <w:rFonts w:ascii="Times New Roman" w:hAnsi="Times New Roman" w:cs="Times New Roman"/>
        </w:rPr>
        <w:t xml:space="preserve">2. </w:t>
      </w:r>
      <w:proofErr w:type="spellStart"/>
      <w:r>
        <w:rPr>
          <w:rFonts w:ascii="Times New Roman" w:hAnsi="Times New Roman" w:cs="Times New Roman"/>
        </w:rPr>
        <w:t>Keterampilan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merancang</w:t>
      </w:r>
      <w:proofErr w:type="spellEnd"/>
      <w:r>
        <w:rPr>
          <w:rFonts w:ascii="Times New Roman" w:hAnsi="Times New Roman" w:cs="Times New Roman"/>
        </w:rPr>
        <w:t xml:space="preserve"> dan </w:t>
      </w:r>
      <w:proofErr w:type="spellStart"/>
      <w:r>
        <w:rPr>
          <w:rFonts w:ascii="Times New Roman" w:hAnsi="Times New Roman" w:cs="Times New Roman"/>
        </w:rPr>
        <w:t>membangun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embedded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w:t>
      </w:r>
    </w:p>
    <w:p w14:paraId="23048CB5" w14:textId="77777777" w:rsidR="00C83DA1" w:rsidRDefault="00000000">
      <w:pPr>
        <w:spacing w:after="60" w:line="360" w:lineRule="auto"/>
        <w:ind w:left="709"/>
        <w:jc w:val="both"/>
      </w:pPr>
      <w:r>
        <w:rPr>
          <w:rFonts w:ascii="Times New Roman" w:hAnsi="Times New Roman" w:cs="Times New Roman"/>
        </w:rPr>
        <w:t xml:space="preserve">3.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pemrograman</w:t>
      </w:r>
      <w:proofErr w:type="spellEnd"/>
      <w:r>
        <w:rPr>
          <w:rFonts w:ascii="Times New Roman" w:hAnsi="Times New Roman" w:cs="Times New Roman"/>
        </w:rPr>
        <w:t xml:space="preserve"> </w:t>
      </w:r>
      <w:proofErr w:type="spellStart"/>
      <w:r>
        <w:rPr>
          <w:rFonts w:ascii="Times New Roman" w:hAnsi="Times New Roman" w:cs="Times New Roman"/>
        </w:rPr>
        <w:t>mikrokontroler</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Arduino IDE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bahasa</w:t>
      </w:r>
      <w:proofErr w:type="spellEnd"/>
      <w:r>
        <w:rPr>
          <w:rFonts w:ascii="Times New Roman" w:hAnsi="Times New Roman" w:cs="Times New Roman"/>
        </w:rPr>
        <w:t xml:space="preserve"> C/C++.</w:t>
      </w:r>
    </w:p>
    <w:p w14:paraId="0096B8AD" w14:textId="77777777" w:rsidR="00C83DA1" w:rsidRDefault="00000000">
      <w:pPr>
        <w:spacing w:after="60" w:line="360" w:lineRule="auto"/>
        <w:ind w:left="709"/>
        <w:jc w:val="both"/>
      </w:pPr>
      <w:r>
        <w:rPr>
          <w:rFonts w:ascii="Times New Roman" w:hAnsi="Times New Roman" w:cs="Times New Roman"/>
        </w:rPr>
        <w:t xml:space="preserve">4. </w:t>
      </w:r>
      <w:proofErr w:type="spellStart"/>
      <w:r>
        <w:rPr>
          <w:rFonts w:ascii="Times New Roman" w:hAnsi="Times New Roman" w:cs="Times New Roman"/>
        </w:rPr>
        <w:t>Pemahaman</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pentingnya</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sama</w:t>
      </w:r>
      <w:proofErr w:type="spellEnd"/>
      <w:r>
        <w:rPr>
          <w:rFonts w:ascii="Times New Roman" w:hAnsi="Times New Roman" w:cs="Times New Roman"/>
        </w:rPr>
        <w:t xml:space="preserve"> </w:t>
      </w:r>
      <w:proofErr w:type="spellStart"/>
      <w:r>
        <w:rPr>
          <w:rFonts w:ascii="Times New Roman" w:hAnsi="Times New Roman" w:cs="Times New Roman"/>
        </w:rPr>
        <w:t>tim</w:t>
      </w:r>
      <w:proofErr w:type="spellEnd"/>
      <w:r>
        <w:rPr>
          <w:rFonts w:ascii="Times New Roman" w:hAnsi="Times New Roman" w:cs="Times New Roman"/>
        </w:rPr>
        <w:t xml:space="preserve">, </w:t>
      </w:r>
      <w:proofErr w:type="spellStart"/>
      <w:r>
        <w:rPr>
          <w:rFonts w:ascii="Times New Roman" w:hAnsi="Times New Roman" w:cs="Times New Roman"/>
        </w:rPr>
        <w:t>komunikasi</w:t>
      </w:r>
      <w:proofErr w:type="spellEnd"/>
      <w:r>
        <w:rPr>
          <w:rFonts w:ascii="Times New Roman" w:hAnsi="Times New Roman" w:cs="Times New Roman"/>
        </w:rPr>
        <w:t xml:space="preserve"> </w:t>
      </w:r>
      <w:proofErr w:type="spellStart"/>
      <w:r>
        <w:rPr>
          <w:rFonts w:ascii="Times New Roman" w:hAnsi="Times New Roman" w:cs="Times New Roman"/>
        </w:rPr>
        <w:t>efektif</w:t>
      </w:r>
      <w:proofErr w:type="spellEnd"/>
      <w:r>
        <w:rPr>
          <w:rFonts w:ascii="Times New Roman" w:hAnsi="Times New Roman" w:cs="Times New Roman"/>
        </w:rPr>
        <w:t xml:space="preserve">, dan </w:t>
      </w:r>
      <w:proofErr w:type="spellStart"/>
      <w:r>
        <w:rPr>
          <w:rFonts w:ascii="Times New Roman" w:hAnsi="Times New Roman" w:cs="Times New Roman"/>
        </w:rPr>
        <w:t>kedisiplinan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lingkungan</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w:t>
      </w:r>
    </w:p>
    <w:p w14:paraId="31376BD0" w14:textId="77777777" w:rsidR="00C83DA1" w:rsidRDefault="00000000">
      <w:pPr>
        <w:spacing w:after="60" w:line="360" w:lineRule="auto"/>
        <w:ind w:left="709"/>
        <w:jc w:val="both"/>
      </w:pPr>
      <w:r>
        <w:rPr>
          <w:rFonts w:ascii="Times New Roman" w:hAnsi="Times New Roman" w:cs="Times New Roman"/>
        </w:rPr>
        <w:t xml:space="preserve">5. </w:t>
      </w:r>
      <w:proofErr w:type="spellStart"/>
      <w:r>
        <w:rPr>
          <w:rFonts w:ascii="Times New Roman" w:hAnsi="Times New Roman" w:cs="Times New Roman"/>
        </w:rPr>
        <w:t>Pengalaman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liputan</w:t>
      </w:r>
      <w:proofErr w:type="spellEnd"/>
      <w:r>
        <w:rPr>
          <w:rFonts w:ascii="Times New Roman" w:hAnsi="Times New Roman" w:cs="Times New Roman"/>
        </w:rPr>
        <w:t xml:space="preserve"> dan </w:t>
      </w:r>
      <w:proofErr w:type="spellStart"/>
      <w:r>
        <w:rPr>
          <w:rFonts w:ascii="Times New Roman" w:hAnsi="Times New Roman" w:cs="Times New Roman"/>
        </w:rPr>
        <w:t>dokumentasi</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pemerintahan</w:t>
      </w:r>
      <w:proofErr w:type="spellEnd"/>
      <w:r>
        <w:rPr>
          <w:rFonts w:ascii="Times New Roman" w:hAnsi="Times New Roman" w:cs="Times New Roman"/>
        </w:rPr>
        <w:t>.</w:t>
      </w:r>
    </w:p>
    <w:p w14:paraId="362FCF6C" w14:textId="77777777" w:rsidR="00C83DA1" w:rsidRDefault="00000000">
      <w:pPr>
        <w:spacing w:after="60" w:line="360" w:lineRule="auto"/>
        <w:ind w:left="709"/>
        <w:jc w:val="both"/>
      </w:pPr>
      <w:r>
        <w:rPr>
          <w:rFonts w:ascii="Times New Roman" w:hAnsi="Times New Roman" w:cs="Times New Roman"/>
        </w:rPr>
        <w:t xml:space="preserve">6. </w:t>
      </w:r>
      <w:proofErr w:type="spellStart"/>
      <w:r>
        <w:rPr>
          <w:rFonts w:ascii="Times New Roman" w:hAnsi="Times New Roman" w:cs="Times New Roman"/>
        </w:rPr>
        <w:t>Kemampuan</w:t>
      </w:r>
      <w:proofErr w:type="spellEnd"/>
      <w:r>
        <w:rPr>
          <w:rFonts w:ascii="Times New Roman" w:hAnsi="Times New Roman" w:cs="Times New Roman"/>
        </w:rPr>
        <w:t xml:space="preserve"> problem-solving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menghadapi</w:t>
      </w:r>
      <w:proofErr w:type="spellEnd"/>
      <w:r>
        <w:rPr>
          <w:rFonts w:ascii="Times New Roman" w:hAnsi="Times New Roman" w:cs="Times New Roman"/>
        </w:rPr>
        <w:t xml:space="preserve"> </w:t>
      </w:r>
      <w:proofErr w:type="spellStart"/>
      <w:r>
        <w:rPr>
          <w:rFonts w:ascii="Times New Roman" w:hAnsi="Times New Roman" w:cs="Times New Roman"/>
        </w:rPr>
        <w:t>kendala</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w:t>
      </w: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perakitan</w:t>
      </w:r>
      <w:proofErr w:type="spellEnd"/>
      <w:r>
        <w:rPr>
          <w:rFonts w:ascii="Times New Roman" w:hAnsi="Times New Roman" w:cs="Times New Roman"/>
        </w:rPr>
        <w:t xml:space="preserve"> dan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633544CD" w14:textId="77777777" w:rsidR="00C83DA1" w:rsidRDefault="00000000">
      <w:pPr>
        <w:spacing w:before="240" w:after="120" w:line="360" w:lineRule="auto"/>
      </w:pPr>
      <w:r>
        <w:rPr>
          <w:rFonts w:ascii="Times New Roman" w:hAnsi="Times New Roman" w:cs="Times New Roman"/>
          <w:b/>
          <w:sz w:val="24"/>
        </w:rPr>
        <w:t>5. KESIMPULAN DAN SARAN</w:t>
      </w:r>
    </w:p>
    <w:p w14:paraId="0D9D5779" w14:textId="77777777" w:rsidR="00C83DA1" w:rsidRDefault="00000000">
      <w:pPr>
        <w:spacing w:before="120" w:after="60" w:line="360" w:lineRule="auto"/>
      </w:pPr>
      <w:r>
        <w:rPr>
          <w:rFonts w:ascii="Times New Roman" w:hAnsi="Times New Roman" w:cs="Times New Roman"/>
          <w:b/>
        </w:rPr>
        <w:t>5.1 Kesimpulan</w:t>
      </w:r>
    </w:p>
    <w:p w14:paraId="68317F1E" w14:textId="77777777" w:rsidR="00C83DA1" w:rsidRDefault="00000000">
      <w:pPr>
        <w:spacing w:after="120" w:line="360" w:lineRule="auto"/>
        <w:jc w:val="both"/>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dan </w:t>
      </w:r>
      <w:proofErr w:type="spellStart"/>
      <w:r>
        <w:rPr>
          <w:rFonts w:ascii="Times New Roman" w:hAnsi="Times New Roman" w:cs="Times New Roman"/>
        </w:rPr>
        <w:t>pembahasan</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diambil</w:t>
      </w:r>
      <w:proofErr w:type="spellEnd"/>
      <w:r>
        <w:rPr>
          <w:rFonts w:ascii="Times New Roman" w:hAnsi="Times New Roman" w:cs="Times New Roman"/>
        </w:rPr>
        <w:t xml:space="preserve"> </w:t>
      </w:r>
      <w:proofErr w:type="spellStart"/>
      <w:r>
        <w:rPr>
          <w:rFonts w:ascii="Times New Roman" w:hAnsi="Times New Roman" w:cs="Times New Roman"/>
        </w:rPr>
        <w:t>kesimpulan</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4DE68AA6" w14:textId="77777777" w:rsidR="00C83DA1" w:rsidRDefault="00000000">
      <w:pPr>
        <w:spacing w:after="60" w:line="360" w:lineRule="auto"/>
        <w:ind w:left="709"/>
        <w:jc w:val="both"/>
      </w:pPr>
      <w:r>
        <w:rPr>
          <w:rFonts w:ascii="Times New Roman" w:hAnsi="Times New Roman" w:cs="Times New Roman"/>
        </w:rPr>
        <w:t xml:space="preserve">1.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berbasis</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solenoid door lock </w:t>
      </w:r>
      <w:proofErr w:type="spellStart"/>
      <w:r>
        <w:rPr>
          <w:rFonts w:ascii="Times New Roman" w:hAnsi="Times New Roman" w:cs="Times New Roman"/>
        </w:rPr>
        <w:t>menggunakan</w:t>
      </w:r>
      <w:proofErr w:type="spellEnd"/>
      <w:r>
        <w:rPr>
          <w:rFonts w:ascii="Times New Roman" w:hAnsi="Times New Roman" w:cs="Times New Roman"/>
        </w:rPr>
        <w:t xml:space="preserve"> Arduino Uno </w:t>
      </w:r>
      <w:proofErr w:type="spellStart"/>
      <w:r>
        <w:rPr>
          <w:rFonts w:ascii="Times New Roman" w:hAnsi="Times New Roman" w:cs="Times New Roman"/>
        </w:rPr>
        <w:t>berhasil</w:t>
      </w:r>
      <w:proofErr w:type="spellEnd"/>
      <w:r>
        <w:rPr>
          <w:rFonts w:ascii="Times New Roman" w:hAnsi="Times New Roman" w:cs="Times New Roman"/>
        </w:rPr>
        <w:t xml:space="preserve"> </w:t>
      </w:r>
      <w:proofErr w:type="spellStart"/>
      <w:r>
        <w:rPr>
          <w:rFonts w:ascii="Times New Roman" w:hAnsi="Times New Roman" w:cs="Times New Roman"/>
        </w:rPr>
        <w:t>dirancang</w:t>
      </w:r>
      <w:proofErr w:type="spellEnd"/>
      <w:r>
        <w:rPr>
          <w:rFonts w:ascii="Times New Roman" w:hAnsi="Times New Roman" w:cs="Times New Roman"/>
        </w:rPr>
        <w:t xml:space="preserve"> dan </w:t>
      </w:r>
      <w:proofErr w:type="spellStart"/>
      <w:r>
        <w:rPr>
          <w:rFonts w:ascii="Times New Roman" w:hAnsi="Times New Roman" w:cs="Times New Roman"/>
        </w:rPr>
        <w:t>diimplementasikan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komponen</w:t>
      </w:r>
      <w:proofErr w:type="spellEnd"/>
      <w:r>
        <w:rPr>
          <w:rFonts w:ascii="Times New Roman" w:hAnsi="Times New Roman" w:cs="Times New Roman"/>
        </w:rPr>
        <w:t xml:space="preserve"> </w:t>
      </w:r>
      <w:proofErr w:type="spellStart"/>
      <w:r>
        <w:rPr>
          <w:rFonts w:ascii="Times New Roman" w:hAnsi="Times New Roman" w:cs="Times New Roman"/>
        </w:rPr>
        <w:t>utama</w:t>
      </w:r>
      <w:proofErr w:type="spellEnd"/>
      <w:r>
        <w:rPr>
          <w:rFonts w:ascii="Times New Roman" w:hAnsi="Times New Roman" w:cs="Times New Roman"/>
        </w:rPr>
        <w:t xml:space="preserve"> Arduino Uno R3, </w:t>
      </w:r>
      <w:proofErr w:type="spellStart"/>
      <w:r>
        <w:rPr>
          <w:rFonts w:ascii="Times New Roman" w:hAnsi="Times New Roman" w:cs="Times New Roman"/>
        </w:rPr>
        <w:t>modul</w:t>
      </w:r>
      <w:proofErr w:type="spellEnd"/>
      <w:r>
        <w:rPr>
          <w:rFonts w:ascii="Times New Roman" w:hAnsi="Times New Roman" w:cs="Times New Roman"/>
        </w:rPr>
        <w:t xml:space="preserve"> RFID RC522, solenoid door lock 12V, LCD I2C, buzzer, dan relay module.</w:t>
      </w:r>
    </w:p>
    <w:p w14:paraId="2061D999" w14:textId="77777777" w:rsidR="00C83DA1" w:rsidRDefault="00000000">
      <w:pPr>
        <w:spacing w:after="60" w:line="360" w:lineRule="auto"/>
        <w:ind w:left="709"/>
        <w:jc w:val="both"/>
      </w:pPr>
      <w:r>
        <w:rPr>
          <w:rFonts w:ascii="Times New Roman" w:hAnsi="Times New Roman" w:cs="Times New Roman"/>
        </w:rPr>
        <w:t xml:space="preserve">2. Hasil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membaca</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RFID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maksimal</w:t>
      </w:r>
      <w:proofErr w:type="spellEnd"/>
      <w:r>
        <w:rPr>
          <w:rFonts w:ascii="Times New Roman" w:hAnsi="Times New Roman" w:cs="Times New Roman"/>
        </w:rPr>
        <w:t xml:space="preserve"> 3 cm dan </w:t>
      </w:r>
      <w:proofErr w:type="spellStart"/>
      <w:r>
        <w:rPr>
          <w:rFonts w:ascii="Times New Roman" w:hAnsi="Times New Roman" w:cs="Times New Roman"/>
        </w:rPr>
        <w:t>membuka</w:t>
      </w:r>
      <w:proofErr w:type="spellEnd"/>
      <w:r>
        <w:rPr>
          <w:rFonts w:ascii="Times New Roman" w:hAnsi="Times New Roman" w:cs="Times New Roman"/>
        </w:rPr>
        <w:t xml:space="preserve"> </w:t>
      </w:r>
      <w:proofErr w:type="spellStart"/>
      <w:r>
        <w:rPr>
          <w:rFonts w:ascii="Times New Roman" w:hAnsi="Times New Roman" w:cs="Times New Roman"/>
        </w:rPr>
        <w:t>kunci</w:t>
      </w:r>
      <w:proofErr w:type="spellEnd"/>
      <w:r>
        <w:rPr>
          <w:rFonts w:ascii="Times New Roman" w:hAnsi="Times New Roman" w:cs="Times New Roman"/>
        </w:rPr>
        <w:t xml:space="preserve"> solenoid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waktu</w:t>
      </w:r>
      <w:proofErr w:type="spellEnd"/>
      <w:r>
        <w:rPr>
          <w:rFonts w:ascii="Times New Roman" w:hAnsi="Times New Roman" w:cs="Times New Roman"/>
        </w:rPr>
        <w:t xml:space="preserve"> </w:t>
      </w:r>
      <w:proofErr w:type="spellStart"/>
      <w:r>
        <w:rPr>
          <w:rFonts w:ascii="Times New Roman" w:hAnsi="Times New Roman" w:cs="Times New Roman"/>
        </w:rPr>
        <w:t>kurang</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1 </w:t>
      </w:r>
      <w:proofErr w:type="spellStart"/>
      <w:r>
        <w:rPr>
          <w:rFonts w:ascii="Times New Roman" w:hAnsi="Times New Roman" w:cs="Times New Roman"/>
        </w:rPr>
        <w:t>detik</w:t>
      </w:r>
      <w:proofErr w:type="spellEnd"/>
      <w:r>
        <w:rPr>
          <w:rFonts w:ascii="Times New Roman" w:hAnsi="Times New Roman" w:cs="Times New Roman"/>
        </w:rPr>
        <w:t xml:space="preserve">. Kartu </w:t>
      </w:r>
      <w:proofErr w:type="spellStart"/>
      <w:r>
        <w:rPr>
          <w:rFonts w:ascii="Times New Roman" w:hAnsi="Times New Roman" w:cs="Times New Roman"/>
        </w:rPr>
        <w:t>terdaftar</w:t>
      </w:r>
      <w:proofErr w:type="spellEnd"/>
      <w:r>
        <w:rPr>
          <w:rFonts w:ascii="Times New Roman" w:hAnsi="Times New Roman" w:cs="Times New Roman"/>
        </w:rPr>
        <w:t xml:space="preserve">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menampilkan</w:t>
      </w:r>
      <w:proofErr w:type="spellEnd"/>
      <w:r>
        <w:rPr>
          <w:rFonts w:ascii="Times New Roman" w:hAnsi="Times New Roman" w:cs="Times New Roman"/>
        </w:rPr>
        <w:t xml:space="preserve"> status "Accepted" dan </w:t>
      </w:r>
      <w:proofErr w:type="spellStart"/>
      <w:r>
        <w:rPr>
          <w:rFonts w:ascii="Times New Roman" w:hAnsi="Times New Roman" w:cs="Times New Roman"/>
        </w:rPr>
        <w:t>membuka</w:t>
      </w:r>
      <w:proofErr w:type="spellEnd"/>
      <w:r>
        <w:rPr>
          <w:rFonts w:ascii="Times New Roman" w:hAnsi="Times New Roman" w:cs="Times New Roman"/>
        </w:rPr>
        <w:t xml:space="preserve"> </w:t>
      </w:r>
      <w:proofErr w:type="spellStart"/>
      <w:r>
        <w:rPr>
          <w:rFonts w:ascii="Times New Roman" w:hAnsi="Times New Roman" w:cs="Times New Roman"/>
        </w:rPr>
        <w:t>pintu</w:t>
      </w:r>
      <w:proofErr w:type="spellEnd"/>
      <w:r>
        <w:rPr>
          <w:rFonts w:ascii="Times New Roman" w:hAnsi="Times New Roman" w:cs="Times New Roman"/>
        </w:rPr>
        <w:t xml:space="preserve">, </w:t>
      </w:r>
      <w:proofErr w:type="spellStart"/>
      <w:r>
        <w:rPr>
          <w:rFonts w:ascii="Times New Roman" w:hAnsi="Times New Roman" w:cs="Times New Roman"/>
        </w:rPr>
        <w:t>sedangkan</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valid </w:t>
      </w:r>
      <w:proofErr w:type="spellStart"/>
      <w:r>
        <w:rPr>
          <w:rFonts w:ascii="Times New Roman" w:hAnsi="Times New Roman" w:cs="Times New Roman"/>
        </w:rPr>
        <w:t>akan</w:t>
      </w:r>
      <w:proofErr w:type="spellEnd"/>
      <w:r>
        <w:rPr>
          <w:rFonts w:ascii="Times New Roman" w:hAnsi="Times New Roman" w:cs="Times New Roman"/>
        </w:rPr>
        <w:t xml:space="preserve"> </w:t>
      </w:r>
      <w:proofErr w:type="spellStart"/>
      <w:r>
        <w:rPr>
          <w:rFonts w:ascii="Times New Roman" w:hAnsi="Times New Roman" w:cs="Times New Roman"/>
        </w:rPr>
        <w:t>ditolak</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status "Denied" dan buzzer </w:t>
      </w:r>
      <w:proofErr w:type="spellStart"/>
      <w:r>
        <w:rPr>
          <w:rFonts w:ascii="Times New Roman" w:hAnsi="Times New Roman" w:cs="Times New Roman"/>
        </w:rPr>
        <w:t>berbunyi</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peringatan</w:t>
      </w:r>
      <w:proofErr w:type="spellEnd"/>
      <w:r>
        <w:rPr>
          <w:rFonts w:ascii="Times New Roman" w:hAnsi="Times New Roman" w:cs="Times New Roman"/>
        </w:rPr>
        <w:t>.</w:t>
      </w:r>
    </w:p>
    <w:p w14:paraId="64E58D82" w14:textId="77777777" w:rsidR="00C83DA1" w:rsidRDefault="00000000">
      <w:pPr>
        <w:spacing w:after="60" w:line="360" w:lineRule="auto"/>
        <w:ind w:left="709"/>
        <w:jc w:val="both"/>
      </w:pPr>
      <w:r>
        <w:rPr>
          <w:rFonts w:ascii="Times New Roman" w:hAnsi="Times New Roman" w:cs="Times New Roman"/>
        </w:rPr>
        <w:lastRenderedPageBreak/>
        <w:t xml:space="preserve">3.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efektif</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dan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diaplikasikan</w:t>
      </w:r>
      <w:proofErr w:type="spellEnd"/>
      <w:r>
        <w:rPr>
          <w:rFonts w:ascii="Times New Roman" w:hAnsi="Times New Roman" w:cs="Times New Roman"/>
        </w:rPr>
        <w:t xml:space="preserve"> di </w:t>
      </w:r>
      <w:proofErr w:type="spellStart"/>
      <w:r>
        <w:rPr>
          <w:rFonts w:ascii="Times New Roman" w:hAnsi="Times New Roman" w:cs="Times New Roman"/>
        </w:rPr>
        <w:t>berbagai</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w:t>
      </w:r>
      <w:proofErr w:type="spellStart"/>
      <w:r>
        <w:rPr>
          <w:rFonts w:ascii="Times New Roman" w:hAnsi="Times New Roman" w:cs="Times New Roman"/>
        </w:rPr>
        <w:t>laboratorium</w:t>
      </w:r>
      <w:proofErr w:type="spellEnd"/>
      <w:r>
        <w:rPr>
          <w:rFonts w:ascii="Times New Roman" w:hAnsi="Times New Roman" w:cs="Times New Roman"/>
        </w:rPr>
        <w:t xml:space="preserve">, </w:t>
      </w:r>
      <w:proofErr w:type="spellStart"/>
      <w:r>
        <w:rPr>
          <w:rFonts w:ascii="Times New Roman" w:hAnsi="Times New Roman" w:cs="Times New Roman"/>
        </w:rPr>
        <w:t>kantor</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w:t>
      </w:r>
      <w:proofErr w:type="spellStart"/>
      <w:r>
        <w:rPr>
          <w:rFonts w:ascii="Times New Roman" w:hAnsi="Times New Roman" w:cs="Times New Roman"/>
        </w:rPr>
        <w:t>terbatas</w:t>
      </w:r>
      <w:proofErr w:type="spellEnd"/>
      <w:r>
        <w:rPr>
          <w:rFonts w:ascii="Times New Roman" w:hAnsi="Times New Roman" w:cs="Times New Roman"/>
        </w:rPr>
        <w:t xml:space="preserve"> </w:t>
      </w:r>
      <w:proofErr w:type="spellStart"/>
      <w:r>
        <w:rPr>
          <w:rFonts w:ascii="Times New Roman" w:hAnsi="Times New Roman" w:cs="Times New Roman"/>
        </w:rPr>
        <w:t>lainnya</w:t>
      </w:r>
      <w:proofErr w:type="spellEnd"/>
      <w:r>
        <w:rPr>
          <w:rFonts w:ascii="Times New Roman" w:hAnsi="Times New Roman" w:cs="Times New Roman"/>
        </w:rPr>
        <w:t>.</w:t>
      </w:r>
    </w:p>
    <w:p w14:paraId="5572A6A4" w14:textId="77777777" w:rsidR="00C83DA1" w:rsidRDefault="00000000">
      <w:pPr>
        <w:spacing w:before="120" w:after="60" w:line="360" w:lineRule="auto"/>
      </w:pPr>
      <w:r>
        <w:rPr>
          <w:rFonts w:ascii="Times New Roman" w:hAnsi="Times New Roman" w:cs="Times New Roman"/>
          <w:b/>
        </w:rPr>
        <w:t xml:space="preserve">5.2 </w:t>
      </w:r>
      <w:proofErr w:type="spellStart"/>
      <w:r>
        <w:rPr>
          <w:rFonts w:ascii="Times New Roman" w:hAnsi="Times New Roman" w:cs="Times New Roman"/>
          <w:b/>
        </w:rPr>
        <w:t>Keterbatasan</w:t>
      </w:r>
      <w:proofErr w:type="spellEnd"/>
    </w:p>
    <w:p w14:paraId="2A6FC96E" w14:textId="77777777" w:rsidR="00C83DA1" w:rsidRDefault="00000000">
      <w:pPr>
        <w:spacing w:after="120" w:line="360" w:lineRule="auto"/>
        <w:jc w:val="both"/>
      </w:pPr>
      <w:proofErr w:type="spellStart"/>
      <w:r>
        <w:rPr>
          <w:rFonts w:ascii="Times New Roman" w:hAnsi="Times New Roman" w:cs="Times New Roman"/>
        </w:rPr>
        <w:t>Selama</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terdapat</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keterbatasan</w:t>
      </w:r>
      <w:proofErr w:type="spellEnd"/>
      <w:r>
        <w:rPr>
          <w:rFonts w:ascii="Times New Roman" w:hAnsi="Times New Roman" w:cs="Times New Roman"/>
        </w:rPr>
        <w:t xml:space="preserve"> yang </w:t>
      </w:r>
      <w:proofErr w:type="spellStart"/>
      <w:r>
        <w:rPr>
          <w:rFonts w:ascii="Times New Roman" w:hAnsi="Times New Roman" w:cs="Times New Roman"/>
        </w:rPr>
        <w:t>dihadapi</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w:t>
      </w:r>
    </w:p>
    <w:p w14:paraId="1D8F515D" w14:textId="77777777" w:rsidR="00C83DA1" w:rsidRDefault="00000000">
      <w:pPr>
        <w:spacing w:after="60" w:line="360" w:lineRule="auto"/>
        <w:ind w:left="709"/>
        <w:jc w:val="both"/>
      </w:pPr>
      <w:r>
        <w:rPr>
          <w:rFonts w:ascii="Times New Roman" w:hAnsi="Times New Roman" w:cs="Times New Roman"/>
        </w:rPr>
        <w:t xml:space="preserve">1. Waktu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terbatas</w:t>
      </w:r>
      <w:proofErr w:type="spellEnd"/>
      <w:r>
        <w:rPr>
          <w:rFonts w:ascii="Times New Roman" w:hAnsi="Times New Roman" w:cs="Times New Roman"/>
        </w:rPr>
        <w:t xml:space="preserve">,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yang </w:t>
      </w:r>
      <w:proofErr w:type="spellStart"/>
      <w:r>
        <w:rPr>
          <w:rFonts w:ascii="Times New Roman" w:hAnsi="Times New Roman" w:cs="Times New Roman"/>
        </w:rPr>
        <w:t>dibangun</w:t>
      </w:r>
      <w:proofErr w:type="spellEnd"/>
      <w:r>
        <w:rPr>
          <w:rFonts w:ascii="Times New Roman" w:hAnsi="Times New Roman" w:cs="Times New Roman"/>
        </w:rPr>
        <w:t xml:space="preserve">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bentuk</w:t>
      </w:r>
      <w:proofErr w:type="spellEnd"/>
      <w:r>
        <w:rPr>
          <w:rFonts w:ascii="Times New Roman" w:hAnsi="Times New Roman" w:cs="Times New Roman"/>
        </w:rPr>
        <w:t xml:space="preserve"> </w:t>
      </w:r>
      <w:proofErr w:type="spellStart"/>
      <w:r>
        <w:rPr>
          <w:rFonts w:ascii="Times New Roman" w:hAnsi="Times New Roman" w:cs="Times New Roman"/>
        </w:rPr>
        <w:t>prototipe</w:t>
      </w:r>
      <w:proofErr w:type="spellEnd"/>
      <w:r>
        <w:rPr>
          <w:rFonts w:ascii="Times New Roman" w:hAnsi="Times New Roman" w:cs="Times New Roman"/>
        </w:rPr>
        <w:t>.</w:t>
      </w:r>
    </w:p>
    <w:p w14:paraId="1E310C71" w14:textId="77777777" w:rsidR="00C83DA1" w:rsidRDefault="00000000">
      <w:pPr>
        <w:spacing w:after="60" w:line="360" w:lineRule="auto"/>
        <w:ind w:left="709"/>
        <w:jc w:val="both"/>
      </w:pPr>
      <w:r>
        <w:rPr>
          <w:rFonts w:ascii="Times New Roman" w:hAnsi="Times New Roman" w:cs="Times New Roman"/>
        </w:rPr>
        <w:t xml:space="preserve">2. </w:t>
      </w:r>
      <w:proofErr w:type="spellStart"/>
      <w:r>
        <w:rPr>
          <w:rFonts w:ascii="Times New Roman" w:hAnsi="Times New Roman" w:cs="Times New Roman"/>
        </w:rPr>
        <w:t>Keterbatasan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data dan </w:t>
      </w:r>
      <w:proofErr w:type="spellStart"/>
      <w:r>
        <w:rPr>
          <w:rFonts w:ascii="Times New Roman" w:hAnsi="Times New Roman" w:cs="Times New Roman"/>
        </w:rPr>
        <w:t>fasilitas</w:t>
      </w:r>
      <w:proofErr w:type="spellEnd"/>
      <w:r>
        <w:rPr>
          <w:rFonts w:ascii="Times New Roman" w:hAnsi="Times New Roman" w:cs="Times New Roman"/>
        </w:rPr>
        <w:t xml:space="preserve"> di </w:t>
      </w:r>
      <w:proofErr w:type="spellStart"/>
      <w:r>
        <w:rPr>
          <w:rFonts w:ascii="Times New Roman" w:hAnsi="Times New Roman" w:cs="Times New Roman"/>
        </w:rPr>
        <w:t>instansi</w:t>
      </w:r>
      <w:proofErr w:type="spellEnd"/>
      <w:r>
        <w:rPr>
          <w:rFonts w:ascii="Times New Roman" w:hAnsi="Times New Roman" w:cs="Times New Roman"/>
        </w:rPr>
        <w:t xml:space="preserve"> </w:t>
      </w:r>
      <w:proofErr w:type="spellStart"/>
      <w:r>
        <w:rPr>
          <w:rFonts w:ascii="Times New Roman" w:hAnsi="Times New Roman" w:cs="Times New Roman"/>
        </w:rPr>
        <w:t>tempat</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w:t>
      </w:r>
    </w:p>
    <w:p w14:paraId="5AB7129B" w14:textId="77777777" w:rsidR="00C83DA1" w:rsidRDefault="00000000">
      <w:pPr>
        <w:spacing w:after="60" w:line="360" w:lineRule="auto"/>
        <w:ind w:left="709"/>
        <w:jc w:val="both"/>
      </w:pPr>
      <w:r>
        <w:rPr>
          <w:rFonts w:ascii="Times New Roman" w:hAnsi="Times New Roman" w:cs="Times New Roman"/>
        </w:rPr>
        <w:t xml:space="preserve">3.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belum</w:t>
      </w:r>
      <w:proofErr w:type="spellEnd"/>
      <w:r>
        <w:rPr>
          <w:rFonts w:ascii="Times New Roman" w:hAnsi="Times New Roman" w:cs="Times New Roman"/>
        </w:rPr>
        <w:t xml:space="preserve"> </w:t>
      </w:r>
      <w:proofErr w:type="spellStart"/>
      <w:r>
        <w:rPr>
          <w:rFonts w:ascii="Times New Roman" w:hAnsi="Times New Roman" w:cs="Times New Roman"/>
        </w:rPr>
        <w:t>dilengkapi</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modul</w:t>
      </w:r>
      <w:proofErr w:type="spellEnd"/>
      <w:r>
        <w:rPr>
          <w:rFonts w:ascii="Times New Roman" w:hAnsi="Times New Roman" w:cs="Times New Roman"/>
        </w:rPr>
        <w:t xml:space="preserve"> </w:t>
      </w:r>
      <w:proofErr w:type="spellStart"/>
      <w:r>
        <w:rPr>
          <w:rFonts w:ascii="Times New Roman" w:hAnsi="Times New Roman" w:cs="Times New Roman"/>
        </w:rPr>
        <w:t>WiFi</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notifikasi</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jauh</w:t>
      </w:r>
      <w:proofErr w:type="spellEnd"/>
      <w:r>
        <w:rPr>
          <w:rFonts w:ascii="Times New Roman" w:hAnsi="Times New Roman" w:cs="Times New Roman"/>
        </w:rPr>
        <w:t>.</w:t>
      </w:r>
    </w:p>
    <w:p w14:paraId="3C51B00E" w14:textId="77777777" w:rsidR="00C83DA1" w:rsidRDefault="00000000">
      <w:pPr>
        <w:spacing w:after="60" w:line="360" w:lineRule="auto"/>
        <w:ind w:left="709"/>
        <w:jc w:val="both"/>
      </w:pPr>
      <w:r>
        <w:rPr>
          <w:rFonts w:ascii="Times New Roman" w:hAnsi="Times New Roman" w:cs="Times New Roman"/>
        </w:rPr>
        <w:t xml:space="preserve">4. Jarak </w:t>
      </w:r>
      <w:proofErr w:type="spellStart"/>
      <w:r>
        <w:rPr>
          <w:rFonts w:ascii="Times New Roman" w:hAnsi="Times New Roman" w:cs="Times New Roman"/>
        </w:rPr>
        <w:t>deteksi</w:t>
      </w:r>
      <w:proofErr w:type="spellEnd"/>
      <w:r>
        <w:rPr>
          <w:rFonts w:ascii="Times New Roman" w:hAnsi="Times New Roman" w:cs="Times New Roman"/>
        </w:rPr>
        <w:t xml:space="preserve"> RFID </w:t>
      </w:r>
      <w:proofErr w:type="spellStart"/>
      <w:r>
        <w:rPr>
          <w:rFonts w:ascii="Times New Roman" w:hAnsi="Times New Roman" w:cs="Times New Roman"/>
        </w:rPr>
        <w:t>masih</w:t>
      </w:r>
      <w:proofErr w:type="spellEnd"/>
      <w:r>
        <w:rPr>
          <w:rFonts w:ascii="Times New Roman" w:hAnsi="Times New Roman" w:cs="Times New Roman"/>
        </w:rPr>
        <w:t xml:space="preserve"> </w:t>
      </w:r>
      <w:proofErr w:type="spellStart"/>
      <w:r>
        <w:rPr>
          <w:rFonts w:ascii="Times New Roman" w:hAnsi="Times New Roman" w:cs="Times New Roman"/>
        </w:rPr>
        <w:t>terbatas</w:t>
      </w:r>
      <w:proofErr w:type="spellEnd"/>
      <w:r>
        <w:rPr>
          <w:rFonts w:ascii="Times New Roman" w:hAnsi="Times New Roman" w:cs="Times New Roman"/>
        </w:rPr>
        <w:t xml:space="preserve"> pada 3 cm,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memerlukan</w:t>
      </w:r>
      <w:proofErr w:type="spellEnd"/>
      <w:r>
        <w:rPr>
          <w:rFonts w:ascii="Times New Roman" w:hAnsi="Times New Roman" w:cs="Times New Roman"/>
        </w:rPr>
        <w:t xml:space="preserve"> </w:t>
      </w:r>
      <w:proofErr w:type="spellStart"/>
      <w:r>
        <w:rPr>
          <w:rFonts w:ascii="Times New Roman" w:hAnsi="Times New Roman" w:cs="Times New Roman"/>
        </w:rPr>
        <w:t>posisi</w:t>
      </w:r>
      <w:proofErr w:type="spellEnd"/>
      <w:r>
        <w:rPr>
          <w:rFonts w:ascii="Times New Roman" w:hAnsi="Times New Roman" w:cs="Times New Roman"/>
        </w:rPr>
        <w:t xml:space="preserve"> </w:t>
      </w:r>
      <w:proofErr w:type="spellStart"/>
      <w:r>
        <w:rPr>
          <w:rFonts w:ascii="Times New Roman" w:hAnsi="Times New Roman" w:cs="Times New Roman"/>
        </w:rPr>
        <w:t>kartu</w:t>
      </w:r>
      <w:proofErr w:type="spellEnd"/>
      <w:r>
        <w:rPr>
          <w:rFonts w:ascii="Times New Roman" w:hAnsi="Times New Roman" w:cs="Times New Roman"/>
        </w:rPr>
        <w:t xml:space="preserve"> yang </w:t>
      </w:r>
      <w:proofErr w:type="spellStart"/>
      <w:r>
        <w:rPr>
          <w:rFonts w:ascii="Times New Roman" w:hAnsi="Times New Roman" w:cs="Times New Roman"/>
        </w:rPr>
        <w:t>tepat</w:t>
      </w:r>
      <w:proofErr w:type="spellEnd"/>
      <w:r>
        <w:rPr>
          <w:rFonts w:ascii="Times New Roman" w:hAnsi="Times New Roman" w:cs="Times New Roman"/>
        </w:rPr>
        <w:t>.</w:t>
      </w:r>
    </w:p>
    <w:p w14:paraId="24DBEA92" w14:textId="77777777" w:rsidR="00C83DA1" w:rsidRDefault="00000000">
      <w:pPr>
        <w:spacing w:after="60" w:line="360" w:lineRule="auto"/>
        <w:ind w:left="709"/>
        <w:jc w:val="both"/>
      </w:pPr>
      <w:r>
        <w:rPr>
          <w:rFonts w:ascii="Times New Roman" w:hAnsi="Times New Roman" w:cs="Times New Roman"/>
        </w:rPr>
        <w:t xml:space="preserve">5. Belum </w:t>
      </w:r>
      <w:proofErr w:type="spellStart"/>
      <w:r>
        <w:rPr>
          <w:rFonts w:ascii="Times New Roman" w:hAnsi="Times New Roman" w:cs="Times New Roman"/>
        </w:rPr>
        <w:t>adanya</w:t>
      </w:r>
      <w:proofErr w:type="spellEnd"/>
      <w:r>
        <w:rPr>
          <w:rFonts w:ascii="Times New Roman" w:hAnsi="Times New Roman" w:cs="Times New Roman"/>
        </w:rPr>
        <w:t xml:space="preserve"> </w:t>
      </w:r>
      <w:proofErr w:type="spellStart"/>
      <w:r>
        <w:rPr>
          <w:rFonts w:ascii="Times New Roman" w:hAnsi="Times New Roman" w:cs="Times New Roman"/>
        </w:rPr>
        <w:t>mekanisme</w:t>
      </w:r>
      <w:proofErr w:type="spellEnd"/>
      <w:r>
        <w:rPr>
          <w:rFonts w:ascii="Times New Roman" w:hAnsi="Times New Roman" w:cs="Times New Roman"/>
        </w:rPr>
        <w:t xml:space="preserve"> backup power, </w:t>
      </w:r>
      <w:proofErr w:type="spellStart"/>
      <w:r>
        <w:rPr>
          <w:rFonts w:ascii="Times New Roman" w:hAnsi="Times New Roman" w:cs="Times New Roman"/>
        </w:rPr>
        <w:t>sehingga</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berfungsi</w:t>
      </w:r>
      <w:proofErr w:type="spellEnd"/>
      <w:r>
        <w:rPr>
          <w:rFonts w:ascii="Times New Roman" w:hAnsi="Times New Roman" w:cs="Times New Roman"/>
        </w:rPr>
        <w:t xml:space="preserve"> </w:t>
      </w:r>
      <w:proofErr w:type="spellStart"/>
      <w:r>
        <w:rPr>
          <w:rFonts w:ascii="Times New Roman" w:hAnsi="Times New Roman" w:cs="Times New Roman"/>
        </w:rPr>
        <w:t>saat</w:t>
      </w:r>
      <w:proofErr w:type="spellEnd"/>
      <w:r>
        <w:rPr>
          <w:rFonts w:ascii="Times New Roman" w:hAnsi="Times New Roman" w:cs="Times New Roman"/>
        </w:rPr>
        <w:t xml:space="preserve"> </w:t>
      </w:r>
      <w:proofErr w:type="spellStart"/>
      <w:r>
        <w:rPr>
          <w:rFonts w:ascii="Times New Roman" w:hAnsi="Times New Roman" w:cs="Times New Roman"/>
        </w:rPr>
        <w:t>mati</w:t>
      </w:r>
      <w:proofErr w:type="spellEnd"/>
      <w:r>
        <w:rPr>
          <w:rFonts w:ascii="Times New Roman" w:hAnsi="Times New Roman" w:cs="Times New Roman"/>
        </w:rPr>
        <w:t xml:space="preserve"> </w:t>
      </w:r>
      <w:proofErr w:type="spellStart"/>
      <w:r>
        <w:rPr>
          <w:rFonts w:ascii="Times New Roman" w:hAnsi="Times New Roman" w:cs="Times New Roman"/>
        </w:rPr>
        <w:t>listrik</w:t>
      </w:r>
      <w:proofErr w:type="spellEnd"/>
      <w:r>
        <w:rPr>
          <w:rFonts w:ascii="Times New Roman" w:hAnsi="Times New Roman" w:cs="Times New Roman"/>
        </w:rPr>
        <w:t>.</w:t>
      </w:r>
    </w:p>
    <w:p w14:paraId="23C2A295" w14:textId="77777777" w:rsidR="00C83DA1" w:rsidRDefault="00000000">
      <w:pPr>
        <w:spacing w:before="120" w:after="60" w:line="360" w:lineRule="auto"/>
      </w:pPr>
      <w:r>
        <w:rPr>
          <w:rFonts w:ascii="Times New Roman" w:hAnsi="Times New Roman" w:cs="Times New Roman"/>
          <w:b/>
        </w:rPr>
        <w:t xml:space="preserve">5.3 </w:t>
      </w:r>
      <w:proofErr w:type="spellStart"/>
      <w:r>
        <w:rPr>
          <w:rFonts w:ascii="Times New Roman" w:hAnsi="Times New Roman" w:cs="Times New Roman"/>
          <w:b/>
        </w:rPr>
        <w:t>Implikasi</w:t>
      </w:r>
      <w:proofErr w:type="spellEnd"/>
    </w:p>
    <w:p w14:paraId="7CE3E2CD" w14:textId="77777777" w:rsidR="00C83DA1" w:rsidRDefault="00000000">
      <w:pPr>
        <w:spacing w:after="120" w:line="360" w:lineRule="auto"/>
        <w:jc w:val="both"/>
      </w:pPr>
      <w:r>
        <w:rPr>
          <w:rFonts w:ascii="Times New Roman" w:hAnsi="Times New Roman" w:cs="Times New Roman"/>
        </w:rPr>
        <w:t xml:space="preserve">Hasil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memiliki</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w:t>
      </w:r>
      <w:proofErr w:type="spellStart"/>
      <w:r>
        <w:rPr>
          <w:rFonts w:ascii="Times New Roman" w:hAnsi="Times New Roman" w:cs="Times New Roman"/>
        </w:rPr>
        <w:t>implikasi</w:t>
      </w:r>
      <w:proofErr w:type="spellEnd"/>
      <w:r>
        <w:rPr>
          <w:rFonts w:ascii="Times New Roman" w:hAnsi="Times New Roman" w:cs="Times New Roman"/>
        </w:rPr>
        <w:t xml:space="preserve">, </w:t>
      </w:r>
      <w:proofErr w:type="spellStart"/>
      <w:r>
        <w:rPr>
          <w:rFonts w:ascii="Times New Roman" w:hAnsi="Times New Roman" w:cs="Times New Roman"/>
        </w:rPr>
        <w:t>yaitu</w:t>
      </w:r>
      <w:proofErr w:type="spellEnd"/>
      <w:r>
        <w:rPr>
          <w:rFonts w:ascii="Times New Roman" w:hAnsi="Times New Roman" w:cs="Times New Roman"/>
        </w:rPr>
        <w:t>:</w:t>
      </w:r>
    </w:p>
    <w:p w14:paraId="4D80C6E9" w14:textId="77777777" w:rsidR="00C83DA1" w:rsidRDefault="00000000">
      <w:pPr>
        <w:spacing w:after="60" w:line="360" w:lineRule="auto"/>
        <w:ind w:left="709"/>
        <w:jc w:val="both"/>
      </w:pPr>
      <w:r>
        <w:rPr>
          <w:rFonts w:ascii="Times New Roman" w:hAnsi="Times New Roman" w:cs="Times New Roman"/>
        </w:rPr>
        <w:t xml:space="preserve">1. </w:t>
      </w:r>
      <w:r>
        <w:rPr>
          <w:rFonts w:ascii="Times New Roman" w:hAnsi="Times New Roman" w:cs="Times New Roman"/>
          <w:b/>
        </w:rPr>
        <w:t xml:space="preserve">Bagi Mahasiswa: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kompetensi</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embedded dan Internet of Things (IoT).</w:t>
      </w:r>
    </w:p>
    <w:p w14:paraId="605BBCF9" w14:textId="77777777" w:rsidR="00C83DA1" w:rsidRDefault="00000000">
      <w:pPr>
        <w:spacing w:after="60" w:line="360" w:lineRule="auto"/>
        <w:ind w:left="709"/>
        <w:jc w:val="both"/>
      </w:pPr>
      <w:r>
        <w:rPr>
          <w:rFonts w:ascii="Times New Roman" w:hAnsi="Times New Roman" w:cs="Times New Roman"/>
        </w:rPr>
        <w:t xml:space="preserve">2. </w:t>
      </w:r>
      <w:r>
        <w:rPr>
          <w:rFonts w:ascii="Times New Roman" w:hAnsi="Times New Roman" w:cs="Times New Roman"/>
          <w:b/>
        </w:rPr>
        <w:t xml:space="preserve">Bagi </w:t>
      </w:r>
      <w:proofErr w:type="spellStart"/>
      <w:r>
        <w:rPr>
          <w:rFonts w:ascii="Times New Roman" w:hAnsi="Times New Roman" w:cs="Times New Roman"/>
          <w:b/>
        </w:rPr>
        <w:t>Instansi</w:t>
      </w:r>
      <w:proofErr w:type="spellEnd"/>
      <w:r>
        <w:rPr>
          <w:rFonts w:ascii="Times New Roman" w:hAnsi="Times New Roman" w:cs="Times New Roman"/>
          <w:b/>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alternatif</w:t>
      </w:r>
      <w:proofErr w:type="spellEnd"/>
      <w:r>
        <w:rPr>
          <w:rFonts w:ascii="Times New Roman" w:hAnsi="Times New Roman" w:cs="Times New Roman"/>
        </w:rPr>
        <w:t xml:space="preserve"> </w:t>
      </w:r>
      <w:proofErr w:type="spellStart"/>
      <w:r>
        <w:rPr>
          <w:rFonts w:ascii="Times New Roman" w:hAnsi="Times New Roman" w:cs="Times New Roman"/>
        </w:rPr>
        <w:t>solusi</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akses</w:t>
      </w:r>
      <w:proofErr w:type="spellEnd"/>
      <w:r>
        <w:rPr>
          <w:rFonts w:ascii="Times New Roman" w:hAnsi="Times New Roman" w:cs="Times New Roman"/>
        </w:rPr>
        <w:t xml:space="preserve"> </w:t>
      </w:r>
      <w:proofErr w:type="spellStart"/>
      <w:r>
        <w:rPr>
          <w:rFonts w:ascii="Times New Roman" w:hAnsi="Times New Roman" w:cs="Times New Roman"/>
        </w:rPr>
        <w:t>ruangan</w:t>
      </w:r>
      <w:proofErr w:type="spellEnd"/>
      <w:r>
        <w:rPr>
          <w:rFonts w:ascii="Times New Roman" w:hAnsi="Times New Roman" w:cs="Times New Roman"/>
        </w:rPr>
        <w:t xml:space="preserve"> yang </w:t>
      </w:r>
      <w:proofErr w:type="spellStart"/>
      <w:r>
        <w:rPr>
          <w:rFonts w:ascii="Times New Roman" w:hAnsi="Times New Roman" w:cs="Times New Roman"/>
        </w:rPr>
        <w:t>lebih</w:t>
      </w:r>
      <w:proofErr w:type="spellEnd"/>
      <w:r>
        <w:rPr>
          <w:rFonts w:ascii="Times New Roman" w:hAnsi="Times New Roman" w:cs="Times New Roman"/>
        </w:rPr>
        <w:t xml:space="preserve"> modern dan </w:t>
      </w:r>
      <w:proofErr w:type="spellStart"/>
      <w:r>
        <w:rPr>
          <w:rFonts w:ascii="Times New Roman" w:hAnsi="Times New Roman" w:cs="Times New Roman"/>
        </w:rPr>
        <w:t>efisien</w:t>
      </w:r>
      <w:proofErr w:type="spellEnd"/>
      <w:r>
        <w:rPr>
          <w:rFonts w:ascii="Times New Roman" w:hAnsi="Times New Roman" w:cs="Times New Roman"/>
        </w:rPr>
        <w:t>.</w:t>
      </w:r>
    </w:p>
    <w:p w14:paraId="3A6D7E9D" w14:textId="77777777" w:rsidR="00C83DA1" w:rsidRDefault="00000000">
      <w:pPr>
        <w:spacing w:after="60" w:line="360" w:lineRule="auto"/>
        <w:ind w:left="709"/>
        <w:jc w:val="both"/>
      </w:pPr>
      <w:r>
        <w:rPr>
          <w:rFonts w:ascii="Times New Roman" w:hAnsi="Times New Roman" w:cs="Times New Roman"/>
        </w:rPr>
        <w:t xml:space="preserve">3. </w:t>
      </w:r>
      <w:r>
        <w:rPr>
          <w:rFonts w:ascii="Times New Roman" w:hAnsi="Times New Roman" w:cs="Times New Roman"/>
          <w:b/>
        </w:rPr>
        <w:t xml:space="preserve">Bagi Kampus: </w:t>
      </w:r>
      <w:proofErr w:type="spellStart"/>
      <w:r>
        <w:rPr>
          <w:rFonts w:ascii="Times New Roman" w:hAnsi="Times New Roman" w:cs="Times New Roman"/>
        </w:rPr>
        <w:t>Menjadi</w:t>
      </w:r>
      <w:proofErr w:type="spellEnd"/>
      <w:r>
        <w:rPr>
          <w:rFonts w:ascii="Times New Roman" w:hAnsi="Times New Roman" w:cs="Times New Roman"/>
        </w:rPr>
        <w:t xml:space="preserve"> </w:t>
      </w:r>
      <w:proofErr w:type="spellStart"/>
      <w:r>
        <w:rPr>
          <w:rFonts w:ascii="Times New Roman" w:hAnsi="Times New Roman" w:cs="Times New Roman"/>
        </w:rPr>
        <w:t>bahan</w:t>
      </w:r>
      <w:proofErr w:type="spellEnd"/>
      <w:r>
        <w:rPr>
          <w:rFonts w:ascii="Times New Roman" w:hAnsi="Times New Roman" w:cs="Times New Roman"/>
        </w:rPr>
        <w:t xml:space="preserve"> </w:t>
      </w:r>
      <w:proofErr w:type="spellStart"/>
      <w:r>
        <w:rPr>
          <w:rFonts w:ascii="Times New Roman" w:hAnsi="Times New Roman" w:cs="Times New Roman"/>
        </w:rPr>
        <w:t>referensi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pengembangan</w:t>
      </w:r>
      <w:proofErr w:type="spellEnd"/>
      <w:r>
        <w:rPr>
          <w:rFonts w:ascii="Times New Roman" w:hAnsi="Times New Roman" w:cs="Times New Roman"/>
        </w:rPr>
        <w:t xml:space="preserve"> </w:t>
      </w:r>
      <w:proofErr w:type="spellStart"/>
      <w:r>
        <w:rPr>
          <w:rFonts w:ascii="Times New Roman" w:hAnsi="Times New Roman" w:cs="Times New Roman"/>
        </w:rPr>
        <w:t>kurikulum</w:t>
      </w:r>
      <w:proofErr w:type="spellEnd"/>
      <w:r>
        <w:rPr>
          <w:rFonts w:ascii="Times New Roman" w:hAnsi="Times New Roman" w:cs="Times New Roman"/>
        </w:rPr>
        <w:t xml:space="preserve"> dan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selanjutnya</w:t>
      </w:r>
      <w:proofErr w:type="spellEnd"/>
      <w:r>
        <w:rPr>
          <w:rFonts w:ascii="Times New Roman" w:hAnsi="Times New Roman" w:cs="Times New Roman"/>
        </w:rPr>
        <w:t xml:space="preserve"> di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159F24EE" w14:textId="77777777" w:rsidR="00C83DA1" w:rsidRDefault="00000000">
      <w:pPr>
        <w:spacing w:before="120" w:after="60" w:line="360" w:lineRule="auto"/>
      </w:pPr>
      <w:r>
        <w:rPr>
          <w:rFonts w:ascii="Times New Roman" w:hAnsi="Times New Roman" w:cs="Times New Roman"/>
          <w:b/>
        </w:rPr>
        <w:t>5.4 Saran</w:t>
      </w:r>
    </w:p>
    <w:p w14:paraId="1558746A" w14:textId="77777777" w:rsidR="00C83DA1" w:rsidRDefault="00000000">
      <w:pPr>
        <w:spacing w:after="120" w:line="360" w:lineRule="auto"/>
        <w:jc w:val="both"/>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pelaksanaan</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saran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7D76B197" w14:textId="77777777" w:rsidR="00C83DA1" w:rsidRDefault="00000000">
      <w:pPr>
        <w:spacing w:after="60" w:line="360" w:lineRule="auto"/>
        <w:ind w:left="709"/>
        <w:jc w:val="both"/>
      </w:pPr>
      <w:r>
        <w:rPr>
          <w:rFonts w:ascii="Times New Roman" w:hAnsi="Times New Roman" w:cs="Times New Roman"/>
        </w:rPr>
        <w:t xml:space="preserve">1. </w:t>
      </w:r>
      <w:r>
        <w:rPr>
          <w:rFonts w:ascii="Times New Roman" w:hAnsi="Times New Roman" w:cs="Times New Roman"/>
          <w:b/>
        </w:rPr>
        <w:t xml:space="preserve">Bagi Mahasiswa: </w:t>
      </w:r>
      <w:proofErr w:type="spellStart"/>
      <w:r>
        <w:rPr>
          <w:rFonts w:ascii="Times New Roman" w:hAnsi="Times New Roman" w:cs="Times New Roman"/>
        </w:rPr>
        <w:t>Disarankan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terus</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keterampilan</w:t>
      </w:r>
      <w:proofErr w:type="spellEnd"/>
      <w:r>
        <w:rPr>
          <w:rFonts w:ascii="Times New Roman" w:hAnsi="Times New Roman" w:cs="Times New Roman"/>
        </w:rPr>
        <w:t xml:space="preserve"> </w:t>
      </w:r>
      <w:proofErr w:type="spellStart"/>
      <w:r>
        <w:rPr>
          <w:rFonts w:ascii="Times New Roman" w:hAnsi="Times New Roman" w:cs="Times New Roman"/>
        </w:rPr>
        <w:t>teknis</w:t>
      </w:r>
      <w:proofErr w:type="spellEnd"/>
      <w:r>
        <w:rPr>
          <w:rFonts w:ascii="Times New Roman" w:hAnsi="Times New Roman" w:cs="Times New Roman"/>
        </w:rPr>
        <w:t xml:space="preserve"> dan soft skills,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memperluas</w:t>
      </w:r>
      <w:proofErr w:type="spellEnd"/>
      <w:r>
        <w:rPr>
          <w:rFonts w:ascii="Times New Roman" w:hAnsi="Times New Roman" w:cs="Times New Roman"/>
        </w:rPr>
        <w:t xml:space="preserve"> </w:t>
      </w:r>
      <w:proofErr w:type="spellStart"/>
      <w:r>
        <w:rPr>
          <w:rFonts w:ascii="Times New Roman" w:hAnsi="Times New Roman" w:cs="Times New Roman"/>
        </w:rPr>
        <w:t>wawasan</w:t>
      </w:r>
      <w:proofErr w:type="spellEnd"/>
      <w:r>
        <w:rPr>
          <w:rFonts w:ascii="Times New Roman" w:hAnsi="Times New Roman" w:cs="Times New Roman"/>
        </w:rPr>
        <w:t xml:space="preserve"> </w:t>
      </w:r>
      <w:proofErr w:type="spellStart"/>
      <w:r>
        <w:rPr>
          <w:rFonts w:ascii="Times New Roman" w:hAnsi="Times New Roman" w:cs="Times New Roman"/>
        </w:rPr>
        <w:t>mengenai</w:t>
      </w:r>
      <w:proofErr w:type="spellEnd"/>
      <w:r>
        <w:rPr>
          <w:rFonts w:ascii="Times New Roman" w:hAnsi="Times New Roman" w:cs="Times New Roman"/>
        </w:rPr>
        <w:t xml:space="preserve"> </w:t>
      </w:r>
      <w:proofErr w:type="spellStart"/>
      <w:r>
        <w:rPr>
          <w:rFonts w:ascii="Times New Roman" w:hAnsi="Times New Roman" w:cs="Times New Roman"/>
        </w:rPr>
        <w:t>teknologi</w:t>
      </w:r>
      <w:proofErr w:type="spellEnd"/>
      <w:r>
        <w:rPr>
          <w:rFonts w:ascii="Times New Roman" w:hAnsi="Times New Roman" w:cs="Times New Roman"/>
        </w:rPr>
        <w:t xml:space="preserve"> </w:t>
      </w:r>
      <w:proofErr w:type="spellStart"/>
      <w:r>
        <w:rPr>
          <w:rFonts w:ascii="Times New Roman" w:hAnsi="Times New Roman" w:cs="Times New Roman"/>
        </w:rPr>
        <w:t>terbaru</w:t>
      </w:r>
      <w:proofErr w:type="spellEnd"/>
      <w:r>
        <w:rPr>
          <w:rFonts w:ascii="Times New Roman" w:hAnsi="Times New Roman" w:cs="Times New Roman"/>
        </w:rPr>
        <w:t xml:space="preserve"> di </w:t>
      </w:r>
      <w:proofErr w:type="spellStart"/>
      <w:r>
        <w:rPr>
          <w:rFonts w:ascii="Times New Roman" w:hAnsi="Times New Roman" w:cs="Times New Roman"/>
        </w:rPr>
        <w:t>bidang</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4D87D8B4" w14:textId="77777777" w:rsidR="00C83DA1" w:rsidRDefault="00000000">
      <w:pPr>
        <w:spacing w:after="60" w:line="360" w:lineRule="auto"/>
        <w:ind w:left="709"/>
        <w:jc w:val="both"/>
      </w:pPr>
      <w:r>
        <w:rPr>
          <w:rFonts w:ascii="Times New Roman" w:hAnsi="Times New Roman" w:cs="Times New Roman"/>
        </w:rPr>
        <w:t xml:space="preserve">2. </w:t>
      </w:r>
      <w:r>
        <w:rPr>
          <w:rFonts w:ascii="Times New Roman" w:hAnsi="Times New Roman" w:cs="Times New Roman"/>
          <w:b/>
        </w:rPr>
        <w:t xml:space="preserve">Bagi </w:t>
      </w:r>
      <w:proofErr w:type="spellStart"/>
      <w:r>
        <w:rPr>
          <w:rFonts w:ascii="Times New Roman" w:hAnsi="Times New Roman" w:cs="Times New Roman"/>
          <w:b/>
        </w:rPr>
        <w:t>Instansi</w:t>
      </w:r>
      <w:proofErr w:type="spellEnd"/>
      <w:r>
        <w:rPr>
          <w:rFonts w:ascii="Times New Roman" w:hAnsi="Times New Roman" w:cs="Times New Roman"/>
          <w:b/>
        </w:rPr>
        <w:t xml:space="preserve"> </w:t>
      </w:r>
      <w:proofErr w:type="spellStart"/>
      <w:r>
        <w:rPr>
          <w:rFonts w:ascii="Times New Roman" w:hAnsi="Times New Roman" w:cs="Times New Roman"/>
          <w:b/>
        </w:rPr>
        <w:t>Tempat</w:t>
      </w:r>
      <w:proofErr w:type="spellEnd"/>
      <w:r>
        <w:rPr>
          <w:rFonts w:ascii="Times New Roman" w:hAnsi="Times New Roman" w:cs="Times New Roman"/>
          <w:b/>
        </w:rPr>
        <w:t xml:space="preserve"> </w:t>
      </w:r>
      <w:proofErr w:type="spellStart"/>
      <w:r>
        <w:rPr>
          <w:rFonts w:ascii="Times New Roman" w:hAnsi="Times New Roman" w:cs="Times New Roman"/>
          <w:b/>
        </w:rPr>
        <w:t>Penelitian</w:t>
      </w:r>
      <w:proofErr w:type="spellEnd"/>
      <w:r>
        <w:rPr>
          <w:rFonts w:ascii="Times New Roman" w:hAnsi="Times New Roman" w:cs="Times New Roman"/>
          <w:b/>
        </w:rPr>
        <w:t xml:space="preserve">: </w:t>
      </w:r>
      <w:proofErr w:type="spellStart"/>
      <w:r>
        <w:rPr>
          <w:rFonts w:ascii="Times New Roman" w:hAnsi="Times New Roman" w:cs="Times New Roman"/>
        </w:rPr>
        <w:t>Disarankan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lebih</w:t>
      </w:r>
      <w:proofErr w:type="spellEnd"/>
      <w:r>
        <w:rPr>
          <w:rFonts w:ascii="Times New Roman" w:hAnsi="Times New Roman" w:cs="Times New Roman"/>
        </w:rPr>
        <w:t xml:space="preserve"> </w:t>
      </w:r>
      <w:proofErr w:type="spellStart"/>
      <w:r>
        <w:rPr>
          <w:rFonts w:ascii="Times New Roman" w:hAnsi="Times New Roman" w:cs="Times New Roman"/>
        </w:rPr>
        <w:t>lanjut</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menambahkan</w:t>
      </w:r>
      <w:proofErr w:type="spellEnd"/>
      <w:r>
        <w:rPr>
          <w:rFonts w:ascii="Times New Roman" w:hAnsi="Times New Roman" w:cs="Times New Roman"/>
        </w:rPr>
        <w:t xml:space="preserve"> </w:t>
      </w:r>
      <w:proofErr w:type="spellStart"/>
      <w:r>
        <w:rPr>
          <w:rFonts w:ascii="Times New Roman" w:hAnsi="Times New Roman" w:cs="Times New Roman"/>
        </w:rPr>
        <w:t>fitur</w:t>
      </w:r>
      <w:proofErr w:type="spellEnd"/>
      <w:r>
        <w:rPr>
          <w:rFonts w:ascii="Times New Roman" w:hAnsi="Times New Roman" w:cs="Times New Roman"/>
        </w:rPr>
        <w:t xml:space="preserve"> </w:t>
      </w:r>
      <w:proofErr w:type="spellStart"/>
      <w:r>
        <w:rPr>
          <w:rFonts w:ascii="Times New Roman" w:hAnsi="Times New Roman" w:cs="Times New Roman"/>
        </w:rPr>
        <w:t>notifikasi</w:t>
      </w:r>
      <w:proofErr w:type="spellEnd"/>
      <w:r>
        <w:rPr>
          <w:rFonts w:ascii="Times New Roman" w:hAnsi="Times New Roman" w:cs="Times New Roman"/>
        </w:rPr>
        <w:t xml:space="preserve"> </w:t>
      </w:r>
      <w:proofErr w:type="spellStart"/>
      <w:r>
        <w:rPr>
          <w:rFonts w:ascii="Times New Roman" w:hAnsi="Times New Roman" w:cs="Times New Roman"/>
        </w:rPr>
        <w:t>jarak</w:t>
      </w:r>
      <w:proofErr w:type="spellEnd"/>
      <w:r>
        <w:rPr>
          <w:rFonts w:ascii="Times New Roman" w:hAnsi="Times New Roman" w:cs="Times New Roman"/>
        </w:rPr>
        <w:t xml:space="preserve"> </w:t>
      </w:r>
      <w:proofErr w:type="spellStart"/>
      <w:r>
        <w:rPr>
          <w:rFonts w:ascii="Times New Roman" w:hAnsi="Times New Roman" w:cs="Times New Roman"/>
        </w:rPr>
        <w:t>jauh</w:t>
      </w:r>
      <w:proofErr w:type="spellEnd"/>
      <w:r>
        <w:rPr>
          <w:rFonts w:ascii="Times New Roman" w:hAnsi="Times New Roman" w:cs="Times New Roman"/>
        </w:rPr>
        <w:t>, multi-</w:t>
      </w:r>
      <w:proofErr w:type="spellStart"/>
      <w:r>
        <w:rPr>
          <w:rFonts w:ascii="Times New Roman" w:hAnsi="Times New Roman" w:cs="Times New Roman"/>
        </w:rPr>
        <w:t>autentikasi</w:t>
      </w:r>
      <w:proofErr w:type="spellEnd"/>
      <w:r>
        <w:rPr>
          <w:rFonts w:ascii="Times New Roman" w:hAnsi="Times New Roman" w:cs="Times New Roman"/>
        </w:rPr>
        <w:t xml:space="preserve">, dan backup power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meningkatkan</w:t>
      </w:r>
      <w:proofErr w:type="spellEnd"/>
      <w:r>
        <w:rPr>
          <w:rFonts w:ascii="Times New Roman" w:hAnsi="Times New Roman" w:cs="Times New Roman"/>
        </w:rPr>
        <w:t xml:space="preserve"> </w:t>
      </w:r>
      <w:proofErr w:type="spellStart"/>
      <w:r>
        <w:rPr>
          <w:rFonts w:ascii="Times New Roman" w:hAnsi="Times New Roman" w:cs="Times New Roman"/>
        </w:rPr>
        <w:t>keamanan</w:t>
      </w:r>
      <w:proofErr w:type="spellEnd"/>
      <w:r>
        <w:rPr>
          <w:rFonts w:ascii="Times New Roman" w:hAnsi="Times New Roman" w:cs="Times New Roman"/>
        </w:rPr>
        <w:t xml:space="preserve"> dan </w:t>
      </w:r>
      <w:proofErr w:type="spellStart"/>
      <w:r>
        <w:rPr>
          <w:rFonts w:ascii="Times New Roman" w:hAnsi="Times New Roman" w:cs="Times New Roman"/>
        </w:rPr>
        <w:t>keandalan</w:t>
      </w:r>
      <w:proofErr w:type="spellEnd"/>
      <w:r>
        <w:rPr>
          <w:rFonts w:ascii="Times New Roman" w:hAnsi="Times New Roman" w:cs="Times New Roman"/>
        </w:rPr>
        <w:t xml:space="preserve"> </w:t>
      </w:r>
      <w:proofErr w:type="spellStart"/>
      <w:r>
        <w:rPr>
          <w:rFonts w:ascii="Times New Roman" w:hAnsi="Times New Roman" w:cs="Times New Roman"/>
        </w:rPr>
        <w:t>sistem</w:t>
      </w:r>
      <w:proofErr w:type="spellEnd"/>
      <w:r>
        <w:rPr>
          <w:rFonts w:ascii="Times New Roman" w:hAnsi="Times New Roman" w:cs="Times New Roman"/>
        </w:rPr>
        <w:t>.</w:t>
      </w:r>
    </w:p>
    <w:p w14:paraId="6F914C20" w14:textId="77777777" w:rsidR="00C83DA1" w:rsidRDefault="00000000">
      <w:pPr>
        <w:spacing w:after="60" w:line="360" w:lineRule="auto"/>
        <w:ind w:left="709"/>
        <w:jc w:val="both"/>
      </w:pPr>
      <w:r>
        <w:rPr>
          <w:rFonts w:ascii="Times New Roman" w:hAnsi="Times New Roman" w:cs="Times New Roman"/>
        </w:rPr>
        <w:t xml:space="preserve">3. </w:t>
      </w:r>
      <w:r>
        <w:rPr>
          <w:rFonts w:ascii="Times New Roman" w:hAnsi="Times New Roman" w:cs="Times New Roman"/>
          <w:b/>
        </w:rPr>
        <w:t xml:space="preserve">Bagi </w:t>
      </w:r>
      <w:proofErr w:type="spellStart"/>
      <w:r>
        <w:rPr>
          <w:rFonts w:ascii="Times New Roman" w:hAnsi="Times New Roman" w:cs="Times New Roman"/>
          <w:b/>
        </w:rPr>
        <w:t>Pihak</w:t>
      </w:r>
      <w:proofErr w:type="spellEnd"/>
      <w:r>
        <w:rPr>
          <w:rFonts w:ascii="Times New Roman" w:hAnsi="Times New Roman" w:cs="Times New Roman"/>
          <w:b/>
        </w:rPr>
        <w:t xml:space="preserve"> Kampus: </w:t>
      </w:r>
      <w:proofErr w:type="spellStart"/>
      <w:r>
        <w:rPr>
          <w:rFonts w:ascii="Times New Roman" w:hAnsi="Times New Roman" w:cs="Times New Roman"/>
        </w:rPr>
        <w:t>Disarankan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memperbanyak</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sama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instansi</w:t>
      </w:r>
      <w:proofErr w:type="spellEnd"/>
      <w:r>
        <w:rPr>
          <w:rFonts w:ascii="Times New Roman" w:hAnsi="Times New Roman" w:cs="Times New Roman"/>
        </w:rPr>
        <w:t xml:space="preserve"> </w:t>
      </w:r>
      <w:proofErr w:type="spellStart"/>
      <w:r>
        <w:rPr>
          <w:rFonts w:ascii="Times New Roman" w:hAnsi="Times New Roman" w:cs="Times New Roman"/>
        </w:rPr>
        <w:t>pemerintah</w:t>
      </w:r>
      <w:proofErr w:type="spellEnd"/>
      <w:r>
        <w:rPr>
          <w:rFonts w:ascii="Times New Roman" w:hAnsi="Times New Roman" w:cs="Times New Roman"/>
        </w:rPr>
        <w:t xml:space="preserve"> dan </w:t>
      </w:r>
      <w:proofErr w:type="spellStart"/>
      <w:r>
        <w:rPr>
          <w:rFonts w:ascii="Times New Roman" w:hAnsi="Times New Roman" w:cs="Times New Roman"/>
        </w:rPr>
        <w:t>industri</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menyediakan</w:t>
      </w:r>
      <w:proofErr w:type="spellEnd"/>
      <w:r>
        <w:rPr>
          <w:rFonts w:ascii="Times New Roman" w:hAnsi="Times New Roman" w:cs="Times New Roman"/>
        </w:rPr>
        <w:t xml:space="preserve"> </w:t>
      </w:r>
      <w:proofErr w:type="spellStart"/>
      <w:r>
        <w:rPr>
          <w:rFonts w:ascii="Times New Roman" w:hAnsi="Times New Roman" w:cs="Times New Roman"/>
        </w:rPr>
        <w:t>tempat</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yang </w:t>
      </w:r>
      <w:proofErr w:type="spellStart"/>
      <w:r>
        <w:rPr>
          <w:rFonts w:ascii="Times New Roman" w:hAnsi="Times New Roman" w:cs="Times New Roman"/>
        </w:rPr>
        <w:t>relevan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kompetensi</w:t>
      </w:r>
      <w:proofErr w:type="spellEnd"/>
      <w:r>
        <w:rPr>
          <w:rFonts w:ascii="Times New Roman" w:hAnsi="Times New Roman" w:cs="Times New Roman"/>
        </w:rPr>
        <w:t xml:space="preserve"> </w:t>
      </w: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fasilitas</w:t>
      </w:r>
      <w:proofErr w:type="spellEnd"/>
      <w:r>
        <w:rPr>
          <w:rFonts w:ascii="Times New Roman" w:hAnsi="Times New Roman" w:cs="Times New Roman"/>
        </w:rPr>
        <w:t xml:space="preserve"> dan </w:t>
      </w:r>
      <w:proofErr w:type="spellStart"/>
      <w:r>
        <w:rPr>
          <w:rFonts w:ascii="Times New Roman" w:hAnsi="Times New Roman" w:cs="Times New Roman"/>
        </w:rPr>
        <w:t>dukungan</w:t>
      </w:r>
      <w:proofErr w:type="spellEnd"/>
      <w:r>
        <w:rPr>
          <w:rFonts w:ascii="Times New Roman" w:hAnsi="Times New Roman" w:cs="Times New Roman"/>
        </w:rPr>
        <w:t xml:space="preserve"> yang </w:t>
      </w:r>
      <w:proofErr w:type="spellStart"/>
      <w:r>
        <w:rPr>
          <w:rFonts w:ascii="Times New Roman" w:hAnsi="Times New Roman" w:cs="Times New Roman"/>
        </w:rPr>
        <w:t>memadai</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kegiatan</w:t>
      </w:r>
      <w:proofErr w:type="spellEnd"/>
      <w:r>
        <w:rPr>
          <w:rFonts w:ascii="Times New Roman" w:hAnsi="Times New Roman" w:cs="Times New Roman"/>
        </w:rPr>
        <w:t xml:space="preserve"> </w:t>
      </w:r>
      <w:proofErr w:type="spellStart"/>
      <w:r>
        <w:rPr>
          <w:rFonts w:ascii="Times New Roman" w:hAnsi="Times New Roman" w:cs="Times New Roman"/>
        </w:rPr>
        <w:t>praktik</w:t>
      </w:r>
      <w:proofErr w:type="spellEnd"/>
      <w:r>
        <w:rPr>
          <w:rFonts w:ascii="Times New Roman" w:hAnsi="Times New Roman" w:cs="Times New Roman"/>
        </w:rPr>
        <w:t>.</w:t>
      </w:r>
    </w:p>
    <w:p w14:paraId="3422668E" w14:textId="77777777" w:rsidR="00C83DA1" w:rsidRDefault="00000000">
      <w:pPr>
        <w:spacing w:before="240" w:after="120" w:line="360" w:lineRule="auto"/>
      </w:pPr>
      <w:r>
        <w:rPr>
          <w:rFonts w:ascii="Times New Roman" w:hAnsi="Times New Roman" w:cs="Times New Roman"/>
          <w:b/>
          <w:sz w:val="24"/>
        </w:rPr>
        <w:t>DAFTAR PUSTAKA</w:t>
      </w:r>
    </w:p>
    <w:p w14:paraId="26C5240A" w14:textId="77777777" w:rsidR="00C83DA1" w:rsidRDefault="00000000">
      <w:pPr>
        <w:spacing w:after="120" w:line="240" w:lineRule="auto"/>
        <w:ind w:left="709" w:hanging="709"/>
        <w:jc w:val="both"/>
      </w:pPr>
      <w:r>
        <w:rPr>
          <w:rFonts w:ascii="Times New Roman" w:hAnsi="Times New Roman" w:cs="Times New Roman"/>
          <w:sz w:val="20"/>
        </w:rPr>
        <w:lastRenderedPageBreak/>
        <w:t>[1] N. Hamidah, S. Suwandi, and M. A. Muslim, "</w:t>
      </w:r>
      <w:proofErr w:type="spellStart"/>
      <w:r>
        <w:rPr>
          <w:rFonts w:ascii="Times New Roman" w:hAnsi="Times New Roman" w:cs="Times New Roman"/>
          <w:sz w:val="20"/>
        </w:rPr>
        <w:t>Perancangan</w:t>
      </w:r>
      <w:proofErr w:type="spellEnd"/>
      <w:r>
        <w:rPr>
          <w:rFonts w:ascii="Times New Roman" w:hAnsi="Times New Roman" w:cs="Times New Roman"/>
          <w:sz w:val="20"/>
        </w:rPr>
        <w:t xml:space="preserve"> dan </w:t>
      </w:r>
      <w:proofErr w:type="spellStart"/>
      <w:r>
        <w:rPr>
          <w:rFonts w:ascii="Times New Roman" w:hAnsi="Times New Roman" w:cs="Times New Roman"/>
          <w:sz w:val="20"/>
        </w:rPr>
        <w:t>Implementasi</w:t>
      </w:r>
      <w:proofErr w:type="spellEnd"/>
      <w:r>
        <w:rPr>
          <w:rFonts w:ascii="Times New Roman" w:hAnsi="Times New Roman" w:cs="Times New Roman"/>
          <w:sz w:val="20"/>
        </w:rPr>
        <w:t xml:space="preserve"> </w:t>
      </w:r>
      <w:proofErr w:type="spellStart"/>
      <w:r>
        <w:rPr>
          <w:rFonts w:ascii="Times New Roman" w:hAnsi="Times New Roman" w:cs="Times New Roman"/>
          <w:sz w:val="20"/>
        </w:rPr>
        <w:t>Sistem</w:t>
      </w:r>
      <w:proofErr w:type="spellEnd"/>
      <w:r>
        <w:rPr>
          <w:rFonts w:ascii="Times New Roman" w:hAnsi="Times New Roman" w:cs="Times New Roman"/>
          <w:sz w:val="20"/>
        </w:rPr>
        <w:t xml:space="preserve"> </w:t>
      </w:r>
      <w:proofErr w:type="spellStart"/>
      <w:r>
        <w:rPr>
          <w:rFonts w:ascii="Times New Roman" w:hAnsi="Times New Roman" w:cs="Times New Roman"/>
          <w:sz w:val="20"/>
        </w:rPr>
        <w:t>Keamanan</w:t>
      </w:r>
      <w:proofErr w:type="spellEnd"/>
      <w:r>
        <w:rPr>
          <w:rFonts w:ascii="Times New Roman" w:hAnsi="Times New Roman" w:cs="Times New Roman"/>
          <w:sz w:val="20"/>
        </w:rPr>
        <w:t xml:space="preserve"> Pintu Otomatis </w:t>
      </w:r>
      <w:proofErr w:type="spellStart"/>
      <w:r>
        <w:rPr>
          <w:rFonts w:ascii="Times New Roman" w:hAnsi="Times New Roman" w:cs="Times New Roman"/>
          <w:sz w:val="20"/>
        </w:rPr>
        <w:t>Berbasis</w:t>
      </w:r>
      <w:proofErr w:type="spellEnd"/>
      <w:r>
        <w:rPr>
          <w:rFonts w:ascii="Times New Roman" w:hAnsi="Times New Roman" w:cs="Times New Roman"/>
          <w:sz w:val="20"/>
        </w:rPr>
        <w:t xml:space="preserve"> RFID Tag Card </w:t>
      </w:r>
      <w:proofErr w:type="spellStart"/>
      <w:r>
        <w:rPr>
          <w:rFonts w:ascii="Times New Roman" w:hAnsi="Times New Roman" w:cs="Times New Roman"/>
          <w:sz w:val="20"/>
        </w:rPr>
        <w:t>untuk</w:t>
      </w:r>
      <w:proofErr w:type="spellEnd"/>
      <w:r>
        <w:rPr>
          <w:rFonts w:ascii="Times New Roman" w:hAnsi="Times New Roman" w:cs="Times New Roman"/>
          <w:sz w:val="20"/>
        </w:rPr>
        <w:t xml:space="preserve"> </w:t>
      </w:r>
      <w:proofErr w:type="spellStart"/>
      <w:r>
        <w:rPr>
          <w:rFonts w:ascii="Times New Roman" w:hAnsi="Times New Roman" w:cs="Times New Roman"/>
          <w:sz w:val="20"/>
        </w:rPr>
        <w:t>Meningkatkan</w:t>
      </w:r>
      <w:proofErr w:type="spellEnd"/>
      <w:r>
        <w:rPr>
          <w:rFonts w:ascii="Times New Roman" w:hAnsi="Times New Roman" w:cs="Times New Roman"/>
          <w:sz w:val="20"/>
        </w:rPr>
        <w:t xml:space="preserve"> </w:t>
      </w:r>
      <w:proofErr w:type="spellStart"/>
      <w:r>
        <w:rPr>
          <w:rFonts w:ascii="Times New Roman" w:hAnsi="Times New Roman" w:cs="Times New Roman"/>
          <w:sz w:val="20"/>
        </w:rPr>
        <w:t>Keamanan</w:t>
      </w:r>
      <w:proofErr w:type="spellEnd"/>
      <w:r>
        <w:rPr>
          <w:rFonts w:ascii="Times New Roman" w:hAnsi="Times New Roman" w:cs="Times New Roman"/>
          <w:sz w:val="20"/>
        </w:rPr>
        <w:t xml:space="preserve"> Akses Ruangan," J. </w:t>
      </w:r>
      <w:proofErr w:type="spellStart"/>
      <w:r>
        <w:rPr>
          <w:rFonts w:ascii="Times New Roman" w:hAnsi="Times New Roman" w:cs="Times New Roman"/>
          <w:sz w:val="20"/>
        </w:rPr>
        <w:t>Teknol</w:t>
      </w:r>
      <w:proofErr w:type="spellEnd"/>
      <w:r>
        <w:rPr>
          <w:rFonts w:ascii="Times New Roman" w:hAnsi="Times New Roman" w:cs="Times New Roman"/>
          <w:sz w:val="20"/>
        </w:rPr>
        <w:t xml:space="preserve">. dan Sist. Inf., 2022, </w:t>
      </w:r>
      <w:proofErr w:type="spellStart"/>
      <w:r>
        <w:rPr>
          <w:rFonts w:ascii="Times New Roman" w:hAnsi="Times New Roman" w:cs="Times New Roman"/>
          <w:sz w:val="20"/>
        </w:rPr>
        <w:t>doi</w:t>
      </w:r>
      <w:proofErr w:type="spellEnd"/>
      <w:r>
        <w:rPr>
          <w:rFonts w:ascii="Times New Roman" w:hAnsi="Times New Roman" w:cs="Times New Roman"/>
          <w:sz w:val="20"/>
        </w:rPr>
        <w:t>: https://doi.org/10.47701/7p12qw92.</w:t>
      </w:r>
    </w:p>
    <w:p w14:paraId="74044DED" w14:textId="77777777" w:rsidR="00C83DA1" w:rsidRDefault="00000000">
      <w:pPr>
        <w:spacing w:after="120" w:line="240" w:lineRule="auto"/>
        <w:ind w:left="709" w:hanging="709"/>
        <w:jc w:val="both"/>
      </w:pPr>
      <w:r>
        <w:rPr>
          <w:rFonts w:ascii="Times New Roman" w:hAnsi="Times New Roman" w:cs="Times New Roman"/>
          <w:sz w:val="20"/>
        </w:rPr>
        <w:t xml:space="preserve">[2] M. Margono, "Arduino Uno </w:t>
      </w:r>
      <w:proofErr w:type="spellStart"/>
      <w:r>
        <w:rPr>
          <w:rFonts w:ascii="Times New Roman" w:hAnsi="Times New Roman" w:cs="Times New Roman"/>
          <w:sz w:val="20"/>
        </w:rPr>
        <w:t>Sebagai</w:t>
      </w:r>
      <w:proofErr w:type="spellEnd"/>
      <w:r>
        <w:rPr>
          <w:rFonts w:ascii="Times New Roman" w:hAnsi="Times New Roman" w:cs="Times New Roman"/>
          <w:sz w:val="20"/>
        </w:rPr>
        <w:t xml:space="preserve"> Mikrokontroler </w:t>
      </w:r>
      <w:proofErr w:type="spellStart"/>
      <w:r>
        <w:rPr>
          <w:rFonts w:ascii="Times New Roman" w:hAnsi="Times New Roman" w:cs="Times New Roman"/>
          <w:sz w:val="20"/>
        </w:rPr>
        <w:t>untuk</w:t>
      </w:r>
      <w:proofErr w:type="spellEnd"/>
      <w:r>
        <w:rPr>
          <w:rFonts w:ascii="Times New Roman" w:hAnsi="Times New Roman" w:cs="Times New Roman"/>
          <w:sz w:val="20"/>
        </w:rPr>
        <w:t xml:space="preserve"> </w:t>
      </w:r>
      <w:proofErr w:type="spellStart"/>
      <w:r>
        <w:rPr>
          <w:rFonts w:ascii="Times New Roman" w:hAnsi="Times New Roman" w:cs="Times New Roman"/>
          <w:sz w:val="20"/>
        </w:rPr>
        <w:t>Pembelajaran</w:t>
      </w:r>
      <w:proofErr w:type="spellEnd"/>
      <w:r>
        <w:rPr>
          <w:rFonts w:ascii="Times New Roman" w:hAnsi="Times New Roman" w:cs="Times New Roman"/>
          <w:sz w:val="20"/>
        </w:rPr>
        <w:t xml:space="preserve"> </w:t>
      </w:r>
      <w:proofErr w:type="spellStart"/>
      <w:r>
        <w:rPr>
          <w:rFonts w:ascii="Times New Roman" w:hAnsi="Times New Roman" w:cs="Times New Roman"/>
          <w:sz w:val="20"/>
        </w:rPr>
        <w:t>Sistem</w:t>
      </w:r>
      <w:proofErr w:type="spellEnd"/>
      <w:r>
        <w:rPr>
          <w:rFonts w:ascii="Times New Roman" w:hAnsi="Times New Roman" w:cs="Times New Roman"/>
          <w:sz w:val="20"/>
        </w:rPr>
        <w:t xml:space="preserve"> Embedded," J. </w:t>
      </w:r>
      <w:proofErr w:type="spellStart"/>
      <w:r>
        <w:rPr>
          <w:rFonts w:ascii="Times New Roman" w:hAnsi="Times New Roman" w:cs="Times New Roman"/>
          <w:sz w:val="20"/>
        </w:rPr>
        <w:t>Pendidik</w:t>
      </w:r>
      <w:proofErr w:type="spellEnd"/>
      <w:r>
        <w:rPr>
          <w:rFonts w:ascii="Times New Roman" w:hAnsi="Times New Roman" w:cs="Times New Roman"/>
          <w:sz w:val="20"/>
        </w:rPr>
        <w:t>. Tek. Elektro, 2021.</w:t>
      </w:r>
    </w:p>
    <w:p w14:paraId="642E6313" w14:textId="77777777" w:rsidR="00C83DA1" w:rsidRDefault="00000000">
      <w:pPr>
        <w:spacing w:after="120" w:line="240" w:lineRule="auto"/>
        <w:ind w:left="709" w:hanging="709"/>
        <w:jc w:val="both"/>
      </w:pPr>
      <w:r>
        <w:rPr>
          <w:rFonts w:ascii="Times New Roman" w:hAnsi="Times New Roman" w:cs="Times New Roman"/>
          <w:sz w:val="20"/>
        </w:rPr>
        <w:t xml:space="preserve">[3] R. S. and M. </w:t>
      </w:r>
      <w:proofErr w:type="spellStart"/>
      <w:r>
        <w:rPr>
          <w:rFonts w:ascii="Times New Roman" w:hAnsi="Times New Roman" w:cs="Times New Roman"/>
          <w:sz w:val="20"/>
        </w:rPr>
        <w:t>Meilinda</w:t>
      </w:r>
      <w:proofErr w:type="spellEnd"/>
      <w:r>
        <w:rPr>
          <w:rFonts w:ascii="Times New Roman" w:hAnsi="Times New Roman" w:cs="Times New Roman"/>
          <w:sz w:val="20"/>
        </w:rPr>
        <w:t>, "</w:t>
      </w:r>
      <w:proofErr w:type="spellStart"/>
      <w:r>
        <w:rPr>
          <w:rFonts w:ascii="Times New Roman" w:hAnsi="Times New Roman" w:cs="Times New Roman"/>
          <w:sz w:val="20"/>
        </w:rPr>
        <w:t>Sistem</w:t>
      </w:r>
      <w:proofErr w:type="spellEnd"/>
      <w:r>
        <w:rPr>
          <w:rFonts w:ascii="Times New Roman" w:hAnsi="Times New Roman" w:cs="Times New Roman"/>
          <w:sz w:val="20"/>
        </w:rPr>
        <w:t xml:space="preserve"> </w:t>
      </w:r>
      <w:proofErr w:type="spellStart"/>
      <w:r>
        <w:rPr>
          <w:rFonts w:ascii="Times New Roman" w:hAnsi="Times New Roman" w:cs="Times New Roman"/>
          <w:sz w:val="20"/>
        </w:rPr>
        <w:t>Pengaman</w:t>
      </w:r>
      <w:proofErr w:type="spellEnd"/>
      <w:r>
        <w:rPr>
          <w:rFonts w:ascii="Times New Roman" w:hAnsi="Times New Roman" w:cs="Times New Roman"/>
          <w:sz w:val="20"/>
        </w:rPr>
        <w:t xml:space="preserve"> Pintu Gudang </w:t>
      </w:r>
      <w:proofErr w:type="spellStart"/>
      <w:r>
        <w:rPr>
          <w:rFonts w:ascii="Times New Roman" w:hAnsi="Times New Roman" w:cs="Times New Roman"/>
          <w:sz w:val="20"/>
        </w:rPr>
        <w:t>Menggunakan</w:t>
      </w:r>
      <w:proofErr w:type="spellEnd"/>
      <w:r>
        <w:rPr>
          <w:rFonts w:ascii="Times New Roman" w:hAnsi="Times New Roman" w:cs="Times New Roman"/>
          <w:sz w:val="20"/>
        </w:rPr>
        <w:t xml:space="preserve"> Metode R&amp;D </w:t>
      </w:r>
      <w:proofErr w:type="spellStart"/>
      <w:r>
        <w:rPr>
          <w:rFonts w:ascii="Times New Roman" w:hAnsi="Times New Roman" w:cs="Times New Roman"/>
          <w:sz w:val="20"/>
        </w:rPr>
        <w:t>Berbasis</w:t>
      </w:r>
      <w:proofErr w:type="spellEnd"/>
      <w:r>
        <w:rPr>
          <w:rFonts w:ascii="Times New Roman" w:hAnsi="Times New Roman" w:cs="Times New Roman"/>
          <w:sz w:val="20"/>
        </w:rPr>
        <w:t xml:space="preserve"> RFID </w:t>
      </w:r>
      <w:proofErr w:type="spellStart"/>
      <w:r>
        <w:rPr>
          <w:rFonts w:ascii="Times New Roman" w:hAnsi="Times New Roman" w:cs="Times New Roman"/>
          <w:sz w:val="20"/>
        </w:rPr>
        <w:t>Mikrokontroler</w:t>
      </w:r>
      <w:proofErr w:type="spellEnd"/>
      <w:r>
        <w:rPr>
          <w:rFonts w:ascii="Times New Roman" w:hAnsi="Times New Roman" w:cs="Times New Roman"/>
          <w:sz w:val="20"/>
        </w:rPr>
        <w:t xml:space="preserve"> Arduino Uno," J. Tek. Inform., 2023.</w:t>
      </w:r>
    </w:p>
    <w:p w14:paraId="629BB1FB" w14:textId="77777777" w:rsidR="00C83DA1" w:rsidRDefault="00000000">
      <w:pPr>
        <w:spacing w:after="120" w:line="240" w:lineRule="auto"/>
        <w:ind w:left="709" w:hanging="709"/>
        <w:jc w:val="both"/>
      </w:pPr>
      <w:r>
        <w:rPr>
          <w:rFonts w:ascii="Times New Roman" w:hAnsi="Times New Roman" w:cs="Times New Roman"/>
          <w:sz w:val="20"/>
        </w:rPr>
        <w:t xml:space="preserve">[4] J. </w:t>
      </w:r>
      <w:proofErr w:type="spellStart"/>
      <w:r>
        <w:rPr>
          <w:rFonts w:ascii="Times New Roman" w:hAnsi="Times New Roman" w:cs="Times New Roman"/>
          <w:sz w:val="20"/>
        </w:rPr>
        <w:t>Marpaung</w:t>
      </w:r>
      <w:proofErr w:type="spellEnd"/>
      <w:r>
        <w:rPr>
          <w:rFonts w:ascii="Times New Roman" w:hAnsi="Times New Roman" w:cs="Times New Roman"/>
          <w:sz w:val="20"/>
        </w:rPr>
        <w:t>, A. Simanjuntak, and B. S., "</w:t>
      </w:r>
      <w:proofErr w:type="spellStart"/>
      <w:r>
        <w:rPr>
          <w:rFonts w:ascii="Times New Roman" w:hAnsi="Times New Roman" w:cs="Times New Roman"/>
          <w:sz w:val="20"/>
        </w:rPr>
        <w:t>Sistem</w:t>
      </w:r>
      <w:proofErr w:type="spellEnd"/>
      <w:r>
        <w:rPr>
          <w:rFonts w:ascii="Times New Roman" w:hAnsi="Times New Roman" w:cs="Times New Roman"/>
          <w:sz w:val="20"/>
        </w:rPr>
        <w:t xml:space="preserve"> </w:t>
      </w:r>
      <w:proofErr w:type="spellStart"/>
      <w:r>
        <w:rPr>
          <w:rFonts w:ascii="Times New Roman" w:hAnsi="Times New Roman" w:cs="Times New Roman"/>
          <w:sz w:val="20"/>
        </w:rPr>
        <w:t>Pengamanan</w:t>
      </w:r>
      <w:proofErr w:type="spellEnd"/>
      <w:r>
        <w:rPr>
          <w:rFonts w:ascii="Times New Roman" w:hAnsi="Times New Roman" w:cs="Times New Roman"/>
          <w:sz w:val="20"/>
        </w:rPr>
        <w:t xml:space="preserve"> Pintu </w:t>
      </w:r>
      <w:proofErr w:type="spellStart"/>
      <w:r>
        <w:rPr>
          <w:rFonts w:ascii="Times New Roman" w:hAnsi="Times New Roman" w:cs="Times New Roman"/>
          <w:sz w:val="20"/>
        </w:rPr>
        <w:t>Otomatis</w:t>
      </w:r>
      <w:proofErr w:type="spellEnd"/>
      <w:r>
        <w:rPr>
          <w:rFonts w:ascii="Times New Roman" w:hAnsi="Times New Roman" w:cs="Times New Roman"/>
          <w:sz w:val="20"/>
        </w:rPr>
        <w:t xml:space="preserve"> </w:t>
      </w:r>
      <w:proofErr w:type="spellStart"/>
      <w:r>
        <w:rPr>
          <w:rFonts w:ascii="Times New Roman" w:hAnsi="Times New Roman" w:cs="Times New Roman"/>
          <w:sz w:val="20"/>
        </w:rPr>
        <w:t>Menggunakan</w:t>
      </w:r>
      <w:proofErr w:type="spellEnd"/>
      <w:r>
        <w:rPr>
          <w:rFonts w:ascii="Times New Roman" w:hAnsi="Times New Roman" w:cs="Times New Roman"/>
          <w:sz w:val="20"/>
        </w:rPr>
        <w:t xml:space="preserve"> RFID RC522 </w:t>
      </w:r>
      <w:proofErr w:type="spellStart"/>
      <w:r>
        <w:rPr>
          <w:rFonts w:ascii="Times New Roman" w:hAnsi="Times New Roman" w:cs="Times New Roman"/>
          <w:sz w:val="20"/>
        </w:rPr>
        <w:t>Berbasis</w:t>
      </w:r>
      <w:proofErr w:type="spellEnd"/>
      <w:r>
        <w:rPr>
          <w:rFonts w:ascii="Times New Roman" w:hAnsi="Times New Roman" w:cs="Times New Roman"/>
          <w:sz w:val="20"/>
        </w:rPr>
        <w:t xml:space="preserve"> </w:t>
      </w:r>
      <w:proofErr w:type="spellStart"/>
      <w:r>
        <w:rPr>
          <w:rFonts w:ascii="Times New Roman" w:hAnsi="Times New Roman" w:cs="Times New Roman"/>
          <w:sz w:val="20"/>
        </w:rPr>
        <w:t>Mikrokontroler</w:t>
      </w:r>
      <w:proofErr w:type="spellEnd"/>
      <w:r>
        <w:rPr>
          <w:rFonts w:ascii="Times New Roman" w:hAnsi="Times New Roman" w:cs="Times New Roman"/>
          <w:sz w:val="20"/>
        </w:rPr>
        <w:t xml:space="preserve"> Arduino," J. </w:t>
      </w:r>
      <w:proofErr w:type="spellStart"/>
      <w:r>
        <w:rPr>
          <w:rFonts w:ascii="Times New Roman" w:hAnsi="Times New Roman" w:cs="Times New Roman"/>
          <w:sz w:val="20"/>
        </w:rPr>
        <w:t>Rekayasa</w:t>
      </w:r>
      <w:proofErr w:type="spellEnd"/>
      <w:r>
        <w:rPr>
          <w:rFonts w:ascii="Times New Roman" w:hAnsi="Times New Roman" w:cs="Times New Roman"/>
          <w:sz w:val="20"/>
        </w:rPr>
        <w:t xml:space="preserve"> </w:t>
      </w:r>
      <w:proofErr w:type="spellStart"/>
      <w:r>
        <w:rPr>
          <w:rFonts w:ascii="Times New Roman" w:hAnsi="Times New Roman" w:cs="Times New Roman"/>
          <w:sz w:val="20"/>
        </w:rPr>
        <w:t>Elektr</w:t>
      </w:r>
      <w:proofErr w:type="spellEnd"/>
      <w:r>
        <w:rPr>
          <w:rFonts w:ascii="Times New Roman" w:hAnsi="Times New Roman" w:cs="Times New Roman"/>
          <w:sz w:val="20"/>
        </w:rPr>
        <w:t>., 2022.</w:t>
      </w:r>
    </w:p>
    <w:p w14:paraId="0A07E179" w14:textId="77777777" w:rsidR="00C83DA1" w:rsidRDefault="00000000">
      <w:pPr>
        <w:spacing w:after="120" w:line="240" w:lineRule="auto"/>
        <w:ind w:left="709" w:hanging="709"/>
        <w:jc w:val="both"/>
      </w:pPr>
      <w:r>
        <w:rPr>
          <w:rFonts w:ascii="Times New Roman" w:hAnsi="Times New Roman" w:cs="Times New Roman"/>
          <w:sz w:val="20"/>
        </w:rPr>
        <w:t xml:space="preserve">[5] A. </w:t>
      </w:r>
      <w:proofErr w:type="spellStart"/>
      <w:r>
        <w:rPr>
          <w:rFonts w:ascii="Times New Roman" w:hAnsi="Times New Roman" w:cs="Times New Roman"/>
          <w:sz w:val="20"/>
        </w:rPr>
        <w:t>Suwanda</w:t>
      </w:r>
      <w:proofErr w:type="spellEnd"/>
      <w:r>
        <w:rPr>
          <w:rFonts w:ascii="Times New Roman" w:hAnsi="Times New Roman" w:cs="Times New Roman"/>
          <w:sz w:val="20"/>
        </w:rPr>
        <w:t>, "</w:t>
      </w:r>
      <w:proofErr w:type="spellStart"/>
      <w:r>
        <w:rPr>
          <w:rFonts w:ascii="Times New Roman" w:hAnsi="Times New Roman" w:cs="Times New Roman"/>
          <w:sz w:val="20"/>
        </w:rPr>
        <w:t>Rancang</w:t>
      </w:r>
      <w:proofErr w:type="spellEnd"/>
      <w:r>
        <w:rPr>
          <w:rFonts w:ascii="Times New Roman" w:hAnsi="Times New Roman" w:cs="Times New Roman"/>
          <w:sz w:val="20"/>
        </w:rPr>
        <w:t xml:space="preserve"> </w:t>
      </w:r>
      <w:proofErr w:type="spellStart"/>
      <w:r>
        <w:rPr>
          <w:rFonts w:ascii="Times New Roman" w:hAnsi="Times New Roman" w:cs="Times New Roman"/>
          <w:sz w:val="20"/>
        </w:rPr>
        <w:t>Bangun</w:t>
      </w:r>
      <w:proofErr w:type="spellEnd"/>
      <w:r>
        <w:rPr>
          <w:rFonts w:ascii="Times New Roman" w:hAnsi="Times New Roman" w:cs="Times New Roman"/>
          <w:sz w:val="20"/>
        </w:rPr>
        <w:t xml:space="preserve"> </w:t>
      </w:r>
      <w:proofErr w:type="spellStart"/>
      <w:r>
        <w:rPr>
          <w:rFonts w:ascii="Times New Roman" w:hAnsi="Times New Roman" w:cs="Times New Roman"/>
          <w:sz w:val="20"/>
        </w:rPr>
        <w:t>Kunci</w:t>
      </w:r>
      <w:proofErr w:type="spellEnd"/>
      <w:r>
        <w:rPr>
          <w:rFonts w:ascii="Times New Roman" w:hAnsi="Times New Roman" w:cs="Times New Roman"/>
          <w:sz w:val="20"/>
        </w:rPr>
        <w:t xml:space="preserve"> Pintu </w:t>
      </w:r>
      <w:proofErr w:type="spellStart"/>
      <w:r>
        <w:rPr>
          <w:rFonts w:ascii="Times New Roman" w:hAnsi="Times New Roman" w:cs="Times New Roman"/>
          <w:sz w:val="20"/>
        </w:rPr>
        <w:t>Otomatis</w:t>
      </w:r>
      <w:proofErr w:type="spellEnd"/>
      <w:r>
        <w:rPr>
          <w:rFonts w:ascii="Times New Roman" w:hAnsi="Times New Roman" w:cs="Times New Roman"/>
          <w:sz w:val="20"/>
        </w:rPr>
        <w:t xml:space="preserve"> </w:t>
      </w:r>
      <w:proofErr w:type="spellStart"/>
      <w:r>
        <w:rPr>
          <w:rFonts w:ascii="Times New Roman" w:hAnsi="Times New Roman" w:cs="Times New Roman"/>
          <w:sz w:val="20"/>
        </w:rPr>
        <w:t>Sistem</w:t>
      </w:r>
      <w:proofErr w:type="spellEnd"/>
      <w:r>
        <w:rPr>
          <w:rFonts w:ascii="Times New Roman" w:hAnsi="Times New Roman" w:cs="Times New Roman"/>
          <w:sz w:val="20"/>
        </w:rPr>
        <w:t xml:space="preserve"> RFID </w:t>
      </w:r>
      <w:proofErr w:type="spellStart"/>
      <w:r>
        <w:rPr>
          <w:rFonts w:ascii="Times New Roman" w:hAnsi="Times New Roman" w:cs="Times New Roman"/>
          <w:sz w:val="20"/>
        </w:rPr>
        <w:t>Berbasis</w:t>
      </w:r>
      <w:proofErr w:type="spellEnd"/>
      <w:r>
        <w:rPr>
          <w:rFonts w:ascii="Times New Roman" w:hAnsi="Times New Roman" w:cs="Times New Roman"/>
          <w:sz w:val="20"/>
        </w:rPr>
        <w:t xml:space="preserve"> Arduino di </w:t>
      </w:r>
      <w:proofErr w:type="spellStart"/>
      <w:r>
        <w:rPr>
          <w:rFonts w:ascii="Times New Roman" w:hAnsi="Times New Roman" w:cs="Times New Roman"/>
          <w:sz w:val="20"/>
        </w:rPr>
        <w:t>Ruangan</w:t>
      </w:r>
      <w:proofErr w:type="spellEnd"/>
      <w:r>
        <w:rPr>
          <w:rFonts w:ascii="Times New Roman" w:hAnsi="Times New Roman" w:cs="Times New Roman"/>
          <w:sz w:val="20"/>
        </w:rPr>
        <w:t xml:space="preserve"> </w:t>
      </w:r>
      <w:proofErr w:type="spellStart"/>
      <w:r>
        <w:rPr>
          <w:rFonts w:ascii="Times New Roman" w:hAnsi="Times New Roman" w:cs="Times New Roman"/>
          <w:sz w:val="20"/>
        </w:rPr>
        <w:t>Laboratorium</w:t>
      </w:r>
      <w:proofErr w:type="spellEnd"/>
      <w:r>
        <w:rPr>
          <w:rFonts w:ascii="Times New Roman" w:hAnsi="Times New Roman" w:cs="Times New Roman"/>
          <w:sz w:val="20"/>
        </w:rPr>
        <w:t>," J. Tek. Elektro, 2023.</w:t>
      </w:r>
    </w:p>
    <w:p w14:paraId="6B619906" w14:textId="77777777" w:rsidR="00C83DA1" w:rsidRDefault="00000000">
      <w:pPr>
        <w:spacing w:after="120" w:line="240" w:lineRule="auto"/>
        <w:ind w:left="709" w:hanging="709"/>
        <w:jc w:val="both"/>
      </w:pPr>
      <w:r>
        <w:rPr>
          <w:rFonts w:ascii="Times New Roman" w:hAnsi="Times New Roman" w:cs="Times New Roman"/>
          <w:sz w:val="20"/>
        </w:rPr>
        <w:t xml:space="preserve">[6] M. Ilham, R. Wijaya, and S. P., "Desain </w:t>
      </w:r>
      <w:proofErr w:type="spellStart"/>
      <w:r>
        <w:rPr>
          <w:rFonts w:ascii="Times New Roman" w:hAnsi="Times New Roman" w:cs="Times New Roman"/>
          <w:sz w:val="20"/>
        </w:rPr>
        <w:t>Sistem</w:t>
      </w:r>
      <w:proofErr w:type="spellEnd"/>
      <w:r>
        <w:rPr>
          <w:rFonts w:ascii="Times New Roman" w:hAnsi="Times New Roman" w:cs="Times New Roman"/>
          <w:sz w:val="20"/>
        </w:rPr>
        <w:t xml:space="preserve"> Keamanan Pintu Menggunakan Sensor RFID </w:t>
      </w:r>
      <w:proofErr w:type="spellStart"/>
      <w:r>
        <w:rPr>
          <w:rFonts w:ascii="Times New Roman" w:hAnsi="Times New Roman" w:cs="Times New Roman"/>
          <w:sz w:val="20"/>
        </w:rPr>
        <w:t>Berbasis</w:t>
      </w:r>
      <w:proofErr w:type="spellEnd"/>
      <w:r>
        <w:rPr>
          <w:rFonts w:ascii="Times New Roman" w:hAnsi="Times New Roman" w:cs="Times New Roman"/>
          <w:sz w:val="20"/>
        </w:rPr>
        <w:t xml:space="preserve"> Arduino Uno," J. </w:t>
      </w:r>
      <w:proofErr w:type="spellStart"/>
      <w:r>
        <w:rPr>
          <w:rFonts w:ascii="Times New Roman" w:hAnsi="Times New Roman" w:cs="Times New Roman"/>
          <w:sz w:val="20"/>
        </w:rPr>
        <w:t>Teknol</w:t>
      </w:r>
      <w:proofErr w:type="spellEnd"/>
      <w:r>
        <w:rPr>
          <w:rFonts w:ascii="Times New Roman" w:hAnsi="Times New Roman" w:cs="Times New Roman"/>
          <w:sz w:val="20"/>
        </w:rPr>
        <w:t>. dan Sist. Inf., 2024.</w:t>
      </w:r>
    </w:p>
    <w:sectPr w:rsidR="00C83DA1" w:rsidSect="00034616">
      <w:pgSz w:w="12240" w:h="15840"/>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7170297">
    <w:abstractNumId w:val="8"/>
  </w:num>
  <w:num w:numId="2" w16cid:durableId="51387612">
    <w:abstractNumId w:val="6"/>
  </w:num>
  <w:num w:numId="3" w16cid:durableId="1526208538">
    <w:abstractNumId w:val="5"/>
  </w:num>
  <w:num w:numId="4" w16cid:durableId="528027823">
    <w:abstractNumId w:val="4"/>
  </w:num>
  <w:num w:numId="5" w16cid:durableId="1354334148">
    <w:abstractNumId w:val="7"/>
  </w:num>
  <w:num w:numId="6" w16cid:durableId="111176238">
    <w:abstractNumId w:val="3"/>
  </w:num>
  <w:num w:numId="7" w16cid:durableId="607278411">
    <w:abstractNumId w:val="2"/>
  </w:num>
  <w:num w:numId="8" w16cid:durableId="729765838">
    <w:abstractNumId w:val="1"/>
  </w:num>
  <w:num w:numId="9" w16cid:durableId="196280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8E9"/>
    <w:rsid w:val="0015074B"/>
    <w:rsid w:val="001A4F00"/>
    <w:rsid w:val="0029639D"/>
    <w:rsid w:val="00326F90"/>
    <w:rsid w:val="003F1DBD"/>
    <w:rsid w:val="006E120C"/>
    <w:rsid w:val="00712BC5"/>
    <w:rsid w:val="00961C57"/>
    <w:rsid w:val="00964987"/>
    <w:rsid w:val="00AA1D8D"/>
    <w:rsid w:val="00B47730"/>
    <w:rsid w:val="00C83DA1"/>
    <w:rsid w:val="00CB0664"/>
    <w:rsid w:val="00EB7019"/>
    <w:rsid w:val="00EF43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1E6094"/>
  <w14:defaultImageDpi w14:val="300"/>
  <w15:docId w15:val="{B353EFDA-FDE2-46FC-9FD8-394F5ACDE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14</Pages>
  <Words>4489</Words>
  <Characters>25591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Rizky Teguh</cp:lastModifiedBy>
  <cp:revision>6</cp:revision>
  <dcterms:created xsi:type="dcterms:W3CDTF">2013-12-23T23:15:00Z</dcterms:created>
  <dcterms:modified xsi:type="dcterms:W3CDTF">2026-07-28T03:05:00Z</dcterms:modified>
  <cp:category/>
</cp:coreProperties>
</file>