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3BF49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TEMPLATE LAPORAN INDIVIDU KUKERTA</w:t>
      </w:r>
    </w:p>
    <w:p w14:paraId="4BAE482F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PROGRAM STUDI INFORMATIKA</w:t>
      </w:r>
    </w:p>
    <w:p w14:paraId="781405CB" w14:textId="77777777" w:rsidR="004B6334" w:rsidRPr="004B6334" w:rsidRDefault="00000000" w:rsidP="004B6334">
      <w:pPr>
        <w:spacing w:after="24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FAKULTAS SAINS DAN TEKNOLOGI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37"/>
      </w:tblGrid>
      <w:tr w:rsidR="004B6334" w:rsidRPr="004B6334" w14:paraId="33902710" w14:textId="77777777" w:rsidTr="00DD4837">
        <w:trPr>
          <w:cantSplit/>
          <w:jc w:val="center"/>
        </w:trPr>
        <w:tc>
          <w:tcPr>
            <w:tcW w:w="79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DEBF7"/>
          </w:tcPr>
          <w:p w14:paraId="332F2AF7" w14:textId="1603C671" w:rsidR="004B6334" w:rsidRPr="004B6334" w:rsidRDefault="004B6334" w:rsidP="004B6334">
            <w:pPr>
              <w:keepLines/>
              <w:jc w:val="both"/>
            </w:pPr>
            <w:r>
              <w:t xml:space="preserve">PETUNJUK PENGGUNAAN: Bagian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panduan</w:t>
            </w:r>
            <w:proofErr w:type="spellEnd"/>
            <w:r>
              <w:t xml:space="preserve"> template. Jika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final, </w:t>
            </w:r>
            <w:proofErr w:type="spellStart"/>
            <w:r>
              <w:t>halaman</w:t>
            </w:r>
            <w:proofErr w:type="spellEnd"/>
            <w:r>
              <w:t xml:space="preserve"> </w:t>
            </w:r>
            <w:proofErr w:type="spellStart"/>
            <w:r>
              <w:t>petunjuk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dihapus</w:t>
            </w:r>
            <w:proofErr w:type="spellEnd"/>
            <w:r>
              <w:t xml:space="preserve">. Isi </w:t>
            </w:r>
            <w:proofErr w:type="spellStart"/>
            <w:r>
              <w:t>bagian</w:t>
            </w:r>
            <w:proofErr w:type="spellEnd"/>
            <w:r>
              <w:t xml:space="preserve"> </w:t>
            </w:r>
            <w:proofErr w:type="spellStart"/>
            <w:r>
              <w:t>bertanda</w:t>
            </w:r>
            <w:proofErr w:type="spellEnd"/>
            <w:r>
              <w:t xml:space="preserve"> [</w:t>
            </w:r>
            <w:proofErr w:type="spellStart"/>
            <w:r>
              <w:t>kurung</w:t>
            </w:r>
            <w:proofErr w:type="spellEnd"/>
            <w:r>
              <w:t xml:space="preserve"> siku] </w:t>
            </w:r>
            <w:proofErr w:type="spellStart"/>
            <w:r>
              <w:t>sesuai</w:t>
            </w:r>
            <w:proofErr w:type="spellEnd"/>
            <w:r>
              <w:t xml:space="preserve"> data masing-masing </w:t>
            </w:r>
            <w:proofErr w:type="spellStart"/>
            <w:r>
              <w:t>mahasiswa</w:t>
            </w:r>
            <w:proofErr w:type="spellEnd"/>
            <w:r>
              <w:t xml:space="preserve">, nama </w:t>
            </w:r>
            <w:proofErr w:type="spellStart"/>
            <w:r>
              <w:t>kegiatan</w:t>
            </w:r>
            <w:proofErr w:type="spellEnd"/>
            <w:r>
              <w:t xml:space="preserve">, 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>, dan project/program/</w:t>
            </w:r>
            <w:proofErr w:type="spellStart"/>
            <w:r>
              <w:t>aplikasi</w:t>
            </w:r>
            <w:proofErr w:type="spellEnd"/>
            <w:r>
              <w:t xml:space="preserve"> masing-masing.</w:t>
            </w:r>
          </w:p>
        </w:tc>
      </w:tr>
    </w:tbl>
    <w:p w14:paraId="3C3768C7" w14:textId="77777777" w:rsidR="00255FB3" w:rsidRDefault="00000000">
      <w:pPr>
        <w:spacing w:before="120"/>
      </w:pPr>
      <w:r>
        <w:rPr>
          <w:b/>
        </w:rPr>
        <w:t xml:space="preserve">A. Format Umum </w:t>
      </w:r>
      <w:proofErr w:type="spellStart"/>
      <w:r>
        <w:rPr>
          <w:b/>
        </w:rPr>
        <w:t>Laporan</w:t>
      </w:r>
      <w:proofErr w:type="spellEnd"/>
    </w:p>
    <w:p w14:paraId="34BB7D93" w14:textId="2308CA6F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proofErr w:type="spellStart"/>
      <w:r>
        <w:t>Kertas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A4 21 cm x 29,7 cm.</w:t>
      </w:r>
    </w:p>
    <w:p w14:paraId="17CD3DBB" w14:textId="35D03A51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r>
        <w:t xml:space="preserve">Margin </w:t>
      </w:r>
      <w:proofErr w:type="spellStart"/>
      <w:r>
        <w:t>laporan</w:t>
      </w:r>
      <w:proofErr w:type="spellEnd"/>
      <w:r>
        <w:t xml:space="preserve">: </w:t>
      </w:r>
      <w:proofErr w:type="spellStart"/>
      <w:r>
        <w:t>atas</w:t>
      </w:r>
      <w:proofErr w:type="spellEnd"/>
      <w:r>
        <w:t xml:space="preserve"> 4 cm, </w:t>
      </w:r>
      <w:proofErr w:type="spellStart"/>
      <w:r>
        <w:t>bawah</w:t>
      </w:r>
      <w:proofErr w:type="spellEnd"/>
      <w:r>
        <w:t xml:space="preserve"> 3 cm, kiri 4 cm, dan </w:t>
      </w:r>
      <w:proofErr w:type="spellStart"/>
      <w:r>
        <w:t>kanan</w:t>
      </w:r>
      <w:proofErr w:type="spellEnd"/>
      <w:r>
        <w:t xml:space="preserve"> 3 cm.</w:t>
      </w:r>
    </w:p>
    <w:p w14:paraId="37C5F3CB" w14:textId="034D5F56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12.</w:t>
      </w:r>
    </w:p>
    <w:p w14:paraId="402689D0" w14:textId="26D7BECC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r>
        <w:t xml:space="preserve">Isi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1,5.</w:t>
      </w:r>
    </w:p>
    <w:p w14:paraId="2181CCF4" w14:textId="4CA088DB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proofErr w:type="spellStart"/>
      <w:r>
        <w:t>Judul</w:t>
      </w:r>
      <w:proofErr w:type="spellEnd"/>
      <w:r>
        <w:t xml:space="preserve"> </w:t>
      </w:r>
      <w:proofErr w:type="spellStart"/>
      <w:r>
        <w:t>bab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kapital</w:t>
      </w:r>
      <w:proofErr w:type="spellEnd"/>
      <w:r>
        <w:t xml:space="preserve">, </w:t>
      </w:r>
      <w:proofErr w:type="spellStart"/>
      <w:r>
        <w:t>dicetak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, dan </w:t>
      </w:r>
      <w:proofErr w:type="spellStart"/>
      <w:r>
        <w:t>diletakkan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>.</w:t>
      </w:r>
    </w:p>
    <w:p w14:paraId="0BA05EB2" w14:textId="18CC6344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proofErr w:type="spellStart"/>
      <w:r>
        <w:t>Nomor</w:t>
      </w:r>
      <w:proofErr w:type="spellEnd"/>
      <w:r>
        <w:t xml:space="preserve"> dan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diletakkan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dan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diletakkan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gambar</w:t>
      </w:r>
      <w:proofErr w:type="spellEnd"/>
      <w:r>
        <w:t>.</w:t>
      </w:r>
    </w:p>
    <w:p w14:paraId="225D9308" w14:textId="7ED4E11F" w:rsidR="00255FB3" w:rsidRDefault="00000000" w:rsidP="0005349B">
      <w:pPr>
        <w:pStyle w:val="ListParagraph"/>
        <w:numPr>
          <w:ilvl w:val="0"/>
          <w:numId w:val="21"/>
        </w:numPr>
        <w:spacing w:after="40" w:line="276" w:lineRule="auto"/>
        <w:jc w:val="both"/>
      </w:pP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pada BAB IV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diperkuat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lampiran</w:t>
      </w:r>
      <w:proofErr w:type="spellEnd"/>
      <w:r>
        <w:t>.</w:t>
      </w:r>
    </w:p>
    <w:p w14:paraId="7ADE4E81" w14:textId="77777777" w:rsidR="00255FB3" w:rsidRDefault="00000000">
      <w:pPr>
        <w:spacing w:before="120"/>
      </w:pPr>
      <w:r>
        <w:rPr>
          <w:b/>
        </w:rPr>
        <w:t xml:space="preserve">B. </w:t>
      </w:r>
      <w:proofErr w:type="spellStart"/>
      <w:r>
        <w:rPr>
          <w:b/>
        </w:rPr>
        <w:t>Catatan</w:t>
      </w:r>
      <w:proofErr w:type="spellEnd"/>
      <w:r>
        <w:rPr>
          <w:b/>
        </w:rPr>
        <w:t xml:space="preserve"> Tabel dan Gambar</w:t>
      </w:r>
    </w:p>
    <w:p w14:paraId="3D769856" w14:textId="005124C6" w:rsidR="00255FB3" w:rsidRDefault="00000000" w:rsidP="0005349B">
      <w:pPr>
        <w:pStyle w:val="ListParagraph"/>
        <w:numPr>
          <w:ilvl w:val="0"/>
          <w:numId w:val="24"/>
        </w:numPr>
        <w:spacing w:after="40" w:line="276" w:lineRule="auto"/>
        <w:jc w:val="both"/>
      </w:pPr>
      <w:r>
        <w:t xml:space="preserve">Tabel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urut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Tabel 1, Tabel 2, dan </w:t>
      </w:r>
      <w:proofErr w:type="spellStart"/>
      <w:r>
        <w:t>seterusnya</w:t>
      </w:r>
      <w:proofErr w:type="spellEnd"/>
      <w:r>
        <w:t>.</w:t>
      </w:r>
    </w:p>
    <w:p w14:paraId="09BEDD42" w14:textId="66D99D64" w:rsidR="00255FB3" w:rsidRDefault="00000000" w:rsidP="0005349B">
      <w:pPr>
        <w:pStyle w:val="ListParagraph"/>
        <w:numPr>
          <w:ilvl w:val="0"/>
          <w:numId w:val="24"/>
        </w:numPr>
        <w:spacing w:after="40" w:line="276" w:lineRule="auto"/>
        <w:jc w:val="both"/>
      </w:pPr>
      <w:r>
        <w:t xml:space="preserve">Tabel </w:t>
      </w:r>
      <w:proofErr w:type="spellStart"/>
      <w:r>
        <w:t>menggunakan</w:t>
      </w:r>
      <w:proofErr w:type="spellEnd"/>
      <w:r>
        <w:t xml:space="preserve"> garis horizontal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kolom</w:t>
      </w:r>
      <w:proofErr w:type="spellEnd"/>
      <w:r>
        <w:t xml:space="preserve">, dan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. Garis </w:t>
      </w:r>
      <w:proofErr w:type="spellStart"/>
      <w:r>
        <w:t>vertikal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</w:p>
    <w:p w14:paraId="7A3AE16C" w14:textId="657E927B" w:rsidR="00255FB3" w:rsidRDefault="00000000" w:rsidP="0005349B">
      <w:pPr>
        <w:pStyle w:val="ListParagraph"/>
        <w:numPr>
          <w:ilvl w:val="0"/>
          <w:numId w:val="24"/>
        </w:numPr>
        <w:spacing w:after="40" w:line="276" w:lineRule="auto"/>
        <w:jc w:val="both"/>
      </w:pPr>
      <w:r>
        <w:t xml:space="preserve">Gambar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urut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Gambar 1, Gambar 2, dan </w:t>
      </w:r>
      <w:proofErr w:type="spellStart"/>
      <w:r>
        <w:t>seterusnya</w:t>
      </w:r>
      <w:proofErr w:type="spellEnd"/>
      <w:r>
        <w:t>.</w:t>
      </w:r>
    </w:p>
    <w:p w14:paraId="3FE6F222" w14:textId="750F76E7" w:rsidR="00255FB3" w:rsidRDefault="00000000" w:rsidP="0005349B">
      <w:pPr>
        <w:pStyle w:val="ListParagraph"/>
        <w:numPr>
          <w:ilvl w:val="0"/>
          <w:numId w:val="24"/>
        </w:numPr>
        <w:spacing w:after="40" w:line="276" w:lineRule="auto"/>
        <w:jc w:val="both"/>
      </w:pPr>
      <w:r>
        <w:t xml:space="preserve">Kotak </w:t>
      </w:r>
      <w:proofErr w:type="spellStart"/>
      <w:r>
        <w:t>gambar</w:t>
      </w:r>
      <w:proofErr w:type="spellEnd"/>
      <w:r>
        <w:t>/</w:t>
      </w:r>
      <w:proofErr w:type="spellStart"/>
      <w:r>
        <w:t>foto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penanda</w:t>
      </w:r>
      <w:proofErr w:type="spellEnd"/>
      <w:r>
        <w:t xml:space="preserve"> pada template. Pada </w:t>
      </w:r>
      <w:proofErr w:type="spellStart"/>
      <w:r>
        <w:t>laporan</w:t>
      </w:r>
      <w:proofErr w:type="spellEnd"/>
      <w:r>
        <w:t xml:space="preserve"> final,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border </w:t>
      </w:r>
      <w:proofErr w:type="spellStart"/>
      <w:r>
        <w:t>tebal</w:t>
      </w:r>
      <w:proofErr w:type="spellEnd"/>
      <w:r>
        <w:t>.</w:t>
      </w:r>
    </w:p>
    <w:p w14:paraId="19E3CC9C" w14:textId="266AA69D" w:rsidR="00255FB3" w:rsidRDefault="00000000" w:rsidP="0005349B">
      <w:pPr>
        <w:pStyle w:val="ListParagraph"/>
        <w:numPr>
          <w:ilvl w:val="0"/>
          <w:numId w:val="24"/>
        </w:numPr>
        <w:spacing w:after="40" w:line="276" w:lineRule="auto"/>
        <w:jc w:val="both"/>
      </w:pPr>
      <w:proofErr w:type="spellStart"/>
      <w:r>
        <w:t>Sumber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dicantumkan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asal</w:t>
      </w:r>
      <w:proofErr w:type="spellEnd"/>
      <w:r>
        <w:t xml:space="preserve"> data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>.</w:t>
      </w:r>
    </w:p>
    <w:p w14:paraId="532D305F" w14:textId="77777777" w:rsidR="00255FB3" w:rsidRDefault="00000000" w:rsidP="004B6334">
      <w:r>
        <w:br w:type="page"/>
      </w:r>
    </w:p>
    <w:p w14:paraId="07A59318" w14:textId="77777777" w:rsidR="004B6334" w:rsidRPr="004B6334" w:rsidRDefault="004B6334" w:rsidP="004B6334">
      <w:pPr>
        <w:spacing w:after="200" w:line="240" w:lineRule="auto"/>
        <w:jc w:val="center"/>
        <w:rPr>
          <w:b/>
          <w:sz w:val="28"/>
          <w:szCs w:val="24"/>
        </w:rPr>
      </w:pPr>
      <w:r w:rsidRPr="004B6334">
        <w:rPr>
          <w:b/>
          <w:sz w:val="28"/>
          <w:szCs w:val="24"/>
        </w:rPr>
        <w:lastRenderedPageBreak/>
        <w:t xml:space="preserve">LAPORAN </w:t>
      </w:r>
      <w:r>
        <w:rPr>
          <w:b/>
          <w:sz w:val="28"/>
          <w:szCs w:val="24"/>
        </w:rPr>
        <w:t>INDIVIDU KUKERTA</w:t>
      </w:r>
    </w:p>
    <w:p w14:paraId="7608A661" w14:textId="77777777" w:rsidR="004B6334" w:rsidRPr="004B6334" w:rsidRDefault="004B6334" w:rsidP="004B6334">
      <w:pPr>
        <w:spacing w:after="200" w:line="240" w:lineRule="auto"/>
        <w:jc w:val="center"/>
        <w:rPr>
          <w:b/>
          <w:bCs/>
          <w:sz w:val="28"/>
          <w:szCs w:val="24"/>
        </w:rPr>
      </w:pPr>
      <w:r>
        <w:rPr>
          <w:b/>
          <w:bCs/>
          <w:szCs w:val="24"/>
        </w:rPr>
        <w:t>SOSIALISASI [NAMA PROJECT/PROGRAM/APLIKASI] KEPADA [SASARAN KEGIATAN]</w:t>
      </w:r>
    </w:p>
    <w:p w14:paraId="44E3CCF3" w14:textId="77777777" w:rsidR="004B6334" w:rsidRDefault="004B6334" w:rsidP="004B6334">
      <w:pPr>
        <w:spacing w:after="0" w:line="240" w:lineRule="auto"/>
        <w:jc w:val="center"/>
        <w:rPr>
          <w:bCs/>
        </w:rPr>
      </w:pPr>
      <w:proofErr w:type="spellStart"/>
      <w:r w:rsidRPr="004B6334">
        <w:rPr>
          <w:bCs/>
        </w:rPr>
        <w:t>Disusun</w:t>
      </w:r>
      <w:proofErr w:type="spellEnd"/>
      <w:r w:rsidRPr="004B6334">
        <w:rPr>
          <w:bCs/>
        </w:rPr>
        <w:t xml:space="preserve"> </w:t>
      </w:r>
      <w:proofErr w:type="spellStart"/>
      <w:r w:rsidRPr="004B6334">
        <w:rPr>
          <w:bCs/>
        </w:rPr>
        <w:t>untuk</w:t>
      </w:r>
      <w:proofErr w:type="spellEnd"/>
      <w:r w:rsidRPr="004B6334">
        <w:rPr>
          <w:bCs/>
        </w:rPr>
        <w:t xml:space="preserve"> </w:t>
      </w:r>
      <w:proofErr w:type="spellStart"/>
      <w:r w:rsidRPr="004B6334">
        <w:rPr>
          <w:bCs/>
        </w:rPr>
        <w:t>memenuhi</w:t>
      </w:r>
      <w:proofErr w:type="spellEnd"/>
      <w:r w:rsidRPr="004B6334">
        <w:rPr>
          <w:bCs/>
        </w:rPr>
        <w:t xml:space="preserve"> </w:t>
      </w:r>
      <w:proofErr w:type="spellStart"/>
      <w:r>
        <w:rPr>
          <w:bCs/>
        </w:rPr>
        <w:t>laporan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kegiatan</w:t>
      </w:r>
      <w:proofErr w:type="spellEnd"/>
      <w:r>
        <w:rPr>
          <w:bCs/>
        </w:rPr>
        <w:t xml:space="preserve"> KUKERTA </w:t>
      </w:r>
    </w:p>
    <w:p w14:paraId="723A6DE7" w14:textId="77777777" w:rsidR="004B6334" w:rsidRPr="004B6334" w:rsidRDefault="004B6334" w:rsidP="004B6334">
      <w:pPr>
        <w:spacing w:after="0" w:line="240" w:lineRule="auto"/>
        <w:jc w:val="center"/>
        <w:rPr>
          <w:bCs/>
        </w:rPr>
      </w:pPr>
      <w:r>
        <w:rPr>
          <w:bCs/>
        </w:rPr>
        <w:t xml:space="preserve">pada Program Studi </w:t>
      </w:r>
      <w:proofErr w:type="spellStart"/>
      <w:r>
        <w:rPr>
          <w:bCs/>
        </w:rPr>
        <w:t>Informatika</w:t>
      </w:r>
      <w:proofErr w:type="spellEnd"/>
    </w:p>
    <w:p w14:paraId="469718C6" w14:textId="77777777" w:rsidR="004B6334" w:rsidRPr="004B6334" w:rsidRDefault="004B6334" w:rsidP="004B6334">
      <w:pPr>
        <w:spacing w:after="200" w:line="240" w:lineRule="auto"/>
        <w:rPr>
          <w:b/>
          <w:sz w:val="28"/>
          <w:szCs w:val="24"/>
        </w:rPr>
      </w:pPr>
    </w:p>
    <w:p w14:paraId="2D9E4676" w14:textId="77777777" w:rsidR="004B6334" w:rsidRPr="004B6334" w:rsidRDefault="004B6334" w:rsidP="004B6334">
      <w:pPr>
        <w:spacing w:after="480" w:line="240" w:lineRule="auto"/>
        <w:rPr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77081A0" wp14:editId="367F4966">
            <wp:simplePos x="0" y="0"/>
            <wp:positionH relativeFrom="column">
              <wp:posOffset>1275080</wp:posOffset>
            </wp:positionH>
            <wp:positionV relativeFrom="paragraph">
              <wp:posOffset>337820</wp:posOffset>
            </wp:positionV>
            <wp:extent cx="2484994" cy="2952750"/>
            <wp:effectExtent l="0" t="0" r="0" b="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994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1F13D" w14:textId="77777777" w:rsidR="004B6334" w:rsidRDefault="004B6334">
      <w:pPr>
        <w:spacing w:after="360" w:line="240" w:lineRule="auto"/>
        <w:jc w:val="center"/>
      </w:pPr>
    </w:p>
    <w:p w14:paraId="619078DD" w14:textId="77777777" w:rsidR="004B6334" w:rsidRDefault="004B6334">
      <w:pPr>
        <w:spacing w:after="360" w:line="240" w:lineRule="auto"/>
        <w:jc w:val="center"/>
      </w:pPr>
    </w:p>
    <w:p w14:paraId="7E79AFF7" w14:textId="77777777" w:rsidR="004B6334" w:rsidRDefault="004B6334">
      <w:pPr>
        <w:spacing w:after="360" w:line="240" w:lineRule="auto"/>
        <w:jc w:val="center"/>
      </w:pPr>
    </w:p>
    <w:p w14:paraId="1D609656" w14:textId="77777777" w:rsidR="004B6334" w:rsidRDefault="004B6334">
      <w:pPr>
        <w:spacing w:after="360" w:line="240" w:lineRule="auto"/>
        <w:jc w:val="center"/>
      </w:pPr>
    </w:p>
    <w:p w14:paraId="1D74219C" w14:textId="77777777" w:rsidR="004B6334" w:rsidRDefault="004B6334">
      <w:pPr>
        <w:spacing w:after="360" w:line="240" w:lineRule="auto"/>
        <w:jc w:val="center"/>
      </w:pPr>
    </w:p>
    <w:p w14:paraId="0B3A1246" w14:textId="77777777" w:rsidR="004B6334" w:rsidRDefault="004B6334">
      <w:pPr>
        <w:spacing w:after="360" w:line="240" w:lineRule="auto"/>
        <w:jc w:val="center"/>
      </w:pPr>
    </w:p>
    <w:p w14:paraId="4DDBCE89" w14:textId="77777777" w:rsidR="004B6334" w:rsidRDefault="004B6334" w:rsidP="004B6334">
      <w:pPr>
        <w:spacing w:after="360" w:line="240" w:lineRule="auto"/>
      </w:pPr>
    </w:p>
    <w:p w14:paraId="048F4613" w14:textId="77777777" w:rsidR="004B6334" w:rsidRDefault="004B6334" w:rsidP="004B6334">
      <w:pPr>
        <w:spacing w:after="360" w:line="240" w:lineRule="auto"/>
      </w:pPr>
    </w:p>
    <w:p w14:paraId="077FF463" w14:textId="77777777" w:rsidR="00255FB3" w:rsidRDefault="00000000">
      <w:pPr>
        <w:spacing w:after="0" w:line="240" w:lineRule="auto"/>
        <w:jc w:val="center"/>
      </w:pPr>
      <w:proofErr w:type="spellStart"/>
      <w:r>
        <w:t>Disusun</w:t>
      </w:r>
      <w:proofErr w:type="spellEnd"/>
      <w:r>
        <w:t xml:space="preserve"> oleh:</w:t>
      </w:r>
    </w:p>
    <w:p w14:paraId="52CF3741" w14:textId="77777777" w:rsidR="00255FB3" w:rsidRDefault="00000000">
      <w:pPr>
        <w:spacing w:after="0" w:line="240" w:lineRule="auto"/>
        <w:jc w:val="center"/>
      </w:pPr>
      <w:r>
        <w:t xml:space="preserve">Nama : [Nama </w:t>
      </w:r>
      <w:proofErr w:type="spellStart"/>
      <w:r>
        <w:t>Mahasiswa</w:t>
      </w:r>
      <w:proofErr w:type="spellEnd"/>
      <w:r>
        <w:t>]</w:t>
      </w:r>
    </w:p>
    <w:p w14:paraId="7287A8C7" w14:textId="77777777" w:rsidR="00255FB3" w:rsidRDefault="00000000">
      <w:pPr>
        <w:spacing w:after="480" w:line="240" w:lineRule="auto"/>
        <w:jc w:val="center"/>
      </w:pPr>
      <w:proofErr w:type="gramStart"/>
      <w:r>
        <w:t>NIM :</w:t>
      </w:r>
      <w:proofErr w:type="gramEnd"/>
      <w:r>
        <w:t xml:space="preserve"> [NIM]</w:t>
      </w:r>
    </w:p>
    <w:p w14:paraId="5962D746" w14:textId="77777777" w:rsidR="004B6334" w:rsidRDefault="004B6334">
      <w:pPr>
        <w:spacing w:after="480" w:line="240" w:lineRule="auto"/>
        <w:jc w:val="center"/>
      </w:pPr>
    </w:p>
    <w:p w14:paraId="3FE9715F" w14:textId="77777777" w:rsidR="004B6334" w:rsidRDefault="004B6334">
      <w:pPr>
        <w:spacing w:after="480" w:line="240" w:lineRule="auto"/>
        <w:jc w:val="center"/>
      </w:pPr>
    </w:p>
    <w:p w14:paraId="79AF1449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PROGRAM STUDI INFORMATIKA</w:t>
      </w:r>
    </w:p>
    <w:p w14:paraId="4CAA3F5C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FAKULTAS SAINS DAN TEKNOLOGI</w:t>
      </w:r>
    </w:p>
    <w:p w14:paraId="3A4D9C97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UNIVERSITAS ISLAM NEGERI</w:t>
      </w:r>
    </w:p>
    <w:p w14:paraId="4E7D2379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SULTAN MAULANA HASANUDDIN BANTEN</w:t>
      </w:r>
    </w:p>
    <w:p w14:paraId="31C6B1E6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[TAHUN]</w:t>
      </w:r>
    </w:p>
    <w:p w14:paraId="2EA38F56" w14:textId="77777777" w:rsidR="00255FB3" w:rsidRDefault="00000000" w:rsidP="004B6334">
      <w:pPr>
        <w:jc w:val="center"/>
      </w:pPr>
      <w:r>
        <w:br w:type="page"/>
      </w:r>
      <w:r>
        <w:rPr>
          <w:b/>
        </w:rPr>
        <w:lastRenderedPageBreak/>
        <w:t>HALAMAN PENGESAHAN</w:t>
      </w:r>
    </w:p>
    <w:p w14:paraId="53BE945B" w14:textId="77777777" w:rsidR="00255FB3" w:rsidRDefault="00000000">
      <w:pPr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KUKERTA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oleh: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84"/>
        <w:gridCol w:w="5918"/>
      </w:tblGrid>
      <w:tr w:rsidR="00010C2F" w14:paraId="28833C51" w14:textId="77777777" w:rsidTr="00010C2F">
        <w:trPr>
          <w:cantSplit/>
        </w:trPr>
        <w:tc>
          <w:tcPr>
            <w:tcW w:w="1951" w:type="dxa"/>
          </w:tcPr>
          <w:p w14:paraId="514E5727" w14:textId="77777777" w:rsidR="00010C2F" w:rsidRDefault="00010C2F" w:rsidP="00010C2F">
            <w:pPr>
              <w:keepLines/>
            </w:pPr>
            <w:r>
              <w:t>Nama</w:t>
            </w:r>
          </w:p>
        </w:tc>
        <w:tc>
          <w:tcPr>
            <w:tcW w:w="284" w:type="dxa"/>
          </w:tcPr>
          <w:p w14:paraId="457242D1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4B7A28FD" w14:textId="77777777" w:rsidR="00010C2F" w:rsidRDefault="00010C2F" w:rsidP="00010C2F">
            <w:pPr>
              <w:keepLines/>
            </w:pPr>
            <w:r>
              <w:t xml:space="preserve">[Nama </w:t>
            </w:r>
            <w:proofErr w:type="spellStart"/>
            <w:r>
              <w:t>Mahasiswa</w:t>
            </w:r>
            <w:proofErr w:type="spellEnd"/>
            <w:r>
              <w:t>]</w:t>
            </w:r>
          </w:p>
        </w:tc>
      </w:tr>
      <w:tr w:rsidR="00010C2F" w14:paraId="09921870" w14:textId="77777777" w:rsidTr="00010C2F">
        <w:trPr>
          <w:cantSplit/>
        </w:trPr>
        <w:tc>
          <w:tcPr>
            <w:tcW w:w="1951" w:type="dxa"/>
          </w:tcPr>
          <w:p w14:paraId="4DADB110" w14:textId="77777777" w:rsidR="00010C2F" w:rsidRDefault="00010C2F" w:rsidP="00010C2F">
            <w:pPr>
              <w:keepLines/>
            </w:pPr>
            <w:r>
              <w:t>NIM</w:t>
            </w:r>
          </w:p>
        </w:tc>
        <w:tc>
          <w:tcPr>
            <w:tcW w:w="284" w:type="dxa"/>
          </w:tcPr>
          <w:p w14:paraId="1B6E9126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7BC32C94" w14:textId="77777777" w:rsidR="00010C2F" w:rsidRDefault="00010C2F" w:rsidP="00010C2F">
            <w:pPr>
              <w:keepLines/>
            </w:pPr>
            <w:r>
              <w:t>[NIM]</w:t>
            </w:r>
          </w:p>
        </w:tc>
      </w:tr>
      <w:tr w:rsidR="00010C2F" w14:paraId="2ED2CE07" w14:textId="77777777" w:rsidTr="00010C2F">
        <w:trPr>
          <w:cantSplit/>
        </w:trPr>
        <w:tc>
          <w:tcPr>
            <w:tcW w:w="1951" w:type="dxa"/>
          </w:tcPr>
          <w:p w14:paraId="44C03F1A" w14:textId="77777777" w:rsidR="00010C2F" w:rsidRDefault="00010C2F" w:rsidP="00010C2F">
            <w:pPr>
              <w:keepLines/>
            </w:pPr>
            <w:r>
              <w:t>Program Studi</w:t>
            </w:r>
          </w:p>
        </w:tc>
        <w:tc>
          <w:tcPr>
            <w:tcW w:w="284" w:type="dxa"/>
          </w:tcPr>
          <w:p w14:paraId="1E41AE0D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58BEE7E3" w14:textId="77777777" w:rsidR="00010C2F" w:rsidRDefault="00010C2F" w:rsidP="00010C2F">
            <w:pPr>
              <w:keepLines/>
            </w:pPr>
            <w:proofErr w:type="spellStart"/>
            <w:r>
              <w:t>Informatika</w:t>
            </w:r>
            <w:proofErr w:type="spellEnd"/>
          </w:p>
        </w:tc>
      </w:tr>
      <w:tr w:rsidR="00010C2F" w14:paraId="6BBE099F" w14:textId="77777777" w:rsidTr="00010C2F">
        <w:trPr>
          <w:cantSplit/>
        </w:trPr>
        <w:tc>
          <w:tcPr>
            <w:tcW w:w="1951" w:type="dxa"/>
          </w:tcPr>
          <w:p w14:paraId="68369EDC" w14:textId="77777777" w:rsidR="00010C2F" w:rsidRDefault="00010C2F" w:rsidP="00010C2F">
            <w:pPr>
              <w:keepLines/>
            </w:pPr>
            <w:proofErr w:type="spellStart"/>
            <w:r>
              <w:t>Fakultas</w:t>
            </w:r>
            <w:proofErr w:type="spellEnd"/>
          </w:p>
        </w:tc>
        <w:tc>
          <w:tcPr>
            <w:tcW w:w="284" w:type="dxa"/>
          </w:tcPr>
          <w:p w14:paraId="1279403B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50A1D6E6" w14:textId="77777777" w:rsidR="00010C2F" w:rsidRDefault="00010C2F" w:rsidP="00010C2F">
            <w:pPr>
              <w:keepLines/>
            </w:pPr>
            <w:r>
              <w:t xml:space="preserve">Sains dan </w:t>
            </w:r>
            <w:proofErr w:type="spellStart"/>
            <w:r>
              <w:t>Teknologi</w:t>
            </w:r>
            <w:proofErr w:type="spellEnd"/>
          </w:p>
        </w:tc>
      </w:tr>
      <w:tr w:rsidR="00010C2F" w14:paraId="7614FBCE" w14:textId="77777777" w:rsidTr="00010C2F">
        <w:trPr>
          <w:cantSplit/>
        </w:trPr>
        <w:tc>
          <w:tcPr>
            <w:tcW w:w="1951" w:type="dxa"/>
          </w:tcPr>
          <w:p w14:paraId="74841152" w14:textId="77777777" w:rsidR="00010C2F" w:rsidRDefault="00010C2F" w:rsidP="00010C2F">
            <w:pPr>
              <w:keepLines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09995AAC" w14:textId="77777777" w:rsidR="00010C2F" w:rsidRDefault="00010C2F" w:rsidP="00010C2F">
            <w:pPr>
              <w:keepLines/>
            </w:pPr>
          </w:p>
          <w:p w14:paraId="5B3830E7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15B90582" w14:textId="77777777" w:rsidR="00010C2F" w:rsidRDefault="00010C2F" w:rsidP="00010C2F">
            <w:pPr>
              <w:keepLines/>
            </w:pPr>
            <w:proofErr w:type="spellStart"/>
            <w:r>
              <w:t>Sosialisasi</w:t>
            </w:r>
            <w:proofErr w:type="spellEnd"/>
            <w:r>
              <w:t xml:space="preserve"> [Nama Project/Program/</w:t>
            </w:r>
            <w:proofErr w:type="spellStart"/>
            <w:r>
              <w:t>Aplikasi</w:t>
            </w:r>
            <w:proofErr w:type="spellEnd"/>
            <w:r>
              <w:t xml:space="preserve">] </w:t>
            </w:r>
            <w:proofErr w:type="spellStart"/>
            <w:r>
              <w:t>kepada</w:t>
            </w:r>
            <w:proofErr w:type="spellEnd"/>
            <w:r>
              <w:t xml:space="preserve"> [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</w:tr>
      <w:tr w:rsidR="00010C2F" w14:paraId="2EBB9165" w14:textId="77777777" w:rsidTr="00010C2F">
        <w:trPr>
          <w:cantSplit/>
        </w:trPr>
        <w:tc>
          <w:tcPr>
            <w:tcW w:w="1951" w:type="dxa"/>
          </w:tcPr>
          <w:p w14:paraId="1E0CF4CA" w14:textId="77777777" w:rsidR="00010C2F" w:rsidRDefault="00010C2F" w:rsidP="00010C2F">
            <w:pPr>
              <w:keepLines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7217B309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123C4F51" w14:textId="77777777" w:rsidR="00010C2F" w:rsidRDefault="00010C2F" w:rsidP="00010C2F">
            <w:pPr>
              <w:keepLines/>
            </w:pPr>
            <w:r>
              <w:t>[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</w:tr>
      <w:tr w:rsidR="00010C2F" w14:paraId="2B22D622" w14:textId="77777777" w:rsidTr="00010C2F">
        <w:trPr>
          <w:cantSplit/>
        </w:trPr>
        <w:tc>
          <w:tcPr>
            <w:tcW w:w="1951" w:type="dxa"/>
          </w:tcPr>
          <w:p w14:paraId="6CC5A7A8" w14:textId="77777777" w:rsidR="00010C2F" w:rsidRDefault="00010C2F" w:rsidP="00010C2F">
            <w:pPr>
              <w:keepLines/>
            </w:pPr>
            <w:r>
              <w:t xml:space="preserve">Waktu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75BDBB4F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0AC7B978" w14:textId="77777777" w:rsidR="00010C2F" w:rsidRDefault="00010C2F" w:rsidP="00010C2F">
            <w:pPr>
              <w:keepLines/>
            </w:pPr>
            <w:r>
              <w:t>[</w:t>
            </w: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</w:tr>
    </w:tbl>
    <w:p w14:paraId="727DB043" w14:textId="77777777" w:rsidR="00010C2F" w:rsidRDefault="00000000" w:rsidP="00010C2F">
      <w:pPr>
        <w:spacing w:after="360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 pada Program Studi </w:t>
      </w:r>
      <w:proofErr w:type="spellStart"/>
      <w:r>
        <w:t>Informatika</w:t>
      </w:r>
      <w:proofErr w:type="spellEnd"/>
      <w:r>
        <w:t>.</w:t>
      </w:r>
    </w:p>
    <w:p w14:paraId="5ADFF958" w14:textId="77777777" w:rsidR="00255FB3" w:rsidRDefault="00000000">
      <w:pPr>
        <w:spacing w:after="360"/>
        <w:jc w:val="right"/>
      </w:pPr>
      <w:r>
        <w:t>[</w:t>
      </w:r>
      <w:proofErr w:type="spellStart"/>
      <w:r>
        <w:t>Tempat</w:t>
      </w:r>
      <w:proofErr w:type="spellEnd"/>
      <w:r>
        <w:t>], [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Pengesahan</w:t>
      </w:r>
      <w:proofErr w:type="spellEnd"/>
      <w:r>
        <w:t>]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68"/>
        <w:gridCol w:w="3968"/>
      </w:tblGrid>
      <w:tr w:rsidR="00255FB3" w14:paraId="565C1EF6" w14:textId="77777777">
        <w:trPr>
          <w:cantSplit/>
          <w:jc w:val="center"/>
        </w:trPr>
        <w:tc>
          <w:tcPr>
            <w:tcW w:w="3968" w:type="dxa"/>
            <w:vAlign w:val="center"/>
          </w:tcPr>
          <w:p w14:paraId="5D6D7A50" w14:textId="79D8CB3B" w:rsidR="00255FB3" w:rsidRDefault="00000000">
            <w:pPr>
              <w:keepLines/>
              <w:jc w:val="center"/>
            </w:pPr>
            <w:r>
              <w:t xml:space="preserve">Dosen </w:t>
            </w:r>
            <w:proofErr w:type="spellStart"/>
            <w:r>
              <w:t>Pembimbing</w:t>
            </w:r>
            <w:proofErr w:type="spellEnd"/>
            <w:r>
              <w:t>,</w:t>
            </w:r>
          </w:p>
        </w:tc>
        <w:tc>
          <w:tcPr>
            <w:tcW w:w="3968" w:type="dxa"/>
            <w:vAlign w:val="center"/>
          </w:tcPr>
          <w:p w14:paraId="4BFA24A1" w14:textId="77777777" w:rsidR="00255FB3" w:rsidRDefault="00000000">
            <w:pPr>
              <w:keepLines/>
              <w:jc w:val="center"/>
            </w:pPr>
            <w:proofErr w:type="spellStart"/>
            <w:r>
              <w:t>Mahasiswa</w:t>
            </w:r>
            <w:proofErr w:type="spellEnd"/>
            <w:r>
              <w:t>,</w:t>
            </w:r>
          </w:p>
        </w:tc>
      </w:tr>
      <w:tr w:rsidR="00255FB3" w14:paraId="0C94B042" w14:textId="77777777">
        <w:trPr>
          <w:cantSplit/>
          <w:jc w:val="center"/>
        </w:trPr>
        <w:tc>
          <w:tcPr>
            <w:tcW w:w="3968" w:type="dxa"/>
            <w:vAlign w:val="center"/>
          </w:tcPr>
          <w:p w14:paraId="271CA17B" w14:textId="77777777" w:rsidR="00255FB3" w:rsidRDefault="00000000">
            <w:pPr>
              <w:keepLines/>
              <w:jc w:val="center"/>
            </w:pPr>
            <w:r>
              <w:br/>
            </w:r>
            <w:r>
              <w:br/>
            </w:r>
            <w:r>
              <w:br/>
              <w:t xml:space="preserve">[Nama Dosen </w:t>
            </w:r>
            <w:proofErr w:type="spellStart"/>
            <w:r>
              <w:t>Pembimbing</w:t>
            </w:r>
            <w:proofErr w:type="spellEnd"/>
            <w:r>
              <w:t>]</w:t>
            </w:r>
            <w:r>
              <w:br/>
              <w:t>NIP/NIDN. [</w:t>
            </w:r>
            <w:proofErr w:type="spellStart"/>
            <w:r>
              <w:t>Nomor</w:t>
            </w:r>
            <w:proofErr w:type="spellEnd"/>
            <w:r>
              <w:t>]</w:t>
            </w:r>
          </w:p>
        </w:tc>
        <w:tc>
          <w:tcPr>
            <w:tcW w:w="3968" w:type="dxa"/>
            <w:vAlign w:val="center"/>
          </w:tcPr>
          <w:p w14:paraId="106BA48F" w14:textId="77777777" w:rsidR="00255FB3" w:rsidRDefault="00000000">
            <w:pPr>
              <w:keepLines/>
              <w:jc w:val="center"/>
            </w:pPr>
            <w:r>
              <w:br/>
            </w:r>
            <w:r>
              <w:br/>
            </w:r>
            <w:r>
              <w:br/>
              <w:t xml:space="preserve">[Nama </w:t>
            </w:r>
            <w:proofErr w:type="spellStart"/>
            <w:r>
              <w:t>Mahasiswa</w:t>
            </w:r>
            <w:proofErr w:type="spellEnd"/>
            <w:r>
              <w:t>]</w:t>
            </w:r>
            <w:r>
              <w:br/>
              <w:t>NIM. [NIM]</w:t>
            </w:r>
          </w:p>
        </w:tc>
      </w:tr>
    </w:tbl>
    <w:p w14:paraId="3F3A9131" w14:textId="77777777" w:rsidR="00010C2F" w:rsidRDefault="00010C2F">
      <w:pPr>
        <w:spacing w:after="0"/>
        <w:jc w:val="center"/>
      </w:pPr>
    </w:p>
    <w:p w14:paraId="44E0EE00" w14:textId="77777777" w:rsidR="00255FB3" w:rsidRDefault="00000000">
      <w:pPr>
        <w:spacing w:after="0"/>
        <w:jc w:val="center"/>
      </w:pPr>
      <w:proofErr w:type="spellStart"/>
      <w:r>
        <w:t>Mengetahui</w:t>
      </w:r>
      <w:proofErr w:type="spellEnd"/>
      <w:r>
        <w:t>,</w:t>
      </w:r>
    </w:p>
    <w:p w14:paraId="041750BE" w14:textId="77777777" w:rsidR="00255FB3" w:rsidRDefault="00000000">
      <w:pPr>
        <w:spacing w:after="720"/>
        <w:jc w:val="center"/>
      </w:pPr>
      <w:proofErr w:type="spellStart"/>
      <w:r>
        <w:t>Ketua</w:t>
      </w:r>
      <w:proofErr w:type="spellEnd"/>
      <w:r>
        <w:t xml:space="preserve"> Program Studi </w:t>
      </w:r>
      <w:proofErr w:type="spellStart"/>
      <w:r>
        <w:t>Informatika</w:t>
      </w:r>
      <w:proofErr w:type="spellEnd"/>
    </w:p>
    <w:p w14:paraId="0D813B3B" w14:textId="77777777" w:rsidR="00255FB3" w:rsidRDefault="00000000">
      <w:pPr>
        <w:spacing w:after="0" w:line="240" w:lineRule="auto"/>
        <w:jc w:val="center"/>
      </w:pPr>
      <w:r>
        <w:t xml:space="preserve">[Nama </w:t>
      </w:r>
      <w:proofErr w:type="spellStart"/>
      <w:r>
        <w:t>Ketua</w:t>
      </w:r>
      <w:proofErr w:type="spellEnd"/>
      <w:r>
        <w:t xml:space="preserve"> Program Studi]</w:t>
      </w:r>
      <w:r>
        <w:br/>
        <w:t>NIP/NIDN. [</w:t>
      </w:r>
      <w:proofErr w:type="spellStart"/>
      <w:r>
        <w:t>Nomor</w:t>
      </w:r>
      <w:proofErr w:type="spellEnd"/>
      <w:r>
        <w:t>]</w:t>
      </w:r>
    </w:p>
    <w:p w14:paraId="31C9EE5F" w14:textId="77777777" w:rsidR="00255FB3" w:rsidRDefault="00000000">
      <w:r>
        <w:br w:type="page"/>
      </w:r>
    </w:p>
    <w:p w14:paraId="2ACA853C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KATA PENGANTAR</w:t>
      </w:r>
    </w:p>
    <w:p w14:paraId="366616A7" w14:textId="77777777" w:rsidR="00255FB3" w:rsidRDefault="00000000">
      <w:pPr>
        <w:ind w:firstLine="567"/>
        <w:jc w:val="both"/>
      </w:pPr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Allah SWT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dan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KUKERTA yang </w:t>
      </w:r>
      <w:proofErr w:type="spellStart"/>
      <w:r>
        <w:t>berjudul</w:t>
      </w:r>
      <w:proofErr w:type="spellEnd"/>
      <w:r>
        <w:t xml:space="preserve"> “[</w:t>
      </w:r>
      <w:proofErr w:type="spellStart"/>
      <w:r>
        <w:t>Judul</w:t>
      </w:r>
      <w:proofErr w:type="spellEnd"/>
      <w:r>
        <w:t xml:space="preserve"> Kegiatan]”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057FE5EE" w14:textId="77777777" w:rsidR="00255FB3" w:rsidRDefault="00000000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 </w:t>
      </w:r>
      <w:proofErr w:type="spellStart"/>
      <w:r>
        <w:t>kepada</w:t>
      </w:r>
      <w:proofErr w:type="spellEnd"/>
      <w:r>
        <w:t xml:space="preserve"> [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].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,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</w:p>
    <w:p w14:paraId="16A48619" w14:textId="77777777" w:rsidR="00255FB3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40B92E1F" w14:textId="77777777" w:rsidR="00255FB3" w:rsidRDefault="00000000">
      <w:pPr>
        <w:spacing w:after="60"/>
        <w:ind w:left="425" w:hanging="283"/>
        <w:jc w:val="both"/>
      </w:pPr>
      <w:r>
        <w:t xml:space="preserve">1. [Nama </w:t>
      </w:r>
      <w:proofErr w:type="spellStart"/>
      <w:r>
        <w:t>Ketua</w:t>
      </w:r>
      <w:proofErr w:type="spellEnd"/>
      <w:r>
        <w:t xml:space="preserve"> Program Studi </w:t>
      </w:r>
      <w:proofErr w:type="spellStart"/>
      <w:r>
        <w:t>Informatika</w:t>
      </w:r>
      <w:proofErr w:type="spellEnd"/>
      <w:r>
        <w:t>];</w:t>
      </w:r>
    </w:p>
    <w:p w14:paraId="1B2B2837" w14:textId="77777777" w:rsidR="00255FB3" w:rsidRDefault="00000000">
      <w:pPr>
        <w:spacing w:after="60"/>
        <w:ind w:left="425" w:hanging="283"/>
        <w:jc w:val="both"/>
      </w:pPr>
      <w:r>
        <w:t xml:space="preserve">2. [Nama Dosen </w:t>
      </w:r>
      <w:proofErr w:type="spellStart"/>
      <w:r>
        <w:t>Pembimbing</w:t>
      </w:r>
      <w:proofErr w:type="spellEnd"/>
      <w:r>
        <w:t xml:space="preserve"> Lapangan];</w:t>
      </w:r>
    </w:p>
    <w:p w14:paraId="61B28E5C" w14:textId="77777777" w:rsidR="00255FB3" w:rsidRDefault="00000000">
      <w:pPr>
        <w:spacing w:after="60"/>
        <w:ind w:left="425" w:hanging="283"/>
        <w:jc w:val="both"/>
      </w:pPr>
      <w:r>
        <w:t xml:space="preserve">3. [Nama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];</w:t>
      </w:r>
    </w:p>
    <w:p w14:paraId="1A0C4B19" w14:textId="77777777" w:rsidR="00255FB3" w:rsidRDefault="00000000">
      <w:pPr>
        <w:spacing w:after="60"/>
        <w:ind w:left="425" w:hanging="283"/>
        <w:jc w:val="both"/>
      </w:pPr>
      <w:r>
        <w:t>4. [</w:t>
      </w:r>
      <w:proofErr w:type="spellStart"/>
      <w:r>
        <w:t>Sasaran</w:t>
      </w:r>
      <w:proofErr w:type="spellEnd"/>
      <w:r>
        <w:t>/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];</w:t>
      </w:r>
    </w:p>
    <w:p w14:paraId="64A9B23B" w14:textId="77777777" w:rsidR="00255FB3" w:rsidRDefault="00000000">
      <w:pPr>
        <w:spacing w:after="60"/>
        <w:ind w:left="425" w:hanging="283"/>
        <w:jc w:val="both"/>
      </w:pPr>
      <w:r>
        <w:t xml:space="preserve">5.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</w:t>
      </w:r>
    </w:p>
    <w:p w14:paraId="5D276B75" w14:textId="77777777" w:rsidR="00255FB3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</w:p>
    <w:p w14:paraId="4C52422B" w14:textId="77777777" w:rsidR="00255FB3" w:rsidRDefault="00000000">
      <w:pPr>
        <w:spacing w:after="720"/>
        <w:jc w:val="right"/>
      </w:pPr>
      <w:r>
        <w:t>[</w:t>
      </w:r>
      <w:proofErr w:type="spellStart"/>
      <w:r>
        <w:t>Tempat</w:t>
      </w:r>
      <w:proofErr w:type="spellEnd"/>
      <w:r>
        <w:t>], [</w:t>
      </w:r>
      <w:proofErr w:type="spellStart"/>
      <w:r>
        <w:t>Tanggal</w:t>
      </w:r>
      <w:proofErr w:type="spellEnd"/>
      <w:r>
        <w:t>]</w:t>
      </w:r>
    </w:p>
    <w:p w14:paraId="0AC13D39" w14:textId="77777777" w:rsidR="00255FB3" w:rsidRDefault="00000000">
      <w:pPr>
        <w:jc w:val="right"/>
      </w:pPr>
      <w:proofErr w:type="spellStart"/>
      <w:r>
        <w:t>Penulis</w:t>
      </w:r>
      <w:proofErr w:type="spellEnd"/>
    </w:p>
    <w:p w14:paraId="32565FC4" w14:textId="77777777" w:rsidR="00255FB3" w:rsidRDefault="00000000">
      <w:r>
        <w:br w:type="page"/>
      </w:r>
    </w:p>
    <w:p w14:paraId="36A4B48D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DAFTAR ISI</w:t>
      </w:r>
    </w:p>
    <w:p w14:paraId="67AF5099" w14:textId="77777777" w:rsidR="00255FB3" w:rsidRDefault="00000000">
      <w:pPr>
        <w:spacing w:after="40" w:line="240" w:lineRule="auto"/>
      </w:pPr>
      <w:r>
        <w:t>HALAMAN JUDUL ....................</w:t>
      </w:r>
      <w:r w:rsidR="00C20B68">
        <w:t>....................................</w:t>
      </w:r>
      <w:r>
        <w:t xml:space="preserve">..................................... </w:t>
      </w:r>
      <w:proofErr w:type="spellStart"/>
      <w:r>
        <w:t>i</w:t>
      </w:r>
      <w:proofErr w:type="spellEnd"/>
    </w:p>
    <w:p w14:paraId="4BB3F372" w14:textId="77777777" w:rsidR="00255FB3" w:rsidRDefault="00000000">
      <w:pPr>
        <w:spacing w:after="40" w:line="240" w:lineRule="auto"/>
      </w:pPr>
      <w:r>
        <w:t>HALAMAN PENGESAHAN .......</w:t>
      </w:r>
      <w:r w:rsidR="00C20B68">
        <w:t>..........................</w:t>
      </w:r>
      <w:r>
        <w:t>............................................. ii</w:t>
      </w:r>
    </w:p>
    <w:p w14:paraId="518F2B8A" w14:textId="77777777" w:rsidR="00255FB3" w:rsidRDefault="00000000">
      <w:pPr>
        <w:spacing w:after="40" w:line="240" w:lineRule="auto"/>
      </w:pPr>
      <w:r>
        <w:t>KATA PENGANTAR ..................</w:t>
      </w:r>
      <w:r w:rsidR="00C20B68">
        <w:t>.................................</w:t>
      </w:r>
      <w:r>
        <w:t>...................................... iii</w:t>
      </w:r>
    </w:p>
    <w:p w14:paraId="7C861FC6" w14:textId="77777777" w:rsidR="00255FB3" w:rsidRDefault="00000000">
      <w:pPr>
        <w:spacing w:after="40" w:line="240" w:lineRule="auto"/>
      </w:pPr>
      <w:r>
        <w:t>DAFTAR ISI ..............................</w:t>
      </w:r>
      <w:r w:rsidR="00C20B68">
        <w:t>............................................</w:t>
      </w:r>
      <w:r>
        <w:t>.............................. iv</w:t>
      </w:r>
    </w:p>
    <w:p w14:paraId="407DFC8B" w14:textId="77777777" w:rsidR="00255FB3" w:rsidRDefault="00000000">
      <w:pPr>
        <w:spacing w:after="40" w:line="240" w:lineRule="auto"/>
      </w:pPr>
      <w:r>
        <w:t>BAB I PENDAHULUAN ............</w:t>
      </w:r>
      <w:r w:rsidR="00C20B68">
        <w:t>................................</w:t>
      </w:r>
      <w:r>
        <w:t>......................................... 1</w:t>
      </w:r>
    </w:p>
    <w:p w14:paraId="3C4E4606" w14:textId="77777777" w:rsidR="00255FB3" w:rsidRDefault="00000000">
      <w:pPr>
        <w:spacing w:after="40" w:line="240" w:lineRule="auto"/>
      </w:pPr>
      <w:r>
        <w:t xml:space="preserve">1.1 Latar </w:t>
      </w:r>
      <w:proofErr w:type="spellStart"/>
      <w:r>
        <w:t>Belakang</w:t>
      </w:r>
      <w:proofErr w:type="spellEnd"/>
      <w:r>
        <w:t xml:space="preserve"> .................</w:t>
      </w:r>
      <w:r w:rsidR="00C20B68">
        <w:t>.......................................</w:t>
      </w:r>
      <w:r>
        <w:t>................................... [</w:t>
      </w:r>
      <w:proofErr w:type="spellStart"/>
      <w:r>
        <w:t>hal</w:t>
      </w:r>
      <w:proofErr w:type="spellEnd"/>
      <w:r>
        <w:t>]</w:t>
      </w:r>
    </w:p>
    <w:p w14:paraId="21E132BE" w14:textId="77777777" w:rsidR="00255FB3" w:rsidRDefault="00000000">
      <w:pPr>
        <w:spacing w:after="40" w:line="240" w:lineRule="auto"/>
      </w:pPr>
      <w:r>
        <w:t xml:space="preserve">1.2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...............</w:t>
      </w:r>
      <w:r w:rsidR="00C20B68">
        <w:t>...................................</w:t>
      </w:r>
      <w:r>
        <w:t>.................................... [</w:t>
      </w:r>
      <w:proofErr w:type="spellStart"/>
      <w:r>
        <w:t>hal</w:t>
      </w:r>
      <w:proofErr w:type="spellEnd"/>
      <w:r>
        <w:t>]</w:t>
      </w:r>
    </w:p>
    <w:p w14:paraId="57645F57" w14:textId="77777777" w:rsidR="00255FB3" w:rsidRDefault="00000000">
      <w:pPr>
        <w:spacing w:after="40" w:line="240" w:lineRule="auto"/>
      </w:pPr>
      <w:r>
        <w:t xml:space="preserve">1.3 Tujuan </w:t>
      </w:r>
      <w:proofErr w:type="spellStart"/>
      <w:r>
        <w:t>Kegiatan</w:t>
      </w:r>
      <w:proofErr w:type="spellEnd"/>
      <w:r>
        <w:t xml:space="preserve"> ...........................</w:t>
      </w:r>
      <w:r w:rsidR="00C20B68">
        <w:t>......................................</w:t>
      </w:r>
      <w:r>
        <w:t>........................ [</w:t>
      </w:r>
      <w:proofErr w:type="spellStart"/>
      <w:r>
        <w:t>hal</w:t>
      </w:r>
      <w:proofErr w:type="spellEnd"/>
      <w:r>
        <w:t>]</w:t>
      </w:r>
    </w:p>
    <w:p w14:paraId="40AA6EE9" w14:textId="77777777" w:rsidR="00255FB3" w:rsidRDefault="00000000">
      <w:pPr>
        <w:spacing w:after="40" w:line="240" w:lineRule="auto"/>
      </w:pPr>
      <w:r>
        <w:t xml:space="preserve">1.4 Manfaat </w:t>
      </w:r>
      <w:proofErr w:type="spellStart"/>
      <w:r>
        <w:t>Kegiatan</w:t>
      </w:r>
      <w:proofErr w:type="spellEnd"/>
      <w:r>
        <w:t xml:space="preserve"> ...........................</w:t>
      </w:r>
      <w:r w:rsidR="00C20B68">
        <w:t>.....................................</w:t>
      </w:r>
      <w:r>
        <w:t>....................... [</w:t>
      </w:r>
      <w:proofErr w:type="spellStart"/>
      <w:r>
        <w:t>hal</w:t>
      </w:r>
      <w:proofErr w:type="spellEnd"/>
      <w:r>
        <w:t>]</w:t>
      </w:r>
    </w:p>
    <w:p w14:paraId="656DC678" w14:textId="128650A4" w:rsidR="00255FB3" w:rsidRDefault="00000000">
      <w:pPr>
        <w:spacing w:after="40" w:line="240" w:lineRule="auto"/>
      </w:pPr>
      <w:r>
        <w:t>BAB II GAMBARAN UMUM KEGIATAN DAN SASARAN .....................[</w:t>
      </w:r>
      <w:proofErr w:type="spellStart"/>
      <w:r>
        <w:t>hal</w:t>
      </w:r>
      <w:proofErr w:type="spellEnd"/>
      <w:r>
        <w:t>]</w:t>
      </w:r>
    </w:p>
    <w:p w14:paraId="3F63E407" w14:textId="675409A1" w:rsidR="00255FB3" w:rsidRDefault="00000000">
      <w:pPr>
        <w:spacing w:after="40" w:line="240" w:lineRule="auto"/>
      </w:pPr>
      <w:r>
        <w:t>2.1 Gambaran Umum Project/Program/</w:t>
      </w:r>
      <w:proofErr w:type="spellStart"/>
      <w:r>
        <w:t>Aplikasi</w:t>
      </w:r>
      <w:proofErr w:type="spellEnd"/>
      <w:r>
        <w:t>.........</w:t>
      </w:r>
      <w:r w:rsidR="0005349B">
        <w:t xml:space="preserve">  </w:t>
      </w:r>
      <w:r>
        <w:t>.................................... [</w:t>
      </w:r>
      <w:proofErr w:type="spellStart"/>
      <w:r>
        <w:t>hal</w:t>
      </w:r>
      <w:proofErr w:type="spellEnd"/>
      <w:r>
        <w:t>]</w:t>
      </w:r>
    </w:p>
    <w:p w14:paraId="762FB2BC" w14:textId="77777777" w:rsidR="00255FB3" w:rsidRDefault="00000000">
      <w:pPr>
        <w:spacing w:after="40" w:line="240" w:lineRule="auto"/>
      </w:pPr>
      <w:r>
        <w:t xml:space="preserve">2.2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..................</w:t>
      </w:r>
      <w:r w:rsidR="00C20B68">
        <w:t>..................................</w:t>
      </w:r>
      <w:r>
        <w:t>.............................. [</w:t>
      </w:r>
      <w:proofErr w:type="spellStart"/>
      <w:r>
        <w:t>hal</w:t>
      </w:r>
      <w:proofErr w:type="spellEnd"/>
      <w:r>
        <w:t>]</w:t>
      </w:r>
    </w:p>
    <w:p w14:paraId="1EE8E078" w14:textId="77777777" w:rsidR="00255FB3" w:rsidRDefault="00000000">
      <w:pPr>
        <w:spacing w:after="40" w:line="240" w:lineRule="auto"/>
      </w:pPr>
      <w:r>
        <w:t xml:space="preserve">2.3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........................</w:t>
      </w:r>
      <w:r w:rsidR="00C20B68">
        <w:t>......................................</w:t>
      </w:r>
      <w:r>
        <w:t>.......................... [</w:t>
      </w:r>
      <w:proofErr w:type="spellStart"/>
      <w:r>
        <w:t>hal</w:t>
      </w:r>
      <w:proofErr w:type="spellEnd"/>
      <w:r>
        <w:t>]</w:t>
      </w:r>
    </w:p>
    <w:p w14:paraId="66F80CF8" w14:textId="77777777" w:rsidR="00255FB3" w:rsidRDefault="00000000">
      <w:pPr>
        <w:spacing w:after="40" w:line="240" w:lineRule="auto"/>
      </w:pPr>
      <w:r>
        <w:t>BAB III METODE PELAKSANAAN KEGIATAN ..........</w:t>
      </w:r>
      <w:r w:rsidR="00C20B68">
        <w:t>....</w:t>
      </w:r>
      <w:r>
        <w:t>......................... [</w:t>
      </w:r>
      <w:proofErr w:type="spellStart"/>
      <w:r>
        <w:t>hal</w:t>
      </w:r>
      <w:proofErr w:type="spellEnd"/>
      <w:r>
        <w:t>]</w:t>
      </w:r>
    </w:p>
    <w:p w14:paraId="55167AD5" w14:textId="77777777" w:rsidR="00255FB3" w:rsidRDefault="00000000">
      <w:pPr>
        <w:spacing w:after="40" w:line="240" w:lineRule="auto"/>
      </w:pPr>
      <w:r>
        <w:t>BAB IV HASIL DAN DOKUMENTASI KEGIATAN ...............</w:t>
      </w:r>
      <w:r w:rsidR="00C20B68">
        <w:t>.</w:t>
      </w:r>
      <w:r>
        <w:t>.................. [</w:t>
      </w:r>
      <w:proofErr w:type="spellStart"/>
      <w:r>
        <w:t>hal</w:t>
      </w:r>
      <w:proofErr w:type="spellEnd"/>
      <w:r>
        <w:t>]</w:t>
      </w:r>
    </w:p>
    <w:p w14:paraId="5A731711" w14:textId="77777777" w:rsidR="00255FB3" w:rsidRDefault="00000000">
      <w:pPr>
        <w:spacing w:after="40" w:line="240" w:lineRule="auto"/>
      </w:pPr>
      <w:r>
        <w:t>BAB V PENUTUP .........................................</w:t>
      </w:r>
      <w:r w:rsidR="00C20B68">
        <w:t>..................................</w:t>
      </w:r>
      <w:r>
        <w:t>................ [</w:t>
      </w:r>
      <w:proofErr w:type="spellStart"/>
      <w:r>
        <w:t>hal</w:t>
      </w:r>
      <w:proofErr w:type="spellEnd"/>
      <w:r>
        <w:t>]</w:t>
      </w:r>
    </w:p>
    <w:p w14:paraId="0C48D147" w14:textId="77777777" w:rsidR="00255FB3" w:rsidRDefault="00000000">
      <w:pPr>
        <w:spacing w:after="40" w:line="240" w:lineRule="auto"/>
      </w:pPr>
      <w:r>
        <w:t>DAFTAR PUSTAKA .............................</w:t>
      </w:r>
      <w:r w:rsidR="00C20B68">
        <w:t>...............................</w:t>
      </w:r>
      <w:r>
        <w:t>........................... [</w:t>
      </w:r>
      <w:proofErr w:type="spellStart"/>
      <w:r>
        <w:t>hal</w:t>
      </w:r>
      <w:proofErr w:type="spellEnd"/>
      <w:r>
        <w:t>]</w:t>
      </w:r>
    </w:p>
    <w:p w14:paraId="60914C0F" w14:textId="77777777" w:rsidR="00255FB3" w:rsidRDefault="00000000">
      <w:pPr>
        <w:spacing w:after="40" w:line="240" w:lineRule="auto"/>
      </w:pPr>
      <w:r>
        <w:t>LAMPIRAN ...................................</w:t>
      </w:r>
      <w:r w:rsidR="00C20B68">
        <w:t>.......................................</w:t>
      </w:r>
      <w:r>
        <w:t>........................... [</w:t>
      </w:r>
      <w:proofErr w:type="spellStart"/>
      <w:r>
        <w:t>hal</w:t>
      </w:r>
      <w:proofErr w:type="spellEnd"/>
      <w:r>
        <w:t>]</w:t>
      </w:r>
    </w:p>
    <w:p w14:paraId="411FCF4A" w14:textId="77777777" w:rsidR="00C20B68" w:rsidRDefault="00C20B68">
      <w:pPr>
        <w:spacing w:after="200" w:line="276" w:lineRule="auto"/>
      </w:pPr>
      <w:r>
        <w:br w:type="page"/>
      </w:r>
    </w:p>
    <w:p w14:paraId="7C601CAD" w14:textId="77777777" w:rsidR="00255FB3" w:rsidRDefault="00000000" w:rsidP="00C20B68">
      <w:pPr>
        <w:jc w:val="center"/>
      </w:pPr>
      <w:r>
        <w:rPr>
          <w:b/>
        </w:rPr>
        <w:lastRenderedPageBreak/>
        <w:t>BAB I</w:t>
      </w:r>
    </w:p>
    <w:p w14:paraId="0E390E0A" w14:textId="77777777" w:rsidR="00255FB3" w:rsidRDefault="00000000">
      <w:pPr>
        <w:spacing w:after="360" w:line="240" w:lineRule="auto"/>
        <w:jc w:val="center"/>
        <w:rPr>
          <w:b/>
        </w:rPr>
      </w:pPr>
      <w:r>
        <w:rPr>
          <w:b/>
        </w:rPr>
        <w:t>PENDAHULUAN</w:t>
      </w:r>
    </w:p>
    <w:p w14:paraId="3DDC4C68" w14:textId="77777777" w:rsidR="00C20B68" w:rsidRDefault="00C20B68">
      <w:pPr>
        <w:spacing w:after="360" w:line="240" w:lineRule="auto"/>
        <w:jc w:val="center"/>
      </w:pPr>
    </w:p>
    <w:p w14:paraId="476C0327" w14:textId="77777777" w:rsidR="00255FB3" w:rsidRDefault="00000000">
      <w:pPr>
        <w:spacing w:before="120"/>
      </w:pPr>
      <w:r>
        <w:rPr>
          <w:b/>
        </w:rPr>
        <w:t xml:space="preserve">1.1 Latar </w:t>
      </w:r>
      <w:proofErr w:type="spellStart"/>
      <w:r>
        <w:rPr>
          <w:b/>
        </w:rPr>
        <w:t>Belakang</w:t>
      </w:r>
      <w:proofErr w:type="spellEnd"/>
    </w:p>
    <w:p w14:paraId="15C1D30D" w14:textId="77777777" w:rsidR="00255FB3" w:rsidRDefault="00000000">
      <w:pPr>
        <w:ind w:firstLine="567"/>
        <w:jc w:val="both"/>
      </w:pPr>
      <w:r>
        <w:t xml:space="preserve">Kuliah Kerja </w:t>
      </w:r>
      <w:proofErr w:type="spellStart"/>
      <w:r>
        <w:t>Nyata</w:t>
      </w:r>
      <w:proofErr w:type="spellEnd"/>
      <w:r>
        <w:t xml:space="preserve"> (KUKERTA)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KUKERTA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, </w:t>
      </w:r>
      <w:proofErr w:type="spellStart"/>
      <w:r>
        <w:t>pendampingan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program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47CA5212" w14:textId="77777777" w:rsidR="00255FB3" w:rsidRDefault="00000000">
      <w:pPr>
        <w:ind w:firstLine="567"/>
        <w:jc w:val="both"/>
      </w:pPr>
      <w:r>
        <w:t xml:space="preserve">Pada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KUKERTA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project, program,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oleh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</w:p>
    <w:p w14:paraId="37BB46CB" w14:textId="77777777" w:rsidR="00255FB3" w:rsidRDefault="00000000">
      <w:pPr>
        <w:ind w:firstLine="56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 </w:t>
      </w:r>
      <w:proofErr w:type="spellStart"/>
      <w:r>
        <w:t>kepada</w:t>
      </w:r>
      <w:proofErr w:type="spellEnd"/>
      <w:r>
        <w:t xml:space="preserve"> [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].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agar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efektif</w:t>
      </w:r>
      <w:proofErr w:type="spellEnd"/>
      <w:r>
        <w:t>.</w:t>
      </w:r>
    </w:p>
    <w:p w14:paraId="2697B3D0" w14:textId="77777777" w:rsidR="00C20B68" w:rsidRDefault="00C20B68">
      <w:pPr>
        <w:ind w:firstLine="567"/>
        <w:jc w:val="both"/>
      </w:pPr>
    </w:p>
    <w:p w14:paraId="24D9F2C7" w14:textId="77777777" w:rsidR="00255FB3" w:rsidRDefault="00000000">
      <w:pPr>
        <w:spacing w:before="120"/>
      </w:pPr>
      <w:r>
        <w:rPr>
          <w:b/>
        </w:rPr>
        <w:t xml:space="preserve">1.2 </w:t>
      </w:r>
      <w:proofErr w:type="spellStart"/>
      <w:r>
        <w:rPr>
          <w:b/>
        </w:rPr>
        <w:t>Rumusan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Masalah</w:t>
      </w:r>
      <w:proofErr w:type="spellEnd"/>
    </w:p>
    <w:p w14:paraId="58438951" w14:textId="77777777" w:rsidR="00255FB3" w:rsidRDefault="00000000">
      <w:pPr>
        <w:spacing w:after="60"/>
        <w:jc w:val="both"/>
      </w:pP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31F7DE24" w14:textId="77777777" w:rsidR="00255FB3" w:rsidRDefault="00000000" w:rsidP="00C20B68">
      <w:pPr>
        <w:pStyle w:val="ListParagraph"/>
        <w:numPr>
          <w:ilvl w:val="0"/>
          <w:numId w:val="12"/>
        </w:numPr>
        <w:spacing w:after="60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 </w:t>
      </w:r>
      <w:proofErr w:type="spellStart"/>
      <w:r>
        <w:t>kepada</w:t>
      </w:r>
      <w:proofErr w:type="spellEnd"/>
      <w:r>
        <w:t xml:space="preserve"> [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]?</w:t>
      </w:r>
    </w:p>
    <w:p w14:paraId="0D11CC45" w14:textId="77777777" w:rsidR="00255FB3" w:rsidRDefault="00000000" w:rsidP="00C20B68">
      <w:pPr>
        <w:pStyle w:val="ListParagraph"/>
        <w:numPr>
          <w:ilvl w:val="0"/>
          <w:numId w:val="12"/>
        </w:numPr>
        <w:spacing w:after="60"/>
        <w:jc w:val="both"/>
      </w:pPr>
      <w:r>
        <w:lastRenderedPageBreak/>
        <w:t xml:space="preserve">Apa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?</w:t>
      </w:r>
    </w:p>
    <w:p w14:paraId="7ED62796" w14:textId="77777777" w:rsidR="00255FB3" w:rsidRDefault="00000000" w:rsidP="00C20B68">
      <w:pPr>
        <w:pStyle w:val="ListParagraph"/>
        <w:numPr>
          <w:ilvl w:val="0"/>
          <w:numId w:val="12"/>
        </w:numPr>
        <w:spacing w:after="60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>?</w:t>
      </w:r>
    </w:p>
    <w:p w14:paraId="78B9B25B" w14:textId="77777777" w:rsidR="00C20B68" w:rsidRDefault="00C20B68">
      <w:pPr>
        <w:spacing w:after="60"/>
        <w:ind w:left="425" w:hanging="283"/>
        <w:jc w:val="both"/>
      </w:pPr>
    </w:p>
    <w:p w14:paraId="06FC397C" w14:textId="77777777" w:rsidR="00255FB3" w:rsidRDefault="00000000">
      <w:pPr>
        <w:spacing w:before="120"/>
      </w:pPr>
      <w:r>
        <w:rPr>
          <w:b/>
        </w:rPr>
        <w:t xml:space="preserve">1.3 Tujuan </w:t>
      </w:r>
      <w:proofErr w:type="spellStart"/>
      <w:r>
        <w:rPr>
          <w:b/>
        </w:rPr>
        <w:t>Kegiatan</w:t>
      </w:r>
      <w:proofErr w:type="spellEnd"/>
    </w:p>
    <w:p w14:paraId="1535F73B" w14:textId="77777777" w:rsidR="00255FB3" w:rsidRDefault="00000000">
      <w:pPr>
        <w:spacing w:after="60"/>
        <w:jc w:val="both"/>
      </w:pPr>
      <w:r>
        <w:t xml:space="preserve">Tujuan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525A5A37" w14:textId="77777777" w:rsidR="00255FB3" w:rsidRDefault="00000000" w:rsidP="00C20B68">
      <w:pPr>
        <w:pStyle w:val="ListParagraph"/>
        <w:numPr>
          <w:ilvl w:val="0"/>
          <w:numId w:val="15"/>
        </w:numPr>
        <w:spacing w:after="60"/>
        <w:jc w:val="both"/>
      </w:pPr>
      <w:proofErr w:type="spellStart"/>
      <w:r>
        <w:t>Menjelaskan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 </w:t>
      </w:r>
      <w:proofErr w:type="spellStart"/>
      <w:r>
        <w:t>kepada</w:t>
      </w:r>
      <w:proofErr w:type="spellEnd"/>
      <w:r>
        <w:t xml:space="preserve"> [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].</w:t>
      </w:r>
    </w:p>
    <w:p w14:paraId="6F43CA44" w14:textId="77777777" w:rsidR="00255FB3" w:rsidRDefault="00000000" w:rsidP="00C20B68">
      <w:pPr>
        <w:pStyle w:val="ListParagraph"/>
        <w:numPr>
          <w:ilvl w:val="0"/>
          <w:numId w:val="15"/>
        </w:numPr>
        <w:spacing w:after="60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disosialisasikan</w:t>
      </w:r>
      <w:proofErr w:type="spellEnd"/>
      <w:r>
        <w:t>.</w:t>
      </w:r>
    </w:p>
    <w:p w14:paraId="16B38E30" w14:textId="77777777" w:rsidR="00255FB3" w:rsidRDefault="00000000" w:rsidP="00C20B68">
      <w:pPr>
        <w:pStyle w:val="ListParagraph"/>
        <w:numPr>
          <w:ilvl w:val="0"/>
          <w:numId w:val="15"/>
        </w:numPr>
        <w:spacing w:after="60"/>
        <w:jc w:val="both"/>
      </w:pPr>
      <w:proofErr w:type="spellStart"/>
      <w:r>
        <w:t>Mendokumentasikan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</w:t>
      </w:r>
    </w:p>
    <w:p w14:paraId="0162881B" w14:textId="77777777" w:rsidR="00C20B68" w:rsidRDefault="00C20B68" w:rsidP="00C20B68">
      <w:pPr>
        <w:pStyle w:val="ListParagraph"/>
        <w:spacing w:after="60"/>
        <w:ind w:left="644"/>
        <w:jc w:val="both"/>
      </w:pPr>
    </w:p>
    <w:p w14:paraId="3C0C1DEB" w14:textId="77777777" w:rsidR="00255FB3" w:rsidRDefault="00000000">
      <w:pPr>
        <w:spacing w:before="120"/>
      </w:pPr>
      <w:r>
        <w:rPr>
          <w:b/>
        </w:rPr>
        <w:t xml:space="preserve">1.4 Manfaat </w:t>
      </w:r>
      <w:proofErr w:type="spellStart"/>
      <w:r>
        <w:rPr>
          <w:b/>
        </w:rPr>
        <w:t>Kegiatan</w:t>
      </w:r>
      <w:proofErr w:type="spellEnd"/>
    </w:p>
    <w:p w14:paraId="37E49D5C" w14:textId="77777777" w:rsidR="00255FB3" w:rsidRDefault="00000000">
      <w:pPr>
        <w:ind w:firstLine="567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, dan Program Studi </w:t>
      </w:r>
      <w:proofErr w:type="spellStart"/>
      <w:r>
        <w:t>Informatika</w:t>
      </w:r>
      <w:proofErr w:type="spellEnd"/>
      <w:r>
        <w:t xml:space="preserve">. Bagi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melatih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dan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Bagi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disosialisasikan</w:t>
      </w:r>
      <w:proofErr w:type="spellEnd"/>
      <w:r>
        <w:t xml:space="preserve">. Bagi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>.</w:t>
      </w:r>
    </w:p>
    <w:p w14:paraId="5875A152" w14:textId="77777777" w:rsidR="00255FB3" w:rsidRDefault="00000000" w:rsidP="00C20B68">
      <w:pPr>
        <w:jc w:val="center"/>
      </w:pPr>
      <w:r>
        <w:br w:type="page"/>
      </w:r>
      <w:r>
        <w:rPr>
          <w:b/>
        </w:rPr>
        <w:lastRenderedPageBreak/>
        <w:t>BAB II</w:t>
      </w:r>
    </w:p>
    <w:p w14:paraId="33BAAAE5" w14:textId="77777777" w:rsidR="00255FB3" w:rsidRDefault="00000000">
      <w:pPr>
        <w:spacing w:after="360" w:line="240" w:lineRule="auto"/>
        <w:jc w:val="center"/>
        <w:rPr>
          <w:b/>
        </w:rPr>
      </w:pPr>
      <w:r>
        <w:rPr>
          <w:b/>
        </w:rPr>
        <w:t>GAMBARAN UMUM KEGIATAN DAN SASARAN</w:t>
      </w:r>
    </w:p>
    <w:p w14:paraId="1B3AE072" w14:textId="77777777" w:rsidR="00C20B68" w:rsidRDefault="00C20B68">
      <w:pPr>
        <w:spacing w:after="360" w:line="240" w:lineRule="auto"/>
        <w:jc w:val="center"/>
      </w:pPr>
    </w:p>
    <w:p w14:paraId="3CC1334E" w14:textId="77777777" w:rsidR="00255FB3" w:rsidRDefault="00000000">
      <w:pPr>
        <w:spacing w:before="120"/>
      </w:pPr>
      <w:r>
        <w:rPr>
          <w:b/>
        </w:rPr>
        <w:t>2.1 Gambaran Umum Project/Program/</w:t>
      </w:r>
      <w:proofErr w:type="spellStart"/>
      <w:r>
        <w:rPr>
          <w:b/>
        </w:rPr>
        <w:t>Aplikasi</w:t>
      </w:r>
      <w:proofErr w:type="spellEnd"/>
    </w:p>
    <w:p w14:paraId="5ADA1286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disosialisasikan</w:t>
      </w:r>
      <w:proofErr w:type="spellEnd"/>
      <w:r>
        <w:t xml:space="preserve">. </w:t>
      </w:r>
      <w:proofErr w:type="spellStart"/>
      <w:r>
        <w:t>Jelaskan</w:t>
      </w:r>
      <w:proofErr w:type="spellEnd"/>
      <w:r>
        <w:t xml:space="preserve"> nama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dibuatnya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manfaatnya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.]</w:t>
      </w:r>
    </w:p>
    <w:p w14:paraId="7B057AB0" w14:textId="77777777" w:rsidR="00255FB3" w:rsidRDefault="00000000">
      <w:pPr>
        <w:ind w:firstLine="567"/>
        <w:jc w:val="both"/>
      </w:pPr>
      <w:proofErr w:type="spellStart"/>
      <w:r>
        <w:t>Contoh</w:t>
      </w:r>
      <w:proofErr w:type="spellEnd"/>
      <w:r>
        <w:t>: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disosialisasikan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[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]. Project/program/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agar [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].</w:t>
      </w:r>
    </w:p>
    <w:p w14:paraId="1C40B43E" w14:textId="77777777" w:rsidR="00C20B68" w:rsidRDefault="00C20B68">
      <w:pPr>
        <w:ind w:firstLine="567"/>
        <w:jc w:val="both"/>
      </w:pPr>
    </w:p>
    <w:p w14:paraId="794F5D33" w14:textId="77777777" w:rsidR="00255FB3" w:rsidRDefault="00000000">
      <w:pPr>
        <w:spacing w:before="120"/>
      </w:pPr>
      <w:r>
        <w:rPr>
          <w:b/>
        </w:rPr>
        <w:t xml:space="preserve">2.2 </w:t>
      </w:r>
      <w:proofErr w:type="spellStart"/>
      <w:r>
        <w:rPr>
          <w:b/>
        </w:rPr>
        <w:t>Kebutuhan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Pengguna</w:t>
      </w:r>
      <w:proofErr w:type="spellEnd"/>
    </w:p>
    <w:p w14:paraId="74B773F2" w14:textId="77777777" w:rsidR="00255FB3" w:rsidRDefault="00000000">
      <w:pPr>
        <w:ind w:firstLine="567"/>
        <w:jc w:val="both"/>
      </w:pPr>
      <w:r>
        <w:t>[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. 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disosialisasikan</w:t>
      </w:r>
      <w:proofErr w:type="spellEnd"/>
      <w:r>
        <w:t>.]</w:t>
      </w:r>
    </w:p>
    <w:p w14:paraId="3CE80606" w14:textId="77777777" w:rsidR="00C20B68" w:rsidRDefault="00C20B68">
      <w:pPr>
        <w:ind w:firstLine="567"/>
        <w:jc w:val="both"/>
      </w:pPr>
    </w:p>
    <w:p w14:paraId="2C3BD871" w14:textId="77777777" w:rsidR="00255FB3" w:rsidRDefault="00000000">
      <w:pPr>
        <w:spacing w:before="120"/>
      </w:pPr>
      <w:r>
        <w:rPr>
          <w:b/>
        </w:rPr>
        <w:t xml:space="preserve">2.3 </w:t>
      </w:r>
      <w:proofErr w:type="spellStart"/>
      <w:r>
        <w:rPr>
          <w:b/>
        </w:rPr>
        <w:t>Sasaran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6F1FFF49" w14:textId="5C1E1351" w:rsidR="00AB3EFA" w:rsidRDefault="00000000" w:rsidP="0005349B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masing-masing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Sains dan </w:t>
      </w:r>
      <w:proofErr w:type="spellStart"/>
      <w:r>
        <w:t>Teknologi</w:t>
      </w:r>
      <w:proofErr w:type="spellEnd"/>
      <w:r>
        <w:t xml:space="preserve">, admin </w:t>
      </w:r>
      <w:proofErr w:type="spellStart"/>
      <w:r>
        <w:t>prodi</w:t>
      </w:r>
      <w:proofErr w:type="spellEnd"/>
      <w:r>
        <w:t xml:space="preserve">,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, </w:t>
      </w:r>
      <w:proofErr w:type="spellStart"/>
      <w:r>
        <w:t>mitra</w:t>
      </w:r>
      <w:proofErr w:type="spellEnd"/>
      <w:r>
        <w:t xml:space="preserve">,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>.]</w:t>
      </w:r>
    </w:p>
    <w:p w14:paraId="39918F4D" w14:textId="77777777" w:rsidR="00255FB3" w:rsidRDefault="00000000">
      <w:pPr>
        <w:keepNext/>
        <w:keepLines/>
        <w:spacing w:before="120" w:after="60" w:line="240" w:lineRule="auto"/>
        <w:jc w:val="center"/>
      </w:pPr>
      <w:r>
        <w:t xml:space="preserve">Tabel 1.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ook w:val="04A0" w:firstRow="1" w:lastRow="0" w:firstColumn="1" w:lastColumn="0" w:noHBand="0" w:noVBand="1"/>
      </w:tblPr>
      <w:tblGrid>
        <w:gridCol w:w="680"/>
        <w:gridCol w:w="2835"/>
        <w:gridCol w:w="4252"/>
      </w:tblGrid>
      <w:tr w:rsidR="00255FB3" w14:paraId="572BB509" w14:textId="77777777">
        <w:trPr>
          <w:cantSplit/>
          <w:tblHeader/>
          <w:jc w:val="center"/>
        </w:trPr>
        <w:tc>
          <w:tcPr>
            <w:tcW w:w="680" w:type="dxa"/>
            <w:vAlign w:val="center"/>
          </w:tcPr>
          <w:p w14:paraId="20335983" w14:textId="77777777" w:rsidR="00255FB3" w:rsidRDefault="00000000">
            <w:pPr>
              <w:keepLines/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835" w:type="dxa"/>
            <w:vAlign w:val="center"/>
          </w:tcPr>
          <w:p w14:paraId="6CFDB694" w14:textId="77777777" w:rsidR="00255FB3" w:rsidRDefault="00000000">
            <w:pPr>
              <w:keepLines/>
              <w:jc w:val="center"/>
            </w:pPr>
            <w:proofErr w:type="spellStart"/>
            <w:r>
              <w:rPr>
                <w:b/>
              </w:rPr>
              <w:t>Sasaran</w:t>
            </w:r>
            <w:proofErr w:type="spellEnd"/>
          </w:p>
        </w:tc>
        <w:tc>
          <w:tcPr>
            <w:tcW w:w="4252" w:type="dxa"/>
            <w:vAlign w:val="center"/>
          </w:tcPr>
          <w:p w14:paraId="5C522A40" w14:textId="77777777" w:rsidR="00255FB3" w:rsidRDefault="00000000">
            <w:pPr>
              <w:keepLines/>
              <w:jc w:val="center"/>
            </w:pPr>
            <w:proofErr w:type="spellStart"/>
            <w:r>
              <w:rPr>
                <w:b/>
              </w:rPr>
              <w:t>Keterangan</w:t>
            </w:r>
            <w:proofErr w:type="spellEnd"/>
          </w:p>
        </w:tc>
      </w:tr>
      <w:tr w:rsidR="00255FB3" w14:paraId="22C5A512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42CD07AA" w14:textId="77777777" w:rsidR="00255FB3" w:rsidRDefault="00000000">
            <w:pPr>
              <w:keepLines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14:paraId="4EABE617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  <w:tc>
          <w:tcPr>
            <w:tcW w:w="4252" w:type="dxa"/>
            <w:vAlign w:val="center"/>
          </w:tcPr>
          <w:p w14:paraId="33A6D853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>]</w:t>
            </w:r>
          </w:p>
        </w:tc>
      </w:tr>
      <w:tr w:rsidR="00255FB3" w14:paraId="251024A2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135A70DE" w14:textId="77777777" w:rsidR="00255FB3" w:rsidRDefault="00000000">
            <w:pPr>
              <w:keepLines/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14:paraId="0FA8B983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  <w:tc>
          <w:tcPr>
            <w:tcW w:w="4252" w:type="dxa"/>
            <w:vAlign w:val="center"/>
          </w:tcPr>
          <w:p w14:paraId="56E1874B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>]</w:t>
            </w:r>
          </w:p>
        </w:tc>
      </w:tr>
      <w:tr w:rsidR="00255FB3" w14:paraId="1F567714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775A3344" w14:textId="77777777" w:rsidR="00255FB3" w:rsidRDefault="00000000">
            <w:pPr>
              <w:keepLines/>
              <w:jc w:val="center"/>
            </w:pPr>
            <w:r>
              <w:lastRenderedPageBreak/>
              <w:t>3</w:t>
            </w:r>
          </w:p>
        </w:tc>
        <w:tc>
          <w:tcPr>
            <w:tcW w:w="2835" w:type="dxa"/>
            <w:vAlign w:val="center"/>
          </w:tcPr>
          <w:p w14:paraId="5A6D9E6E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  <w:tc>
          <w:tcPr>
            <w:tcW w:w="4252" w:type="dxa"/>
            <w:vAlign w:val="center"/>
          </w:tcPr>
          <w:p w14:paraId="3A63BD00" w14:textId="77777777" w:rsidR="00255FB3" w:rsidRDefault="00000000" w:rsidP="00C20B68">
            <w:pPr>
              <w:keepLines/>
              <w:jc w:val="center"/>
            </w:pPr>
            <w:r>
              <w:t>[</w:t>
            </w: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>]</w:t>
            </w:r>
          </w:p>
        </w:tc>
      </w:tr>
    </w:tbl>
    <w:p w14:paraId="5322F815" w14:textId="77777777" w:rsidR="00255FB3" w:rsidRDefault="00000000">
      <w:pPr>
        <w:spacing w:line="240" w:lineRule="auto"/>
      </w:pPr>
      <w:proofErr w:type="spellStart"/>
      <w:r>
        <w:t>Sumber</w:t>
      </w:r>
      <w:proofErr w:type="spellEnd"/>
      <w:r>
        <w:t xml:space="preserve">: Data </w:t>
      </w:r>
      <w:proofErr w:type="spellStart"/>
      <w:r>
        <w:t>diolah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7F9411D8" w14:textId="77777777" w:rsidR="00255FB3" w:rsidRDefault="00000000" w:rsidP="00C20B68">
      <w:pPr>
        <w:jc w:val="center"/>
      </w:pPr>
      <w:r>
        <w:br w:type="page"/>
      </w:r>
      <w:r>
        <w:rPr>
          <w:b/>
        </w:rPr>
        <w:lastRenderedPageBreak/>
        <w:t>BAB III</w:t>
      </w:r>
    </w:p>
    <w:p w14:paraId="6E7D91F6" w14:textId="77777777" w:rsidR="00255FB3" w:rsidRDefault="00000000">
      <w:pPr>
        <w:spacing w:after="360" w:line="240" w:lineRule="auto"/>
        <w:jc w:val="center"/>
        <w:rPr>
          <w:b/>
        </w:rPr>
      </w:pPr>
      <w:r>
        <w:rPr>
          <w:b/>
        </w:rPr>
        <w:t>METODE PELAKSANAAN KEGIATAN</w:t>
      </w:r>
    </w:p>
    <w:p w14:paraId="62558C5E" w14:textId="77777777" w:rsidR="00C20B68" w:rsidRDefault="00C20B68">
      <w:pPr>
        <w:spacing w:after="360" w:line="240" w:lineRule="auto"/>
        <w:jc w:val="center"/>
      </w:pPr>
    </w:p>
    <w:p w14:paraId="06F6D1B0" w14:textId="77777777" w:rsidR="00255FB3" w:rsidRDefault="00000000">
      <w:pPr>
        <w:spacing w:before="120"/>
      </w:pPr>
      <w:r>
        <w:rPr>
          <w:b/>
        </w:rPr>
        <w:t xml:space="preserve">3.1 Waktu dan </w:t>
      </w:r>
      <w:proofErr w:type="spellStart"/>
      <w:r>
        <w:rPr>
          <w:b/>
        </w:rPr>
        <w:t>Tempat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Pelaksanaan</w:t>
      </w:r>
      <w:proofErr w:type="spellEnd"/>
    </w:p>
    <w:p w14:paraId="61DEEF35" w14:textId="17680F74" w:rsidR="00C20B68" w:rsidRDefault="00000000" w:rsidP="0005349B">
      <w:pPr>
        <w:spacing w:after="0"/>
        <w:ind w:firstLine="567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pada [</w:t>
      </w:r>
      <w:proofErr w:type="spellStart"/>
      <w:r>
        <w:t>hari</w:t>
      </w:r>
      <w:proofErr w:type="spellEnd"/>
      <w:r>
        <w:t>/</w:t>
      </w:r>
      <w:proofErr w:type="spellStart"/>
      <w:r>
        <w:t>tanggal</w:t>
      </w:r>
      <w:proofErr w:type="spellEnd"/>
      <w:r>
        <w:t xml:space="preserve">] </w:t>
      </w:r>
      <w:proofErr w:type="spellStart"/>
      <w:r>
        <w:t>bertempat</w:t>
      </w:r>
      <w:proofErr w:type="spellEnd"/>
      <w:r>
        <w:t xml:space="preserve"> di [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].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[luring/daring/hybrid]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[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>].</w:t>
      </w:r>
    </w:p>
    <w:p w14:paraId="408BAEF4" w14:textId="77777777" w:rsidR="00255FB3" w:rsidRDefault="00000000">
      <w:pPr>
        <w:spacing w:before="120"/>
      </w:pPr>
      <w:r>
        <w:rPr>
          <w:b/>
        </w:rPr>
        <w:t xml:space="preserve">3.2 </w:t>
      </w:r>
      <w:proofErr w:type="spellStart"/>
      <w:r>
        <w:rPr>
          <w:b/>
        </w:rPr>
        <w:t>Peserta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6EF6771D" w14:textId="34C2273D" w:rsidR="00C20B68" w:rsidRDefault="00000000" w:rsidP="0005349B">
      <w:pPr>
        <w:ind w:firstLine="567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[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],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[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] orang.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>].</w:t>
      </w:r>
    </w:p>
    <w:p w14:paraId="00448FB2" w14:textId="77777777" w:rsidR="00255FB3" w:rsidRDefault="00000000">
      <w:pPr>
        <w:spacing w:before="120"/>
      </w:pPr>
      <w:r>
        <w:rPr>
          <w:b/>
        </w:rPr>
        <w:t xml:space="preserve">3.3 </w:t>
      </w:r>
      <w:proofErr w:type="spellStart"/>
      <w:r>
        <w:rPr>
          <w:b/>
        </w:rPr>
        <w:t>Bentuk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54EA9F0B" w14:textId="0E2582C6" w:rsidR="00C20B68" w:rsidRDefault="00000000" w:rsidP="0005349B">
      <w:pPr>
        <w:ind w:firstLine="567"/>
        <w:jc w:val="both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dan </w:t>
      </w:r>
      <w:proofErr w:type="spellStart"/>
      <w:r>
        <w:t>demonstrasi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47E4539E" w14:textId="77777777" w:rsidR="00255FB3" w:rsidRDefault="00000000">
      <w:pPr>
        <w:spacing w:before="120"/>
      </w:pPr>
      <w:r>
        <w:rPr>
          <w:b/>
        </w:rPr>
        <w:t xml:space="preserve">3.4 Materi </w:t>
      </w:r>
      <w:proofErr w:type="spellStart"/>
      <w:r>
        <w:rPr>
          <w:b/>
        </w:rPr>
        <w:t>Sosialisasi</w:t>
      </w:r>
      <w:proofErr w:type="spellEnd"/>
    </w:p>
    <w:p w14:paraId="1D68C073" w14:textId="77777777" w:rsidR="00255FB3" w:rsidRDefault="00000000">
      <w:pPr>
        <w:spacing w:after="60"/>
        <w:jc w:val="both"/>
      </w:pPr>
      <w:r>
        <w:t xml:space="preserve">Materi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>:</w:t>
      </w:r>
      <w:r w:rsidR="00C20B68">
        <w:t xml:space="preserve"> </w:t>
      </w:r>
    </w:p>
    <w:p w14:paraId="56ABAC68" w14:textId="77777777" w:rsidR="00C20B68" w:rsidRDefault="00C20B68">
      <w:pPr>
        <w:spacing w:after="60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di </w:t>
      </w:r>
      <w:proofErr w:type="spellStart"/>
      <w:r>
        <w:t>sampaikan</w:t>
      </w:r>
      <w:proofErr w:type="spellEnd"/>
      <w:r>
        <w:t>]</w:t>
      </w:r>
    </w:p>
    <w:p w14:paraId="1301E734" w14:textId="77777777" w:rsidR="00C20B68" w:rsidRDefault="00C20B68">
      <w:pPr>
        <w:spacing w:after="60"/>
        <w:jc w:val="both"/>
      </w:pPr>
    </w:p>
    <w:p w14:paraId="4B0F6C10" w14:textId="77777777" w:rsidR="00C20B68" w:rsidRDefault="00C20B68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9B1882B" w14:textId="77777777" w:rsidR="00255FB3" w:rsidRDefault="00000000">
      <w:pPr>
        <w:spacing w:before="120"/>
      </w:pPr>
      <w:r>
        <w:rPr>
          <w:b/>
        </w:rPr>
        <w:lastRenderedPageBreak/>
        <w:t xml:space="preserve">3.5 </w:t>
      </w:r>
      <w:proofErr w:type="spellStart"/>
      <w:r>
        <w:rPr>
          <w:b/>
        </w:rPr>
        <w:t>Tahapan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Pelaksanaan</w:t>
      </w:r>
      <w:proofErr w:type="spellEnd"/>
    </w:p>
    <w:p w14:paraId="1AC191BF" w14:textId="77777777" w:rsidR="00255FB3" w:rsidRDefault="00000000">
      <w:pPr>
        <w:spacing w:after="60"/>
        <w:jc w:val="both"/>
      </w:pPr>
      <w:proofErr w:type="spellStart"/>
      <w:r>
        <w:t>Tahapan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>:</w:t>
      </w:r>
    </w:p>
    <w:p w14:paraId="0F0101BD" w14:textId="77777777" w:rsidR="00255FB3" w:rsidRDefault="00000000" w:rsidP="00C20B68">
      <w:pPr>
        <w:pStyle w:val="ListParagraph"/>
        <w:numPr>
          <w:ilvl w:val="0"/>
          <w:numId w:val="18"/>
        </w:numPr>
        <w:spacing w:after="60"/>
        <w:jc w:val="both"/>
      </w:pPr>
      <w:proofErr w:type="spellStart"/>
      <w:r>
        <w:t>Persiapan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pengecekan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, dan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>.</w:t>
      </w:r>
    </w:p>
    <w:p w14:paraId="34AC6FBA" w14:textId="77777777" w:rsidR="00255FB3" w:rsidRDefault="00000000" w:rsidP="00C20B68">
      <w:pPr>
        <w:pStyle w:val="ListParagraph"/>
        <w:numPr>
          <w:ilvl w:val="0"/>
          <w:numId w:val="18"/>
        </w:numPr>
        <w:spacing w:after="60"/>
        <w:jc w:val="both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demonstrasi</w:t>
      </w:r>
      <w:proofErr w:type="spellEnd"/>
      <w:r>
        <w:t xml:space="preserve">, dan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</w:p>
    <w:p w14:paraId="5646F1A9" w14:textId="77777777" w:rsidR="00255FB3" w:rsidRDefault="00000000" w:rsidP="00C20B68">
      <w:pPr>
        <w:pStyle w:val="ListParagraph"/>
        <w:numPr>
          <w:ilvl w:val="0"/>
          <w:numId w:val="18"/>
        </w:numPr>
        <w:spacing w:after="60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, </w:t>
      </w:r>
      <w:proofErr w:type="spellStart"/>
      <w:r>
        <w:t>kendala</w:t>
      </w:r>
      <w:proofErr w:type="spellEnd"/>
      <w:r>
        <w:t xml:space="preserve">, dan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>.</w:t>
      </w:r>
    </w:p>
    <w:p w14:paraId="7AB1B7FC" w14:textId="77777777" w:rsidR="00255FB3" w:rsidRDefault="00000000" w:rsidP="00C20B68">
      <w:pPr>
        <w:pStyle w:val="ListParagraph"/>
        <w:numPr>
          <w:ilvl w:val="0"/>
          <w:numId w:val="18"/>
        </w:numPr>
        <w:spacing w:after="60"/>
        <w:jc w:val="both"/>
      </w:pP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lampiran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.</w:t>
      </w:r>
    </w:p>
    <w:p w14:paraId="0EEC255A" w14:textId="77777777" w:rsidR="00255FB3" w:rsidRDefault="00000000">
      <w:pPr>
        <w:keepNext/>
        <w:keepLines/>
        <w:spacing w:before="120" w:after="60" w:line="240" w:lineRule="auto"/>
        <w:jc w:val="center"/>
      </w:pPr>
      <w:r>
        <w:t xml:space="preserve">Tabel 2. Jadwal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ook w:val="04A0" w:firstRow="1" w:lastRow="0" w:firstColumn="1" w:lastColumn="0" w:noHBand="0" w:noVBand="1"/>
      </w:tblPr>
      <w:tblGrid>
        <w:gridCol w:w="672"/>
        <w:gridCol w:w="1830"/>
        <w:gridCol w:w="2883"/>
        <w:gridCol w:w="2768"/>
      </w:tblGrid>
      <w:tr w:rsidR="00255FB3" w14:paraId="333C7EF9" w14:textId="77777777">
        <w:trPr>
          <w:cantSplit/>
          <w:tblHeader/>
          <w:jc w:val="center"/>
        </w:trPr>
        <w:tc>
          <w:tcPr>
            <w:tcW w:w="680" w:type="dxa"/>
            <w:vAlign w:val="center"/>
          </w:tcPr>
          <w:p w14:paraId="1461A944" w14:textId="77777777" w:rsidR="00255FB3" w:rsidRDefault="00000000">
            <w:pPr>
              <w:keepLines/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01A758B1" w14:textId="77777777" w:rsidR="00255FB3" w:rsidRDefault="00000000">
            <w:pPr>
              <w:keepLines/>
              <w:jc w:val="center"/>
            </w:pPr>
            <w:r>
              <w:rPr>
                <w:b/>
              </w:rPr>
              <w:t>Waktu/</w:t>
            </w:r>
            <w:proofErr w:type="spellStart"/>
            <w:r>
              <w:rPr>
                <w:b/>
              </w:rPr>
              <w:t>Tanggal</w:t>
            </w:r>
            <w:proofErr w:type="spellEnd"/>
          </w:p>
        </w:tc>
        <w:tc>
          <w:tcPr>
            <w:tcW w:w="2948" w:type="dxa"/>
            <w:vAlign w:val="center"/>
          </w:tcPr>
          <w:p w14:paraId="0C02409E" w14:textId="77777777" w:rsidR="00255FB3" w:rsidRDefault="00000000">
            <w:pPr>
              <w:keepLines/>
              <w:jc w:val="center"/>
            </w:pPr>
            <w:proofErr w:type="spellStart"/>
            <w:r>
              <w:rPr>
                <w:b/>
              </w:rPr>
              <w:t>Kegiatan</w:t>
            </w:r>
            <w:proofErr w:type="spellEnd"/>
          </w:p>
        </w:tc>
        <w:tc>
          <w:tcPr>
            <w:tcW w:w="2835" w:type="dxa"/>
            <w:vAlign w:val="center"/>
          </w:tcPr>
          <w:p w14:paraId="4D75975C" w14:textId="77777777" w:rsidR="00255FB3" w:rsidRDefault="00000000">
            <w:pPr>
              <w:keepLines/>
              <w:jc w:val="center"/>
            </w:pPr>
            <w:proofErr w:type="spellStart"/>
            <w:r>
              <w:rPr>
                <w:b/>
              </w:rPr>
              <w:t>Keterangan</w:t>
            </w:r>
            <w:proofErr w:type="spellEnd"/>
          </w:p>
        </w:tc>
      </w:tr>
      <w:tr w:rsidR="00255FB3" w14:paraId="40BBF454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32DFF0D2" w14:textId="77777777" w:rsidR="00255FB3" w:rsidRDefault="00000000" w:rsidP="0005349B">
            <w:pPr>
              <w:keepLines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4268460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Tanggal</w:t>
            </w:r>
            <w:proofErr w:type="spellEnd"/>
            <w:r>
              <w:t>]</w:t>
            </w:r>
          </w:p>
        </w:tc>
        <w:tc>
          <w:tcPr>
            <w:tcW w:w="2948" w:type="dxa"/>
            <w:vAlign w:val="center"/>
          </w:tcPr>
          <w:p w14:paraId="64B139C7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Pembukaan</w:t>
            </w:r>
            <w:proofErr w:type="spellEnd"/>
            <w:r>
              <w:t xml:space="preserve"> dan </w:t>
            </w:r>
            <w:proofErr w:type="spellStart"/>
            <w:r>
              <w:t>pengantar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>]</w:t>
            </w:r>
          </w:p>
        </w:tc>
        <w:tc>
          <w:tcPr>
            <w:tcW w:w="2835" w:type="dxa"/>
            <w:vAlign w:val="center"/>
          </w:tcPr>
          <w:p w14:paraId="7E027E80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singkat</w:t>
            </w:r>
            <w:proofErr w:type="spellEnd"/>
            <w:r>
              <w:t>]</w:t>
            </w:r>
          </w:p>
        </w:tc>
      </w:tr>
      <w:tr w:rsidR="00255FB3" w14:paraId="7CAC0FD9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05990FDD" w14:textId="77777777" w:rsidR="00255FB3" w:rsidRDefault="00000000" w:rsidP="0005349B">
            <w:pPr>
              <w:keepLines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5C02407D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Tanggal</w:t>
            </w:r>
            <w:proofErr w:type="spellEnd"/>
            <w:r>
              <w:t>]</w:t>
            </w:r>
          </w:p>
        </w:tc>
        <w:tc>
          <w:tcPr>
            <w:tcW w:w="2948" w:type="dxa"/>
            <w:vAlign w:val="center"/>
          </w:tcPr>
          <w:p w14:paraId="5D70E5E2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Penyampaian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sosialisasi</w:t>
            </w:r>
            <w:proofErr w:type="spellEnd"/>
            <w:r>
              <w:t>]</w:t>
            </w:r>
          </w:p>
        </w:tc>
        <w:tc>
          <w:tcPr>
            <w:tcW w:w="2835" w:type="dxa"/>
            <w:vAlign w:val="center"/>
          </w:tcPr>
          <w:p w14:paraId="4F2FED36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singkat</w:t>
            </w:r>
            <w:proofErr w:type="spellEnd"/>
            <w:r>
              <w:t>]</w:t>
            </w:r>
          </w:p>
        </w:tc>
      </w:tr>
      <w:tr w:rsidR="00255FB3" w14:paraId="42776AE2" w14:textId="77777777">
        <w:trPr>
          <w:cantSplit/>
          <w:jc w:val="center"/>
        </w:trPr>
        <w:tc>
          <w:tcPr>
            <w:tcW w:w="680" w:type="dxa"/>
            <w:vAlign w:val="center"/>
          </w:tcPr>
          <w:p w14:paraId="6FE8F2DD" w14:textId="77777777" w:rsidR="00255FB3" w:rsidRDefault="00000000" w:rsidP="0005349B">
            <w:pPr>
              <w:keepLines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56B9EC03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Tanggal</w:t>
            </w:r>
            <w:proofErr w:type="spellEnd"/>
            <w:r>
              <w:t>]</w:t>
            </w:r>
          </w:p>
        </w:tc>
        <w:tc>
          <w:tcPr>
            <w:tcW w:w="2948" w:type="dxa"/>
            <w:vAlign w:val="center"/>
          </w:tcPr>
          <w:p w14:paraId="35A0264D" w14:textId="77777777" w:rsidR="00255FB3" w:rsidRDefault="00000000" w:rsidP="0005349B">
            <w:pPr>
              <w:keepLines/>
              <w:jc w:val="center"/>
            </w:pPr>
            <w:r>
              <w:t xml:space="preserve">[Tanya </w:t>
            </w:r>
            <w:proofErr w:type="spellStart"/>
            <w:r>
              <w:t>jawab</w:t>
            </w:r>
            <w:proofErr w:type="spellEnd"/>
            <w:r>
              <w:t xml:space="preserve"> dan </w:t>
            </w:r>
            <w:proofErr w:type="spellStart"/>
            <w:r>
              <w:t>penutup</w:t>
            </w:r>
            <w:proofErr w:type="spellEnd"/>
            <w:r>
              <w:t>]</w:t>
            </w:r>
          </w:p>
        </w:tc>
        <w:tc>
          <w:tcPr>
            <w:tcW w:w="2835" w:type="dxa"/>
            <w:vAlign w:val="center"/>
          </w:tcPr>
          <w:p w14:paraId="5BEA3170" w14:textId="77777777" w:rsidR="00255FB3" w:rsidRDefault="00000000" w:rsidP="0005349B">
            <w:pPr>
              <w:keepLines/>
              <w:jc w:val="center"/>
            </w:pPr>
            <w:r>
              <w:t>[</w:t>
            </w: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singkat</w:t>
            </w:r>
            <w:proofErr w:type="spellEnd"/>
            <w:r>
              <w:t>]</w:t>
            </w:r>
          </w:p>
        </w:tc>
      </w:tr>
    </w:tbl>
    <w:p w14:paraId="7A4C27BB" w14:textId="77777777" w:rsidR="00255FB3" w:rsidRDefault="00000000">
      <w:pPr>
        <w:spacing w:line="240" w:lineRule="auto"/>
      </w:pPr>
      <w:proofErr w:type="spellStart"/>
      <w:r>
        <w:t>Sumber</w:t>
      </w:r>
      <w:proofErr w:type="spellEnd"/>
      <w:r>
        <w:t xml:space="preserve">: Data </w:t>
      </w:r>
      <w:proofErr w:type="spellStart"/>
      <w:r>
        <w:t>diolah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569D23A6" w14:textId="77777777" w:rsidR="00255FB3" w:rsidRDefault="00000000" w:rsidP="00C20B68">
      <w:pPr>
        <w:jc w:val="center"/>
      </w:pPr>
      <w:r>
        <w:br w:type="page"/>
      </w:r>
      <w:r>
        <w:rPr>
          <w:b/>
        </w:rPr>
        <w:lastRenderedPageBreak/>
        <w:t>BAB IV</w:t>
      </w:r>
    </w:p>
    <w:p w14:paraId="656D74BD" w14:textId="77777777" w:rsidR="00255FB3" w:rsidRDefault="00000000">
      <w:pPr>
        <w:spacing w:after="360" w:line="240" w:lineRule="auto"/>
        <w:jc w:val="center"/>
        <w:rPr>
          <w:b/>
        </w:rPr>
      </w:pPr>
      <w:r>
        <w:rPr>
          <w:b/>
        </w:rPr>
        <w:t>HASIL DAN DOKUMENTASI KEGIATAN</w:t>
      </w:r>
    </w:p>
    <w:p w14:paraId="332463E8" w14:textId="77777777" w:rsidR="00C20B68" w:rsidRDefault="00C20B68">
      <w:pPr>
        <w:spacing w:after="360" w:line="240" w:lineRule="auto"/>
        <w:jc w:val="center"/>
      </w:pPr>
    </w:p>
    <w:p w14:paraId="16198EAE" w14:textId="77777777" w:rsidR="00255FB3" w:rsidRDefault="00000000">
      <w:pPr>
        <w:spacing w:before="120"/>
      </w:pPr>
      <w:r>
        <w:rPr>
          <w:b/>
        </w:rPr>
        <w:t xml:space="preserve">4.1 </w:t>
      </w:r>
      <w:proofErr w:type="spellStart"/>
      <w:r>
        <w:rPr>
          <w:b/>
        </w:rPr>
        <w:t>Deskripsi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Pelaksanaan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Sosialisasi</w:t>
      </w:r>
      <w:proofErr w:type="spellEnd"/>
    </w:p>
    <w:p w14:paraId="6D83630E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runtut</w:t>
      </w:r>
      <w:proofErr w:type="spellEnd"/>
      <w:r>
        <w:t xml:space="preserve">. 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demonstrasi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,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penutup</w:t>
      </w:r>
      <w:proofErr w:type="spellEnd"/>
      <w:r>
        <w:t xml:space="preserve">. 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.]</w:t>
      </w:r>
    </w:p>
    <w:p w14:paraId="647BF29D" w14:textId="77777777" w:rsidR="00255FB3" w:rsidRDefault="00000000">
      <w:pPr>
        <w:ind w:firstLine="567"/>
        <w:jc w:val="both"/>
      </w:pPr>
      <w:proofErr w:type="spellStart"/>
      <w:r>
        <w:t>Contoh</w:t>
      </w:r>
      <w:proofErr w:type="spellEnd"/>
      <w:r>
        <w:t xml:space="preserve">: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 dan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, </w:t>
      </w:r>
      <w:proofErr w:type="spellStart"/>
      <w:r>
        <w:t>fitur-fitur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>.</w:t>
      </w:r>
    </w:p>
    <w:p w14:paraId="02176BD9" w14:textId="77777777" w:rsidR="00C20B68" w:rsidRDefault="00C20B68">
      <w:pPr>
        <w:ind w:firstLine="567"/>
        <w:jc w:val="both"/>
      </w:pPr>
    </w:p>
    <w:p w14:paraId="57910C24" w14:textId="77777777" w:rsidR="00255FB3" w:rsidRDefault="00000000">
      <w:pPr>
        <w:spacing w:before="120"/>
      </w:pPr>
      <w:r>
        <w:rPr>
          <w:b/>
        </w:rPr>
        <w:t xml:space="preserve">4.2 Hasil </w:t>
      </w:r>
      <w:proofErr w:type="spellStart"/>
      <w:r>
        <w:rPr>
          <w:b/>
        </w:rPr>
        <w:t>Kegiatan</w:t>
      </w:r>
      <w:proofErr w:type="spellEnd"/>
    </w:p>
    <w:p w14:paraId="728BB6A4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.]</w:t>
      </w:r>
    </w:p>
    <w:p w14:paraId="74EAA231" w14:textId="77777777" w:rsidR="00AB3EFA" w:rsidRDefault="00000000">
      <w:r>
        <w:br w:type="page"/>
      </w:r>
    </w:p>
    <w:p w14:paraId="685D324D" w14:textId="77777777" w:rsidR="00255FB3" w:rsidRDefault="00000000">
      <w:pPr>
        <w:keepNext/>
        <w:keepLines/>
        <w:spacing w:before="120" w:after="60" w:line="240" w:lineRule="auto"/>
        <w:jc w:val="center"/>
      </w:pPr>
      <w:r>
        <w:lastRenderedPageBreak/>
        <w:t xml:space="preserve">Tabel 3. Hasil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ook w:val="04A0" w:firstRow="1" w:lastRow="0" w:firstColumn="1" w:lastColumn="0" w:noHBand="0" w:noVBand="1"/>
      </w:tblPr>
      <w:tblGrid>
        <w:gridCol w:w="2646"/>
        <w:gridCol w:w="2646"/>
        <w:gridCol w:w="2646"/>
      </w:tblGrid>
      <w:tr w:rsidR="00255FB3" w14:paraId="49F83631" w14:textId="77777777">
        <w:trPr>
          <w:cantSplit/>
          <w:tblHeader/>
          <w:jc w:val="center"/>
        </w:trPr>
        <w:tc>
          <w:tcPr>
            <w:tcW w:w="2646" w:type="dxa"/>
            <w:vAlign w:val="center"/>
          </w:tcPr>
          <w:p w14:paraId="5A5FA197" w14:textId="77777777" w:rsidR="00255FB3" w:rsidRDefault="00000000">
            <w:pPr>
              <w:keepLines/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646" w:type="dxa"/>
            <w:vAlign w:val="center"/>
          </w:tcPr>
          <w:p w14:paraId="21C71418" w14:textId="77777777" w:rsidR="00255FB3" w:rsidRDefault="00000000">
            <w:pPr>
              <w:keepLines/>
              <w:jc w:val="center"/>
            </w:pPr>
            <w:proofErr w:type="spellStart"/>
            <w:r>
              <w:rPr>
                <w:b/>
              </w:rPr>
              <w:t>Aspek</w:t>
            </w:r>
            <w:proofErr w:type="spellEnd"/>
          </w:p>
        </w:tc>
        <w:tc>
          <w:tcPr>
            <w:tcW w:w="2646" w:type="dxa"/>
            <w:vAlign w:val="center"/>
          </w:tcPr>
          <w:p w14:paraId="6D5AA852" w14:textId="77777777" w:rsidR="00255FB3" w:rsidRDefault="00000000">
            <w:pPr>
              <w:keepLines/>
              <w:jc w:val="center"/>
            </w:pPr>
            <w:r>
              <w:rPr>
                <w:b/>
              </w:rPr>
              <w:t>Hasil/</w:t>
            </w:r>
            <w:proofErr w:type="spellStart"/>
            <w:r>
              <w:rPr>
                <w:b/>
              </w:rPr>
              <w:t>Keterangan</w:t>
            </w:r>
            <w:proofErr w:type="spellEnd"/>
          </w:p>
        </w:tc>
      </w:tr>
      <w:tr w:rsidR="00255FB3" w14:paraId="60B4532A" w14:textId="77777777">
        <w:trPr>
          <w:cantSplit/>
          <w:jc w:val="center"/>
        </w:trPr>
        <w:tc>
          <w:tcPr>
            <w:tcW w:w="2646" w:type="dxa"/>
            <w:vAlign w:val="center"/>
          </w:tcPr>
          <w:p w14:paraId="5243DEED" w14:textId="77777777" w:rsidR="00255FB3" w:rsidRDefault="00000000">
            <w:pPr>
              <w:keepLines/>
              <w:jc w:val="center"/>
            </w:pPr>
            <w:r>
              <w:t>1</w:t>
            </w:r>
          </w:p>
        </w:tc>
        <w:tc>
          <w:tcPr>
            <w:tcW w:w="2646" w:type="dxa"/>
            <w:vAlign w:val="center"/>
          </w:tcPr>
          <w:p w14:paraId="10CBFDDF" w14:textId="77777777" w:rsidR="00255FB3" w:rsidRDefault="00000000">
            <w:pPr>
              <w:keepLines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2646" w:type="dxa"/>
            <w:vAlign w:val="center"/>
          </w:tcPr>
          <w:p w14:paraId="7CD70A55" w14:textId="77777777" w:rsidR="00255FB3" w:rsidRDefault="00000000">
            <w:pPr>
              <w:keepLines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pengamatan</w:t>
            </w:r>
            <w:proofErr w:type="spellEnd"/>
            <w:r>
              <w:t>]</w:t>
            </w:r>
          </w:p>
        </w:tc>
      </w:tr>
      <w:tr w:rsidR="00255FB3" w14:paraId="6D11A9A2" w14:textId="77777777">
        <w:trPr>
          <w:cantSplit/>
          <w:jc w:val="center"/>
        </w:trPr>
        <w:tc>
          <w:tcPr>
            <w:tcW w:w="2646" w:type="dxa"/>
            <w:vAlign w:val="center"/>
          </w:tcPr>
          <w:p w14:paraId="00E76EDE" w14:textId="77777777" w:rsidR="00255FB3" w:rsidRDefault="00000000">
            <w:pPr>
              <w:keepLines/>
              <w:jc w:val="center"/>
            </w:pPr>
            <w:r>
              <w:t>2</w:t>
            </w:r>
          </w:p>
        </w:tc>
        <w:tc>
          <w:tcPr>
            <w:tcW w:w="2646" w:type="dxa"/>
            <w:vAlign w:val="center"/>
          </w:tcPr>
          <w:p w14:paraId="4994F0BF" w14:textId="77777777" w:rsidR="00255FB3" w:rsidRDefault="00000000">
            <w:pPr>
              <w:keepLines/>
            </w:pPr>
            <w:proofErr w:type="spellStart"/>
            <w:r>
              <w:t>Tanggapan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2646" w:type="dxa"/>
            <w:vAlign w:val="center"/>
          </w:tcPr>
          <w:p w14:paraId="71E4AEC5" w14:textId="77777777" w:rsidR="00255FB3" w:rsidRDefault="00000000">
            <w:pPr>
              <w:keepLines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</w:t>
            </w:r>
            <w:proofErr w:type="spellStart"/>
            <w:r>
              <w:t>tanggapan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masukan</w:t>
            </w:r>
            <w:proofErr w:type="spellEnd"/>
            <w:r>
              <w:t>]</w:t>
            </w:r>
          </w:p>
        </w:tc>
      </w:tr>
      <w:tr w:rsidR="00255FB3" w14:paraId="4F020053" w14:textId="77777777">
        <w:trPr>
          <w:cantSplit/>
          <w:jc w:val="center"/>
        </w:trPr>
        <w:tc>
          <w:tcPr>
            <w:tcW w:w="2646" w:type="dxa"/>
            <w:vAlign w:val="center"/>
          </w:tcPr>
          <w:p w14:paraId="59A5A59C" w14:textId="77777777" w:rsidR="00255FB3" w:rsidRDefault="00000000">
            <w:pPr>
              <w:keepLines/>
              <w:jc w:val="center"/>
            </w:pPr>
            <w:r>
              <w:t>3</w:t>
            </w:r>
          </w:p>
        </w:tc>
        <w:tc>
          <w:tcPr>
            <w:tcW w:w="2646" w:type="dxa"/>
            <w:vAlign w:val="center"/>
          </w:tcPr>
          <w:p w14:paraId="42CF31F4" w14:textId="77777777" w:rsidR="00255FB3" w:rsidRDefault="00000000">
            <w:pPr>
              <w:keepLines/>
            </w:pPr>
            <w:proofErr w:type="spellStart"/>
            <w:r>
              <w:t>Dokumentasi</w:t>
            </w:r>
            <w:proofErr w:type="spellEnd"/>
          </w:p>
        </w:tc>
        <w:tc>
          <w:tcPr>
            <w:tcW w:w="2646" w:type="dxa"/>
            <w:vAlign w:val="center"/>
          </w:tcPr>
          <w:p w14:paraId="21BC4724" w14:textId="77777777" w:rsidR="00255FB3" w:rsidRDefault="00000000">
            <w:pPr>
              <w:keepLines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dokumentasi</w:t>
            </w:r>
            <w:proofErr w:type="spellEnd"/>
            <w:r>
              <w:t>]</w:t>
            </w:r>
          </w:p>
        </w:tc>
      </w:tr>
    </w:tbl>
    <w:p w14:paraId="1AD35E99" w14:textId="77777777" w:rsidR="00255FB3" w:rsidRDefault="00000000">
      <w:pPr>
        <w:spacing w:line="240" w:lineRule="auto"/>
      </w:pPr>
      <w:proofErr w:type="spellStart"/>
      <w:r>
        <w:t>Sumber</w:t>
      </w:r>
      <w:proofErr w:type="spellEnd"/>
      <w:r>
        <w:t xml:space="preserve">: Data </w:t>
      </w:r>
      <w:proofErr w:type="spellStart"/>
      <w:r>
        <w:t>diolah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6F435025" w14:textId="77777777" w:rsidR="0005349B" w:rsidRDefault="0005349B">
      <w:pPr>
        <w:spacing w:line="240" w:lineRule="auto"/>
      </w:pPr>
    </w:p>
    <w:p w14:paraId="39E0E362" w14:textId="77777777" w:rsidR="00255FB3" w:rsidRDefault="00000000">
      <w:pPr>
        <w:spacing w:before="120"/>
      </w:pPr>
      <w:r>
        <w:rPr>
          <w:b/>
        </w:rPr>
        <w:t>4.3 Kendala dan Solusi</w:t>
      </w:r>
    </w:p>
    <w:p w14:paraId="037FEB3D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jaringan</w:t>
      </w:r>
      <w:proofErr w:type="spellEnd"/>
      <w:r>
        <w:t xml:space="preserve"> internet,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familiar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.]</w:t>
      </w:r>
    </w:p>
    <w:p w14:paraId="5D704552" w14:textId="77777777" w:rsidR="00C20B68" w:rsidRDefault="00C20B68">
      <w:pPr>
        <w:ind w:firstLine="567"/>
        <w:jc w:val="both"/>
      </w:pPr>
    </w:p>
    <w:p w14:paraId="3720438A" w14:textId="77777777" w:rsidR="00255FB3" w:rsidRDefault="00000000">
      <w:pPr>
        <w:spacing w:before="120"/>
      </w:pPr>
      <w:r>
        <w:rPr>
          <w:b/>
        </w:rPr>
        <w:t xml:space="preserve">4.4 </w:t>
      </w:r>
      <w:proofErr w:type="spellStart"/>
      <w:r>
        <w:rPr>
          <w:b/>
        </w:rPr>
        <w:t>Dokumentasi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6BCBDC6C" w14:textId="77777777" w:rsidR="00255FB3" w:rsidRDefault="00000000">
      <w:pPr>
        <w:ind w:firstLine="567"/>
        <w:jc w:val="both"/>
      </w:pP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.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tangkapan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daftar </w:t>
      </w:r>
      <w:proofErr w:type="spellStart"/>
      <w:r>
        <w:t>hadir</w:t>
      </w:r>
      <w:proofErr w:type="spellEnd"/>
      <w:r>
        <w:t xml:space="preserve">, </w:t>
      </w:r>
      <w:proofErr w:type="spellStart"/>
      <w:r>
        <w:t>undangan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04"/>
      </w:tblGrid>
      <w:tr w:rsidR="00255FB3" w14:paraId="0FF16319" w14:textId="77777777">
        <w:trPr>
          <w:cantSplit/>
          <w:jc w:val="center"/>
        </w:trPr>
        <w:tc>
          <w:tcPr>
            <w:tcW w:w="6804" w:type="dxa"/>
            <w:vAlign w:val="center"/>
          </w:tcPr>
          <w:p w14:paraId="06D40C88" w14:textId="77777777" w:rsidR="00255FB3" w:rsidRDefault="00000000">
            <w:pPr>
              <w:keepLines/>
              <w:jc w:val="center"/>
            </w:pPr>
            <w:r>
              <w:rPr>
                <w:i/>
              </w:rPr>
              <w:t>[</w:t>
            </w:r>
            <w:proofErr w:type="spellStart"/>
            <w:r>
              <w:rPr>
                <w:i/>
              </w:rPr>
              <w:t>Tempatkan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gambar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foto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kegiatan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sini</w:t>
            </w:r>
            <w:proofErr w:type="spellEnd"/>
            <w:r>
              <w:rPr>
                <w:i/>
              </w:rPr>
              <w:t>]</w:t>
            </w:r>
          </w:p>
        </w:tc>
      </w:tr>
    </w:tbl>
    <w:p w14:paraId="3A737792" w14:textId="77777777" w:rsidR="00255FB3" w:rsidRDefault="00000000">
      <w:pPr>
        <w:spacing w:before="60" w:after="60" w:line="240" w:lineRule="auto"/>
        <w:jc w:val="center"/>
      </w:pPr>
      <w:r>
        <w:t xml:space="preserve">Gambar 1.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</w:p>
    <w:p w14:paraId="7ABEEC6F" w14:textId="77777777" w:rsidR="00255FB3" w:rsidRDefault="00000000">
      <w:pPr>
        <w:spacing w:line="240" w:lineRule="auto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04"/>
      </w:tblGrid>
      <w:tr w:rsidR="00255FB3" w14:paraId="42819950" w14:textId="77777777">
        <w:trPr>
          <w:cantSplit/>
          <w:jc w:val="center"/>
        </w:trPr>
        <w:tc>
          <w:tcPr>
            <w:tcW w:w="6804" w:type="dxa"/>
            <w:vAlign w:val="center"/>
          </w:tcPr>
          <w:p w14:paraId="09815AB5" w14:textId="77777777" w:rsidR="00255FB3" w:rsidRDefault="00000000">
            <w:pPr>
              <w:keepLines/>
              <w:jc w:val="center"/>
            </w:pPr>
            <w:r>
              <w:rPr>
                <w:i/>
              </w:rPr>
              <w:t>[</w:t>
            </w:r>
            <w:proofErr w:type="spellStart"/>
            <w:r>
              <w:rPr>
                <w:i/>
              </w:rPr>
              <w:t>Tempatkan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gambar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foto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kegiatan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sini</w:t>
            </w:r>
            <w:proofErr w:type="spellEnd"/>
            <w:r>
              <w:rPr>
                <w:i/>
              </w:rPr>
              <w:t>]</w:t>
            </w:r>
          </w:p>
        </w:tc>
      </w:tr>
    </w:tbl>
    <w:p w14:paraId="00E35773" w14:textId="77777777" w:rsidR="00255FB3" w:rsidRDefault="00000000">
      <w:pPr>
        <w:spacing w:before="60" w:after="60" w:line="240" w:lineRule="auto"/>
        <w:jc w:val="center"/>
      </w:pPr>
      <w:r>
        <w:t xml:space="preserve">Gambar 2. </w:t>
      </w:r>
      <w:proofErr w:type="spellStart"/>
      <w:r>
        <w:t>Penyampaian</w:t>
      </w:r>
      <w:proofErr w:type="spellEnd"/>
      <w:r>
        <w:t xml:space="preserve"> Materi </w:t>
      </w:r>
      <w:proofErr w:type="spellStart"/>
      <w:r>
        <w:t>Sosialisasi</w:t>
      </w:r>
      <w:proofErr w:type="spellEnd"/>
    </w:p>
    <w:p w14:paraId="2C9E91E6" w14:textId="77777777" w:rsidR="00255FB3" w:rsidRDefault="00000000">
      <w:pPr>
        <w:spacing w:line="240" w:lineRule="auto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45EE5342" w14:textId="6DB60E8C" w:rsidR="00C20B68" w:rsidRDefault="00000000" w:rsidP="0005349B">
      <w:pPr>
        <w:jc w:val="both"/>
      </w:pPr>
      <w:proofErr w:type="spellStart"/>
      <w:r>
        <w:rPr>
          <w:i/>
        </w:rPr>
        <w:t>Catatan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kotak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gambar</w:t>
      </w:r>
      <w:proofErr w:type="spellEnd"/>
      <w:r>
        <w:rPr>
          <w:i/>
        </w:rPr>
        <w:t>/</w:t>
      </w:r>
      <w:proofErr w:type="spellStart"/>
      <w:r>
        <w:rPr>
          <w:i/>
        </w:rPr>
        <w:t>foto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penanda</w:t>
      </w:r>
      <w:proofErr w:type="spellEnd"/>
      <w:r>
        <w:rPr>
          <w:i/>
        </w:rPr>
        <w:t xml:space="preserve"> pada template. Pada </w:t>
      </w:r>
      <w:proofErr w:type="spellStart"/>
      <w:r>
        <w:rPr>
          <w:i/>
        </w:rPr>
        <w:t>laporan</w:t>
      </w:r>
      <w:proofErr w:type="spellEnd"/>
      <w:r>
        <w:rPr>
          <w:i/>
        </w:rPr>
        <w:t xml:space="preserve"> final, </w:t>
      </w:r>
      <w:proofErr w:type="spellStart"/>
      <w:r>
        <w:rPr>
          <w:i/>
        </w:rPr>
        <w:t>gambar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dimasukkan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tanpa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menggunakan</w:t>
      </w:r>
      <w:proofErr w:type="spellEnd"/>
      <w:r>
        <w:rPr>
          <w:i/>
        </w:rPr>
        <w:t xml:space="preserve"> border </w:t>
      </w:r>
      <w:proofErr w:type="spellStart"/>
      <w:r>
        <w:rPr>
          <w:i/>
        </w:rPr>
        <w:t>tebal</w:t>
      </w:r>
      <w:proofErr w:type="spellEnd"/>
      <w:r>
        <w:rPr>
          <w:i/>
        </w:rPr>
        <w:t>.</w:t>
      </w:r>
    </w:p>
    <w:p w14:paraId="62FCE7BC" w14:textId="77777777" w:rsidR="00255FB3" w:rsidRDefault="00000000" w:rsidP="00C20B68">
      <w:pPr>
        <w:jc w:val="center"/>
      </w:pPr>
      <w:r>
        <w:rPr>
          <w:b/>
        </w:rPr>
        <w:lastRenderedPageBreak/>
        <w:t>BAB V</w:t>
      </w:r>
    </w:p>
    <w:p w14:paraId="1B53128E" w14:textId="77777777" w:rsidR="00255FB3" w:rsidRDefault="00000000">
      <w:pPr>
        <w:spacing w:after="360" w:line="240" w:lineRule="auto"/>
        <w:jc w:val="center"/>
        <w:rPr>
          <w:b/>
        </w:rPr>
      </w:pPr>
      <w:r>
        <w:rPr>
          <w:b/>
        </w:rPr>
        <w:t>PENUTUP</w:t>
      </w:r>
    </w:p>
    <w:p w14:paraId="5CFBA3B5" w14:textId="77777777" w:rsidR="00C20B68" w:rsidRDefault="00C20B68">
      <w:pPr>
        <w:spacing w:after="360" w:line="240" w:lineRule="auto"/>
        <w:jc w:val="center"/>
      </w:pPr>
    </w:p>
    <w:p w14:paraId="3CC43397" w14:textId="77777777" w:rsidR="00255FB3" w:rsidRDefault="00000000">
      <w:pPr>
        <w:spacing w:before="120"/>
      </w:pPr>
      <w:r>
        <w:rPr>
          <w:b/>
        </w:rPr>
        <w:t>5.1 Kesimpulan</w:t>
      </w:r>
    </w:p>
    <w:p w14:paraId="4DFC03B8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Kesimpulan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dan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,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>.]</w:t>
      </w:r>
    </w:p>
    <w:p w14:paraId="582777D8" w14:textId="77777777" w:rsidR="00255FB3" w:rsidRDefault="00000000">
      <w:pPr>
        <w:ind w:firstLine="567"/>
        <w:jc w:val="both"/>
      </w:pPr>
      <w:proofErr w:type="spellStart"/>
      <w:r>
        <w:t>Contoh</w:t>
      </w:r>
      <w:proofErr w:type="spellEnd"/>
      <w:r>
        <w:t xml:space="preserve">: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[Nama Project/Program/</w:t>
      </w:r>
      <w:proofErr w:type="spellStart"/>
      <w:r>
        <w:t>Aplikasi</w:t>
      </w:r>
      <w:proofErr w:type="spellEnd"/>
      <w:r>
        <w:t xml:space="preserve">],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>/program/</w:t>
      </w:r>
      <w:proofErr w:type="spellStart"/>
      <w:r>
        <w:t>aplikasi</w:t>
      </w:r>
      <w:proofErr w:type="spellEnd"/>
      <w:r>
        <w:t xml:space="preserve">.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7D2D76AD" w14:textId="77777777" w:rsidR="00C20B68" w:rsidRDefault="00C20B68">
      <w:pPr>
        <w:ind w:firstLine="567"/>
        <w:jc w:val="both"/>
      </w:pPr>
    </w:p>
    <w:p w14:paraId="542EC98D" w14:textId="77777777" w:rsidR="00255FB3" w:rsidRDefault="00000000">
      <w:pPr>
        <w:spacing w:before="120"/>
      </w:pPr>
      <w:r>
        <w:rPr>
          <w:b/>
        </w:rPr>
        <w:t>5.2 Saran</w:t>
      </w:r>
    </w:p>
    <w:p w14:paraId="21F7060F" w14:textId="77777777" w:rsidR="00255FB3" w:rsidRDefault="00000000">
      <w:pPr>
        <w:ind w:firstLine="567"/>
        <w:jc w:val="both"/>
      </w:pPr>
      <w:r>
        <w:t>[</w:t>
      </w:r>
      <w:proofErr w:type="spellStart"/>
      <w:r>
        <w:t>Tuliskan</w:t>
      </w:r>
      <w:proofErr w:type="spellEnd"/>
      <w:r>
        <w:t xml:space="preserve"> saran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. Saran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prodi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agar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.]</w:t>
      </w:r>
    </w:p>
    <w:p w14:paraId="1CB02D24" w14:textId="77777777" w:rsidR="00255FB3" w:rsidRDefault="00000000">
      <w:r>
        <w:br w:type="page"/>
      </w:r>
    </w:p>
    <w:p w14:paraId="2DC080B1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DAFTAR PUSTAKA</w:t>
      </w:r>
    </w:p>
    <w:p w14:paraId="4D15CC22" w14:textId="77777777" w:rsidR="00255FB3" w:rsidRDefault="00000000">
      <w:pPr>
        <w:ind w:firstLine="567"/>
        <w:jc w:val="both"/>
      </w:pPr>
      <w:r>
        <w:t xml:space="preserve">[Bagian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opsional</w:t>
      </w:r>
      <w:proofErr w:type="spellEnd"/>
      <w:r>
        <w:t xml:space="preserve">. Jika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jurnal</w:t>
      </w:r>
      <w:proofErr w:type="spellEnd"/>
      <w:r>
        <w:t xml:space="preserve">, website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cantumkan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pada daftar </w:t>
      </w:r>
      <w:proofErr w:type="spellStart"/>
      <w:r>
        <w:t>pustaka</w:t>
      </w:r>
      <w:proofErr w:type="spellEnd"/>
      <w:r>
        <w:t xml:space="preserve">. Jika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mengutip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dikosongkan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dosen</w:t>
      </w:r>
      <w:proofErr w:type="spellEnd"/>
      <w:r>
        <w:t>.]</w:t>
      </w:r>
    </w:p>
    <w:p w14:paraId="58451947" w14:textId="77777777" w:rsidR="00255FB3" w:rsidRDefault="00000000">
      <w:pPr>
        <w:spacing w:after="60"/>
        <w:jc w:val="both"/>
      </w:pPr>
      <w:proofErr w:type="spellStart"/>
      <w:r>
        <w:rPr>
          <w:b/>
        </w:rPr>
        <w:t>Contoh</w:t>
      </w:r>
      <w:proofErr w:type="spellEnd"/>
      <w:r>
        <w:rPr>
          <w:b/>
        </w:rPr>
        <w:t xml:space="preserve"> format IEEE:</w:t>
      </w:r>
    </w:p>
    <w:p w14:paraId="6DE7AC54" w14:textId="77777777" w:rsidR="00255FB3" w:rsidRDefault="00000000">
      <w:pPr>
        <w:spacing w:after="60" w:line="240" w:lineRule="auto"/>
        <w:jc w:val="both"/>
      </w:pPr>
      <w:r>
        <w:t xml:space="preserve">[1] Nama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Kota </w:t>
      </w:r>
      <w:proofErr w:type="spellStart"/>
      <w:r>
        <w:t>Terbit</w:t>
      </w:r>
      <w:proofErr w:type="spellEnd"/>
      <w:r>
        <w:t xml:space="preserve">: </w:t>
      </w:r>
      <w:proofErr w:type="spellStart"/>
      <w:r>
        <w:t>Penerbit</w:t>
      </w:r>
      <w:proofErr w:type="spellEnd"/>
      <w:r>
        <w:t xml:space="preserve">, </w:t>
      </w:r>
      <w:proofErr w:type="spellStart"/>
      <w:r>
        <w:t>Tahun</w:t>
      </w:r>
      <w:proofErr w:type="spellEnd"/>
      <w:r>
        <w:t>.</w:t>
      </w:r>
    </w:p>
    <w:p w14:paraId="6BCB162A" w14:textId="77777777" w:rsidR="00255FB3" w:rsidRDefault="00000000">
      <w:pPr>
        <w:spacing w:after="60" w:line="240" w:lineRule="auto"/>
        <w:jc w:val="both"/>
      </w:pPr>
      <w:r>
        <w:t xml:space="preserve">[2] Nama </w:t>
      </w:r>
      <w:proofErr w:type="spellStart"/>
      <w:r>
        <w:t>Penulis</w:t>
      </w:r>
      <w:proofErr w:type="spellEnd"/>
      <w:r>
        <w:t>, “</w:t>
      </w:r>
      <w:proofErr w:type="spellStart"/>
      <w:r>
        <w:t>Judul</w:t>
      </w:r>
      <w:proofErr w:type="spellEnd"/>
      <w:r>
        <w:t xml:space="preserve"> Artikel,” Nama </w:t>
      </w:r>
      <w:proofErr w:type="spellStart"/>
      <w:r>
        <w:t>Jurnal</w:t>
      </w:r>
      <w:proofErr w:type="spellEnd"/>
      <w:r>
        <w:t xml:space="preserve">, vol. x, no. x, pp. xx-xx, </w:t>
      </w:r>
      <w:proofErr w:type="spellStart"/>
      <w:r>
        <w:t>Tahun</w:t>
      </w:r>
      <w:proofErr w:type="spellEnd"/>
      <w:r>
        <w:t>.</w:t>
      </w:r>
    </w:p>
    <w:p w14:paraId="691E28A4" w14:textId="77777777" w:rsidR="00255FB3" w:rsidRDefault="00000000">
      <w:pPr>
        <w:spacing w:after="60" w:line="240" w:lineRule="auto"/>
        <w:jc w:val="both"/>
      </w:pPr>
      <w:r>
        <w:t xml:space="preserve">[3] Nama </w:t>
      </w:r>
      <w:proofErr w:type="spellStart"/>
      <w:r>
        <w:t>Instansi</w:t>
      </w:r>
      <w:proofErr w:type="spellEnd"/>
      <w:r>
        <w:t xml:space="preserve">, </w:t>
      </w:r>
      <w:proofErr w:type="spellStart"/>
      <w:r>
        <w:t>Judul</w:t>
      </w:r>
      <w:proofErr w:type="spellEnd"/>
      <w:r>
        <w:t xml:space="preserve"> Dokumen, Kota: Nama </w:t>
      </w:r>
      <w:proofErr w:type="spellStart"/>
      <w:r>
        <w:t>Instansi</w:t>
      </w:r>
      <w:proofErr w:type="spellEnd"/>
      <w:r>
        <w:t xml:space="preserve">, </w:t>
      </w:r>
      <w:proofErr w:type="spellStart"/>
      <w:r>
        <w:t>Tahun</w:t>
      </w:r>
      <w:proofErr w:type="spellEnd"/>
      <w:r>
        <w:t>.</w:t>
      </w:r>
    </w:p>
    <w:p w14:paraId="4509FE42" w14:textId="77777777" w:rsidR="00255FB3" w:rsidRDefault="00000000">
      <w:r>
        <w:br w:type="page"/>
      </w:r>
    </w:p>
    <w:p w14:paraId="2B6C0C49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LAMPIRAN</w:t>
      </w:r>
    </w:p>
    <w:p w14:paraId="6B200BFB" w14:textId="77777777" w:rsidR="00255FB3" w:rsidRDefault="00000000">
      <w:pPr>
        <w:ind w:firstLine="567"/>
        <w:jc w:val="both"/>
      </w:pPr>
      <w:r>
        <w:t xml:space="preserve">Lampiran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 Lampiran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dan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</w:p>
    <w:p w14:paraId="4778969E" w14:textId="77777777" w:rsidR="00255FB3" w:rsidRDefault="00000000">
      <w:pPr>
        <w:jc w:val="both"/>
      </w:pPr>
      <w:r>
        <w:rPr>
          <w:b/>
        </w:rPr>
        <w:t xml:space="preserve">Lampiran 1. </w:t>
      </w:r>
      <w:proofErr w:type="spellStart"/>
      <w:r>
        <w:rPr>
          <w:b/>
        </w:rPr>
        <w:t>Dokumentasi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Sosialisasi</w:t>
      </w:r>
      <w:proofErr w:type="spellEnd"/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04"/>
      </w:tblGrid>
      <w:tr w:rsidR="00255FB3" w14:paraId="70B153C3" w14:textId="77777777">
        <w:trPr>
          <w:cantSplit/>
          <w:jc w:val="center"/>
        </w:trPr>
        <w:tc>
          <w:tcPr>
            <w:tcW w:w="6804" w:type="dxa"/>
            <w:vAlign w:val="center"/>
          </w:tcPr>
          <w:p w14:paraId="7836FDBE" w14:textId="77777777" w:rsidR="00255FB3" w:rsidRDefault="00000000">
            <w:pPr>
              <w:keepLines/>
              <w:jc w:val="center"/>
            </w:pPr>
            <w:r>
              <w:rPr>
                <w:i/>
              </w:rPr>
              <w:t>[</w:t>
            </w:r>
            <w:proofErr w:type="spellStart"/>
            <w:r>
              <w:rPr>
                <w:i/>
              </w:rPr>
              <w:t>Tempatkan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foto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kegiatan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sini</w:t>
            </w:r>
            <w:proofErr w:type="spellEnd"/>
            <w:r>
              <w:rPr>
                <w:i/>
              </w:rPr>
              <w:t>]</w:t>
            </w:r>
          </w:p>
        </w:tc>
      </w:tr>
    </w:tbl>
    <w:p w14:paraId="5DE755DA" w14:textId="77777777" w:rsidR="00255FB3" w:rsidRDefault="00000000">
      <w:pPr>
        <w:spacing w:before="60" w:after="60" w:line="240" w:lineRule="auto"/>
        <w:jc w:val="center"/>
      </w:pPr>
      <w:r>
        <w:t xml:space="preserve">Gambar 3.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</w:p>
    <w:p w14:paraId="0ED56956" w14:textId="77777777" w:rsidR="00255FB3" w:rsidRDefault="00000000">
      <w:pPr>
        <w:spacing w:line="240" w:lineRule="auto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2C36B341" w14:textId="77777777" w:rsidR="00255FB3" w:rsidRDefault="00000000">
      <w:pPr>
        <w:jc w:val="both"/>
      </w:pPr>
      <w:r>
        <w:rPr>
          <w:b/>
        </w:rPr>
        <w:t xml:space="preserve">Lampiran 2. Daftar Hadir </w:t>
      </w:r>
      <w:proofErr w:type="spellStart"/>
      <w:r>
        <w:rPr>
          <w:b/>
        </w:rPr>
        <w:t>Peserta</w:t>
      </w:r>
      <w:proofErr w:type="spellEnd"/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04"/>
      </w:tblGrid>
      <w:tr w:rsidR="00255FB3" w14:paraId="6E980AB2" w14:textId="77777777">
        <w:trPr>
          <w:cantSplit/>
          <w:jc w:val="center"/>
        </w:trPr>
        <w:tc>
          <w:tcPr>
            <w:tcW w:w="6804" w:type="dxa"/>
            <w:vAlign w:val="center"/>
          </w:tcPr>
          <w:p w14:paraId="49878221" w14:textId="77777777" w:rsidR="00255FB3" w:rsidRDefault="00000000">
            <w:pPr>
              <w:keepLines/>
              <w:jc w:val="center"/>
            </w:pPr>
            <w:r>
              <w:rPr>
                <w:i/>
              </w:rPr>
              <w:t>[</w:t>
            </w:r>
            <w:proofErr w:type="spellStart"/>
            <w:r>
              <w:rPr>
                <w:i/>
              </w:rPr>
              <w:t>Tempatkan</w:t>
            </w:r>
            <w:proofErr w:type="spellEnd"/>
            <w:r>
              <w:rPr>
                <w:i/>
              </w:rPr>
              <w:t xml:space="preserve"> daftar </w:t>
            </w:r>
            <w:proofErr w:type="spellStart"/>
            <w:r>
              <w:rPr>
                <w:i/>
              </w:rPr>
              <w:t>hadir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atau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bukti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kehadiran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sini</w:t>
            </w:r>
            <w:proofErr w:type="spellEnd"/>
            <w:r>
              <w:rPr>
                <w:i/>
              </w:rPr>
              <w:t>]</w:t>
            </w:r>
          </w:p>
        </w:tc>
      </w:tr>
    </w:tbl>
    <w:p w14:paraId="59DF3F48" w14:textId="77777777" w:rsidR="00255FB3" w:rsidRDefault="00000000">
      <w:pPr>
        <w:jc w:val="both"/>
      </w:pPr>
      <w:r>
        <w:rPr>
          <w:b/>
        </w:rPr>
        <w:t xml:space="preserve">Lampiran 3. Materi </w:t>
      </w:r>
      <w:proofErr w:type="spellStart"/>
      <w:r>
        <w:rPr>
          <w:b/>
        </w:rPr>
        <w:t>Sosialisasi</w:t>
      </w:r>
      <w:proofErr w:type="spellEnd"/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04"/>
      </w:tblGrid>
      <w:tr w:rsidR="00255FB3" w14:paraId="57D235CA" w14:textId="77777777">
        <w:trPr>
          <w:cantSplit/>
          <w:jc w:val="center"/>
        </w:trPr>
        <w:tc>
          <w:tcPr>
            <w:tcW w:w="6804" w:type="dxa"/>
            <w:vAlign w:val="center"/>
          </w:tcPr>
          <w:p w14:paraId="648B874B" w14:textId="77777777" w:rsidR="00255FB3" w:rsidRDefault="00000000">
            <w:pPr>
              <w:keepLines/>
              <w:jc w:val="center"/>
            </w:pPr>
            <w:r>
              <w:rPr>
                <w:i/>
              </w:rPr>
              <w:t>[</w:t>
            </w:r>
            <w:proofErr w:type="spellStart"/>
            <w:r>
              <w:rPr>
                <w:i/>
              </w:rPr>
              <w:t>Tempatkan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tangkapan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layar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materi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atau</w:t>
            </w:r>
            <w:proofErr w:type="spellEnd"/>
            <w:r>
              <w:rPr>
                <w:i/>
              </w:rPr>
              <w:t xml:space="preserve"> slide </w:t>
            </w:r>
            <w:proofErr w:type="spellStart"/>
            <w:r>
              <w:rPr>
                <w:i/>
              </w:rPr>
              <w:t>sosialisasi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sini</w:t>
            </w:r>
            <w:proofErr w:type="spellEnd"/>
            <w:r>
              <w:rPr>
                <w:i/>
              </w:rPr>
              <w:t>]</w:t>
            </w:r>
          </w:p>
        </w:tc>
      </w:tr>
    </w:tbl>
    <w:p w14:paraId="366675A7" w14:textId="77777777" w:rsidR="00943E5C" w:rsidRDefault="00943E5C"/>
    <w:sectPr w:rsidR="00943E5C" w:rsidSect="00034616">
      <w:footerReference w:type="default" r:id="rId9"/>
      <w:pgSz w:w="11906" w:h="16838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BC1C" w14:textId="77777777" w:rsidR="00730128" w:rsidRDefault="00730128">
      <w:pPr>
        <w:spacing w:after="0" w:line="240" w:lineRule="auto"/>
      </w:pPr>
      <w:r>
        <w:separator/>
      </w:r>
    </w:p>
  </w:endnote>
  <w:endnote w:type="continuationSeparator" w:id="0">
    <w:p w14:paraId="6AF48DC2" w14:textId="77777777" w:rsidR="00730128" w:rsidRDefault="0073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587A" w14:textId="77777777" w:rsidR="00255FB3" w:rsidRDefault="00255FB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C438" w14:textId="77777777" w:rsidR="00730128" w:rsidRDefault="00730128">
      <w:pPr>
        <w:spacing w:after="0" w:line="240" w:lineRule="auto"/>
      </w:pPr>
      <w:r>
        <w:separator/>
      </w:r>
    </w:p>
  </w:footnote>
  <w:footnote w:type="continuationSeparator" w:id="0">
    <w:p w14:paraId="0A516E11" w14:textId="77777777" w:rsidR="00730128" w:rsidRDefault="00730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98256D"/>
    <w:multiLevelType w:val="hybridMultilevel"/>
    <w:tmpl w:val="1CA439F8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44A18B4"/>
    <w:multiLevelType w:val="hybridMultilevel"/>
    <w:tmpl w:val="AE2AFE4C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AEA294E"/>
    <w:multiLevelType w:val="hybridMultilevel"/>
    <w:tmpl w:val="B4B659BE"/>
    <w:lvl w:ilvl="0" w:tplc="7466E5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EE02942"/>
    <w:multiLevelType w:val="hybridMultilevel"/>
    <w:tmpl w:val="33A6D556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74D6D94"/>
    <w:multiLevelType w:val="hybridMultilevel"/>
    <w:tmpl w:val="4BE2743E"/>
    <w:lvl w:ilvl="0" w:tplc="7466E54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0443C5C"/>
    <w:multiLevelType w:val="hybridMultilevel"/>
    <w:tmpl w:val="CE90EA3A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FD27D00"/>
    <w:multiLevelType w:val="hybridMultilevel"/>
    <w:tmpl w:val="8DA0A346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09F39A8"/>
    <w:multiLevelType w:val="hybridMultilevel"/>
    <w:tmpl w:val="1FEE6FE0"/>
    <w:lvl w:ilvl="0" w:tplc="7466E5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0A16AB6"/>
    <w:multiLevelType w:val="hybridMultilevel"/>
    <w:tmpl w:val="C20E1B1A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AB4C0E"/>
    <w:multiLevelType w:val="hybridMultilevel"/>
    <w:tmpl w:val="B4243666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A2D30DE"/>
    <w:multiLevelType w:val="hybridMultilevel"/>
    <w:tmpl w:val="CF9C0F4C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0AF4284"/>
    <w:multiLevelType w:val="hybridMultilevel"/>
    <w:tmpl w:val="FFB8E89C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F80B0B"/>
    <w:multiLevelType w:val="hybridMultilevel"/>
    <w:tmpl w:val="A9D00618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7055A43"/>
    <w:multiLevelType w:val="hybridMultilevel"/>
    <w:tmpl w:val="E7FEB788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99B7BC0"/>
    <w:multiLevelType w:val="hybridMultilevel"/>
    <w:tmpl w:val="DBA84A6C"/>
    <w:lvl w:ilvl="0" w:tplc="7466E54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38567397">
    <w:abstractNumId w:val="8"/>
  </w:num>
  <w:num w:numId="2" w16cid:durableId="1633170911">
    <w:abstractNumId w:val="6"/>
  </w:num>
  <w:num w:numId="3" w16cid:durableId="816217015">
    <w:abstractNumId w:val="5"/>
  </w:num>
  <w:num w:numId="4" w16cid:durableId="312686049">
    <w:abstractNumId w:val="4"/>
  </w:num>
  <w:num w:numId="5" w16cid:durableId="81416339">
    <w:abstractNumId w:val="7"/>
  </w:num>
  <w:num w:numId="6" w16cid:durableId="693308407">
    <w:abstractNumId w:val="3"/>
  </w:num>
  <w:num w:numId="7" w16cid:durableId="526023439">
    <w:abstractNumId w:val="2"/>
  </w:num>
  <w:num w:numId="8" w16cid:durableId="1110781240">
    <w:abstractNumId w:val="1"/>
  </w:num>
  <w:num w:numId="9" w16cid:durableId="387843535">
    <w:abstractNumId w:val="0"/>
  </w:num>
  <w:num w:numId="10" w16cid:durableId="1221595112">
    <w:abstractNumId w:val="19"/>
  </w:num>
  <w:num w:numId="11" w16cid:durableId="333068777">
    <w:abstractNumId w:val="12"/>
  </w:num>
  <w:num w:numId="12" w16cid:durableId="1361398932">
    <w:abstractNumId w:val="10"/>
  </w:num>
  <w:num w:numId="13" w16cid:durableId="2073455452">
    <w:abstractNumId w:val="20"/>
  </w:num>
  <w:num w:numId="14" w16cid:durableId="245068843">
    <w:abstractNumId w:val="17"/>
  </w:num>
  <w:num w:numId="15" w16cid:durableId="549460394">
    <w:abstractNumId w:val="14"/>
  </w:num>
  <w:num w:numId="16" w16cid:durableId="1138566830">
    <w:abstractNumId w:val="9"/>
  </w:num>
  <w:num w:numId="17" w16cid:durableId="1193150276">
    <w:abstractNumId w:val="18"/>
  </w:num>
  <w:num w:numId="18" w16cid:durableId="1142041415">
    <w:abstractNumId w:val="22"/>
  </w:num>
  <w:num w:numId="19" w16cid:durableId="1841196060">
    <w:abstractNumId w:val="15"/>
  </w:num>
  <w:num w:numId="20" w16cid:durableId="1457139242">
    <w:abstractNumId w:val="13"/>
  </w:num>
  <w:num w:numId="21" w16cid:durableId="745881525">
    <w:abstractNumId w:val="16"/>
  </w:num>
  <w:num w:numId="22" w16cid:durableId="437868275">
    <w:abstractNumId w:val="21"/>
  </w:num>
  <w:num w:numId="23" w16cid:durableId="1061714304">
    <w:abstractNumId w:val="23"/>
  </w:num>
  <w:num w:numId="24" w16cid:durableId="875384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C2F"/>
    <w:rsid w:val="00034616"/>
    <w:rsid w:val="0005349B"/>
    <w:rsid w:val="0006063C"/>
    <w:rsid w:val="000C6055"/>
    <w:rsid w:val="00111D2F"/>
    <w:rsid w:val="0015074B"/>
    <w:rsid w:val="00255FB3"/>
    <w:rsid w:val="0029639D"/>
    <w:rsid w:val="00326F90"/>
    <w:rsid w:val="003333F4"/>
    <w:rsid w:val="00352EF2"/>
    <w:rsid w:val="004B6334"/>
    <w:rsid w:val="00730128"/>
    <w:rsid w:val="00943E5C"/>
    <w:rsid w:val="00AA1D8D"/>
    <w:rsid w:val="00AB3EFA"/>
    <w:rsid w:val="00B47730"/>
    <w:rsid w:val="00C20B6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1CB2D"/>
  <w14:defaultImageDpi w14:val="300"/>
  <w15:docId w15:val="{452578F4-2B48-4CFA-8B46-FF329A4F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OpenAI</dc:creator>
  <cp:keywords/>
  <dc:description>generated by python-docx</dc:description>
  <cp:lastModifiedBy>Hai Anggun</cp:lastModifiedBy>
  <cp:revision>4</cp:revision>
  <dcterms:created xsi:type="dcterms:W3CDTF">2013-12-23T23:15:00Z</dcterms:created>
  <dcterms:modified xsi:type="dcterms:W3CDTF">2026-06-14T07:08:00Z</dcterms:modified>
  <cp:category/>
</cp:coreProperties>
</file>