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6816" w14:textId="77777777" w:rsidR="0087251B" w:rsidRDefault="00000000">
      <w:pPr>
        <w:spacing w:after="40"/>
        <w:jc w:val="center"/>
      </w:pPr>
      <w:r>
        <w:rPr>
          <w:b/>
          <w:sz w:val="26"/>
        </w:rPr>
        <w:t>SOAL UJIAN AKHIR SEMESTER (UAS)</w:t>
      </w:r>
    </w:p>
    <w:p w14:paraId="38E2FE8A" w14:textId="1D0B7C69" w:rsidR="0087251B" w:rsidRDefault="00000000">
      <w:pPr>
        <w:spacing w:after="0"/>
        <w:jc w:val="center"/>
      </w:pPr>
      <w:r>
        <w:rPr>
          <w:b/>
        </w:rPr>
        <w:t xml:space="preserve">Mata Kuliah: </w:t>
      </w:r>
      <w:r w:rsidR="00554501">
        <w:rPr>
          <w:b/>
        </w:rPr>
        <w:t>Interaction and Communication Technology</w:t>
      </w:r>
    </w:p>
    <w:p w14:paraId="774BD935" w14:textId="77777777" w:rsidR="0087251B" w:rsidRDefault="00000000">
      <w:pPr>
        <w:spacing w:after="120"/>
        <w:jc w:val="center"/>
      </w:pPr>
      <w:r>
        <w:t>Program Studi: Hukum Ekonomi Syariah</w:t>
      </w:r>
    </w:p>
    <w:p w14:paraId="485E7584" w14:textId="77777777" w:rsidR="002F6EBB" w:rsidRDefault="002F6EBB">
      <w:pPr>
        <w:spacing w:after="120"/>
        <w:jc w:val="center"/>
      </w:pPr>
    </w:p>
    <w:tbl>
      <w:tblPr>
        <w:tblW w:w="10512" w:type="dxa"/>
        <w:tblLayout w:type="fixed"/>
        <w:tblLook w:val="04A0" w:firstRow="1" w:lastRow="0" w:firstColumn="1" w:lastColumn="0" w:noHBand="0" w:noVBand="1"/>
      </w:tblPr>
      <w:tblGrid>
        <w:gridCol w:w="1440"/>
        <w:gridCol w:w="3816"/>
        <w:gridCol w:w="1440"/>
        <w:gridCol w:w="3816"/>
      </w:tblGrid>
      <w:tr w:rsidR="0087251B" w14:paraId="1DF5B47E" w14:textId="77777777" w:rsidTr="002F6EBB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D8C7BB" w14:textId="77777777" w:rsidR="0087251B" w:rsidRDefault="00000000">
            <w:pPr>
              <w:spacing w:after="0"/>
            </w:pPr>
            <w:r>
              <w:rPr>
                <w:sz w:val="21"/>
              </w:rPr>
              <w:t>Nama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7325FB" w14:textId="77777777" w:rsidR="0087251B" w:rsidRDefault="00000000">
            <w:pPr>
              <w:spacing w:after="0"/>
            </w:pPr>
            <w:r>
              <w:rPr>
                <w:sz w:val="21"/>
              </w:rPr>
              <w:t>: ........................................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284C7E1" w14:textId="77777777" w:rsidR="0087251B" w:rsidRDefault="00000000">
            <w:pPr>
              <w:spacing w:after="0"/>
            </w:pPr>
            <w:r>
              <w:rPr>
                <w:sz w:val="21"/>
              </w:rPr>
              <w:t>NIM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AF4D754" w14:textId="77777777" w:rsidR="0087251B" w:rsidRDefault="00000000">
            <w:pPr>
              <w:spacing w:after="0"/>
            </w:pPr>
            <w:r>
              <w:rPr>
                <w:sz w:val="21"/>
              </w:rPr>
              <w:t>: ........................................</w:t>
            </w:r>
          </w:p>
        </w:tc>
      </w:tr>
      <w:tr w:rsidR="0087251B" w14:paraId="5EB91BD1" w14:textId="77777777" w:rsidTr="002F6EBB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1A0CBA" w14:textId="77777777" w:rsidR="0087251B" w:rsidRDefault="00000000">
            <w:pPr>
              <w:spacing w:after="0"/>
            </w:pPr>
            <w:r>
              <w:rPr>
                <w:sz w:val="21"/>
              </w:rPr>
              <w:t>Kelas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673C4C" w14:textId="77777777" w:rsidR="0087251B" w:rsidRDefault="00000000">
            <w:pPr>
              <w:spacing w:after="0"/>
            </w:pPr>
            <w:r>
              <w:rPr>
                <w:sz w:val="21"/>
              </w:rPr>
              <w:t>: ........................................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810BD8" w14:textId="77777777" w:rsidR="0087251B" w:rsidRDefault="00000000">
            <w:pPr>
              <w:spacing w:after="0"/>
            </w:pPr>
            <w:r>
              <w:rPr>
                <w:sz w:val="21"/>
              </w:rPr>
              <w:t>Waktu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B04E50" w14:textId="77777777" w:rsidR="0087251B" w:rsidRDefault="00000000">
            <w:pPr>
              <w:spacing w:after="0"/>
            </w:pPr>
            <w:r>
              <w:rPr>
                <w:sz w:val="21"/>
              </w:rPr>
              <w:t>: 100 menit</w:t>
            </w:r>
          </w:p>
        </w:tc>
      </w:tr>
      <w:tr w:rsidR="0087251B" w14:paraId="2AF8FE15" w14:textId="77777777" w:rsidTr="002F6EBB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6D0913" w14:textId="77777777" w:rsidR="0087251B" w:rsidRDefault="00000000">
            <w:pPr>
              <w:spacing w:after="0"/>
            </w:pPr>
            <w:r>
              <w:rPr>
                <w:sz w:val="21"/>
              </w:rPr>
              <w:t>Tanggal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020A2D" w14:textId="77777777" w:rsidR="0087251B" w:rsidRDefault="00000000">
            <w:pPr>
              <w:spacing w:after="0"/>
            </w:pPr>
            <w:r>
              <w:rPr>
                <w:sz w:val="21"/>
              </w:rPr>
              <w:t>: ........................................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4D25F5" w14:textId="77777777" w:rsidR="0087251B" w:rsidRDefault="00000000">
            <w:pPr>
              <w:spacing w:after="0"/>
            </w:pPr>
            <w:r>
              <w:rPr>
                <w:sz w:val="21"/>
              </w:rPr>
              <w:t>Sifat Ujian</w:t>
            </w: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B5F807" w14:textId="77777777" w:rsidR="0087251B" w:rsidRDefault="00000000">
            <w:pPr>
              <w:spacing w:after="0"/>
            </w:pPr>
            <w:r>
              <w:rPr>
                <w:sz w:val="21"/>
              </w:rPr>
              <w:t>: Tertulis</w:t>
            </w:r>
          </w:p>
        </w:tc>
      </w:tr>
    </w:tbl>
    <w:p w14:paraId="0537C09A" w14:textId="77777777" w:rsidR="00324504" w:rsidRDefault="00324504">
      <w:pPr>
        <w:spacing w:before="120" w:after="40"/>
        <w:rPr>
          <w:b/>
        </w:rPr>
      </w:pPr>
    </w:p>
    <w:p w14:paraId="2D3847CB" w14:textId="4F4AD770" w:rsidR="0087251B" w:rsidRDefault="00000000">
      <w:pPr>
        <w:spacing w:before="120" w:after="40"/>
      </w:pPr>
      <w:proofErr w:type="spellStart"/>
      <w:r>
        <w:rPr>
          <w:b/>
        </w:rPr>
        <w:t>Petunjuk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Pengerjaan</w:t>
      </w:r>
      <w:proofErr w:type="spellEnd"/>
      <w:r>
        <w:rPr>
          <w:b/>
        </w:rPr>
        <w:t>:</w:t>
      </w:r>
    </w:p>
    <w:p w14:paraId="6326FA41" w14:textId="77777777" w:rsidR="0087251B" w:rsidRDefault="00000000" w:rsidP="00554501">
      <w:pPr>
        <w:spacing w:after="100" w:line="276" w:lineRule="auto"/>
        <w:jc w:val="both"/>
      </w:pPr>
      <w:r>
        <w:t>Jawablah seluruh soal dengan jelas, runtut, dan menggunakan bahasa sendiri. Berikan contoh yang relevan dengan kehidupan sehari-hari, kegiatan akademik, atau bidang Hukum Ekonomi Syariah.</w:t>
      </w:r>
    </w:p>
    <w:p w14:paraId="626AE2D0" w14:textId="77777777" w:rsidR="00BC2E1E" w:rsidRPr="00BC2E1E" w:rsidRDefault="00000000" w:rsidP="00554501">
      <w:pPr>
        <w:pStyle w:val="ListParagraph"/>
        <w:numPr>
          <w:ilvl w:val="0"/>
          <w:numId w:val="10"/>
        </w:numPr>
        <w:spacing w:before="60" w:after="40" w:line="276" w:lineRule="auto"/>
        <w:ind w:left="426"/>
        <w:jc w:val="both"/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data dan informasi. Berikan contoh bagaimana data sederhana dapat diolah menjadi informasi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Hukum Ekonomi Syariah.</w:t>
      </w:r>
      <w:r w:rsidR="00BC2E1E">
        <w:t xml:space="preserve"> </w:t>
      </w:r>
      <w:r w:rsidRPr="00BC2E1E">
        <w:rPr>
          <w:i/>
          <w:sz w:val="21"/>
        </w:rPr>
        <w:t>(CPL: 2 dan 3)</w:t>
      </w:r>
    </w:p>
    <w:p w14:paraId="3FDBD869" w14:textId="77777777" w:rsidR="00BC2E1E" w:rsidRPr="00BC2E1E" w:rsidRDefault="00BC2E1E" w:rsidP="00554501">
      <w:pPr>
        <w:pStyle w:val="ListParagraph"/>
        <w:numPr>
          <w:ilvl w:val="0"/>
          <w:numId w:val="10"/>
        </w:numPr>
        <w:spacing w:before="60" w:after="40" w:line="276" w:lineRule="auto"/>
        <w:ind w:left="426"/>
        <w:jc w:val="both"/>
      </w:pPr>
      <w:proofErr w:type="spellStart"/>
      <w:r w:rsidRPr="00BC2E1E">
        <w:t>Digitalisasi</w:t>
      </w:r>
      <w:proofErr w:type="spellEnd"/>
      <w:r w:rsidRPr="00BC2E1E">
        <w:t xml:space="preserve"> </w:t>
      </w:r>
      <w:proofErr w:type="spellStart"/>
      <w:r w:rsidRPr="00BC2E1E">
        <w:t>dapat</w:t>
      </w:r>
      <w:proofErr w:type="spellEnd"/>
      <w:r w:rsidRPr="00BC2E1E">
        <w:t xml:space="preserve"> </w:t>
      </w:r>
      <w:proofErr w:type="spellStart"/>
      <w:r w:rsidRPr="00BC2E1E">
        <w:t>meningkatkan</w:t>
      </w:r>
      <w:proofErr w:type="spellEnd"/>
      <w:r w:rsidRPr="00BC2E1E">
        <w:t xml:space="preserve"> </w:t>
      </w:r>
      <w:proofErr w:type="spellStart"/>
      <w:r w:rsidRPr="00BC2E1E">
        <w:t>efisiensi</w:t>
      </w:r>
      <w:proofErr w:type="spellEnd"/>
      <w:r w:rsidRPr="00BC2E1E">
        <w:t xml:space="preserve">, </w:t>
      </w:r>
      <w:proofErr w:type="spellStart"/>
      <w:r w:rsidRPr="00BC2E1E">
        <w:t>tetapi</w:t>
      </w:r>
      <w:proofErr w:type="spellEnd"/>
      <w:r w:rsidRPr="00BC2E1E">
        <w:t xml:space="preserve"> juga </w:t>
      </w:r>
      <w:proofErr w:type="spellStart"/>
      <w:r w:rsidRPr="00BC2E1E">
        <w:t>dapat</w:t>
      </w:r>
      <w:proofErr w:type="spellEnd"/>
      <w:r w:rsidRPr="00BC2E1E">
        <w:t xml:space="preserve"> </w:t>
      </w:r>
      <w:proofErr w:type="spellStart"/>
      <w:r w:rsidRPr="00BC2E1E">
        <w:t>menimbulkan</w:t>
      </w:r>
      <w:proofErr w:type="spellEnd"/>
      <w:r w:rsidRPr="00BC2E1E">
        <w:t xml:space="preserve"> </w:t>
      </w:r>
      <w:proofErr w:type="spellStart"/>
      <w:r w:rsidRPr="00BC2E1E">
        <w:t>persoalan</w:t>
      </w:r>
      <w:proofErr w:type="spellEnd"/>
      <w:r w:rsidRPr="00BC2E1E">
        <w:t xml:space="preserve"> </w:t>
      </w:r>
      <w:proofErr w:type="spellStart"/>
      <w:r w:rsidRPr="00BC2E1E">
        <w:t>baru</w:t>
      </w:r>
      <w:proofErr w:type="spellEnd"/>
      <w:r w:rsidRPr="00BC2E1E">
        <w:t xml:space="preserve"> </w:t>
      </w:r>
      <w:proofErr w:type="spellStart"/>
      <w:r w:rsidRPr="00BC2E1E">
        <w:t>seperti</w:t>
      </w:r>
      <w:proofErr w:type="spellEnd"/>
      <w:r w:rsidRPr="00BC2E1E">
        <w:t xml:space="preserve"> </w:t>
      </w:r>
      <w:proofErr w:type="spellStart"/>
      <w:r w:rsidRPr="00BC2E1E">
        <w:t>ketergantungan</w:t>
      </w:r>
      <w:proofErr w:type="spellEnd"/>
      <w:r w:rsidRPr="00BC2E1E">
        <w:t xml:space="preserve"> </w:t>
      </w:r>
      <w:proofErr w:type="spellStart"/>
      <w:r w:rsidRPr="00BC2E1E">
        <w:t>teknologi</w:t>
      </w:r>
      <w:proofErr w:type="spellEnd"/>
      <w:r w:rsidRPr="00BC2E1E">
        <w:t xml:space="preserve">, </w:t>
      </w:r>
      <w:proofErr w:type="spellStart"/>
      <w:r w:rsidRPr="00BC2E1E">
        <w:t>perubahan</w:t>
      </w:r>
      <w:proofErr w:type="spellEnd"/>
      <w:r w:rsidRPr="00BC2E1E">
        <w:t xml:space="preserve"> </w:t>
      </w:r>
      <w:proofErr w:type="spellStart"/>
      <w:r w:rsidRPr="00BC2E1E">
        <w:t>pola</w:t>
      </w:r>
      <w:proofErr w:type="spellEnd"/>
      <w:r w:rsidRPr="00BC2E1E">
        <w:t xml:space="preserve"> </w:t>
      </w:r>
      <w:proofErr w:type="spellStart"/>
      <w:r w:rsidRPr="00BC2E1E">
        <w:t>kerja</w:t>
      </w:r>
      <w:proofErr w:type="spellEnd"/>
      <w:r w:rsidRPr="00BC2E1E">
        <w:t xml:space="preserve">, </w:t>
      </w:r>
      <w:proofErr w:type="spellStart"/>
      <w:r w:rsidRPr="00BC2E1E">
        <w:t>kesalahan</w:t>
      </w:r>
      <w:proofErr w:type="spellEnd"/>
      <w:r w:rsidRPr="00BC2E1E">
        <w:t xml:space="preserve"> </w:t>
      </w:r>
      <w:proofErr w:type="spellStart"/>
      <w:r w:rsidRPr="00BC2E1E">
        <w:t>sistem</w:t>
      </w:r>
      <w:proofErr w:type="spellEnd"/>
      <w:r w:rsidRPr="00BC2E1E">
        <w:t xml:space="preserve">, dan </w:t>
      </w:r>
      <w:proofErr w:type="spellStart"/>
      <w:r w:rsidRPr="00BC2E1E">
        <w:t>risiko</w:t>
      </w:r>
      <w:proofErr w:type="spellEnd"/>
      <w:r w:rsidRPr="00BC2E1E">
        <w:t xml:space="preserve"> </w:t>
      </w:r>
      <w:proofErr w:type="spellStart"/>
      <w:r w:rsidRPr="00BC2E1E">
        <w:t>penyalahgunaan</w:t>
      </w:r>
      <w:proofErr w:type="spellEnd"/>
      <w:r w:rsidRPr="00BC2E1E">
        <w:t xml:space="preserve"> data. </w:t>
      </w:r>
      <w:proofErr w:type="spellStart"/>
      <w:r w:rsidRPr="00BC2E1E">
        <w:t>Analisislah</w:t>
      </w:r>
      <w:proofErr w:type="spellEnd"/>
      <w:r w:rsidRPr="00BC2E1E">
        <w:t xml:space="preserve"> </w:t>
      </w:r>
      <w:proofErr w:type="spellStart"/>
      <w:r w:rsidRPr="00BC2E1E">
        <w:t>dampak</w:t>
      </w:r>
      <w:proofErr w:type="spellEnd"/>
      <w:r w:rsidRPr="00BC2E1E">
        <w:t xml:space="preserve"> </w:t>
      </w:r>
      <w:proofErr w:type="spellStart"/>
      <w:r w:rsidRPr="00BC2E1E">
        <w:t>positif</w:t>
      </w:r>
      <w:proofErr w:type="spellEnd"/>
      <w:r w:rsidRPr="00BC2E1E">
        <w:t xml:space="preserve"> dan </w:t>
      </w:r>
      <w:proofErr w:type="spellStart"/>
      <w:r w:rsidRPr="00BC2E1E">
        <w:t>negatif</w:t>
      </w:r>
      <w:proofErr w:type="spellEnd"/>
      <w:r w:rsidRPr="00BC2E1E">
        <w:t xml:space="preserve"> </w:t>
      </w:r>
      <w:proofErr w:type="spellStart"/>
      <w:r w:rsidRPr="00BC2E1E">
        <w:t>digitalisasi</w:t>
      </w:r>
      <w:proofErr w:type="spellEnd"/>
      <w:r w:rsidRPr="00BC2E1E">
        <w:t xml:space="preserve"> </w:t>
      </w:r>
      <w:proofErr w:type="spellStart"/>
      <w:r w:rsidRPr="00BC2E1E">
        <w:t>dalam</w:t>
      </w:r>
      <w:proofErr w:type="spellEnd"/>
      <w:r w:rsidRPr="00BC2E1E">
        <w:t xml:space="preserve"> salah </w:t>
      </w:r>
      <w:proofErr w:type="spellStart"/>
      <w:r w:rsidRPr="00BC2E1E">
        <w:t>satu</w:t>
      </w:r>
      <w:proofErr w:type="spellEnd"/>
      <w:r w:rsidRPr="00BC2E1E">
        <w:t xml:space="preserve"> </w:t>
      </w:r>
      <w:proofErr w:type="spellStart"/>
      <w:r w:rsidRPr="00BC2E1E">
        <w:t>konteks</w:t>
      </w:r>
      <w:proofErr w:type="spellEnd"/>
      <w:r w:rsidRPr="00BC2E1E">
        <w:t xml:space="preserve"> </w:t>
      </w:r>
      <w:proofErr w:type="spellStart"/>
      <w:r w:rsidRPr="00BC2E1E">
        <w:t>berikut</w:t>
      </w:r>
      <w:proofErr w:type="spellEnd"/>
      <w:r w:rsidRPr="00BC2E1E">
        <w:t xml:space="preserve">: </w:t>
      </w:r>
      <w:proofErr w:type="spellStart"/>
      <w:r w:rsidRPr="00BC2E1E">
        <w:t>pendidikan</w:t>
      </w:r>
      <w:proofErr w:type="spellEnd"/>
      <w:r w:rsidRPr="00BC2E1E">
        <w:t xml:space="preserve">, </w:t>
      </w:r>
      <w:proofErr w:type="spellStart"/>
      <w:r w:rsidRPr="00BC2E1E">
        <w:t>pelayanan</w:t>
      </w:r>
      <w:proofErr w:type="spellEnd"/>
      <w:r w:rsidRPr="00BC2E1E">
        <w:t xml:space="preserve"> </w:t>
      </w:r>
      <w:proofErr w:type="spellStart"/>
      <w:r w:rsidRPr="00BC2E1E">
        <w:t>publik</w:t>
      </w:r>
      <w:proofErr w:type="spellEnd"/>
      <w:r w:rsidRPr="00BC2E1E">
        <w:t xml:space="preserve">, </w:t>
      </w:r>
      <w:proofErr w:type="spellStart"/>
      <w:r w:rsidRPr="00BC2E1E">
        <w:t>atau</w:t>
      </w:r>
      <w:proofErr w:type="spellEnd"/>
      <w:r w:rsidRPr="00BC2E1E">
        <w:t xml:space="preserve"> </w:t>
      </w:r>
      <w:proofErr w:type="spellStart"/>
      <w:r w:rsidRPr="00BC2E1E">
        <w:t>transaksi</w:t>
      </w:r>
      <w:proofErr w:type="spellEnd"/>
      <w:r w:rsidRPr="00BC2E1E">
        <w:t xml:space="preserve"> </w:t>
      </w:r>
      <w:proofErr w:type="spellStart"/>
      <w:r w:rsidRPr="00BC2E1E">
        <w:t>ekonomi</w:t>
      </w:r>
      <w:proofErr w:type="spellEnd"/>
      <w:r w:rsidRPr="00BC2E1E">
        <w:t xml:space="preserve"> syariah. </w:t>
      </w:r>
      <w:proofErr w:type="spellStart"/>
      <w:r w:rsidRPr="00BC2E1E">
        <w:t>Berikan</w:t>
      </w:r>
      <w:proofErr w:type="spellEnd"/>
      <w:r w:rsidRPr="00BC2E1E">
        <w:t xml:space="preserve"> </w:t>
      </w:r>
      <w:proofErr w:type="spellStart"/>
      <w:r w:rsidRPr="00BC2E1E">
        <w:t>contoh</w:t>
      </w:r>
      <w:proofErr w:type="spellEnd"/>
      <w:r w:rsidRPr="00BC2E1E">
        <w:t xml:space="preserve"> dan </w:t>
      </w:r>
      <w:proofErr w:type="spellStart"/>
      <w:r w:rsidRPr="00BC2E1E">
        <w:t>solusi</w:t>
      </w:r>
      <w:proofErr w:type="spellEnd"/>
      <w:r w:rsidRPr="00BC2E1E">
        <w:t xml:space="preserve"> agar </w:t>
      </w:r>
      <w:proofErr w:type="spellStart"/>
      <w:r w:rsidRPr="00BC2E1E">
        <w:t>digitalisasi</w:t>
      </w:r>
      <w:proofErr w:type="spellEnd"/>
      <w:r w:rsidRPr="00BC2E1E">
        <w:t xml:space="preserve"> </w:t>
      </w:r>
      <w:proofErr w:type="spellStart"/>
      <w:r w:rsidRPr="00BC2E1E">
        <w:t>tetap</w:t>
      </w:r>
      <w:proofErr w:type="spellEnd"/>
      <w:r w:rsidRPr="00BC2E1E">
        <w:t xml:space="preserve"> </w:t>
      </w:r>
      <w:proofErr w:type="spellStart"/>
      <w:r w:rsidRPr="00BC2E1E">
        <w:t>digunakan</w:t>
      </w:r>
      <w:proofErr w:type="spellEnd"/>
      <w:r w:rsidRPr="00BC2E1E">
        <w:t xml:space="preserve"> </w:t>
      </w:r>
      <w:proofErr w:type="spellStart"/>
      <w:r w:rsidRPr="00BC2E1E">
        <w:t>secara</w:t>
      </w:r>
      <w:proofErr w:type="spellEnd"/>
      <w:r w:rsidRPr="00BC2E1E">
        <w:t xml:space="preserve"> </w:t>
      </w:r>
      <w:proofErr w:type="spellStart"/>
      <w:r w:rsidRPr="00BC2E1E">
        <w:t>bijak</w:t>
      </w:r>
      <w:proofErr w:type="spellEnd"/>
      <w:r w:rsidRPr="00BC2E1E">
        <w:t>.</w:t>
      </w:r>
      <w:r w:rsidRPr="00BC2E1E">
        <w:t xml:space="preserve"> </w:t>
      </w:r>
      <w:r>
        <w:t xml:space="preserve"> </w:t>
      </w:r>
      <w:r w:rsidR="00000000" w:rsidRPr="00BC2E1E">
        <w:rPr>
          <w:i/>
          <w:sz w:val="21"/>
        </w:rPr>
        <w:t>(CPL: 1 dan 2)</w:t>
      </w:r>
    </w:p>
    <w:p w14:paraId="78D3DD3E" w14:textId="77777777" w:rsidR="00BC2E1E" w:rsidRPr="00BC2E1E" w:rsidRDefault="00BC2E1E" w:rsidP="00554501">
      <w:pPr>
        <w:pStyle w:val="ListParagraph"/>
        <w:numPr>
          <w:ilvl w:val="0"/>
          <w:numId w:val="10"/>
        </w:numPr>
        <w:spacing w:before="60" w:after="40" w:line="276" w:lineRule="auto"/>
        <w:ind w:left="426"/>
        <w:jc w:val="both"/>
      </w:pPr>
      <w:proofErr w:type="spellStart"/>
      <w:r w:rsidRPr="00BC2E1E">
        <w:t>Jelaskan</w:t>
      </w:r>
      <w:proofErr w:type="spellEnd"/>
      <w:r w:rsidRPr="00BC2E1E">
        <w:t xml:space="preserve"> </w:t>
      </w:r>
      <w:proofErr w:type="spellStart"/>
      <w:r w:rsidRPr="00BC2E1E">
        <w:t>pengertian</w:t>
      </w:r>
      <w:proofErr w:type="spellEnd"/>
      <w:r w:rsidRPr="00BC2E1E">
        <w:t xml:space="preserve"> Artificial Intelligence, Internet of Things, Big Data, dan Cloud Computing. </w:t>
      </w:r>
      <w:proofErr w:type="spellStart"/>
      <w:r w:rsidRPr="00BC2E1E">
        <w:t>Setelah</w:t>
      </w:r>
      <w:proofErr w:type="spellEnd"/>
      <w:r w:rsidRPr="00BC2E1E">
        <w:t xml:space="preserve"> </w:t>
      </w:r>
      <w:proofErr w:type="spellStart"/>
      <w:r w:rsidRPr="00BC2E1E">
        <w:t>itu</w:t>
      </w:r>
      <w:proofErr w:type="spellEnd"/>
      <w:r w:rsidRPr="00BC2E1E">
        <w:t xml:space="preserve">, </w:t>
      </w:r>
      <w:proofErr w:type="spellStart"/>
      <w:r w:rsidRPr="00BC2E1E">
        <w:t>pilih</w:t>
      </w:r>
      <w:proofErr w:type="spellEnd"/>
      <w:r w:rsidRPr="00BC2E1E">
        <w:t xml:space="preserve"> </w:t>
      </w:r>
      <w:proofErr w:type="spellStart"/>
      <w:r w:rsidRPr="00BC2E1E">
        <w:t>satu</w:t>
      </w:r>
      <w:proofErr w:type="spellEnd"/>
      <w:r w:rsidRPr="00BC2E1E">
        <w:t xml:space="preserve"> </w:t>
      </w:r>
      <w:proofErr w:type="spellStart"/>
      <w:r w:rsidRPr="00BC2E1E">
        <w:t>contoh</w:t>
      </w:r>
      <w:proofErr w:type="spellEnd"/>
      <w:r w:rsidRPr="00BC2E1E">
        <w:t xml:space="preserve"> </w:t>
      </w:r>
      <w:proofErr w:type="spellStart"/>
      <w:r w:rsidRPr="00BC2E1E">
        <w:t>kasus</w:t>
      </w:r>
      <w:proofErr w:type="spellEnd"/>
      <w:r w:rsidRPr="00BC2E1E">
        <w:t xml:space="preserve">, </w:t>
      </w:r>
      <w:proofErr w:type="spellStart"/>
      <w:r w:rsidRPr="00BC2E1E">
        <w:t>misalnya</w:t>
      </w:r>
      <w:proofErr w:type="spellEnd"/>
      <w:r w:rsidRPr="00BC2E1E">
        <w:t xml:space="preserve"> </w:t>
      </w:r>
      <w:proofErr w:type="spellStart"/>
      <w:r w:rsidRPr="00BC2E1E">
        <w:t>layanan</w:t>
      </w:r>
      <w:proofErr w:type="spellEnd"/>
      <w:r w:rsidRPr="00BC2E1E">
        <w:t xml:space="preserve"> fintech syariah, e-commerce, </w:t>
      </w:r>
      <w:proofErr w:type="spellStart"/>
      <w:r w:rsidRPr="00BC2E1E">
        <w:t>atau</w:t>
      </w:r>
      <w:proofErr w:type="spellEnd"/>
      <w:r w:rsidRPr="00BC2E1E">
        <w:t xml:space="preserve"> </w:t>
      </w:r>
      <w:proofErr w:type="spellStart"/>
      <w:r w:rsidRPr="00BC2E1E">
        <w:t>pelayanan</w:t>
      </w:r>
      <w:proofErr w:type="spellEnd"/>
      <w:r w:rsidRPr="00BC2E1E">
        <w:t xml:space="preserve"> </w:t>
      </w:r>
      <w:proofErr w:type="spellStart"/>
      <w:r w:rsidRPr="00BC2E1E">
        <w:t>akademik</w:t>
      </w:r>
      <w:proofErr w:type="spellEnd"/>
      <w:r w:rsidRPr="00BC2E1E">
        <w:t xml:space="preserve"> </w:t>
      </w:r>
      <w:proofErr w:type="spellStart"/>
      <w:r w:rsidRPr="00BC2E1E">
        <w:t>kampus</w:t>
      </w:r>
      <w:proofErr w:type="spellEnd"/>
      <w:r w:rsidRPr="00BC2E1E">
        <w:t xml:space="preserve">, </w:t>
      </w:r>
      <w:proofErr w:type="spellStart"/>
      <w:r w:rsidRPr="00BC2E1E">
        <w:t>lalu</w:t>
      </w:r>
      <w:proofErr w:type="spellEnd"/>
      <w:r w:rsidRPr="00BC2E1E">
        <w:t xml:space="preserve"> </w:t>
      </w:r>
      <w:proofErr w:type="spellStart"/>
      <w:r w:rsidRPr="00BC2E1E">
        <w:t>jelaskan</w:t>
      </w:r>
      <w:proofErr w:type="spellEnd"/>
      <w:r w:rsidRPr="00BC2E1E">
        <w:t xml:space="preserve"> </w:t>
      </w:r>
      <w:proofErr w:type="spellStart"/>
      <w:r w:rsidRPr="00BC2E1E">
        <w:t>bagaimana</w:t>
      </w:r>
      <w:proofErr w:type="spellEnd"/>
      <w:r w:rsidRPr="00BC2E1E">
        <w:t xml:space="preserve"> </w:t>
      </w:r>
      <w:proofErr w:type="spellStart"/>
      <w:r w:rsidRPr="00BC2E1E">
        <w:t>keempat</w:t>
      </w:r>
      <w:proofErr w:type="spellEnd"/>
      <w:r w:rsidRPr="00BC2E1E">
        <w:t xml:space="preserve"> </w:t>
      </w:r>
      <w:proofErr w:type="spellStart"/>
      <w:r w:rsidRPr="00BC2E1E">
        <w:t>teknologi</w:t>
      </w:r>
      <w:proofErr w:type="spellEnd"/>
      <w:r w:rsidRPr="00BC2E1E">
        <w:t xml:space="preserve"> </w:t>
      </w:r>
      <w:proofErr w:type="spellStart"/>
      <w:r w:rsidRPr="00BC2E1E">
        <w:t>tersebut</w:t>
      </w:r>
      <w:proofErr w:type="spellEnd"/>
      <w:r w:rsidRPr="00BC2E1E">
        <w:t xml:space="preserve"> </w:t>
      </w:r>
      <w:proofErr w:type="spellStart"/>
      <w:r w:rsidRPr="00BC2E1E">
        <w:t>dapat</w:t>
      </w:r>
      <w:proofErr w:type="spellEnd"/>
      <w:r w:rsidRPr="00BC2E1E">
        <w:t xml:space="preserve"> </w:t>
      </w:r>
      <w:proofErr w:type="spellStart"/>
      <w:r w:rsidRPr="00BC2E1E">
        <w:t>berperan</w:t>
      </w:r>
      <w:proofErr w:type="spellEnd"/>
      <w:r w:rsidRPr="00BC2E1E">
        <w:t xml:space="preserve"> </w:t>
      </w:r>
      <w:proofErr w:type="spellStart"/>
      <w:r w:rsidRPr="00BC2E1E">
        <w:t>dalam</w:t>
      </w:r>
      <w:proofErr w:type="spellEnd"/>
      <w:r w:rsidRPr="00BC2E1E">
        <w:t xml:space="preserve"> </w:t>
      </w:r>
      <w:proofErr w:type="spellStart"/>
      <w:r w:rsidRPr="00BC2E1E">
        <w:t>kasus</w:t>
      </w:r>
      <w:proofErr w:type="spellEnd"/>
      <w:r w:rsidRPr="00BC2E1E">
        <w:t xml:space="preserve"> </w:t>
      </w:r>
      <w:proofErr w:type="spellStart"/>
      <w:r w:rsidRPr="00BC2E1E">
        <w:t>tersebut</w:t>
      </w:r>
      <w:proofErr w:type="spellEnd"/>
      <w:r w:rsidRPr="00BC2E1E">
        <w:t>.</w:t>
      </w:r>
      <w:r w:rsidRPr="00BC2E1E">
        <w:t xml:space="preserve"> </w:t>
      </w:r>
      <w:r w:rsidR="00000000" w:rsidRPr="00BC2E1E">
        <w:rPr>
          <w:i/>
          <w:sz w:val="21"/>
        </w:rPr>
        <w:t>(CPL: 2)</w:t>
      </w:r>
    </w:p>
    <w:p w14:paraId="2689B298" w14:textId="77777777" w:rsidR="00554501" w:rsidRPr="00554501" w:rsidRDefault="00BC2E1E" w:rsidP="00554501">
      <w:pPr>
        <w:pStyle w:val="ListParagraph"/>
        <w:numPr>
          <w:ilvl w:val="0"/>
          <w:numId w:val="10"/>
        </w:numPr>
        <w:spacing w:before="60" w:after="40" w:line="276" w:lineRule="auto"/>
        <w:ind w:left="426"/>
        <w:jc w:val="both"/>
      </w:pPr>
      <w:proofErr w:type="spellStart"/>
      <w:r w:rsidRPr="00BC2E1E">
        <w:t>Penggunaan</w:t>
      </w:r>
      <w:proofErr w:type="spellEnd"/>
      <w:r w:rsidRPr="00BC2E1E">
        <w:t xml:space="preserve"> AI </w:t>
      </w:r>
      <w:proofErr w:type="spellStart"/>
      <w:r w:rsidRPr="00BC2E1E">
        <w:t>dalam</w:t>
      </w:r>
      <w:proofErr w:type="spellEnd"/>
      <w:r w:rsidRPr="00BC2E1E">
        <w:t xml:space="preserve"> </w:t>
      </w:r>
      <w:proofErr w:type="spellStart"/>
      <w:r w:rsidRPr="00BC2E1E">
        <w:t>pendidikan</w:t>
      </w:r>
      <w:proofErr w:type="spellEnd"/>
      <w:r w:rsidRPr="00BC2E1E">
        <w:t xml:space="preserve"> </w:t>
      </w:r>
      <w:proofErr w:type="spellStart"/>
      <w:r w:rsidRPr="00BC2E1E">
        <w:t>dapat</w:t>
      </w:r>
      <w:proofErr w:type="spellEnd"/>
      <w:r w:rsidRPr="00BC2E1E">
        <w:t xml:space="preserve"> </w:t>
      </w:r>
      <w:proofErr w:type="spellStart"/>
      <w:r w:rsidRPr="00BC2E1E">
        <w:t>membantu</w:t>
      </w:r>
      <w:proofErr w:type="spellEnd"/>
      <w:r w:rsidRPr="00BC2E1E">
        <w:t xml:space="preserve"> </w:t>
      </w:r>
      <w:proofErr w:type="spellStart"/>
      <w:r w:rsidRPr="00BC2E1E">
        <w:t>mahasiswa</w:t>
      </w:r>
      <w:proofErr w:type="spellEnd"/>
      <w:r w:rsidRPr="00BC2E1E">
        <w:t xml:space="preserve"> </w:t>
      </w:r>
      <w:proofErr w:type="spellStart"/>
      <w:r w:rsidRPr="00BC2E1E">
        <w:t>menyusun</w:t>
      </w:r>
      <w:proofErr w:type="spellEnd"/>
      <w:r w:rsidRPr="00BC2E1E">
        <w:t xml:space="preserve"> ide, </w:t>
      </w:r>
      <w:proofErr w:type="spellStart"/>
      <w:r w:rsidRPr="00BC2E1E">
        <w:t>mencari</w:t>
      </w:r>
      <w:proofErr w:type="spellEnd"/>
      <w:r w:rsidRPr="00BC2E1E">
        <w:t xml:space="preserve"> </w:t>
      </w:r>
      <w:proofErr w:type="spellStart"/>
      <w:r w:rsidRPr="00BC2E1E">
        <w:t>penjelasan</w:t>
      </w:r>
      <w:proofErr w:type="spellEnd"/>
      <w:r w:rsidRPr="00BC2E1E">
        <w:t xml:space="preserve">, </w:t>
      </w:r>
      <w:proofErr w:type="spellStart"/>
      <w:r w:rsidRPr="00BC2E1E">
        <w:t>merapikan</w:t>
      </w:r>
      <w:proofErr w:type="spellEnd"/>
      <w:r w:rsidRPr="00BC2E1E">
        <w:t xml:space="preserve"> </w:t>
      </w:r>
      <w:proofErr w:type="spellStart"/>
      <w:r w:rsidRPr="00BC2E1E">
        <w:t>bahasa</w:t>
      </w:r>
      <w:proofErr w:type="spellEnd"/>
      <w:r w:rsidRPr="00BC2E1E">
        <w:t xml:space="preserve">, dan </w:t>
      </w:r>
      <w:proofErr w:type="spellStart"/>
      <w:r w:rsidRPr="00BC2E1E">
        <w:t>meningkatkan</w:t>
      </w:r>
      <w:proofErr w:type="spellEnd"/>
      <w:r w:rsidRPr="00BC2E1E">
        <w:t xml:space="preserve"> </w:t>
      </w:r>
      <w:proofErr w:type="spellStart"/>
      <w:r w:rsidRPr="00BC2E1E">
        <w:t>produktivitas</w:t>
      </w:r>
      <w:proofErr w:type="spellEnd"/>
      <w:r w:rsidRPr="00BC2E1E">
        <w:t xml:space="preserve"> </w:t>
      </w:r>
      <w:proofErr w:type="spellStart"/>
      <w:r w:rsidRPr="00BC2E1E">
        <w:t>akademik</w:t>
      </w:r>
      <w:proofErr w:type="spellEnd"/>
      <w:r w:rsidRPr="00BC2E1E">
        <w:t xml:space="preserve">. </w:t>
      </w:r>
      <w:proofErr w:type="spellStart"/>
      <w:r w:rsidRPr="00BC2E1E">
        <w:t>Namun</w:t>
      </w:r>
      <w:proofErr w:type="spellEnd"/>
      <w:r w:rsidRPr="00BC2E1E">
        <w:t xml:space="preserve">, AI juga </w:t>
      </w:r>
      <w:proofErr w:type="spellStart"/>
      <w:r w:rsidRPr="00BC2E1E">
        <w:t>dapat</w:t>
      </w:r>
      <w:proofErr w:type="spellEnd"/>
      <w:r w:rsidRPr="00BC2E1E">
        <w:t xml:space="preserve"> </w:t>
      </w:r>
      <w:proofErr w:type="spellStart"/>
      <w:r w:rsidRPr="00BC2E1E">
        <w:t>mengurangi</w:t>
      </w:r>
      <w:proofErr w:type="spellEnd"/>
      <w:r w:rsidRPr="00BC2E1E">
        <w:t xml:space="preserve"> </w:t>
      </w:r>
      <w:proofErr w:type="spellStart"/>
      <w:r w:rsidRPr="00BC2E1E">
        <w:t>ketajaman</w:t>
      </w:r>
      <w:proofErr w:type="spellEnd"/>
      <w:r w:rsidRPr="00BC2E1E">
        <w:t xml:space="preserve"> </w:t>
      </w:r>
      <w:proofErr w:type="spellStart"/>
      <w:r w:rsidRPr="00BC2E1E">
        <w:t>berpikir</w:t>
      </w:r>
      <w:proofErr w:type="spellEnd"/>
      <w:r w:rsidRPr="00BC2E1E">
        <w:t xml:space="preserve"> </w:t>
      </w:r>
      <w:proofErr w:type="spellStart"/>
      <w:r w:rsidRPr="00BC2E1E">
        <w:t>jika</w:t>
      </w:r>
      <w:proofErr w:type="spellEnd"/>
      <w:r w:rsidRPr="00BC2E1E">
        <w:t xml:space="preserve"> </w:t>
      </w:r>
      <w:proofErr w:type="spellStart"/>
      <w:r w:rsidRPr="00BC2E1E">
        <w:t>digunakan</w:t>
      </w:r>
      <w:proofErr w:type="spellEnd"/>
      <w:r w:rsidRPr="00BC2E1E">
        <w:t xml:space="preserve"> </w:t>
      </w:r>
      <w:proofErr w:type="spellStart"/>
      <w:r w:rsidRPr="00BC2E1E">
        <w:t>secara</w:t>
      </w:r>
      <w:proofErr w:type="spellEnd"/>
      <w:r w:rsidRPr="00BC2E1E">
        <w:t xml:space="preserve"> </w:t>
      </w:r>
      <w:proofErr w:type="spellStart"/>
      <w:r w:rsidRPr="00BC2E1E">
        <w:t>berlebihan</w:t>
      </w:r>
      <w:proofErr w:type="spellEnd"/>
      <w:r w:rsidRPr="00BC2E1E">
        <w:t xml:space="preserve">. </w:t>
      </w:r>
      <w:proofErr w:type="spellStart"/>
      <w:r w:rsidRPr="00BC2E1E">
        <w:t>Menurut</w:t>
      </w:r>
      <w:proofErr w:type="spellEnd"/>
      <w:r w:rsidRPr="00BC2E1E">
        <w:t xml:space="preserve"> Anda, </w:t>
      </w:r>
      <w:proofErr w:type="spellStart"/>
      <w:r w:rsidRPr="00BC2E1E">
        <w:t>bagaimana</w:t>
      </w:r>
      <w:proofErr w:type="spellEnd"/>
      <w:r w:rsidRPr="00BC2E1E">
        <w:t xml:space="preserve"> batas </w:t>
      </w:r>
      <w:proofErr w:type="spellStart"/>
      <w:r w:rsidRPr="00BC2E1E">
        <w:t>penggunaan</w:t>
      </w:r>
      <w:proofErr w:type="spellEnd"/>
      <w:r w:rsidRPr="00BC2E1E">
        <w:t xml:space="preserve"> AI yang </w:t>
      </w:r>
      <w:proofErr w:type="spellStart"/>
      <w:r w:rsidRPr="00BC2E1E">
        <w:t>wajar</w:t>
      </w:r>
      <w:proofErr w:type="spellEnd"/>
      <w:r w:rsidRPr="00BC2E1E">
        <w:t xml:space="preserve"> </w:t>
      </w:r>
      <w:proofErr w:type="spellStart"/>
      <w:r w:rsidRPr="00BC2E1E">
        <w:t>dalam</w:t>
      </w:r>
      <w:proofErr w:type="spellEnd"/>
      <w:r w:rsidRPr="00BC2E1E">
        <w:t xml:space="preserve"> </w:t>
      </w:r>
      <w:proofErr w:type="spellStart"/>
      <w:r w:rsidRPr="00BC2E1E">
        <w:t>kegiatan</w:t>
      </w:r>
      <w:proofErr w:type="spellEnd"/>
      <w:r w:rsidRPr="00BC2E1E">
        <w:t xml:space="preserve"> </w:t>
      </w:r>
      <w:proofErr w:type="spellStart"/>
      <w:r w:rsidRPr="00BC2E1E">
        <w:t>akademik</w:t>
      </w:r>
      <w:proofErr w:type="spellEnd"/>
      <w:r w:rsidRPr="00BC2E1E">
        <w:t xml:space="preserve">? </w:t>
      </w:r>
      <w:proofErr w:type="spellStart"/>
      <w:r w:rsidRPr="00BC2E1E">
        <w:t>Jelaskan</w:t>
      </w:r>
      <w:proofErr w:type="spellEnd"/>
      <w:r w:rsidRPr="00BC2E1E">
        <w:t xml:space="preserve"> </w:t>
      </w:r>
      <w:proofErr w:type="spellStart"/>
      <w:r w:rsidRPr="00BC2E1E">
        <w:t>dengan</w:t>
      </w:r>
      <w:proofErr w:type="spellEnd"/>
      <w:r w:rsidRPr="00BC2E1E">
        <w:t xml:space="preserve"> </w:t>
      </w:r>
      <w:proofErr w:type="spellStart"/>
      <w:r w:rsidRPr="00BC2E1E">
        <w:t>memperhatikan</w:t>
      </w:r>
      <w:proofErr w:type="spellEnd"/>
      <w:r w:rsidRPr="00BC2E1E">
        <w:t xml:space="preserve"> </w:t>
      </w:r>
      <w:proofErr w:type="spellStart"/>
      <w:r w:rsidRPr="00BC2E1E">
        <w:t>manfaat</w:t>
      </w:r>
      <w:proofErr w:type="spellEnd"/>
      <w:r w:rsidRPr="00BC2E1E">
        <w:t xml:space="preserve">, </w:t>
      </w:r>
      <w:proofErr w:type="spellStart"/>
      <w:r w:rsidRPr="00BC2E1E">
        <w:t>risiko</w:t>
      </w:r>
      <w:proofErr w:type="spellEnd"/>
      <w:r w:rsidRPr="00BC2E1E">
        <w:t xml:space="preserve"> </w:t>
      </w:r>
      <w:proofErr w:type="spellStart"/>
      <w:r w:rsidRPr="00BC2E1E">
        <w:t>kesalahan</w:t>
      </w:r>
      <w:proofErr w:type="spellEnd"/>
      <w:r w:rsidRPr="00BC2E1E">
        <w:t xml:space="preserve"> AI, </w:t>
      </w:r>
      <w:proofErr w:type="spellStart"/>
      <w:r w:rsidRPr="00BC2E1E">
        <w:t>etika</w:t>
      </w:r>
      <w:proofErr w:type="spellEnd"/>
      <w:r w:rsidRPr="00BC2E1E">
        <w:t xml:space="preserve"> </w:t>
      </w:r>
      <w:proofErr w:type="spellStart"/>
      <w:r w:rsidRPr="00BC2E1E">
        <w:t>akademik</w:t>
      </w:r>
      <w:proofErr w:type="spellEnd"/>
      <w:r w:rsidRPr="00BC2E1E">
        <w:t xml:space="preserve">, dan </w:t>
      </w:r>
      <w:proofErr w:type="spellStart"/>
      <w:r w:rsidRPr="00BC2E1E">
        <w:t>cara</w:t>
      </w:r>
      <w:proofErr w:type="spellEnd"/>
      <w:r w:rsidRPr="00BC2E1E">
        <w:t xml:space="preserve"> </w:t>
      </w:r>
      <w:proofErr w:type="spellStart"/>
      <w:r w:rsidRPr="00BC2E1E">
        <w:t>menjaga</w:t>
      </w:r>
      <w:proofErr w:type="spellEnd"/>
      <w:r w:rsidRPr="00BC2E1E">
        <w:t xml:space="preserve"> </w:t>
      </w:r>
      <w:proofErr w:type="spellStart"/>
      <w:r w:rsidRPr="00BC2E1E">
        <w:t>kemampuan</w:t>
      </w:r>
      <w:proofErr w:type="spellEnd"/>
      <w:r w:rsidRPr="00BC2E1E">
        <w:t xml:space="preserve"> </w:t>
      </w:r>
      <w:proofErr w:type="spellStart"/>
      <w:r w:rsidRPr="00BC2E1E">
        <w:t>berpikir</w:t>
      </w:r>
      <w:proofErr w:type="spellEnd"/>
      <w:r w:rsidRPr="00BC2E1E">
        <w:t xml:space="preserve"> </w:t>
      </w:r>
      <w:proofErr w:type="spellStart"/>
      <w:r w:rsidRPr="00BC2E1E">
        <w:t>kritis</w:t>
      </w:r>
      <w:proofErr w:type="spellEnd"/>
      <w:r w:rsidRPr="00BC2E1E">
        <w:t xml:space="preserve"> </w:t>
      </w:r>
      <w:proofErr w:type="spellStart"/>
      <w:r w:rsidRPr="00BC2E1E">
        <w:t>mahasiswa</w:t>
      </w:r>
      <w:proofErr w:type="spellEnd"/>
      <w:r w:rsidRPr="00BC2E1E">
        <w:t>.</w:t>
      </w:r>
      <w:r w:rsidRPr="00BC2E1E">
        <w:t xml:space="preserve"> </w:t>
      </w:r>
      <w:r w:rsidR="00000000" w:rsidRPr="00BC2E1E">
        <w:rPr>
          <w:i/>
          <w:sz w:val="21"/>
        </w:rPr>
        <w:t>(CPL: 1, 3, dan 4)</w:t>
      </w:r>
    </w:p>
    <w:p w14:paraId="030FF9BC" w14:textId="48274B89" w:rsidR="0087251B" w:rsidRDefault="00554501" w:rsidP="00554501">
      <w:pPr>
        <w:pStyle w:val="ListParagraph"/>
        <w:numPr>
          <w:ilvl w:val="0"/>
          <w:numId w:val="10"/>
        </w:numPr>
        <w:spacing w:before="60" w:after="40" w:line="276" w:lineRule="auto"/>
        <w:ind w:left="426"/>
        <w:jc w:val="both"/>
      </w:pPr>
      <w:proofErr w:type="spellStart"/>
      <w:r w:rsidRPr="00554501">
        <w:t>Seorang</w:t>
      </w:r>
      <w:proofErr w:type="spellEnd"/>
      <w:r w:rsidRPr="00554501">
        <w:t xml:space="preserve"> </w:t>
      </w:r>
      <w:proofErr w:type="spellStart"/>
      <w:r w:rsidRPr="00554501">
        <w:t>mahasiswa</w:t>
      </w:r>
      <w:proofErr w:type="spellEnd"/>
      <w:r w:rsidRPr="00554501">
        <w:t xml:space="preserve"> </w:t>
      </w:r>
      <w:proofErr w:type="spellStart"/>
      <w:r w:rsidRPr="00554501">
        <w:t>ingin</w:t>
      </w:r>
      <w:proofErr w:type="spellEnd"/>
      <w:r w:rsidRPr="00554501">
        <w:t xml:space="preserve"> </w:t>
      </w:r>
      <w:proofErr w:type="spellStart"/>
      <w:r w:rsidRPr="00554501">
        <w:t>menulis</w:t>
      </w:r>
      <w:proofErr w:type="spellEnd"/>
      <w:r w:rsidRPr="00554501">
        <w:t xml:space="preserve"> </w:t>
      </w:r>
      <w:proofErr w:type="spellStart"/>
      <w:r w:rsidRPr="00554501">
        <w:t>makalah</w:t>
      </w:r>
      <w:proofErr w:type="spellEnd"/>
      <w:r w:rsidRPr="00554501">
        <w:t xml:space="preserve"> </w:t>
      </w:r>
      <w:proofErr w:type="spellStart"/>
      <w:r w:rsidRPr="00554501">
        <w:t>tentang</w:t>
      </w:r>
      <w:proofErr w:type="spellEnd"/>
      <w:r w:rsidRPr="00554501">
        <w:t xml:space="preserve"> “fintech syariah”. </w:t>
      </w:r>
      <w:proofErr w:type="spellStart"/>
      <w:r w:rsidRPr="00554501">
        <w:t>Jelaskan</w:t>
      </w:r>
      <w:proofErr w:type="spellEnd"/>
      <w:r w:rsidRPr="00554501">
        <w:t xml:space="preserve"> strategi </w:t>
      </w:r>
      <w:proofErr w:type="spellStart"/>
      <w:r w:rsidRPr="00554501">
        <w:t>mencari</w:t>
      </w:r>
      <w:proofErr w:type="spellEnd"/>
      <w:r w:rsidRPr="00554501">
        <w:t xml:space="preserve"> </w:t>
      </w:r>
      <w:proofErr w:type="spellStart"/>
      <w:r w:rsidRPr="00554501">
        <w:t>referensi</w:t>
      </w:r>
      <w:proofErr w:type="spellEnd"/>
      <w:r w:rsidRPr="00554501">
        <w:t xml:space="preserve"> </w:t>
      </w:r>
      <w:proofErr w:type="spellStart"/>
      <w:r w:rsidRPr="00554501">
        <w:t>ilmiah</w:t>
      </w:r>
      <w:proofErr w:type="spellEnd"/>
      <w:r w:rsidRPr="00554501">
        <w:t xml:space="preserve"> </w:t>
      </w:r>
      <w:proofErr w:type="spellStart"/>
      <w:r w:rsidRPr="00554501">
        <w:t>menggunakan</w:t>
      </w:r>
      <w:proofErr w:type="spellEnd"/>
      <w:r w:rsidRPr="00554501">
        <w:t xml:space="preserve"> Google Scholar. </w:t>
      </w:r>
      <w:proofErr w:type="spellStart"/>
      <w:r w:rsidRPr="00554501">
        <w:t>Dalam</w:t>
      </w:r>
      <w:proofErr w:type="spellEnd"/>
      <w:r w:rsidRPr="00554501">
        <w:t xml:space="preserve"> </w:t>
      </w:r>
      <w:proofErr w:type="spellStart"/>
      <w:r w:rsidRPr="00554501">
        <w:t>jawaban</w:t>
      </w:r>
      <w:proofErr w:type="spellEnd"/>
      <w:r w:rsidRPr="00554501">
        <w:t xml:space="preserve"> Anda, </w:t>
      </w:r>
      <w:proofErr w:type="spellStart"/>
      <w:r w:rsidRPr="00554501">
        <w:t>jelaskan</w:t>
      </w:r>
      <w:proofErr w:type="spellEnd"/>
      <w:r w:rsidRPr="00554501">
        <w:t xml:space="preserve"> kata </w:t>
      </w:r>
      <w:proofErr w:type="spellStart"/>
      <w:r w:rsidRPr="00554501">
        <w:t>kunci</w:t>
      </w:r>
      <w:proofErr w:type="spellEnd"/>
      <w:r w:rsidRPr="00554501">
        <w:t xml:space="preserve"> yang </w:t>
      </w:r>
      <w:proofErr w:type="spellStart"/>
      <w:r w:rsidRPr="00554501">
        <w:t>dapat</w:t>
      </w:r>
      <w:proofErr w:type="spellEnd"/>
      <w:r w:rsidRPr="00554501">
        <w:t xml:space="preserve"> </w:t>
      </w:r>
      <w:proofErr w:type="spellStart"/>
      <w:r w:rsidRPr="00554501">
        <w:t>digunakan</w:t>
      </w:r>
      <w:proofErr w:type="spellEnd"/>
      <w:r w:rsidRPr="00554501">
        <w:t xml:space="preserve">, </w:t>
      </w:r>
      <w:proofErr w:type="spellStart"/>
      <w:r w:rsidRPr="00554501">
        <w:t>cara</w:t>
      </w:r>
      <w:proofErr w:type="spellEnd"/>
      <w:r w:rsidRPr="00554501">
        <w:t xml:space="preserve"> </w:t>
      </w:r>
      <w:proofErr w:type="spellStart"/>
      <w:r w:rsidRPr="00554501">
        <w:t>menyaring</w:t>
      </w:r>
      <w:proofErr w:type="spellEnd"/>
      <w:r w:rsidRPr="00554501">
        <w:t xml:space="preserve"> </w:t>
      </w:r>
      <w:proofErr w:type="spellStart"/>
      <w:r w:rsidRPr="00554501">
        <w:t>hasil</w:t>
      </w:r>
      <w:proofErr w:type="spellEnd"/>
      <w:r w:rsidRPr="00554501">
        <w:t xml:space="preserve"> </w:t>
      </w:r>
      <w:proofErr w:type="spellStart"/>
      <w:r w:rsidRPr="00554501">
        <w:t>pencarian</w:t>
      </w:r>
      <w:proofErr w:type="spellEnd"/>
      <w:r w:rsidRPr="00554501">
        <w:t xml:space="preserve">, </w:t>
      </w:r>
      <w:proofErr w:type="spellStart"/>
      <w:r w:rsidRPr="00554501">
        <w:t>cara</w:t>
      </w:r>
      <w:proofErr w:type="spellEnd"/>
      <w:r w:rsidRPr="00554501">
        <w:t xml:space="preserve"> </w:t>
      </w:r>
      <w:proofErr w:type="spellStart"/>
      <w:r w:rsidRPr="00554501">
        <w:t>menilai</w:t>
      </w:r>
      <w:proofErr w:type="spellEnd"/>
      <w:r w:rsidRPr="00554501">
        <w:t xml:space="preserve"> </w:t>
      </w:r>
      <w:proofErr w:type="spellStart"/>
      <w:r w:rsidRPr="00554501">
        <w:t>kelayakan</w:t>
      </w:r>
      <w:proofErr w:type="spellEnd"/>
      <w:r w:rsidRPr="00554501">
        <w:t xml:space="preserve"> </w:t>
      </w:r>
      <w:proofErr w:type="spellStart"/>
      <w:r w:rsidRPr="00554501">
        <w:t>sumber</w:t>
      </w:r>
      <w:proofErr w:type="spellEnd"/>
      <w:r w:rsidRPr="00554501">
        <w:t xml:space="preserve">, dan </w:t>
      </w:r>
      <w:proofErr w:type="spellStart"/>
      <w:r w:rsidRPr="00554501">
        <w:t>alasan</w:t>
      </w:r>
      <w:proofErr w:type="spellEnd"/>
      <w:r w:rsidRPr="00554501">
        <w:t xml:space="preserve"> </w:t>
      </w:r>
      <w:proofErr w:type="spellStart"/>
      <w:r w:rsidRPr="00554501">
        <w:t>mengapa</w:t>
      </w:r>
      <w:proofErr w:type="spellEnd"/>
      <w:r w:rsidRPr="00554501">
        <w:t xml:space="preserve"> </w:t>
      </w:r>
      <w:proofErr w:type="spellStart"/>
      <w:r w:rsidRPr="00554501">
        <w:t>tidak</w:t>
      </w:r>
      <w:proofErr w:type="spellEnd"/>
      <w:r w:rsidRPr="00554501">
        <w:t xml:space="preserve"> </w:t>
      </w:r>
      <w:proofErr w:type="spellStart"/>
      <w:r w:rsidRPr="00554501">
        <w:t>semua</w:t>
      </w:r>
      <w:proofErr w:type="spellEnd"/>
      <w:r w:rsidRPr="00554501">
        <w:t xml:space="preserve"> </w:t>
      </w:r>
      <w:proofErr w:type="spellStart"/>
      <w:r w:rsidRPr="00554501">
        <w:t>hasil</w:t>
      </w:r>
      <w:proofErr w:type="spellEnd"/>
      <w:r w:rsidRPr="00554501">
        <w:t xml:space="preserve"> </w:t>
      </w:r>
      <w:proofErr w:type="spellStart"/>
      <w:r w:rsidRPr="00554501">
        <w:t>pencarian</w:t>
      </w:r>
      <w:proofErr w:type="spellEnd"/>
      <w:r w:rsidRPr="00554501">
        <w:t xml:space="preserve"> Google Scholar </w:t>
      </w:r>
      <w:proofErr w:type="spellStart"/>
      <w:r w:rsidRPr="00554501">
        <w:t>dapat</w:t>
      </w:r>
      <w:proofErr w:type="spellEnd"/>
      <w:r w:rsidRPr="00554501">
        <w:t xml:space="preserve"> </w:t>
      </w:r>
      <w:proofErr w:type="spellStart"/>
      <w:r w:rsidRPr="00554501">
        <w:t>langsung</w:t>
      </w:r>
      <w:proofErr w:type="spellEnd"/>
      <w:r w:rsidRPr="00554501">
        <w:t xml:space="preserve"> </w:t>
      </w:r>
      <w:proofErr w:type="spellStart"/>
      <w:r w:rsidRPr="00554501">
        <w:t>dijadikan</w:t>
      </w:r>
      <w:proofErr w:type="spellEnd"/>
      <w:r w:rsidRPr="00554501">
        <w:t xml:space="preserve"> </w:t>
      </w:r>
      <w:proofErr w:type="spellStart"/>
      <w:r w:rsidRPr="00554501">
        <w:t>referensi</w:t>
      </w:r>
      <w:proofErr w:type="spellEnd"/>
      <w:r w:rsidRPr="00554501">
        <w:t xml:space="preserve"> </w:t>
      </w:r>
      <w:proofErr w:type="spellStart"/>
      <w:r w:rsidRPr="00554501">
        <w:t>akademik</w:t>
      </w:r>
      <w:proofErr w:type="spellEnd"/>
      <w:r w:rsidRPr="00554501">
        <w:t>.</w:t>
      </w:r>
      <w:r w:rsidRPr="00554501">
        <w:t xml:space="preserve"> </w:t>
      </w:r>
      <w:r w:rsidR="00000000" w:rsidRPr="00554501">
        <w:rPr>
          <w:i/>
          <w:sz w:val="21"/>
        </w:rPr>
        <w:t>(CPL: 3 dan 4)</w:t>
      </w:r>
    </w:p>
    <w:p w14:paraId="16EC5ED1" w14:textId="16E71103" w:rsidR="0087251B" w:rsidRDefault="00000000" w:rsidP="00554501">
      <w:pPr>
        <w:pStyle w:val="ListParagraph"/>
        <w:numPr>
          <w:ilvl w:val="0"/>
          <w:numId w:val="10"/>
        </w:numPr>
        <w:spacing w:before="60" w:line="276" w:lineRule="auto"/>
        <w:ind w:left="426"/>
        <w:jc w:val="both"/>
      </w:pPr>
      <w:proofErr w:type="spellStart"/>
      <w:r>
        <w:t>Perhatikan</w:t>
      </w:r>
      <w:proofErr w:type="spellEnd"/>
      <w:r>
        <w:t xml:space="preserve"> data </w:t>
      </w:r>
      <w:proofErr w:type="spellStart"/>
      <w:r>
        <w:t>berikut</w:t>
      </w:r>
      <w:proofErr w:type="spellEnd"/>
      <w:r>
        <w:t>.</w:t>
      </w:r>
    </w:p>
    <w:tbl>
      <w:tblPr>
        <w:tblW w:w="9637" w:type="dxa"/>
        <w:tblInd w:w="476" w:type="dxa"/>
        <w:tblLayout w:type="fixed"/>
        <w:tblLook w:val="04A0" w:firstRow="1" w:lastRow="0" w:firstColumn="1" w:lastColumn="0" w:noHBand="0" w:noVBand="1"/>
      </w:tblPr>
      <w:tblGrid>
        <w:gridCol w:w="708"/>
        <w:gridCol w:w="3828"/>
        <w:gridCol w:w="1984"/>
        <w:gridCol w:w="1843"/>
        <w:gridCol w:w="1274"/>
      </w:tblGrid>
      <w:tr w:rsidR="0087251B" w14:paraId="20650A90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4FE3047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b/>
                <w:sz w:val="19"/>
              </w:rPr>
              <w:t>No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8ECEB0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b/>
                <w:sz w:val="19"/>
              </w:rPr>
              <w:t>Kata Kunci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9C06EF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b/>
                <w:sz w:val="19"/>
              </w:rPr>
              <w:t>Jumlah Hasil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C2E63A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b/>
                <w:sz w:val="19"/>
              </w:rPr>
              <w:t>Kategori Isu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070C05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b/>
                <w:sz w:val="19"/>
              </w:rPr>
              <w:t>Jenis Isu</w:t>
            </w:r>
          </w:p>
        </w:tc>
      </w:tr>
      <w:tr w:rsidR="0087251B" w14:paraId="012CF0C0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F52FB9F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1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D8BDD47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fintech syariah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9B4B074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12300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3E22CCE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Keuangan digital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6DDAC70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Ekonomi</w:t>
            </w:r>
          </w:p>
        </w:tc>
      </w:tr>
      <w:tr w:rsidR="0087251B" w14:paraId="110A6121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41CA1BC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97574AD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QRIS syariah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A09EBD9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7800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9A9C1A5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Keuangan digital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0769A4D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Teknologi</w:t>
            </w:r>
          </w:p>
        </w:tc>
      </w:tr>
      <w:tr w:rsidR="0087251B" w14:paraId="28EEB096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63CEADB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A0AB26A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e-commerce hukum Islam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076B8B11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8700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3C2B6B6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Transaksi digital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FE82C0D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Hukum</w:t>
            </w:r>
          </w:p>
        </w:tc>
      </w:tr>
      <w:tr w:rsidR="0087251B" w14:paraId="46F96CE2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7F9375E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ECDF8EC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akad jual beli online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ED36588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5200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EEAC62F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Transaksi digital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FC1C041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Hukum</w:t>
            </w:r>
          </w:p>
        </w:tc>
      </w:tr>
      <w:tr w:rsidR="0087251B" w14:paraId="5A13C1A7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9D2E9E6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B64078D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pinjaman online syariah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278294C0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3600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57914C23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Pembiayaan digital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7C22B201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Ekonomi</w:t>
            </w:r>
          </w:p>
        </w:tc>
      </w:tr>
      <w:tr w:rsidR="0087251B" w14:paraId="4B6BD7BE" w14:textId="77777777" w:rsidTr="00324504"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42F91615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3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8D10B7A" w14:textId="77777777" w:rsidR="0087251B" w:rsidRDefault="00000000" w:rsidP="00554501">
            <w:pPr>
              <w:spacing w:after="0" w:line="276" w:lineRule="auto"/>
            </w:pPr>
            <w:r>
              <w:rPr>
                <w:sz w:val="19"/>
              </w:rPr>
              <w:t>perlindungan konsumen digital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36B23E15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4100</w:t>
            </w: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6F0481A5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Hukum konsumen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5" w:type="dxa"/>
              <w:left w:w="50" w:type="dxa"/>
              <w:bottom w:w="45" w:type="dxa"/>
              <w:right w:w="50" w:type="dxa"/>
            </w:tcMar>
            <w:vAlign w:val="center"/>
          </w:tcPr>
          <w:p w14:paraId="1AEE84DD" w14:textId="77777777" w:rsidR="0087251B" w:rsidRDefault="00000000" w:rsidP="00554501">
            <w:pPr>
              <w:spacing w:after="0" w:line="276" w:lineRule="auto"/>
              <w:jc w:val="center"/>
            </w:pPr>
            <w:r>
              <w:rPr>
                <w:sz w:val="19"/>
              </w:rPr>
              <w:t>Hukum</w:t>
            </w:r>
          </w:p>
        </w:tc>
      </w:tr>
    </w:tbl>
    <w:p w14:paraId="03407C7A" w14:textId="77777777" w:rsidR="0087251B" w:rsidRDefault="00000000" w:rsidP="00554501">
      <w:pPr>
        <w:spacing w:before="80" w:after="40" w:line="276" w:lineRule="auto"/>
        <w:ind w:left="426"/>
        <w:jc w:val="both"/>
      </w:pPr>
      <w:proofErr w:type="spellStart"/>
      <w:r>
        <w:t>Berdasarkan</w:t>
      </w:r>
      <w:proofErr w:type="spellEnd"/>
      <w:r>
        <w:t xml:space="preserve"> data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jawablah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2F7DDEBA" w14:textId="41DE8976" w:rsidR="00554501" w:rsidRDefault="00554501" w:rsidP="00554501">
      <w:pPr>
        <w:pStyle w:val="ListParagraph"/>
        <w:numPr>
          <w:ilvl w:val="0"/>
          <w:numId w:val="13"/>
        </w:numPr>
        <w:spacing w:after="120" w:line="276" w:lineRule="auto"/>
        <w:ind w:left="851"/>
        <w:jc w:val="both"/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chart </w:t>
      </w:r>
      <w:proofErr w:type="spellStart"/>
      <w:r>
        <w:t>berdasarkan</w:t>
      </w:r>
      <w:proofErr w:type="spellEnd"/>
      <w:r>
        <w:t xml:space="preserve"> Kata </w:t>
      </w:r>
      <w:proofErr w:type="spellStart"/>
      <w:r>
        <w:t>Kunci</w:t>
      </w:r>
      <w:proofErr w:type="spellEnd"/>
      <w:r>
        <w:t xml:space="preserve"> dan </w:t>
      </w:r>
      <w:proofErr w:type="spellStart"/>
      <w:r>
        <w:t>Jumlah</w:t>
      </w:r>
      <w:proofErr w:type="spellEnd"/>
      <w:r>
        <w:t xml:space="preserve"> Hasil.</w:t>
      </w:r>
    </w:p>
    <w:p w14:paraId="0AD651ED" w14:textId="515F544E" w:rsidR="00554501" w:rsidRDefault="00554501" w:rsidP="00554501">
      <w:pPr>
        <w:pStyle w:val="ListParagraph"/>
        <w:numPr>
          <w:ilvl w:val="0"/>
          <w:numId w:val="13"/>
        </w:numPr>
        <w:spacing w:after="120" w:line="276" w:lineRule="auto"/>
        <w:ind w:left="851"/>
        <w:jc w:val="both"/>
      </w:pPr>
      <w:proofErr w:type="spellStart"/>
      <w:r>
        <w:t>Hitung</w:t>
      </w:r>
      <w:proofErr w:type="spellEnd"/>
      <w:r>
        <w:t xml:space="preserve"> total </w:t>
      </w:r>
      <w:proofErr w:type="spellStart"/>
      <w:r>
        <w:t>Jumlah</w:t>
      </w:r>
      <w:proofErr w:type="spellEnd"/>
      <w:r>
        <w:t xml:space="preserve"> Hasil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Isu.</w:t>
      </w:r>
    </w:p>
    <w:p w14:paraId="5B11A818" w14:textId="476C4E49" w:rsidR="00554501" w:rsidRDefault="00554501" w:rsidP="00554501">
      <w:pPr>
        <w:pStyle w:val="ListParagraph"/>
        <w:numPr>
          <w:ilvl w:val="0"/>
          <w:numId w:val="13"/>
        </w:numPr>
        <w:spacing w:after="120" w:line="276" w:lineRule="auto"/>
        <w:ind w:left="851"/>
        <w:jc w:val="both"/>
      </w:pPr>
      <w:r>
        <w:t xml:space="preserve">Jika </w:t>
      </w:r>
      <w:proofErr w:type="spellStart"/>
      <w:r>
        <w:t>dibuat</w:t>
      </w:r>
      <w:proofErr w:type="spellEnd"/>
      <w:r>
        <w:t xml:space="preserve"> Pivot Table, </w:t>
      </w:r>
      <w:proofErr w:type="spellStart"/>
      <w:r>
        <w:t>tentukan</w:t>
      </w:r>
      <w:proofErr w:type="spellEnd"/>
      <w:r>
        <w:t xml:space="preserve"> field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Rows, Columns, dan Values. </w:t>
      </w:r>
      <w:proofErr w:type="spellStart"/>
      <w:r>
        <w:t>Jelaskan</w:t>
      </w:r>
      <w:proofErr w:type="spellEnd"/>
      <w:r>
        <w:t xml:space="preserve"> </w:t>
      </w:r>
      <w:proofErr w:type="spellStart"/>
      <w:r>
        <w:t>alasannya</w:t>
      </w:r>
      <w:proofErr w:type="spellEnd"/>
      <w:r>
        <w:t>.</w:t>
      </w:r>
    </w:p>
    <w:p w14:paraId="4F6A86FF" w14:textId="3F807565" w:rsidR="00554501" w:rsidRDefault="00554501" w:rsidP="00554501">
      <w:pPr>
        <w:pStyle w:val="ListParagraph"/>
        <w:numPr>
          <w:ilvl w:val="0"/>
          <w:numId w:val="13"/>
        </w:numPr>
        <w:spacing w:after="120" w:line="276" w:lineRule="auto"/>
        <w:ind w:left="851"/>
        <w:jc w:val="both"/>
      </w:pPr>
      <w:proofErr w:type="spellStart"/>
      <w:r>
        <w:t>Jelaskan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kegunaan</w:t>
      </w:r>
      <w:proofErr w:type="spellEnd"/>
      <w:r>
        <w:t xml:space="preserve"> Chart dan Pivot Chart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data </w:t>
      </w:r>
      <w:proofErr w:type="spellStart"/>
      <w:r>
        <w:t>tersebut</w:t>
      </w:r>
      <w:proofErr w:type="spellEnd"/>
      <w:r>
        <w:t>.</w:t>
      </w:r>
    </w:p>
    <w:p w14:paraId="186F06D8" w14:textId="0AF069AE" w:rsidR="00554501" w:rsidRPr="00554501" w:rsidRDefault="00554501" w:rsidP="00554501">
      <w:pPr>
        <w:pStyle w:val="ListParagraph"/>
        <w:numPr>
          <w:ilvl w:val="0"/>
          <w:numId w:val="13"/>
        </w:numPr>
        <w:spacing w:after="120" w:line="276" w:lineRule="auto"/>
        <w:ind w:left="851"/>
        <w:jc w:val="both"/>
        <w:rPr>
          <w:i/>
          <w:sz w:val="21"/>
        </w:rPr>
      </w:pPr>
      <w:proofErr w:type="spellStart"/>
      <w:r>
        <w:t>Buat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singkat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data,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umum</w:t>
      </w:r>
      <w:proofErr w:type="spellEnd"/>
      <w:r>
        <w:t>.</w:t>
      </w:r>
      <w:r w:rsidRPr="00554501">
        <w:rPr>
          <w:i/>
          <w:sz w:val="21"/>
        </w:rPr>
        <w:t xml:space="preserve"> </w:t>
      </w:r>
    </w:p>
    <w:p w14:paraId="5E3BE9CA" w14:textId="4DE2FF75" w:rsidR="0087251B" w:rsidRDefault="00000000" w:rsidP="00554501">
      <w:pPr>
        <w:spacing w:after="120" w:line="276" w:lineRule="auto"/>
        <w:ind w:left="426"/>
        <w:jc w:val="both"/>
        <w:rPr>
          <w:i/>
          <w:sz w:val="21"/>
        </w:rPr>
      </w:pPr>
      <w:r>
        <w:rPr>
          <w:i/>
          <w:sz w:val="21"/>
        </w:rPr>
        <w:t>(CPL: 2, 3, dan 4)</w:t>
      </w:r>
    </w:p>
    <w:p w14:paraId="7C39D90A" w14:textId="77777777" w:rsidR="00324504" w:rsidRDefault="00324504">
      <w:pPr>
        <w:spacing w:before="100" w:after="40"/>
      </w:pPr>
    </w:p>
    <w:sectPr w:rsidR="00324504" w:rsidSect="00034616">
      <w:footerReference w:type="default" r:id="rId8"/>
      <w:pgSz w:w="11909" w:h="16834"/>
      <w:pgMar w:top="936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5BFFB" w14:textId="77777777" w:rsidR="00296D99" w:rsidRDefault="00296D99">
      <w:pPr>
        <w:spacing w:after="0" w:line="240" w:lineRule="auto"/>
      </w:pPr>
      <w:r>
        <w:separator/>
      </w:r>
    </w:p>
  </w:endnote>
  <w:endnote w:type="continuationSeparator" w:id="0">
    <w:p w14:paraId="48091BDE" w14:textId="77777777" w:rsidR="00296D99" w:rsidRDefault="0029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9B1E" w14:textId="28B77EDB" w:rsidR="0087251B" w:rsidRDefault="0087251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03F8" w14:textId="77777777" w:rsidR="00296D99" w:rsidRDefault="00296D99">
      <w:pPr>
        <w:spacing w:after="0" w:line="240" w:lineRule="auto"/>
      </w:pPr>
      <w:r>
        <w:separator/>
      </w:r>
    </w:p>
  </w:footnote>
  <w:footnote w:type="continuationSeparator" w:id="0">
    <w:p w14:paraId="20DABC72" w14:textId="77777777" w:rsidR="00296D99" w:rsidRDefault="00296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DE2C50"/>
    <w:multiLevelType w:val="hybridMultilevel"/>
    <w:tmpl w:val="4CB07DA4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5977E8B"/>
    <w:multiLevelType w:val="hybridMultilevel"/>
    <w:tmpl w:val="374E108A"/>
    <w:lvl w:ilvl="0" w:tplc="E7C03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17D3F"/>
    <w:multiLevelType w:val="hybridMultilevel"/>
    <w:tmpl w:val="3D8A445A"/>
    <w:lvl w:ilvl="0" w:tplc="5F6AE0C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51847ED"/>
    <w:multiLevelType w:val="hybridMultilevel"/>
    <w:tmpl w:val="3CAA8F72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42322F"/>
    <w:multiLevelType w:val="hybridMultilevel"/>
    <w:tmpl w:val="C388E4FA"/>
    <w:lvl w:ilvl="0" w:tplc="26AC1FC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6613932">
    <w:abstractNumId w:val="8"/>
  </w:num>
  <w:num w:numId="2" w16cid:durableId="1885288131">
    <w:abstractNumId w:val="6"/>
  </w:num>
  <w:num w:numId="3" w16cid:durableId="1252666338">
    <w:abstractNumId w:val="5"/>
  </w:num>
  <w:num w:numId="4" w16cid:durableId="221794828">
    <w:abstractNumId w:val="4"/>
  </w:num>
  <w:num w:numId="5" w16cid:durableId="1274822809">
    <w:abstractNumId w:val="7"/>
  </w:num>
  <w:num w:numId="6" w16cid:durableId="1477188447">
    <w:abstractNumId w:val="3"/>
  </w:num>
  <w:num w:numId="7" w16cid:durableId="861668048">
    <w:abstractNumId w:val="2"/>
  </w:num>
  <w:num w:numId="8" w16cid:durableId="1455903951">
    <w:abstractNumId w:val="1"/>
  </w:num>
  <w:num w:numId="9" w16cid:durableId="541796100">
    <w:abstractNumId w:val="0"/>
  </w:num>
  <w:num w:numId="10" w16cid:durableId="1391880655">
    <w:abstractNumId w:val="10"/>
  </w:num>
  <w:num w:numId="11" w16cid:durableId="784151887">
    <w:abstractNumId w:val="12"/>
  </w:num>
  <w:num w:numId="12" w16cid:durableId="478424954">
    <w:abstractNumId w:val="13"/>
  </w:num>
  <w:num w:numId="13" w16cid:durableId="256207406">
    <w:abstractNumId w:val="9"/>
  </w:num>
  <w:num w:numId="14" w16cid:durableId="11875250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6D99"/>
    <w:rsid w:val="002F6EBB"/>
    <w:rsid w:val="00324504"/>
    <w:rsid w:val="00326F90"/>
    <w:rsid w:val="003C6EBD"/>
    <w:rsid w:val="00554501"/>
    <w:rsid w:val="0087251B"/>
    <w:rsid w:val="00AA1D8D"/>
    <w:rsid w:val="00AC20D8"/>
    <w:rsid w:val="00B47730"/>
    <w:rsid w:val="00BC2921"/>
    <w:rsid w:val="00BC2E1E"/>
    <w:rsid w:val="00CB0664"/>
    <w:rsid w:val="00EA7E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083CEE"/>
  <w14:defaultImageDpi w14:val="300"/>
  <w15:docId w15:val="{80F3496A-89EE-4B0D-94F8-AFE29095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Hai Anggun</cp:lastModifiedBy>
  <cp:revision>3</cp:revision>
  <dcterms:created xsi:type="dcterms:W3CDTF">2026-06-17T10:12:00Z</dcterms:created>
  <dcterms:modified xsi:type="dcterms:W3CDTF">2026-06-17T12:21:00Z</dcterms:modified>
  <cp:category/>
</cp:coreProperties>
</file>