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AEC7" w14:textId="77777777" w:rsidR="00954330" w:rsidRPr="00B82442" w:rsidRDefault="00000000">
      <w:pPr>
        <w:pStyle w:val="Title"/>
        <w:jc w:val="center"/>
        <w:rPr>
          <w:color w:val="auto"/>
        </w:rPr>
      </w:pPr>
      <w:r w:rsidRPr="00B82442">
        <w:rPr>
          <w:color w:val="auto"/>
        </w:rPr>
        <w:t>PRODUK MAGANG</w:t>
      </w:r>
    </w:p>
    <w:p w14:paraId="56E84BEE" w14:textId="47FC3A85" w:rsidR="00B82442" w:rsidRDefault="00000000" w:rsidP="00B82442">
      <w:r>
        <w:rPr>
          <w:b/>
        </w:rPr>
        <w:t xml:space="preserve">Judul: </w:t>
      </w:r>
      <w:r>
        <w:t>Pengembangan Backend Sistem Informasi Manajemen Skripsi Menggunakan Laravel</w:t>
      </w:r>
      <w:r>
        <w:br/>
      </w:r>
      <w:r>
        <w:rPr>
          <w:b/>
        </w:rPr>
        <w:t xml:space="preserve">Peran: </w:t>
      </w:r>
      <w:r>
        <w:t>Backend Developer (Magang)</w:t>
      </w:r>
      <w:r>
        <w:br/>
      </w:r>
      <w:r w:rsidR="00B82442" w:rsidRPr="00B82442">
        <w:rPr>
          <w:b/>
          <w:bCs/>
        </w:rPr>
        <w:t>Nama</w:t>
      </w:r>
      <w:r w:rsidR="00B82442">
        <w:t>: Fairuz Adam Rizqullah (231730057)</w:t>
      </w:r>
    </w:p>
    <w:p w14:paraId="0FEC1AAD" w14:textId="77777777" w:rsidR="00954330" w:rsidRPr="00B82442" w:rsidRDefault="00000000">
      <w:pPr>
        <w:pStyle w:val="Heading1"/>
        <w:rPr>
          <w:color w:val="auto"/>
        </w:rPr>
      </w:pPr>
      <w:r w:rsidRPr="00B82442">
        <w:rPr>
          <w:color w:val="auto"/>
        </w:rPr>
        <w:t>1. Latar Belakang</w:t>
      </w:r>
    </w:p>
    <w:p w14:paraId="6FC827D3" w14:textId="77777777" w:rsidR="00954330" w:rsidRDefault="00000000">
      <w:r>
        <w:t>Selama kegiatan magang, penulis terlibat dalam pengembangan backend aplikasi Sistem Informasi Manajemen Skripsi berbasis Laravel. Aplikasi ini mendukung proses pengajuan skripsi, bimbingan, seminar, sidang, serta pengelolaan akun pengguna.</w:t>
      </w:r>
    </w:p>
    <w:p w14:paraId="6CACC6B5" w14:textId="77777777" w:rsidR="00954330" w:rsidRPr="00B82442" w:rsidRDefault="00000000">
      <w:pPr>
        <w:pStyle w:val="Heading1"/>
        <w:rPr>
          <w:color w:val="auto"/>
        </w:rPr>
      </w:pPr>
      <w:r w:rsidRPr="00B82442">
        <w:rPr>
          <w:color w:val="auto"/>
        </w:rPr>
        <w:t>2. Tujuan</w:t>
      </w:r>
    </w:p>
    <w:p w14:paraId="3B4FEDBD" w14:textId="77777777" w:rsidR="00954330" w:rsidRDefault="00000000">
      <w:r>
        <w:t>Mengembangkan dan memelihara backend aplikasi, mengelola database MySQL, mengimplementasikan logika bisnis, serta mendukung integrasi fitur antar modul.</w:t>
      </w:r>
    </w:p>
    <w:p w14:paraId="0460395D" w14:textId="77777777" w:rsidR="00954330" w:rsidRPr="00B82442" w:rsidRDefault="00000000">
      <w:pPr>
        <w:pStyle w:val="Heading1"/>
        <w:rPr>
          <w:color w:val="auto"/>
        </w:rPr>
      </w:pPr>
      <w:r w:rsidRPr="00B82442">
        <w:rPr>
          <w:color w:val="auto"/>
        </w:rPr>
        <w:t>3. Produk yang Dihasilkan</w:t>
      </w:r>
    </w:p>
    <w:p w14:paraId="7A85661F" w14:textId="77777777" w:rsidR="00954330" w:rsidRDefault="00000000">
      <w:r>
        <w:t>Produk yang dihasilkan berupa backend aplikasi Laravel dengan modul Dashboard, Autentikasi, Pengajuan Skripsi, Bimbingan, Seminar, Sidang, Manajemen Akun, Bank Judul, Dokumen, dan Notifikasi.</w:t>
      </w:r>
    </w:p>
    <w:p w14:paraId="6AAB9C16" w14:textId="77777777" w:rsidR="00954330" w:rsidRPr="00B82442" w:rsidRDefault="00000000">
      <w:pPr>
        <w:pStyle w:val="Heading1"/>
        <w:rPr>
          <w:color w:val="auto"/>
        </w:rPr>
      </w:pPr>
      <w:r w:rsidRPr="00B82442">
        <w:rPr>
          <w:color w:val="auto"/>
        </w:rPr>
        <w:t>4. Teknologi</w:t>
      </w:r>
    </w:p>
    <w:p w14:paraId="548FD653" w14:textId="77777777" w:rsidR="00954330" w:rsidRDefault="00000000">
      <w:r>
        <w:t>Laravel, PHP, MySQL, Blade, Composer, XAMPP, Visual Studio Code.</w:t>
      </w:r>
    </w:p>
    <w:p w14:paraId="2D1E224B" w14:textId="77777777" w:rsidR="00954330" w:rsidRPr="00B82442" w:rsidRDefault="00000000">
      <w:pPr>
        <w:pStyle w:val="Heading1"/>
        <w:rPr>
          <w:color w:val="auto"/>
        </w:rPr>
      </w:pPr>
      <w:r w:rsidRPr="00B82442">
        <w:rPr>
          <w:color w:val="auto"/>
        </w:rPr>
        <w:t>5. Tugas yang Dilakukan</w:t>
      </w:r>
    </w:p>
    <w:p w14:paraId="78165F8C" w14:textId="77777777" w:rsidR="00954330" w:rsidRDefault="00000000">
      <w:r>
        <w:t>• Konfigurasi project Laravel dan database.</w:t>
      </w:r>
      <w:r>
        <w:br/>
        <w:t>• Mengembangkan controller backend.</w:t>
      </w:r>
      <w:r>
        <w:br/>
        <w:t>• Mengelola routing dan validasi.</w:t>
      </w:r>
      <w:r>
        <w:br/>
        <w:t>• Melakukan pengujian fitur.</w:t>
      </w:r>
      <w:r>
        <w:br/>
        <w:t>• Memperbaiki bug serta melakukan maintenance kode.</w:t>
      </w:r>
    </w:p>
    <w:p w14:paraId="0D5C88EE" w14:textId="77777777" w:rsidR="00954330" w:rsidRPr="00B82442" w:rsidRDefault="00000000">
      <w:pPr>
        <w:pStyle w:val="Heading1"/>
        <w:rPr>
          <w:color w:val="auto"/>
        </w:rPr>
      </w:pPr>
      <w:r w:rsidRPr="00B82442">
        <w:rPr>
          <w:color w:val="auto"/>
        </w:rPr>
        <w:t>6. Hasil</w:t>
      </w:r>
    </w:p>
    <w:p w14:paraId="31FDCABC" w14:textId="77777777" w:rsidR="00954330" w:rsidRDefault="00000000">
      <w:r>
        <w:t>Backend aplikasi dapat digunakan untuk mendukung proses administrasi skripsi mulai dari pengajuan hingga sidang sesuai modul yang tersedia pada proyek.</w:t>
      </w:r>
    </w:p>
    <w:p w14:paraId="70575194" w14:textId="77777777" w:rsidR="00954330" w:rsidRPr="00B82442" w:rsidRDefault="00000000">
      <w:pPr>
        <w:pStyle w:val="Heading1"/>
        <w:rPr>
          <w:color w:val="auto"/>
        </w:rPr>
      </w:pPr>
      <w:r w:rsidRPr="00B82442">
        <w:rPr>
          <w:color w:val="auto"/>
        </w:rPr>
        <w:lastRenderedPageBreak/>
        <w:t>7. Dokumentasi</w:t>
      </w:r>
    </w:p>
    <w:p w14:paraId="60E19F50" w14:textId="77777777" w:rsidR="00954330" w:rsidRDefault="00000000">
      <w:r>
        <w:t>Lampirkan screenshot VS Code, phpMyAdmin, halaman aplikasi, dan terminal php artisan serve sebagai bukti kegiatan.</w:t>
      </w:r>
    </w:p>
    <w:p w14:paraId="0838B990" w14:textId="77777777" w:rsidR="00B82442" w:rsidRDefault="00B82442"/>
    <w:p w14:paraId="674A59F1" w14:textId="2A671EA9" w:rsidR="00B82442" w:rsidRDefault="00B82442" w:rsidP="00B82442">
      <w:pPr>
        <w:jc w:val="center"/>
      </w:pPr>
      <w:r>
        <w:rPr>
          <w:noProof/>
        </w:rPr>
        <w:drawing>
          <wp:inline distT="0" distB="0" distL="0" distR="0" wp14:anchorId="51100599" wp14:editId="6399194B">
            <wp:extent cx="4082613" cy="2295525"/>
            <wp:effectExtent l="0" t="0" r="0" b="0"/>
            <wp:docPr id="1609400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00694" name="Picture 16094006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7360" cy="231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0F353" w14:textId="77777777" w:rsidR="00B82442" w:rsidRDefault="00B82442" w:rsidP="00B82442">
      <w:pPr>
        <w:jc w:val="center"/>
      </w:pPr>
    </w:p>
    <w:p w14:paraId="6978A1F7" w14:textId="48F6D543" w:rsidR="00B82442" w:rsidRDefault="00B82442" w:rsidP="00B82442">
      <w:pPr>
        <w:jc w:val="center"/>
      </w:pPr>
      <w:r>
        <w:t>2.</w:t>
      </w:r>
    </w:p>
    <w:p w14:paraId="45FD81E5" w14:textId="14F830DC" w:rsidR="00B82442" w:rsidRDefault="00003D51" w:rsidP="00B82442">
      <w:pPr>
        <w:jc w:val="center"/>
      </w:pPr>
      <w:r>
        <w:rPr>
          <w:noProof/>
        </w:rPr>
        <w:drawing>
          <wp:inline distT="0" distB="0" distL="0" distR="0" wp14:anchorId="10773793" wp14:editId="7AE9A857">
            <wp:extent cx="4229100" cy="2152240"/>
            <wp:effectExtent l="0" t="0" r="0" b="635"/>
            <wp:docPr id="17120229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022925" name="Picture 17120229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5961" cy="216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58FB7" w14:textId="77777777" w:rsidR="00003D51" w:rsidRDefault="00003D51" w:rsidP="00B82442">
      <w:pPr>
        <w:jc w:val="center"/>
      </w:pPr>
    </w:p>
    <w:p w14:paraId="0B07FE16" w14:textId="77777777" w:rsidR="00003D51" w:rsidRDefault="00003D51" w:rsidP="00B82442">
      <w:pPr>
        <w:jc w:val="center"/>
      </w:pPr>
    </w:p>
    <w:p w14:paraId="5FAC3440" w14:textId="77777777" w:rsidR="00003D51" w:rsidRDefault="00003D51" w:rsidP="00B82442">
      <w:pPr>
        <w:jc w:val="center"/>
      </w:pPr>
    </w:p>
    <w:p w14:paraId="55061479" w14:textId="77777777" w:rsidR="00003D51" w:rsidRDefault="00003D51" w:rsidP="00B82442">
      <w:pPr>
        <w:jc w:val="center"/>
      </w:pPr>
    </w:p>
    <w:p w14:paraId="3A9CB6BF" w14:textId="77777777" w:rsidR="00003D51" w:rsidRDefault="00003D51" w:rsidP="00B82442">
      <w:pPr>
        <w:jc w:val="center"/>
      </w:pPr>
    </w:p>
    <w:p w14:paraId="5DFD3D43" w14:textId="77777777" w:rsidR="00003D51" w:rsidRDefault="00003D51" w:rsidP="00B82442">
      <w:pPr>
        <w:jc w:val="center"/>
      </w:pPr>
    </w:p>
    <w:p w14:paraId="7C44F7C6" w14:textId="12902CA4" w:rsidR="00003D51" w:rsidRDefault="00003D51" w:rsidP="00B82442">
      <w:pPr>
        <w:jc w:val="center"/>
      </w:pPr>
      <w:r>
        <w:lastRenderedPageBreak/>
        <w:t>3.</w:t>
      </w:r>
    </w:p>
    <w:p w14:paraId="1E791F9B" w14:textId="4B75A63C" w:rsidR="00003D51" w:rsidRDefault="00003D51" w:rsidP="00B82442">
      <w:pPr>
        <w:jc w:val="center"/>
      </w:pPr>
      <w:r>
        <w:rPr>
          <w:noProof/>
        </w:rPr>
        <w:drawing>
          <wp:inline distT="0" distB="0" distL="0" distR="0" wp14:anchorId="7B773644" wp14:editId="5A6EDCCC">
            <wp:extent cx="5486400" cy="1684655"/>
            <wp:effectExtent l="0" t="0" r="0" b="0"/>
            <wp:docPr id="1645607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0755" name="Picture 1645607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A141F" w14:textId="77777777" w:rsidR="00003D51" w:rsidRDefault="00003D51" w:rsidP="00B82442">
      <w:pPr>
        <w:jc w:val="center"/>
      </w:pPr>
    </w:p>
    <w:sectPr w:rsidR="00003D5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9169058">
    <w:abstractNumId w:val="8"/>
  </w:num>
  <w:num w:numId="2" w16cid:durableId="565652557">
    <w:abstractNumId w:val="6"/>
  </w:num>
  <w:num w:numId="3" w16cid:durableId="1067149780">
    <w:abstractNumId w:val="5"/>
  </w:num>
  <w:num w:numId="4" w16cid:durableId="1507863680">
    <w:abstractNumId w:val="4"/>
  </w:num>
  <w:num w:numId="5" w16cid:durableId="585650493">
    <w:abstractNumId w:val="7"/>
  </w:num>
  <w:num w:numId="6" w16cid:durableId="1291479057">
    <w:abstractNumId w:val="3"/>
  </w:num>
  <w:num w:numId="7" w16cid:durableId="92479598">
    <w:abstractNumId w:val="2"/>
  </w:num>
  <w:num w:numId="8" w16cid:durableId="1295940522">
    <w:abstractNumId w:val="1"/>
  </w:num>
  <w:num w:numId="9" w16cid:durableId="60866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D51"/>
    <w:rsid w:val="00034616"/>
    <w:rsid w:val="0006063C"/>
    <w:rsid w:val="0015074B"/>
    <w:rsid w:val="0029639D"/>
    <w:rsid w:val="00326F90"/>
    <w:rsid w:val="00593B28"/>
    <w:rsid w:val="006C0729"/>
    <w:rsid w:val="00954330"/>
    <w:rsid w:val="009A659F"/>
    <w:rsid w:val="00AA1D8D"/>
    <w:rsid w:val="00B47730"/>
    <w:rsid w:val="00B8244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AB6C6"/>
  <w14:defaultImageDpi w14:val="300"/>
  <w15:docId w15:val="{EFCF7515-C385-40FD-9985-855C8EA3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iqbal afandi</cp:lastModifiedBy>
  <cp:revision>2</cp:revision>
  <dcterms:created xsi:type="dcterms:W3CDTF">2026-06-26T13:11:00Z</dcterms:created>
  <dcterms:modified xsi:type="dcterms:W3CDTF">2026-06-26T13:11:00Z</dcterms:modified>
  <cp:category/>
</cp:coreProperties>
</file>