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C40A2" w14:textId="77777777" w:rsidR="00621206" w:rsidRDefault="00621206"/>
    <w:p w14:paraId="0BE84B0B" w14:textId="77777777" w:rsidR="00BE0AAA" w:rsidRPr="00013C9C" w:rsidRDefault="00AF52F1">
      <w:pPr>
        <w:jc w:val="center"/>
        <w:rPr>
          <w:b/>
          <w:sz w:val="32"/>
        </w:rPr>
      </w:pPr>
      <w:r w:rsidRPr="00013C9C">
        <w:rPr>
          <w:b/>
          <w:sz w:val="32"/>
        </w:rPr>
        <w:t>LAPORAN KEGIATAN BULANAN</w:t>
      </w:r>
    </w:p>
    <w:p w14:paraId="69938BBB" w14:textId="77777777" w:rsidR="00BE0AAA" w:rsidRDefault="00BE0AAA" w:rsidP="00BE0AAA">
      <w:pPr>
        <w:spacing w:after="0" w:line="240" w:lineRule="auto"/>
        <w:jc w:val="center"/>
        <w:rPr>
          <w:b/>
          <w:sz w:val="28"/>
        </w:rPr>
      </w:pPr>
    </w:p>
    <w:p w14:paraId="5C64819D" w14:textId="77777777" w:rsidR="00621206" w:rsidRPr="00BE0AAA" w:rsidRDefault="00BE0AAA" w:rsidP="00BE0AAA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PERIODE BULAN I</w:t>
      </w:r>
      <w:r>
        <w:rPr>
          <w:b/>
          <w:sz w:val="28"/>
        </w:rPr>
        <w:br/>
      </w:r>
      <w:r w:rsidR="00AF52F1" w:rsidRPr="00BE0AAA">
        <w:rPr>
          <w:b/>
          <w:sz w:val="28"/>
        </w:rPr>
        <w:t>MAGANG KERJA / PRAKTIK KERJA LAPANGAN (PKL)</w:t>
      </w:r>
    </w:p>
    <w:p w14:paraId="16CD4778" w14:textId="77777777" w:rsidR="00BE0AAA" w:rsidRDefault="00BE0AAA" w:rsidP="00BE0AAA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DI FAKULTAS SAINS DAN TEKNOLOGI</w:t>
      </w:r>
    </w:p>
    <w:p w14:paraId="5C3B7B7E" w14:textId="77777777" w:rsidR="00621206" w:rsidRPr="00BE0AAA" w:rsidRDefault="00AF52F1" w:rsidP="00BE0AAA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UIN SULTAN MAULANA HASANUDDIN BANTEN</w:t>
      </w:r>
    </w:p>
    <w:p w14:paraId="70FD73C0" w14:textId="77777777" w:rsidR="00621206" w:rsidRDefault="00621206"/>
    <w:p w14:paraId="464E8AEE" w14:textId="77777777" w:rsidR="00621206" w:rsidRDefault="00621206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38"/>
        <w:gridCol w:w="236"/>
        <w:gridCol w:w="5953"/>
      </w:tblGrid>
      <w:tr w:rsidR="00621206" w14:paraId="66B4D6F0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E34A1CE" w14:textId="77777777" w:rsidR="00621206" w:rsidRDefault="00AF52F1">
            <w:r>
              <w:rPr>
                <w:b/>
                <w:sz w:val="22"/>
              </w:rPr>
              <w:t xml:space="preserve">Nama </w:t>
            </w:r>
            <w:proofErr w:type="spellStart"/>
            <w:r>
              <w:rPr>
                <w:b/>
                <w:sz w:val="22"/>
              </w:rPr>
              <w:t>Mahasiswa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4303167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7E426E4" w14:textId="2883A644" w:rsidR="00621206" w:rsidRDefault="00013C9C">
            <w:r>
              <w:rPr>
                <w:sz w:val="22"/>
              </w:rPr>
              <w:t>Aziz Rizky Maulana</w:t>
            </w:r>
          </w:p>
        </w:tc>
      </w:tr>
      <w:tr w:rsidR="00621206" w14:paraId="67670D55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42A6946C" w14:textId="77777777" w:rsidR="00621206" w:rsidRDefault="00AF52F1">
            <w:r>
              <w:rPr>
                <w:b/>
                <w:sz w:val="22"/>
              </w:rPr>
              <w:t>NIM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B98C7E8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F39CC7E" w14:textId="37977E0C" w:rsidR="00621206" w:rsidRDefault="00013C9C">
            <w:r>
              <w:rPr>
                <w:sz w:val="22"/>
              </w:rPr>
              <w:t>231730003</w:t>
            </w:r>
          </w:p>
        </w:tc>
      </w:tr>
      <w:tr w:rsidR="00621206" w14:paraId="76AB742F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77776FA" w14:textId="77777777" w:rsidR="00621206" w:rsidRDefault="00AF52F1">
            <w:r>
              <w:rPr>
                <w:b/>
                <w:sz w:val="22"/>
              </w:rPr>
              <w:t>Program Studi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D1C53C0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2C5BB34" w14:textId="79F69FCE" w:rsidR="00621206" w:rsidRDefault="00013C9C">
            <w:proofErr w:type="spellStart"/>
            <w:r>
              <w:rPr>
                <w:sz w:val="22"/>
              </w:rPr>
              <w:t>Informatika</w:t>
            </w:r>
            <w:proofErr w:type="spellEnd"/>
          </w:p>
        </w:tc>
      </w:tr>
      <w:tr w:rsidR="00621206" w14:paraId="3FA6F574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A95150E" w14:textId="77777777" w:rsidR="00621206" w:rsidRDefault="00AF52F1">
            <w:proofErr w:type="spellStart"/>
            <w:r>
              <w:rPr>
                <w:b/>
                <w:sz w:val="22"/>
              </w:rPr>
              <w:t>Fakultas</w:t>
            </w:r>
            <w:proofErr w:type="spellEnd"/>
            <w:r>
              <w:rPr>
                <w:b/>
                <w:sz w:val="22"/>
              </w:rPr>
              <w:t>/Universitas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4558CBC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104C92F" w14:textId="64BB95EA" w:rsidR="00621206" w:rsidRDefault="00013C9C">
            <w:r>
              <w:rPr>
                <w:sz w:val="22"/>
              </w:rPr>
              <w:t xml:space="preserve">Sains dan </w:t>
            </w:r>
            <w:proofErr w:type="spellStart"/>
            <w:r>
              <w:rPr>
                <w:sz w:val="22"/>
              </w:rPr>
              <w:t>Teknologi</w:t>
            </w:r>
            <w:proofErr w:type="spellEnd"/>
          </w:p>
        </w:tc>
      </w:tr>
      <w:tr w:rsidR="00621206" w14:paraId="5EB812A3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32333C4" w14:textId="77777777" w:rsidR="00621206" w:rsidRDefault="00AF52F1">
            <w:proofErr w:type="spellStart"/>
            <w:r>
              <w:rPr>
                <w:b/>
                <w:sz w:val="22"/>
              </w:rPr>
              <w:t>Instansi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Tempat</w:t>
            </w:r>
            <w:proofErr w:type="spellEnd"/>
            <w:r>
              <w:rPr>
                <w:b/>
                <w:sz w:val="22"/>
              </w:rPr>
              <w:t xml:space="preserve"> PKL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885AAC2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AF4DC66" w14:textId="0C44F932" w:rsidR="00621206" w:rsidRDefault="008C52B0">
            <w:r w:rsidRPr="008C52B0">
              <w:rPr>
                <w:sz w:val="22"/>
              </w:rPr>
              <w:t xml:space="preserve">Dinas Komunikasi, </w:t>
            </w:r>
            <w:proofErr w:type="spellStart"/>
            <w:r w:rsidRPr="008C52B0">
              <w:rPr>
                <w:sz w:val="22"/>
              </w:rPr>
              <w:t>Informatika</w:t>
            </w:r>
            <w:proofErr w:type="spellEnd"/>
            <w:r w:rsidRPr="008C52B0">
              <w:rPr>
                <w:sz w:val="22"/>
              </w:rPr>
              <w:t xml:space="preserve">, </w:t>
            </w:r>
            <w:proofErr w:type="spellStart"/>
            <w:r w:rsidRPr="008C52B0">
              <w:rPr>
                <w:sz w:val="22"/>
              </w:rPr>
              <w:t>Statistik</w:t>
            </w:r>
            <w:proofErr w:type="spellEnd"/>
            <w:r w:rsidRPr="008C52B0">
              <w:rPr>
                <w:sz w:val="22"/>
              </w:rPr>
              <w:t xml:space="preserve"> dan </w:t>
            </w:r>
            <w:proofErr w:type="spellStart"/>
            <w:r w:rsidRPr="008C52B0">
              <w:rPr>
                <w:sz w:val="22"/>
              </w:rPr>
              <w:t>Persandian</w:t>
            </w:r>
            <w:proofErr w:type="spellEnd"/>
            <w:r w:rsidRPr="008C52B0">
              <w:rPr>
                <w:sz w:val="22"/>
              </w:rPr>
              <w:t xml:space="preserve"> </w:t>
            </w:r>
            <w:proofErr w:type="spellStart"/>
            <w:r w:rsidRPr="008C52B0">
              <w:rPr>
                <w:sz w:val="22"/>
              </w:rPr>
              <w:t>Provinsi</w:t>
            </w:r>
            <w:proofErr w:type="spellEnd"/>
            <w:r w:rsidRPr="008C52B0">
              <w:rPr>
                <w:sz w:val="22"/>
              </w:rPr>
              <w:t xml:space="preserve"> Banten (</w:t>
            </w:r>
            <w:proofErr w:type="spellStart"/>
            <w:r w:rsidRPr="008C52B0">
              <w:rPr>
                <w:sz w:val="22"/>
              </w:rPr>
              <w:t>Diskominfo</w:t>
            </w:r>
            <w:proofErr w:type="spellEnd"/>
            <w:r w:rsidRPr="008C52B0">
              <w:rPr>
                <w:sz w:val="22"/>
              </w:rPr>
              <w:t xml:space="preserve"> SP)</w:t>
            </w:r>
          </w:p>
        </w:tc>
      </w:tr>
      <w:tr w:rsidR="00621206" w14:paraId="1520AB1C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6AFF265" w14:textId="77777777" w:rsidR="00621206" w:rsidRDefault="00AF52F1">
            <w:proofErr w:type="spellStart"/>
            <w:r>
              <w:rPr>
                <w:b/>
                <w:sz w:val="22"/>
              </w:rPr>
              <w:t>Periode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Pelaksanaan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6F2FE35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30F1837" w14:textId="5EF87CE0" w:rsidR="00621206" w:rsidRDefault="00013C9C">
            <w:r>
              <w:rPr>
                <w:sz w:val="22"/>
              </w:rPr>
              <w:t>10</w:t>
            </w:r>
            <w:r w:rsidR="00AF52F1">
              <w:rPr>
                <w:sz w:val="22"/>
              </w:rPr>
              <w:t>/</w:t>
            </w:r>
            <w:proofErr w:type="spellStart"/>
            <w:r>
              <w:rPr>
                <w:sz w:val="22"/>
              </w:rPr>
              <w:t>Februari</w:t>
            </w:r>
            <w:proofErr w:type="spellEnd"/>
            <w:r w:rsidR="00AF52F1">
              <w:rPr>
                <w:sz w:val="22"/>
              </w:rPr>
              <w:t>/</w:t>
            </w:r>
            <w:r>
              <w:rPr>
                <w:sz w:val="22"/>
              </w:rPr>
              <w:t>2026</w:t>
            </w:r>
            <w:r w:rsidR="00AF52F1">
              <w:rPr>
                <w:sz w:val="22"/>
              </w:rPr>
              <w:t xml:space="preserve"> </w:t>
            </w:r>
            <w:proofErr w:type="spellStart"/>
            <w:r w:rsidR="00AF52F1">
              <w:rPr>
                <w:sz w:val="22"/>
              </w:rPr>
              <w:t>s.d.</w:t>
            </w:r>
            <w:proofErr w:type="spellEnd"/>
            <w:r w:rsidR="00AF52F1">
              <w:rPr>
                <w:sz w:val="22"/>
              </w:rPr>
              <w:t xml:space="preserve"> </w:t>
            </w:r>
            <w:r>
              <w:rPr>
                <w:sz w:val="22"/>
              </w:rPr>
              <w:t>1</w:t>
            </w:r>
            <w:r w:rsidR="00AF52F1">
              <w:rPr>
                <w:sz w:val="22"/>
              </w:rPr>
              <w:t>/</w:t>
            </w:r>
            <w:r>
              <w:rPr>
                <w:sz w:val="22"/>
              </w:rPr>
              <w:t>Juli</w:t>
            </w:r>
            <w:r w:rsidR="00AF52F1">
              <w:rPr>
                <w:sz w:val="22"/>
              </w:rPr>
              <w:t>/</w:t>
            </w:r>
            <w:r>
              <w:rPr>
                <w:sz w:val="22"/>
              </w:rPr>
              <w:t>2026</w:t>
            </w:r>
          </w:p>
        </w:tc>
      </w:tr>
      <w:tr w:rsidR="00621206" w14:paraId="771F3C55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2150FC55" w14:textId="77777777" w:rsidR="00621206" w:rsidRDefault="00AF52F1">
            <w:r>
              <w:rPr>
                <w:b/>
                <w:sz w:val="22"/>
              </w:rPr>
              <w:t xml:space="preserve">Dosen </w:t>
            </w:r>
            <w:proofErr w:type="spellStart"/>
            <w:r>
              <w:rPr>
                <w:b/>
                <w:sz w:val="22"/>
              </w:rPr>
              <w:t>Pembimbing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AED1455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431D759" w14:textId="5E9BC2E4" w:rsidR="00621206" w:rsidRDefault="00013C9C">
            <w:r>
              <w:rPr>
                <w:sz w:val="22"/>
              </w:rPr>
              <w:t xml:space="preserve">Dr. Aan </w:t>
            </w:r>
            <w:proofErr w:type="spellStart"/>
            <w:r>
              <w:rPr>
                <w:sz w:val="22"/>
              </w:rPr>
              <w:t>Ansori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proofErr w:type="gramStart"/>
            <w:r>
              <w:rPr>
                <w:sz w:val="22"/>
              </w:rPr>
              <w:t>S.Kom</w:t>
            </w:r>
            <w:proofErr w:type="spellEnd"/>
            <w:proofErr w:type="gramEnd"/>
            <w:r>
              <w:rPr>
                <w:sz w:val="22"/>
              </w:rPr>
              <w:t xml:space="preserve">., M.M., </w:t>
            </w:r>
            <w:proofErr w:type="spellStart"/>
            <w:proofErr w:type="gramStart"/>
            <w:r>
              <w:rPr>
                <w:sz w:val="22"/>
              </w:rPr>
              <w:t>M.Kom</w:t>
            </w:r>
            <w:proofErr w:type="spellEnd"/>
            <w:proofErr w:type="gramEnd"/>
          </w:p>
        </w:tc>
      </w:tr>
      <w:tr w:rsidR="00621206" w14:paraId="7338CE8E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45A8244" w14:textId="77777777" w:rsidR="00621206" w:rsidRDefault="00AF52F1">
            <w:proofErr w:type="spellStart"/>
            <w:r>
              <w:rPr>
                <w:b/>
                <w:sz w:val="22"/>
              </w:rPr>
              <w:t>Pembimbing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Lapangan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F442812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4C20B51" w14:textId="29771640" w:rsidR="00621206" w:rsidRDefault="00013C9C">
            <w:r>
              <w:rPr>
                <w:sz w:val="22"/>
              </w:rPr>
              <w:t xml:space="preserve">Moh. Fattah </w:t>
            </w:r>
            <w:proofErr w:type="spellStart"/>
            <w:r>
              <w:rPr>
                <w:sz w:val="22"/>
              </w:rPr>
              <w:t>Suprapto</w:t>
            </w:r>
            <w:proofErr w:type="spellEnd"/>
            <w:r>
              <w:rPr>
                <w:sz w:val="22"/>
              </w:rPr>
              <w:t xml:space="preserve">, </w:t>
            </w:r>
            <w:proofErr w:type="spellStart"/>
            <w:proofErr w:type="gramStart"/>
            <w:r>
              <w:rPr>
                <w:sz w:val="22"/>
              </w:rPr>
              <w:t>S.Kom</w:t>
            </w:r>
            <w:proofErr w:type="spellEnd"/>
            <w:proofErr w:type="gramEnd"/>
            <w:r>
              <w:rPr>
                <w:sz w:val="22"/>
              </w:rPr>
              <w:t>.</w:t>
            </w:r>
          </w:p>
        </w:tc>
      </w:tr>
    </w:tbl>
    <w:p w14:paraId="65591D43" w14:textId="77777777" w:rsidR="00621206" w:rsidRDefault="00621206"/>
    <w:p w14:paraId="26C480F6" w14:textId="77777777" w:rsidR="00621206" w:rsidRDefault="00BE0AAA" w:rsidP="00BE0AAA">
      <w:pPr>
        <w:jc w:val="center"/>
      </w:pPr>
      <w:proofErr w:type="spellStart"/>
      <w:r>
        <w:rPr>
          <w:b/>
        </w:rPr>
        <w:t>Serang</w:t>
      </w:r>
      <w:proofErr w:type="spellEnd"/>
      <w:r>
        <w:rPr>
          <w:b/>
        </w:rPr>
        <w:t xml:space="preserve"> - Banten</w:t>
      </w:r>
      <w:r w:rsidR="00AF52F1">
        <w:rPr>
          <w:b/>
        </w:rPr>
        <w:br/>
        <w:t>2026</w:t>
      </w:r>
    </w:p>
    <w:p w14:paraId="5B942D3D" w14:textId="77777777" w:rsidR="00621206" w:rsidRDefault="00AF52F1">
      <w:r>
        <w:br w:type="page"/>
      </w:r>
    </w:p>
    <w:p w14:paraId="5E986F20" w14:textId="77777777" w:rsidR="00621206" w:rsidRPr="008F1574" w:rsidRDefault="00AF52F1" w:rsidP="00BE0AAA">
      <w:pPr>
        <w:pStyle w:val="Heading1"/>
        <w:spacing w:before="200" w:after="120"/>
        <w:jc w:val="center"/>
        <w:rPr>
          <w:color w:val="auto"/>
        </w:rPr>
      </w:pPr>
      <w:r w:rsidRPr="008F1574">
        <w:rPr>
          <w:rFonts w:ascii="Times New Roman" w:eastAsia="Times New Roman" w:hAnsi="Times New Roman"/>
          <w:color w:val="auto"/>
        </w:rPr>
        <w:lastRenderedPageBreak/>
        <w:t>LAPORAN PEKERJAAN BULAN KE-1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438"/>
        <w:gridCol w:w="236"/>
        <w:gridCol w:w="5953"/>
      </w:tblGrid>
      <w:tr w:rsidR="00621206" w14:paraId="5C033A83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18EC0308" w14:textId="77777777" w:rsidR="00621206" w:rsidRDefault="00AF52F1">
            <w:proofErr w:type="spellStart"/>
            <w:r>
              <w:rPr>
                <w:b/>
                <w:sz w:val="22"/>
              </w:rPr>
              <w:t>Periode</w:t>
            </w:r>
            <w:proofErr w:type="spellEnd"/>
            <w:r>
              <w:rPr>
                <w:b/>
                <w:sz w:val="22"/>
              </w:rPr>
              <w:t xml:space="preserve"> Bulan</w:t>
            </w:r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13D0CAB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E1BCFE5" w14:textId="77777777" w:rsidR="00621206" w:rsidRDefault="00AF52F1">
            <w:r>
              <w:rPr>
                <w:sz w:val="22"/>
              </w:rPr>
              <w:t xml:space="preserve">Bulan </w:t>
            </w:r>
            <w:proofErr w:type="spellStart"/>
            <w:r>
              <w:rPr>
                <w:sz w:val="22"/>
              </w:rPr>
              <w:t>Pertama</w:t>
            </w:r>
            <w:proofErr w:type="spellEnd"/>
          </w:p>
        </w:tc>
      </w:tr>
      <w:tr w:rsidR="00621206" w14:paraId="591A9D54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2E8A7E2" w14:textId="77777777" w:rsidR="00621206" w:rsidRDefault="00AF52F1">
            <w:proofErr w:type="spellStart"/>
            <w:r>
              <w:rPr>
                <w:b/>
                <w:sz w:val="22"/>
              </w:rPr>
              <w:t>Tempat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Pelaksanaan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27D38FB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8FFD1A7" w14:textId="79F8997D" w:rsidR="00621206" w:rsidRDefault="008C52B0">
            <w:r w:rsidRPr="008C52B0">
              <w:rPr>
                <w:sz w:val="22"/>
              </w:rPr>
              <w:t xml:space="preserve">Dinas Komunikasi, </w:t>
            </w:r>
            <w:proofErr w:type="spellStart"/>
            <w:r w:rsidRPr="008C52B0">
              <w:rPr>
                <w:sz w:val="22"/>
              </w:rPr>
              <w:t>Informatika</w:t>
            </w:r>
            <w:proofErr w:type="spellEnd"/>
            <w:r w:rsidRPr="008C52B0">
              <w:rPr>
                <w:sz w:val="22"/>
              </w:rPr>
              <w:t xml:space="preserve">, </w:t>
            </w:r>
            <w:proofErr w:type="spellStart"/>
            <w:r w:rsidRPr="008C52B0">
              <w:rPr>
                <w:sz w:val="22"/>
              </w:rPr>
              <w:t>Statistik</w:t>
            </w:r>
            <w:proofErr w:type="spellEnd"/>
            <w:r w:rsidRPr="008C52B0">
              <w:rPr>
                <w:sz w:val="22"/>
              </w:rPr>
              <w:t xml:space="preserve"> dan </w:t>
            </w:r>
            <w:proofErr w:type="spellStart"/>
            <w:r w:rsidRPr="008C52B0">
              <w:rPr>
                <w:sz w:val="22"/>
              </w:rPr>
              <w:t>Persandian</w:t>
            </w:r>
            <w:proofErr w:type="spellEnd"/>
            <w:r w:rsidRPr="008C52B0">
              <w:rPr>
                <w:sz w:val="22"/>
              </w:rPr>
              <w:t xml:space="preserve"> </w:t>
            </w:r>
            <w:proofErr w:type="spellStart"/>
            <w:r w:rsidRPr="008C52B0">
              <w:rPr>
                <w:sz w:val="22"/>
              </w:rPr>
              <w:t>Provinsi</w:t>
            </w:r>
            <w:proofErr w:type="spellEnd"/>
            <w:r w:rsidRPr="008C52B0">
              <w:rPr>
                <w:sz w:val="22"/>
              </w:rPr>
              <w:t xml:space="preserve"> Banten</w:t>
            </w:r>
          </w:p>
        </w:tc>
      </w:tr>
      <w:tr w:rsidR="00621206" w14:paraId="232E3163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6D12790D" w14:textId="77777777" w:rsidR="00621206" w:rsidRDefault="00AF52F1">
            <w:proofErr w:type="spellStart"/>
            <w:r>
              <w:rPr>
                <w:b/>
                <w:sz w:val="22"/>
              </w:rPr>
              <w:t>Fokus</w:t>
            </w:r>
            <w:proofErr w:type="spellEnd"/>
            <w:r>
              <w:rPr>
                <w:b/>
                <w:sz w:val="22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Kegiatan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78BAEA3F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5B95CE9" w14:textId="408BD6E4" w:rsidR="00621206" w:rsidRDefault="008C52B0">
            <w:proofErr w:type="spellStart"/>
            <w:r w:rsidRPr="008C52B0">
              <w:rPr>
                <w:sz w:val="22"/>
              </w:rPr>
              <w:t>Pemahaman</w:t>
            </w:r>
            <w:proofErr w:type="spellEnd"/>
            <w:r w:rsidRPr="008C52B0">
              <w:rPr>
                <w:sz w:val="22"/>
              </w:rPr>
              <w:t xml:space="preserve"> </w:t>
            </w:r>
            <w:proofErr w:type="spellStart"/>
            <w:r w:rsidRPr="008C52B0">
              <w:rPr>
                <w:sz w:val="22"/>
              </w:rPr>
              <w:t>regulasi</w:t>
            </w:r>
            <w:proofErr w:type="spellEnd"/>
            <w:r w:rsidRPr="008C52B0">
              <w:rPr>
                <w:sz w:val="22"/>
              </w:rPr>
              <w:t xml:space="preserve"> </w:t>
            </w:r>
            <w:proofErr w:type="spellStart"/>
            <w:r w:rsidRPr="008C52B0">
              <w:rPr>
                <w:sz w:val="22"/>
              </w:rPr>
              <w:t>dasar</w:t>
            </w:r>
            <w:proofErr w:type="spellEnd"/>
            <w:r w:rsidRPr="008C52B0">
              <w:rPr>
                <w:sz w:val="22"/>
              </w:rPr>
              <w:t xml:space="preserve"> dan </w:t>
            </w:r>
            <w:proofErr w:type="spellStart"/>
            <w:r w:rsidRPr="008C52B0">
              <w:rPr>
                <w:sz w:val="22"/>
              </w:rPr>
              <w:t>kajian</w:t>
            </w:r>
            <w:proofErr w:type="spellEnd"/>
            <w:r w:rsidRPr="008C52B0">
              <w:rPr>
                <w:sz w:val="22"/>
              </w:rPr>
              <w:t xml:space="preserve"> </w:t>
            </w:r>
            <w:proofErr w:type="spellStart"/>
            <w:r w:rsidRPr="008C52B0">
              <w:rPr>
                <w:sz w:val="22"/>
              </w:rPr>
              <w:t>keamanan</w:t>
            </w:r>
            <w:proofErr w:type="spellEnd"/>
            <w:r w:rsidRPr="008C52B0">
              <w:rPr>
                <w:sz w:val="22"/>
              </w:rPr>
              <w:t xml:space="preserve"> </w:t>
            </w:r>
            <w:proofErr w:type="spellStart"/>
            <w:r w:rsidRPr="008C52B0">
              <w:rPr>
                <w:sz w:val="22"/>
              </w:rPr>
              <w:t>informasi</w:t>
            </w:r>
            <w:proofErr w:type="spellEnd"/>
            <w:r w:rsidRPr="008C52B0">
              <w:rPr>
                <w:sz w:val="22"/>
              </w:rPr>
              <w:t>.</w:t>
            </w:r>
          </w:p>
        </w:tc>
      </w:tr>
      <w:tr w:rsidR="00621206" w14:paraId="2B95E05D" w14:textId="77777777">
        <w:trPr>
          <w:jc w:val="center"/>
        </w:trPr>
        <w:tc>
          <w:tcPr>
            <w:tcW w:w="2438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3E29552B" w14:textId="77777777" w:rsidR="00621206" w:rsidRDefault="00AF52F1">
            <w:r>
              <w:rPr>
                <w:b/>
                <w:sz w:val="22"/>
              </w:rPr>
              <w:t xml:space="preserve">Status </w:t>
            </w:r>
            <w:proofErr w:type="spellStart"/>
            <w:r>
              <w:rPr>
                <w:b/>
                <w:sz w:val="22"/>
              </w:rPr>
              <w:t>Dokumen</w:t>
            </w:r>
            <w:proofErr w:type="spellEnd"/>
          </w:p>
        </w:tc>
        <w:tc>
          <w:tcPr>
            <w:tcW w:w="17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52B520EC" w14:textId="77777777" w:rsidR="00621206" w:rsidRDefault="00AF52F1">
            <w:pPr>
              <w:jc w:val="center"/>
            </w:pPr>
            <w:r>
              <w:rPr>
                <w:b/>
                <w:sz w:val="22"/>
              </w:rPr>
              <w:t>:</w:t>
            </w:r>
          </w:p>
        </w:tc>
        <w:tc>
          <w:tcPr>
            <w:tcW w:w="595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</w:tcPr>
          <w:p w14:paraId="09BCD075" w14:textId="45FA521E" w:rsidR="00621206" w:rsidRDefault="008C52B0">
            <w:proofErr w:type="spellStart"/>
            <w:r>
              <w:rPr>
                <w:sz w:val="22"/>
              </w:rPr>
              <w:t>Selesai</w:t>
            </w:r>
            <w:proofErr w:type="spellEnd"/>
          </w:p>
        </w:tc>
      </w:tr>
    </w:tbl>
    <w:p w14:paraId="2FCD0AAE" w14:textId="77777777" w:rsidR="00621206" w:rsidRPr="008F1574" w:rsidRDefault="00AF52F1">
      <w:pPr>
        <w:pStyle w:val="Heading2"/>
        <w:spacing w:before="160" w:after="80"/>
        <w:rPr>
          <w:color w:val="auto"/>
        </w:rPr>
      </w:pPr>
      <w:r w:rsidRPr="008F1574">
        <w:rPr>
          <w:rFonts w:ascii="Times New Roman" w:eastAsia="Times New Roman" w:hAnsi="Times New Roman"/>
          <w:color w:val="auto"/>
          <w:sz w:val="25"/>
        </w:rPr>
        <w:t xml:space="preserve">A. Tujuan </w:t>
      </w:r>
      <w:proofErr w:type="spellStart"/>
      <w:r w:rsidRPr="008F1574">
        <w:rPr>
          <w:rFonts w:ascii="Times New Roman" w:eastAsia="Times New Roman" w:hAnsi="Times New Roman"/>
          <w:color w:val="auto"/>
          <w:sz w:val="25"/>
        </w:rPr>
        <w:t>Kegiatan</w:t>
      </w:r>
      <w:proofErr w:type="spellEnd"/>
      <w:r w:rsidRPr="008F1574">
        <w:rPr>
          <w:rFonts w:ascii="Times New Roman" w:eastAsia="Times New Roman" w:hAnsi="Times New Roman"/>
          <w:color w:val="auto"/>
          <w:sz w:val="25"/>
        </w:rPr>
        <w:t xml:space="preserve"> </w:t>
      </w:r>
      <w:proofErr w:type="spellStart"/>
      <w:r w:rsidRPr="008F1574">
        <w:rPr>
          <w:rFonts w:ascii="Times New Roman" w:eastAsia="Times New Roman" w:hAnsi="Times New Roman"/>
          <w:color w:val="auto"/>
          <w:sz w:val="25"/>
        </w:rPr>
        <w:t>Bulanan</w:t>
      </w:r>
      <w:proofErr w:type="spellEnd"/>
    </w:p>
    <w:p w14:paraId="3F1B26C4" w14:textId="77777777" w:rsidR="008C52B0" w:rsidRDefault="008C52B0" w:rsidP="008C52B0">
      <w:pPr>
        <w:pStyle w:val="Heading2"/>
        <w:spacing w:before="160" w:after="80"/>
        <w:ind w:firstLine="720"/>
        <w:jc w:val="both"/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</w:pPr>
      <w:proofErr w:type="spellStart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>Kegiatan</w:t>
      </w:r>
      <w:proofErr w:type="spellEnd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 xml:space="preserve"> pada </w:t>
      </w:r>
      <w:proofErr w:type="spellStart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>bulan</w:t>
      </w:r>
      <w:proofErr w:type="spellEnd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 xml:space="preserve"> </w:t>
      </w:r>
      <w:proofErr w:type="spellStart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>pertama</w:t>
      </w:r>
      <w:proofErr w:type="spellEnd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 xml:space="preserve"> </w:t>
      </w:r>
      <w:proofErr w:type="spellStart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>bertujuan</w:t>
      </w:r>
      <w:proofErr w:type="spellEnd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 xml:space="preserve"> </w:t>
      </w:r>
      <w:proofErr w:type="spellStart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>untuk</w:t>
      </w:r>
      <w:proofErr w:type="spellEnd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 xml:space="preserve"> </w:t>
      </w:r>
      <w:proofErr w:type="spellStart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>membangun</w:t>
      </w:r>
      <w:proofErr w:type="spellEnd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 xml:space="preserve"> </w:t>
      </w:r>
      <w:proofErr w:type="spellStart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>pemahaman</w:t>
      </w:r>
      <w:proofErr w:type="spellEnd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 xml:space="preserve"> </w:t>
      </w:r>
      <w:proofErr w:type="spellStart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>awal</w:t>
      </w:r>
      <w:proofErr w:type="spellEnd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 xml:space="preserve"> </w:t>
      </w:r>
      <w:proofErr w:type="spellStart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>mengenai</w:t>
      </w:r>
      <w:proofErr w:type="spellEnd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 xml:space="preserve"> </w:t>
      </w:r>
      <w:proofErr w:type="spellStart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>landasan</w:t>
      </w:r>
      <w:proofErr w:type="spellEnd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 xml:space="preserve"> </w:t>
      </w:r>
      <w:proofErr w:type="spellStart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>hukum</w:t>
      </w:r>
      <w:proofErr w:type="spellEnd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 xml:space="preserve"> tata </w:t>
      </w:r>
      <w:proofErr w:type="spellStart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>kelola</w:t>
      </w:r>
      <w:proofErr w:type="spellEnd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 xml:space="preserve"> </w:t>
      </w:r>
      <w:proofErr w:type="spellStart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>teknologi</w:t>
      </w:r>
      <w:proofErr w:type="spellEnd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 xml:space="preserve"> </w:t>
      </w:r>
      <w:proofErr w:type="spellStart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>informasi</w:t>
      </w:r>
      <w:proofErr w:type="spellEnd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 xml:space="preserve"> di </w:t>
      </w:r>
      <w:proofErr w:type="spellStart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>instansi</w:t>
      </w:r>
      <w:proofErr w:type="spellEnd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 xml:space="preserve"> </w:t>
      </w:r>
      <w:proofErr w:type="spellStart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>pemerintahan</w:t>
      </w:r>
      <w:proofErr w:type="spellEnd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 xml:space="preserve">. </w:t>
      </w:r>
      <w:proofErr w:type="spellStart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>Mahasiswa</w:t>
      </w:r>
      <w:proofErr w:type="spellEnd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 xml:space="preserve"> </w:t>
      </w:r>
      <w:proofErr w:type="spellStart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>ditargetkan</w:t>
      </w:r>
      <w:proofErr w:type="spellEnd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 xml:space="preserve"> </w:t>
      </w:r>
      <w:proofErr w:type="spellStart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>untuk</w:t>
      </w:r>
      <w:proofErr w:type="spellEnd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 xml:space="preserve"> </w:t>
      </w:r>
      <w:proofErr w:type="spellStart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>memahami</w:t>
      </w:r>
      <w:proofErr w:type="spellEnd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 xml:space="preserve"> </w:t>
      </w:r>
      <w:proofErr w:type="spellStart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>regulasi</w:t>
      </w:r>
      <w:proofErr w:type="spellEnd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 xml:space="preserve"> </w:t>
      </w:r>
      <w:proofErr w:type="spellStart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>kunci</w:t>
      </w:r>
      <w:proofErr w:type="spellEnd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 xml:space="preserve"> </w:t>
      </w:r>
      <w:proofErr w:type="spellStart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>seperti</w:t>
      </w:r>
      <w:proofErr w:type="spellEnd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 xml:space="preserve"> </w:t>
      </w:r>
      <w:proofErr w:type="spellStart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>Undang-Undang</w:t>
      </w:r>
      <w:proofErr w:type="spellEnd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 xml:space="preserve"> </w:t>
      </w:r>
      <w:proofErr w:type="spellStart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>Perlindungan</w:t>
      </w:r>
      <w:proofErr w:type="spellEnd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 xml:space="preserve"> Data </w:t>
      </w:r>
      <w:proofErr w:type="spellStart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>Pribadi</w:t>
      </w:r>
      <w:proofErr w:type="spellEnd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 xml:space="preserve"> (UU PDP) dan </w:t>
      </w:r>
      <w:proofErr w:type="spellStart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>Perpres</w:t>
      </w:r>
      <w:proofErr w:type="spellEnd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 xml:space="preserve"> </w:t>
      </w:r>
      <w:proofErr w:type="spellStart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>Sistem</w:t>
      </w:r>
      <w:proofErr w:type="spellEnd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 xml:space="preserve"> </w:t>
      </w:r>
      <w:proofErr w:type="spellStart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>Pemerintahan</w:t>
      </w:r>
      <w:proofErr w:type="spellEnd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 xml:space="preserve"> </w:t>
      </w:r>
      <w:proofErr w:type="spellStart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>Berbasis</w:t>
      </w:r>
      <w:proofErr w:type="spellEnd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 xml:space="preserve"> Elektronik (SPBE), </w:t>
      </w:r>
      <w:proofErr w:type="spellStart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>serta</w:t>
      </w:r>
      <w:proofErr w:type="spellEnd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 xml:space="preserve"> </w:t>
      </w:r>
      <w:proofErr w:type="spellStart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>meningkatkan</w:t>
      </w:r>
      <w:proofErr w:type="spellEnd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 xml:space="preserve"> </w:t>
      </w:r>
      <w:proofErr w:type="spellStart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>wawasan</w:t>
      </w:r>
      <w:proofErr w:type="spellEnd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 xml:space="preserve"> dan </w:t>
      </w:r>
      <w:proofErr w:type="spellStart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>literasi</w:t>
      </w:r>
      <w:proofErr w:type="spellEnd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 xml:space="preserve"> </w:t>
      </w:r>
      <w:proofErr w:type="spellStart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>terkait</w:t>
      </w:r>
      <w:proofErr w:type="spellEnd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 xml:space="preserve"> </w:t>
      </w:r>
      <w:proofErr w:type="spellStart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>ancaman</w:t>
      </w:r>
      <w:proofErr w:type="spellEnd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 xml:space="preserve"> </w:t>
      </w:r>
      <w:proofErr w:type="spellStart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>keamanan</w:t>
      </w:r>
      <w:proofErr w:type="spellEnd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 xml:space="preserve"> </w:t>
      </w:r>
      <w:proofErr w:type="spellStart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>informasi</w:t>
      </w:r>
      <w:proofErr w:type="spellEnd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 xml:space="preserve"> (</w:t>
      </w:r>
      <w:proofErr w:type="spellStart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>siber</w:t>
      </w:r>
      <w:proofErr w:type="spellEnd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 xml:space="preserve">) yang </w:t>
      </w:r>
      <w:proofErr w:type="spellStart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>relevan</w:t>
      </w:r>
      <w:proofErr w:type="spellEnd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 xml:space="preserve"> </w:t>
      </w:r>
      <w:proofErr w:type="spellStart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>bagi</w:t>
      </w:r>
      <w:proofErr w:type="spellEnd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 xml:space="preserve"> </w:t>
      </w:r>
      <w:proofErr w:type="spellStart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>operasional</w:t>
      </w:r>
      <w:proofErr w:type="spellEnd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 xml:space="preserve"> </w:t>
      </w:r>
      <w:proofErr w:type="spellStart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>dinas</w:t>
      </w:r>
      <w:proofErr w:type="spellEnd"/>
      <w:r w:rsidRPr="008C52B0">
        <w:rPr>
          <w:rFonts w:ascii="Times New Roman" w:eastAsia="Times New Roman" w:hAnsi="Times New Roman" w:cstheme="minorBidi"/>
          <w:b w:val="0"/>
          <w:bCs w:val="0"/>
          <w:color w:val="auto"/>
          <w:sz w:val="24"/>
          <w:szCs w:val="22"/>
        </w:rPr>
        <w:t>.</w:t>
      </w:r>
    </w:p>
    <w:p w14:paraId="1C6C86A8" w14:textId="5E4CB07A" w:rsidR="00621206" w:rsidRPr="008F1574" w:rsidRDefault="00AF52F1" w:rsidP="008C52B0">
      <w:pPr>
        <w:pStyle w:val="Heading2"/>
        <w:spacing w:before="160" w:after="80"/>
        <w:rPr>
          <w:color w:val="auto"/>
        </w:rPr>
      </w:pPr>
      <w:r w:rsidRPr="008F1574">
        <w:rPr>
          <w:rFonts w:ascii="Times New Roman" w:eastAsia="Times New Roman" w:hAnsi="Times New Roman"/>
          <w:color w:val="auto"/>
          <w:sz w:val="25"/>
        </w:rPr>
        <w:t xml:space="preserve">B. </w:t>
      </w:r>
      <w:proofErr w:type="spellStart"/>
      <w:r w:rsidRPr="008F1574">
        <w:rPr>
          <w:rFonts w:ascii="Times New Roman" w:eastAsia="Times New Roman" w:hAnsi="Times New Roman"/>
          <w:color w:val="auto"/>
          <w:sz w:val="25"/>
        </w:rPr>
        <w:t>Rincian</w:t>
      </w:r>
      <w:proofErr w:type="spellEnd"/>
      <w:r w:rsidRPr="008F1574">
        <w:rPr>
          <w:rFonts w:ascii="Times New Roman" w:eastAsia="Times New Roman" w:hAnsi="Times New Roman"/>
          <w:color w:val="auto"/>
          <w:sz w:val="25"/>
        </w:rPr>
        <w:t xml:space="preserve"> </w:t>
      </w:r>
      <w:proofErr w:type="spellStart"/>
      <w:r w:rsidRPr="008F1574">
        <w:rPr>
          <w:rFonts w:ascii="Times New Roman" w:eastAsia="Times New Roman" w:hAnsi="Times New Roman"/>
          <w:color w:val="auto"/>
          <w:sz w:val="25"/>
        </w:rPr>
        <w:t>Pekerjaan</w:t>
      </w:r>
      <w:proofErr w:type="spellEnd"/>
      <w:r w:rsidRPr="008F1574">
        <w:rPr>
          <w:rFonts w:ascii="Times New Roman" w:eastAsia="Times New Roman" w:hAnsi="Times New Roman"/>
          <w:color w:val="auto"/>
          <w:sz w:val="25"/>
        </w:rPr>
        <w:t xml:space="preserve"> </w:t>
      </w:r>
      <w:proofErr w:type="spellStart"/>
      <w:r w:rsidRPr="008F1574">
        <w:rPr>
          <w:rFonts w:ascii="Times New Roman" w:eastAsia="Times New Roman" w:hAnsi="Times New Roman"/>
          <w:color w:val="auto"/>
          <w:sz w:val="25"/>
        </w:rPr>
        <w:t>Mingguan</w:t>
      </w:r>
      <w:proofErr w:type="spellEnd"/>
    </w:p>
    <w:tbl>
      <w:tblPr>
        <w:tblW w:w="9113" w:type="dxa"/>
        <w:jc w:val="center"/>
        <w:tblLayout w:type="fixed"/>
        <w:tblLook w:val="04A0" w:firstRow="1" w:lastRow="0" w:firstColumn="1" w:lastColumn="0" w:noHBand="0" w:noVBand="1"/>
      </w:tblPr>
      <w:tblGrid>
        <w:gridCol w:w="1276"/>
        <w:gridCol w:w="1715"/>
        <w:gridCol w:w="3798"/>
        <w:gridCol w:w="2324"/>
      </w:tblGrid>
      <w:tr w:rsidR="00621206" w14:paraId="6D52FE49" w14:textId="77777777" w:rsidTr="00BE0AAA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1F4E79"/>
          </w:tcPr>
          <w:p w14:paraId="0A76A7FC" w14:textId="77777777" w:rsidR="00621206" w:rsidRDefault="00AF52F1">
            <w:pPr>
              <w:jc w:val="center"/>
            </w:pPr>
            <w:proofErr w:type="spellStart"/>
            <w:r>
              <w:rPr>
                <w:b/>
                <w:color w:val="FFFFFF"/>
                <w:sz w:val="21"/>
              </w:rPr>
              <w:t>Minggu</w:t>
            </w:r>
            <w:proofErr w:type="spellEnd"/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1F4E79"/>
          </w:tcPr>
          <w:p w14:paraId="051736EE" w14:textId="77777777" w:rsidR="00621206" w:rsidRDefault="00AF52F1">
            <w:pPr>
              <w:jc w:val="center"/>
            </w:pPr>
            <w:r>
              <w:rPr>
                <w:b/>
                <w:color w:val="FFFFFF"/>
                <w:sz w:val="21"/>
              </w:rPr>
              <w:t xml:space="preserve">Jenis </w:t>
            </w:r>
            <w:proofErr w:type="spellStart"/>
            <w:r>
              <w:rPr>
                <w:b/>
                <w:color w:val="FFFFFF"/>
                <w:sz w:val="21"/>
              </w:rPr>
              <w:t>Pekerjaan</w:t>
            </w:r>
            <w:proofErr w:type="spellEnd"/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1F4E79"/>
          </w:tcPr>
          <w:p w14:paraId="66A30DC4" w14:textId="77777777" w:rsidR="00621206" w:rsidRDefault="00AF52F1">
            <w:pPr>
              <w:jc w:val="center"/>
            </w:pPr>
            <w:proofErr w:type="spellStart"/>
            <w:r>
              <w:rPr>
                <w:b/>
                <w:color w:val="FFFFFF"/>
                <w:sz w:val="21"/>
              </w:rPr>
              <w:t>Uraian</w:t>
            </w:r>
            <w:proofErr w:type="spellEnd"/>
            <w:r>
              <w:rPr>
                <w:b/>
                <w:color w:val="FFFFFF"/>
                <w:sz w:val="21"/>
              </w:rPr>
              <w:t xml:space="preserve"> </w:t>
            </w:r>
            <w:proofErr w:type="spellStart"/>
            <w:r>
              <w:rPr>
                <w:b/>
                <w:color w:val="FFFFFF"/>
                <w:sz w:val="21"/>
              </w:rPr>
              <w:t>Pelaksanaan</w:t>
            </w:r>
            <w:proofErr w:type="spellEnd"/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1F4E79"/>
          </w:tcPr>
          <w:p w14:paraId="18541915" w14:textId="77777777" w:rsidR="00621206" w:rsidRDefault="00AF52F1">
            <w:pPr>
              <w:jc w:val="center"/>
            </w:pPr>
            <w:r>
              <w:rPr>
                <w:b/>
                <w:color w:val="FFFFFF"/>
                <w:sz w:val="21"/>
              </w:rPr>
              <w:t>Output/</w:t>
            </w:r>
            <w:proofErr w:type="spellStart"/>
            <w:r>
              <w:rPr>
                <w:b/>
                <w:color w:val="FFFFFF"/>
                <w:sz w:val="21"/>
              </w:rPr>
              <w:t>Capaian</w:t>
            </w:r>
            <w:proofErr w:type="spellEnd"/>
          </w:p>
        </w:tc>
      </w:tr>
      <w:tr w:rsidR="00621206" w14:paraId="48394C33" w14:textId="77777777" w:rsidTr="00BE0AAA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23F2378C" w14:textId="77777777" w:rsidR="00621206" w:rsidRDefault="00AF52F1">
            <w:proofErr w:type="spellStart"/>
            <w:r>
              <w:rPr>
                <w:sz w:val="20"/>
              </w:rPr>
              <w:t>Minggu</w:t>
            </w:r>
            <w:proofErr w:type="spellEnd"/>
            <w:r>
              <w:rPr>
                <w:sz w:val="20"/>
              </w:rPr>
              <w:t xml:space="preserve"> 1</w:t>
            </w:r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1E49C79C" w14:textId="1E902B2B" w:rsidR="00621206" w:rsidRDefault="008C52B0">
            <w:proofErr w:type="spellStart"/>
            <w:r w:rsidRPr="008C52B0">
              <w:rPr>
                <w:sz w:val="20"/>
              </w:rPr>
              <w:t>Regulasi</w:t>
            </w:r>
            <w:proofErr w:type="spellEnd"/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0F7B65AB" w14:textId="15C9929D" w:rsidR="00621206" w:rsidRDefault="008C52B0">
            <w:proofErr w:type="spellStart"/>
            <w:r w:rsidRPr="008C52B0">
              <w:rPr>
                <w:sz w:val="20"/>
              </w:rPr>
              <w:t>Memahami</w:t>
            </w:r>
            <w:proofErr w:type="spellEnd"/>
            <w:r w:rsidRPr="008C52B0">
              <w:rPr>
                <w:sz w:val="20"/>
              </w:rPr>
              <w:t xml:space="preserve"> dan </w:t>
            </w:r>
            <w:proofErr w:type="spellStart"/>
            <w:r w:rsidRPr="008C52B0">
              <w:rPr>
                <w:sz w:val="20"/>
              </w:rPr>
              <w:t>mempelajari</w:t>
            </w:r>
            <w:proofErr w:type="spellEnd"/>
            <w:r w:rsidRPr="008C52B0">
              <w:rPr>
                <w:sz w:val="20"/>
              </w:rPr>
              <w:t xml:space="preserve"> </w:t>
            </w:r>
            <w:proofErr w:type="spellStart"/>
            <w:r w:rsidRPr="008C52B0">
              <w:rPr>
                <w:sz w:val="20"/>
              </w:rPr>
              <w:t>materi</w:t>
            </w:r>
            <w:proofErr w:type="spellEnd"/>
            <w:r w:rsidRPr="008C52B0">
              <w:rPr>
                <w:sz w:val="20"/>
              </w:rPr>
              <w:t xml:space="preserve"> UU PDP dan </w:t>
            </w:r>
            <w:proofErr w:type="spellStart"/>
            <w:r w:rsidRPr="008C52B0">
              <w:rPr>
                <w:sz w:val="20"/>
              </w:rPr>
              <w:t>perpres</w:t>
            </w:r>
            <w:proofErr w:type="spellEnd"/>
            <w:r w:rsidRPr="008C52B0">
              <w:rPr>
                <w:sz w:val="20"/>
              </w:rPr>
              <w:t xml:space="preserve"> SPBE.</w:t>
            </w:r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0BF81B3B" w14:textId="09F2580A" w:rsidR="00621206" w:rsidRDefault="008C52B0">
            <w:r w:rsidRPr="008C52B0">
              <w:rPr>
                <w:sz w:val="20"/>
              </w:rPr>
              <w:t xml:space="preserve">Tidak </w:t>
            </w:r>
            <w:proofErr w:type="spellStart"/>
            <w:r w:rsidRPr="008C52B0">
              <w:rPr>
                <w:sz w:val="20"/>
              </w:rPr>
              <w:t>ada</w:t>
            </w:r>
            <w:proofErr w:type="spellEnd"/>
            <w:r w:rsidRPr="008C52B0">
              <w:rPr>
                <w:sz w:val="20"/>
              </w:rPr>
              <w:t xml:space="preserve"> </w:t>
            </w:r>
            <w:proofErr w:type="spellStart"/>
            <w:r w:rsidRPr="008C52B0">
              <w:rPr>
                <w:sz w:val="20"/>
              </w:rPr>
              <w:t>kendala</w:t>
            </w:r>
            <w:proofErr w:type="spellEnd"/>
            <w:r w:rsidRPr="008C52B0">
              <w:rPr>
                <w:sz w:val="20"/>
              </w:rPr>
              <w:t>.</w:t>
            </w:r>
          </w:p>
        </w:tc>
      </w:tr>
      <w:tr w:rsidR="00621206" w14:paraId="5CBF79D5" w14:textId="77777777" w:rsidTr="00BE0AAA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592D08FB" w14:textId="77777777" w:rsidR="00621206" w:rsidRDefault="00AF52F1">
            <w:proofErr w:type="spellStart"/>
            <w:r>
              <w:rPr>
                <w:sz w:val="20"/>
              </w:rPr>
              <w:t>Minggu</w:t>
            </w:r>
            <w:proofErr w:type="spellEnd"/>
            <w:r>
              <w:rPr>
                <w:sz w:val="20"/>
              </w:rPr>
              <w:t xml:space="preserve"> 2</w:t>
            </w:r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2FBE77D3" w14:textId="7EAB5AB7" w:rsidR="00621206" w:rsidRDefault="008C52B0">
            <w:r w:rsidRPr="008C52B0">
              <w:rPr>
                <w:sz w:val="20"/>
              </w:rPr>
              <w:t xml:space="preserve">Kajian dan </w:t>
            </w:r>
            <w:proofErr w:type="spellStart"/>
            <w:r w:rsidRPr="008C52B0">
              <w:rPr>
                <w:sz w:val="20"/>
              </w:rPr>
              <w:t>pemahaman</w:t>
            </w:r>
            <w:proofErr w:type="spellEnd"/>
            <w:r w:rsidRPr="008C52B0">
              <w:rPr>
                <w:sz w:val="20"/>
              </w:rPr>
              <w:t xml:space="preserve"> </w:t>
            </w:r>
            <w:proofErr w:type="spellStart"/>
            <w:r w:rsidRPr="008C52B0">
              <w:rPr>
                <w:sz w:val="20"/>
              </w:rPr>
              <w:t>regulasi</w:t>
            </w:r>
            <w:proofErr w:type="spellEnd"/>
            <w:r w:rsidRPr="008C52B0">
              <w:rPr>
                <w:sz w:val="20"/>
              </w:rPr>
              <w:t xml:space="preserve"> </w:t>
            </w:r>
            <w:proofErr w:type="spellStart"/>
            <w:r w:rsidRPr="008C52B0">
              <w:rPr>
                <w:sz w:val="20"/>
              </w:rPr>
              <w:t>dinas</w:t>
            </w:r>
            <w:proofErr w:type="spellEnd"/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3907B00C" w14:textId="2ADAFC0F" w:rsidR="00621206" w:rsidRDefault="008C52B0">
            <w:proofErr w:type="spellStart"/>
            <w:r w:rsidRPr="008C52B0">
              <w:rPr>
                <w:sz w:val="20"/>
              </w:rPr>
              <w:t>Mempelajari</w:t>
            </w:r>
            <w:proofErr w:type="spellEnd"/>
            <w:r w:rsidRPr="008C52B0">
              <w:rPr>
                <w:sz w:val="20"/>
              </w:rPr>
              <w:t xml:space="preserve"> dan </w:t>
            </w:r>
            <w:proofErr w:type="spellStart"/>
            <w:r w:rsidRPr="008C52B0">
              <w:rPr>
                <w:sz w:val="20"/>
              </w:rPr>
              <w:t>memahami</w:t>
            </w:r>
            <w:proofErr w:type="spellEnd"/>
            <w:r w:rsidRPr="008C52B0">
              <w:rPr>
                <w:sz w:val="20"/>
              </w:rPr>
              <w:t xml:space="preserve"> </w:t>
            </w:r>
            <w:proofErr w:type="spellStart"/>
            <w:r w:rsidRPr="008C52B0">
              <w:rPr>
                <w:sz w:val="20"/>
              </w:rPr>
              <w:t>materi</w:t>
            </w:r>
            <w:proofErr w:type="spellEnd"/>
            <w:r w:rsidRPr="008C52B0">
              <w:rPr>
                <w:sz w:val="20"/>
              </w:rPr>
              <w:t xml:space="preserve"> UU PDP, dan </w:t>
            </w:r>
            <w:proofErr w:type="spellStart"/>
            <w:r w:rsidRPr="008C52B0">
              <w:rPr>
                <w:sz w:val="20"/>
              </w:rPr>
              <w:t>perpres</w:t>
            </w:r>
            <w:proofErr w:type="spellEnd"/>
            <w:r w:rsidRPr="008C52B0">
              <w:rPr>
                <w:sz w:val="20"/>
              </w:rPr>
              <w:t xml:space="preserve"> SPBE.</w:t>
            </w:r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76F98064" w14:textId="127E72EA" w:rsidR="00621206" w:rsidRDefault="008C52B0">
            <w:r w:rsidRPr="008C52B0">
              <w:rPr>
                <w:sz w:val="20"/>
              </w:rPr>
              <w:t xml:space="preserve">Tidak </w:t>
            </w:r>
            <w:proofErr w:type="spellStart"/>
            <w:r w:rsidRPr="008C52B0">
              <w:rPr>
                <w:sz w:val="20"/>
              </w:rPr>
              <w:t>ada</w:t>
            </w:r>
            <w:proofErr w:type="spellEnd"/>
            <w:r w:rsidRPr="008C52B0">
              <w:rPr>
                <w:sz w:val="20"/>
              </w:rPr>
              <w:t xml:space="preserve"> </w:t>
            </w:r>
            <w:proofErr w:type="spellStart"/>
            <w:r w:rsidRPr="008C52B0">
              <w:rPr>
                <w:sz w:val="20"/>
              </w:rPr>
              <w:t>kendala</w:t>
            </w:r>
            <w:proofErr w:type="spellEnd"/>
            <w:r w:rsidRPr="008C52B0">
              <w:rPr>
                <w:sz w:val="20"/>
              </w:rPr>
              <w:t>.</w:t>
            </w:r>
          </w:p>
        </w:tc>
      </w:tr>
      <w:tr w:rsidR="00621206" w14:paraId="5EC58DA5" w14:textId="77777777" w:rsidTr="00BE0AAA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38B1C3CF" w14:textId="77777777" w:rsidR="00621206" w:rsidRDefault="00AF52F1">
            <w:proofErr w:type="spellStart"/>
            <w:r>
              <w:rPr>
                <w:sz w:val="20"/>
              </w:rPr>
              <w:t>Minggu</w:t>
            </w:r>
            <w:proofErr w:type="spellEnd"/>
            <w:r>
              <w:rPr>
                <w:sz w:val="20"/>
              </w:rPr>
              <w:t xml:space="preserve"> 3</w:t>
            </w:r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16B1B777" w14:textId="539753DF" w:rsidR="00621206" w:rsidRDefault="008C52B0">
            <w:proofErr w:type="spellStart"/>
            <w:r w:rsidRPr="008C52B0">
              <w:rPr>
                <w:sz w:val="20"/>
              </w:rPr>
              <w:t>Mencari</w:t>
            </w:r>
            <w:proofErr w:type="spellEnd"/>
            <w:r w:rsidRPr="008C52B0">
              <w:rPr>
                <w:sz w:val="20"/>
              </w:rPr>
              <w:t xml:space="preserve"> </w:t>
            </w:r>
            <w:proofErr w:type="spellStart"/>
            <w:r w:rsidRPr="008C52B0">
              <w:rPr>
                <w:sz w:val="20"/>
              </w:rPr>
              <w:t>konten</w:t>
            </w:r>
            <w:proofErr w:type="spellEnd"/>
            <w:r w:rsidRPr="008C52B0">
              <w:rPr>
                <w:sz w:val="20"/>
              </w:rPr>
              <w:t xml:space="preserve"> </w:t>
            </w:r>
            <w:proofErr w:type="spellStart"/>
            <w:r w:rsidRPr="008C52B0">
              <w:rPr>
                <w:sz w:val="20"/>
              </w:rPr>
              <w:t>keamanan</w:t>
            </w:r>
            <w:proofErr w:type="spellEnd"/>
            <w:r w:rsidRPr="008C52B0">
              <w:rPr>
                <w:sz w:val="20"/>
              </w:rPr>
              <w:t xml:space="preserve"> </w:t>
            </w:r>
            <w:proofErr w:type="spellStart"/>
            <w:r w:rsidRPr="008C52B0">
              <w:rPr>
                <w:sz w:val="20"/>
              </w:rPr>
              <w:t>informasi</w:t>
            </w:r>
            <w:proofErr w:type="spellEnd"/>
            <w:r w:rsidRPr="008C52B0">
              <w:rPr>
                <w:sz w:val="20"/>
              </w:rPr>
              <w:t xml:space="preserve">, phishing, </w:t>
            </w:r>
            <w:proofErr w:type="spellStart"/>
            <w:r w:rsidRPr="008C52B0">
              <w:rPr>
                <w:sz w:val="20"/>
              </w:rPr>
              <w:t>penipuan</w:t>
            </w:r>
            <w:proofErr w:type="spellEnd"/>
            <w:r w:rsidRPr="008C52B0">
              <w:rPr>
                <w:sz w:val="20"/>
              </w:rPr>
              <w:t xml:space="preserve"> digital</w:t>
            </w:r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3AD80CD9" w14:textId="6C3E844C" w:rsidR="00621206" w:rsidRDefault="008C52B0">
            <w:proofErr w:type="spellStart"/>
            <w:r w:rsidRPr="008C52B0">
              <w:rPr>
                <w:sz w:val="20"/>
              </w:rPr>
              <w:t>Melakukan</w:t>
            </w:r>
            <w:proofErr w:type="spellEnd"/>
            <w:r w:rsidRPr="008C52B0">
              <w:rPr>
                <w:sz w:val="20"/>
              </w:rPr>
              <w:t xml:space="preserve"> </w:t>
            </w:r>
            <w:proofErr w:type="spellStart"/>
            <w:r w:rsidRPr="008C52B0">
              <w:rPr>
                <w:sz w:val="20"/>
              </w:rPr>
              <w:t>pencarian</w:t>
            </w:r>
            <w:proofErr w:type="spellEnd"/>
            <w:r w:rsidRPr="008C52B0">
              <w:rPr>
                <w:sz w:val="20"/>
              </w:rPr>
              <w:t xml:space="preserve"> dan </w:t>
            </w:r>
            <w:proofErr w:type="spellStart"/>
            <w:r w:rsidRPr="008C52B0">
              <w:rPr>
                <w:sz w:val="20"/>
              </w:rPr>
              <w:t>pengumpulan</w:t>
            </w:r>
            <w:proofErr w:type="spellEnd"/>
            <w:r w:rsidRPr="008C52B0">
              <w:rPr>
                <w:sz w:val="20"/>
              </w:rPr>
              <w:t xml:space="preserve"> </w:t>
            </w:r>
            <w:proofErr w:type="spellStart"/>
            <w:r w:rsidRPr="008C52B0">
              <w:rPr>
                <w:sz w:val="20"/>
              </w:rPr>
              <w:t>materi</w:t>
            </w:r>
            <w:proofErr w:type="spellEnd"/>
            <w:r w:rsidRPr="008C52B0">
              <w:rPr>
                <w:sz w:val="20"/>
              </w:rPr>
              <w:t xml:space="preserve"> </w:t>
            </w:r>
            <w:proofErr w:type="spellStart"/>
            <w:r w:rsidRPr="008C52B0">
              <w:rPr>
                <w:sz w:val="20"/>
              </w:rPr>
              <w:t>terkait</w:t>
            </w:r>
            <w:proofErr w:type="spellEnd"/>
            <w:r w:rsidRPr="008C52B0">
              <w:rPr>
                <w:sz w:val="20"/>
              </w:rPr>
              <w:t xml:space="preserve"> </w:t>
            </w:r>
            <w:proofErr w:type="spellStart"/>
            <w:r w:rsidRPr="008C52B0">
              <w:rPr>
                <w:sz w:val="20"/>
              </w:rPr>
              <w:t>keamanan</w:t>
            </w:r>
            <w:proofErr w:type="spellEnd"/>
            <w:r w:rsidRPr="008C52B0">
              <w:rPr>
                <w:sz w:val="20"/>
              </w:rPr>
              <w:t xml:space="preserve"> </w:t>
            </w:r>
            <w:proofErr w:type="spellStart"/>
            <w:r w:rsidRPr="008C52B0">
              <w:rPr>
                <w:sz w:val="20"/>
              </w:rPr>
              <w:t>siber</w:t>
            </w:r>
            <w:proofErr w:type="spellEnd"/>
            <w:r w:rsidRPr="008C52B0">
              <w:rPr>
                <w:sz w:val="20"/>
              </w:rPr>
              <w:t>.</w:t>
            </w:r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0D71B8A7" w14:textId="02EBE431" w:rsidR="00621206" w:rsidRDefault="008C52B0">
            <w:proofErr w:type="spellStart"/>
            <w:r w:rsidRPr="008C52B0">
              <w:rPr>
                <w:sz w:val="20"/>
              </w:rPr>
              <w:t>Konten</w:t>
            </w:r>
            <w:proofErr w:type="spellEnd"/>
            <w:r w:rsidRPr="008C52B0">
              <w:rPr>
                <w:sz w:val="20"/>
              </w:rPr>
              <w:t xml:space="preserve"> </w:t>
            </w:r>
            <w:proofErr w:type="spellStart"/>
            <w:r w:rsidRPr="008C52B0">
              <w:rPr>
                <w:sz w:val="20"/>
              </w:rPr>
              <w:t>keamanan</w:t>
            </w:r>
            <w:proofErr w:type="spellEnd"/>
            <w:r w:rsidRPr="008C52B0">
              <w:rPr>
                <w:sz w:val="20"/>
              </w:rPr>
              <w:t xml:space="preserve"> </w:t>
            </w:r>
            <w:proofErr w:type="spellStart"/>
            <w:r w:rsidRPr="008C52B0">
              <w:rPr>
                <w:sz w:val="20"/>
              </w:rPr>
              <w:t>informasi</w:t>
            </w:r>
            <w:proofErr w:type="spellEnd"/>
            <w:r w:rsidRPr="008C52B0">
              <w:rPr>
                <w:sz w:val="20"/>
              </w:rPr>
              <w:t>.</w:t>
            </w:r>
          </w:p>
        </w:tc>
      </w:tr>
      <w:tr w:rsidR="00621206" w14:paraId="73C5BEF2" w14:textId="77777777" w:rsidTr="00BE0AAA">
        <w:trPr>
          <w:jc w:val="center"/>
        </w:trPr>
        <w:tc>
          <w:tcPr>
            <w:tcW w:w="1276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5BD7EEDF" w14:textId="77777777" w:rsidR="00621206" w:rsidRDefault="00AF52F1">
            <w:proofErr w:type="spellStart"/>
            <w:r>
              <w:rPr>
                <w:sz w:val="20"/>
              </w:rPr>
              <w:t>Minggu</w:t>
            </w:r>
            <w:proofErr w:type="spellEnd"/>
            <w:r>
              <w:rPr>
                <w:sz w:val="20"/>
              </w:rPr>
              <w:t xml:space="preserve"> 4</w:t>
            </w:r>
          </w:p>
        </w:tc>
        <w:tc>
          <w:tcPr>
            <w:tcW w:w="1715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05F3CB7D" w14:textId="6A8153AD" w:rsidR="00621206" w:rsidRDefault="008C52B0">
            <w:proofErr w:type="spellStart"/>
            <w:r w:rsidRPr="008C52B0">
              <w:rPr>
                <w:sz w:val="20"/>
              </w:rPr>
              <w:t>Mencari</w:t>
            </w:r>
            <w:proofErr w:type="spellEnd"/>
            <w:r w:rsidRPr="008C52B0">
              <w:rPr>
                <w:sz w:val="20"/>
              </w:rPr>
              <w:t xml:space="preserve"> </w:t>
            </w:r>
            <w:proofErr w:type="spellStart"/>
            <w:r w:rsidRPr="008C52B0">
              <w:rPr>
                <w:sz w:val="20"/>
              </w:rPr>
              <w:t>konten</w:t>
            </w:r>
            <w:proofErr w:type="spellEnd"/>
            <w:r w:rsidRPr="008C52B0">
              <w:rPr>
                <w:sz w:val="20"/>
              </w:rPr>
              <w:t xml:space="preserve"> </w:t>
            </w:r>
            <w:proofErr w:type="spellStart"/>
            <w:r w:rsidRPr="008C52B0">
              <w:rPr>
                <w:sz w:val="20"/>
              </w:rPr>
              <w:t>keamanan</w:t>
            </w:r>
            <w:proofErr w:type="spellEnd"/>
            <w:r w:rsidRPr="008C52B0">
              <w:rPr>
                <w:sz w:val="20"/>
              </w:rPr>
              <w:t xml:space="preserve"> </w:t>
            </w:r>
            <w:proofErr w:type="spellStart"/>
            <w:r w:rsidRPr="008C52B0">
              <w:rPr>
                <w:sz w:val="20"/>
              </w:rPr>
              <w:t>informasi</w:t>
            </w:r>
            <w:proofErr w:type="spellEnd"/>
            <w:r w:rsidRPr="008C52B0">
              <w:rPr>
                <w:sz w:val="20"/>
              </w:rPr>
              <w:t xml:space="preserve">, phishing, </w:t>
            </w:r>
            <w:proofErr w:type="spellStart"/>
            <w:r w:rsidRPr="008C52B0">
              <w:rPr>
                <w:sz w:val="20"/>
              </w:rPr>
              <w:t>penipuan</w:t>
            </w:r>
            <w:proofErr w:type="spellEnd"/>
            <w:r w:rsidRPr="008C52B0">
              <w:rPr>
                <w:sz w:val="20"/>
              </w:rPr>
              <w:t xml:space="preserve"> digital</w:t>
            </w:r>
          </w:p>
        </w:tc>
        <w:tc>
          <w:tcPr>
            <w:tcW w:w="3798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74D23227" w14:textId="5538E26D" w:rsidR="00621206" w:rsidRDefault="008C52B0">
            <w:proofErr w:type="spellStart"/>
            <w:r w:rsidRPr="008C52B0">
              <w:rPr>
                <w:sz w:val="20"/>
              </w:rPr>
              <w:t>Melakukan</w:t>
            </w:r>
            <w:proofErr w:type="spellEnd"/>
            <w:r w:rsidRPr="008C52B0">
              <w:rPr>
                <w:sz w:val="20"/>
              </w:rPr>
              <w:t xml:space="preserve"> </w:t>
            </w:r>
            <w:proofErr w:type="spellStart"/>
            <w:r w:rsidRPr="008C52B0">
              <w:rPr>
                <w:sz w:val="20"/>
              </w:rPr>
              <w:t>pencarian</w:t>
            </w:r>
            <w:proofErr w:type="spellEnd"/>
            <w:r w:rsidRPr="008C52B0">
              <w:rPr>
                <w:sz w:val="20"/>
              </w:rPr>
              <w:t xml:space="preserve"> dan </w:t>
            </w:r>
            <w:proofErr w:type="spellStart"/>
            <w:r w:rsidRPr="008C52B0">
              <w:rPr>
                <w:sz w:val="20"/>
              </w:rPr>
              <w:t>pengumpulan</w:t>
            </w:r>
            <w:proofErr w:type="spellEnd"/>
            <w:r w:rsidRPr="008C52B0">
              <w:rPr>
                <w:sz w:val="20"/>
              </w:rPr>
              <w:t xml:space="preserve"> </w:t>
            </w:r>
            <w:proofErr w:type="spellStart"/>
            <w:r w:rsidRPr="008C52B0">
              <w:rPr>
                <w:sz w:val="20"/>
              </w:rPr>
              <w:t>materi</w:t>
            </w:r>
            <w:proofErr w:type="spellEnd"/>
            <w:r w:rsidRPr="008C52B0">
              <w:rPr>
                <w:sz w:val="20"/>
              </w:rPr>
              <w:t xml:space="preserve"> </w:t>
            </w:r>
            <w:proofErr w:type="spellStart"/>
            <w:r w:rsidRPr="008C52B0">
              <w:rPr>
                <w:sz w:val="20"/>
              </w:rPr>
              <w:t>terkait</w:t>
            </w:r>
            <w:proofErr w:type="spellEnd"/>
            <w:r w:rsidRPr="008C52B0">
              <w:rPr>
                <w:sz w:val="20"/>
              </w:rPr>
              <w:t xml:space="preserve"> </w:t>
            </w:r>
            <w:proofErr w:type="spellStart"/>
            <w:r w:rsidRPr="008C52B0">
              <w:rPr>
                <w:sz w:val="20"/>
              </w:rPr>
              <w:t>keamanan</w:t>
            </w:r>
            <w:proofErr w:type="spellEnd"/>
            <w:r w:rsidRPr="008C52B0">
              <w:rPr>
                <w:sz w:val="20"/>
              </w:rPr>
              <w:t xml:space="preserve"> </w:t>
            </w:r>
            <w:proofErr w:type="spellStart"/>
            <w:r w:rsidRPr="008C52B0">
              <w:rPr>
                <w:sz w:val="20"/>
              </w:rPr>
              <w:t>siber</w:t>
            </w:r>
            <w:proofErr w:type="spellEnd"/>
            <w:r w:rsidRPr="008C52B0">
              <w:rPr>
                <w:sz w:val="20"/>
              </w:rPr>
              <w:t>.</w:t>
            </w:r>
          </w:p>
        </w:tc>
        <w:tc>
          <w:tcPr>
            <w:tcW w:w="2324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3EDB07C4" w14:textId="792EE6B7" w:rsidR="00621206" w:rsidRDefault="008C52B0">
            <w:proofErr w:type="spellStart"/>
            <w:r w:rsidRPr="008C52B0">
              <w:rPr>
                <w:sz w:val="20"/>
              </w:rPr>
              <w:t>Konten</w:t>
            </w:r>
            <w:proofErr w:type="spellEnd"/>
            <w:r w:rsidRPr="008C52B0">
              <w:rPr>
                <w:sz w:val="20"/>
              </w:rPr>
              <w:t xml:space="preserve"> </w:t>
            </w:r>
            <w:proofErr w:type="spellStart"/>
            <w:r w:rsidRPr="008C52B0">
              <w:rPr>
                <w:sz w:val="20"/>
              </w:rPr>
              <w:t>keamanan</w:t>
            </w:r>
            <w:proofErr w:type="spellEnd"/>
            <w:r w:rsidRPr="008C52B0">
              <w:rPr>
                <w:sz w:val="20"/>
              </w:rPr>
              <w:t xml:space="preserve"> </w:t>
            </w:r>
            <w:proofErr w:type="spellStart"/>
            <w:r w:rsidRPr="008C52B0">
              <w:rPr>
                <w:sz w:val="20"/>
              </w:rPr>
              <w:t>informasi</w:t>
            </w:r>
            <w:proofErr w:type="spellEnd"/>
            <w:r w:rsidRPr="008C52B0">
              <w:rPr>
                <w:sz w:val="20"/>
              </w:rPr>
              <w:t>.</w:t>
            </w:r>
          </w:p>
        </w:tc>
      </w:tr>
    </w:tbl>
    <w:p w14:paraId="043B3477" w14:textId="77777777" w:rsidR="00621206" w:rsidRPr="008F1574" w:rsidRDefault="00AF52F1">
      <w:pPr>
        <w:pStyle w:val="Heading2"/>
        <w:spacing w:before="160" w:after="80"/>
        <w:rPr>
          <w:color w:val="auto"/>
        </w:rPr>
      </w:pPr>
      <w:r w:rsidRPr="008F1574">
        <w:rPr>
          <w:rFonts w:ascii="Times New Roman" w:eastAsia="Times New Roman" w:hAnsi="Times New Roman"/>
          <w:color w:val="auto"/>
          <w:sz w:val="25"/>
        </w:rPr>
        <w:t xml:space="preserve">C. </w:t>
      </w:r>
      <w:proofErr w:type="spellStart"/>
      <w:r w:rsidRPr="008F1574">
        <w:rPr>
          <w:rFonts w:ascii="Times New Roman" w:eastAsia="Times New Roman" w:hAnsi="Times New Roman"/>
          <w:color w:val="auto"/>
          <w:sz w:val="25"/>
        </w:rPr>
        <w:t>Uraian</w:t>
      </w:r>
      <w:proofErr w:type="spellEnd"/>
      <w:r w:rsidRPr="008F1574">
        <w:rPr>
          <w:rFonts w:ascii="Times New Roman" w:eastAsia="Times New Roman" w:hAnsi="Times New Roman"/>
          <w:color w:val="auto"/>
          <w:sz w:val="25"/>
        </w:rPr>
        <w:t xml:space="preserve"> </w:t>
      </w:r>
      <w:proofErr w:type="spellStart"/>
      <w:r w:rsidRPr="008F1574">
        <w:rPr>
          <w:rFonts w:ascii="Times New Roman" w:eastAsia="Times New Roman" w:hAnsi="Times New Roman"/>
          <w:color w:val="auto"/>
          <w:sz w:val="25"/>
        </w:rPr>
        <w:t>Pelaksanaan</w:t>
      </w:r>
      <w:proofErr w:type="spellEnd"/>
      <w:r w:rsidRPr="008F1574">
        <w:rPr>
          <w:rFonts w:ascii="Times New Roman" w:eastAsia="Times New Roman" w:hAnsi="Times New Roman"/>
          <w:color w:val="auto"/>
          <w:sz w:val="25"/>
        </w:rPr>
        <w:t xml:space="preserve"> </w:t>
      </w:r>
      <w:proofErr w:type="spellStart"/>
      <w:r w:rsidRPr="008F1574">
        <w:rPr>
          <w:rFonts w:ascii="Times New Roman" w:eastAsia="Times New Roman" w:hAnsi="Times New Roman"/>
          <w:color w:val="auto"/>
          <w:sz w:val="25"/>
        </w:rPr>
        <w:t>Pekerjaan</w:t>
      </w:r>
      <w:proofErr w:type="spellEnd"/>
    </w:p>
    <w:p w14:paraId="06D876C8" w14:textId="77777777" w:rsidR="008C52B0" w:rsidRDefault="008C52B0">
      <w:pPr>
        <w:spacing w:after="120"/>
        <w:ind w:firstLine="709"/>
        <w:jc w:val="both"/>
      </w:pPr>
      <w:r w:rsidRPr="008C52B0">
        <w:t xml:space="preserve">Pada </w:t>
      </w:r>
      <w:proofErr w:type="spellStart"/>
      <w:r w:rsidRPr="008C52B0">
        <w:t>bulan</w:t>
      </w:r>
      <w:proofErr w:type="spellEnd"/>
      <w:r w:rsidRPr="008C52B0">
        <w:t xml:space="preserve"> </w:t>
      </w:r>
      <w:proofErr w:type="spellStart"/>
      <w:r w:rsidRPr="008C52B0">
        <w:t>pertama</w:t>
      </w:r>
      <w:proofErr w:type="spellEnd"/>
      <w:r w:rsidRPr="008C52B0">
        <w:t xml:space="preserve">, </w:t>
      </w:r>
      <w:proofErr w:type="spellStart"/>
      <w:r w:rsidRPr="008C52B0">
        <w:t>kegiatan</w:t>
      </w:r>
      <w:proofErr w:type="spellEnd"/>
      <w:r w:rsidRPr="008C52B0">
        <w:t xml:space="preserve"> </w:t>
      </w:r>
      <w:proofErr w:type="spellStart"/>
      <w:r w:rsidRPr="008C52B0">
        <w:t>magang</w:t>
      </w:r>
      <w:proofErr w:type="spellEnd"/>
      <w:r w:rsidRPr="008C52B0">
        <w:t xml:space="preserve"> </w:t>
      </w:r>
      <w:proofErr w:type="spellStart"/>
      <w:r w:rsidRPr="008C52B0">
        <w:t>berfokus</w:t>
      </w:r>
      <w:proofErr w:type="spellEnd"/>
      <w:r w:rsidRPr="008C52B0">
        <w:t xml:space="preserve"> pada </w:t>
      </w:r>
      <w:proofErr w:type="spellStart"/>
      <w:r w:rsidRPr="008C52B0">
        <w:t>studi</w:t>
      </w:r>
      <w:proofErr w:type="spellEnd"/>
      <w:r w:rsidRPr="008C52B0">
        <w:t xml:space="preserve"> </w:t>
      </w:r>
      <w:proofErr w:type="spellStart"/>
      <w:r w:rsidRPr="008C52B0">
        <w:t>literatur</w:t>
      </w:r>
      <w:proofErr w:type="spellEnd"/>
      <w:r w:rsidRPr="008C52B0">
        <w:t xml:space="preserve">, </w:t>
      </w:r>
      <w:proofErr w:type="spellStart"/>
      <w:r w:rsidRPr="008C52B0">
        <w:t>orientasi</w:t>
      </w:r>
      <w:proofErr w:type="spellEnd"/>
      <w:r w:rsidRPr="008C52B0">
        <w:t xml:space="preserve"> </w:t>
      </w:r>
      <w:proofErr w:type="spellStart"/>
      <w:r w:rsidRPr="008C52B0">
        <w:t>kebijakan</w:t>
      </w:r>
      <w:proofErr w:type="spellEnd"/>
      <w:r w:rsidRPr="008C52B0">
        <w:t xml:space="preserve">, dan </w:t>
      </w:r>
      <w:proofErr w:type="spellStart"/>
      <w:r w:rsidRPr="008C52B0">
        <w:t>pemahaman</w:t>
      </w:r>
      <w:proofErr w:type="spellEnd"/>
      <w:r w:rsidRPr="008C52B0">
        <w:t xml:space="preserve"> </w:t>
      </w:r>
      <w:proofErr w:type="spellStart"/>
      <w:r w:rsidRPr="008C52B0">
        <w:t>regulasi</w:t>
      </w:r>
      <w:proofErr w:type="spellEnd"/>
      <w:r w:rsidRPr="008C52B0">
        <w:t xml:space="preserve">. </w:t>
      </w:r>
      <w:proofErr w:type="spellStart"/>
      <w:r w:rsidRPr="008C52B0">
        <w:t>Mahasiswa</w:t>
      </w:r>
      <w:proofErr w:type="spellEnd"/>
      <w:r w:rsidRPr="008C52B0">
        <w:t xml:space="preserve"> </w:t>
      </w:r>
      <w:proofErr w:type="spellStart"/>
      <w:r w:rsidRPr="008C52B0">
        <w:t>ditugaskan</w:t>
      </w:r>
      <w:proofErr w:type="spellEnd"/>
      <w:r w:rsidRPr="008C52B0">
        <w:t xml:space="preserve"> </w:t>
      </w:r>
      <w:proofErr w:type="spellStart"/>
      <w:r w:rsidRPr="008C52B0">
        <w:t>untuk</w:t>
      </w:r>
      <w:proofErr w:type="spellEnd"/>
      <w:r w:rsidRPr="008C52B0">
        <w:t xml:space="preserve"> </w:t>
      </w:r>
      <w:proofErr w:type="spellStart"/>
      <w:r w:rsidRPr="008C52B0">
        <w:t>membaca</w:t>
      </w:r>
      <w:proofErr w:type="spellEnd"/>
      <w:r w:rsidRPr="008C52B0">
        <w:t xml:space="preserve">, </w:t>
      </w:r>
      <w:proofErr w:type="spellStart"/>
      <w:r w:rsidRPr="008C52B0">
        <w:t>mengkaji</w:t>
      </w:r>
      <w:proofErr w:type="spellEnd"/>
      <w:r w:rsidRPr="008C52B0">
        <w:t xml:space="preserve">, dan </w:t>
      </w:r>
      <w:proofErr w:type="spellStart"/>
      <w:r w:rsidRPr="008C52B0">
        <w:t>merangkum</w:t>
      </w:r>
      <w:proofErr w:type="spellEnd"/>
      <w:r w:rsidRPr="008C52B0">
        <w:t xml:space="preserve"> </w:t>
      </w:r>
      <w:proofErr w:type="spellStart"/>
      <w:r w:rsidRPr="008C52B0">
        <w:t>poin-poin</w:t>
      </w:r>
      <w:proofErr w:type="spellEnd"/>
      <w:r w:rsidRPr="008C52B0">
        <w:t xml:space="preserve"> </w:t>
      </w:r>
      <w:proofErr w:type="spellStart"/>
      <w:r w:rsidRPr="008C52B0">
        <w:t>penting</w:t>
      </w:r>
      <w:proofErr w:type="spellEnd"/>
      <w:r w:rsidRPr="008C52B0">
        <w:t xml:space="preserve"> </w:t>
      </w:r>
      <w:proofErr w:type="spellStart"/>
      <w:r w:rsidRPr="008C52B0">
        <w:t>dari</w:t>
      </w:r>
      <w:proofErr w:type="spellEnd"/>
      <w:r w:rsidRPr="008C52B0">
        <w:t xml:space="preserve"> UU PDP </w:t>
      </w:r>
      <w:proofErr w:type="spellStart"/>
      <w:r w:rsidRPr="008C52B0">
        <w:t>Nomor</w:t>
      </w:r>
      <w:proofErr w:type="spellEnd"/>
      <w:r w:rsidRPr="008C52B0">
        <w:t xml:space="preserve"> 27 </w:t>
      </w:r>
      <w:proofErr w:type="spellStart"/>
      <w:r w:rsidRPr="008C52B0">
        <w:t>Tahun</w:t>
      </w:r>
      <w:proofErr w:type="spellEnd"/>
      <w:r w:rsidRPr="008C52B0">
        <w:t xml:space="preserve"> 2022 </w:t>
      </w:r>
      <w:proofErr w:type="spellStart"/>
      <w:r w:rsidRPr="008C52B0">
        <w:t>serta</w:t>
      </w:r>
      <w:proofErr w:type="spellEnd"/>
      <w:r w:rsidRPr="008C52B0">
        <w:t xml:space="preserve"> </w:t>
      </w:r>
      <w:proofErr w:type="spellStart"/>
      <w:r w:rsidRPr="008C52B0">
        <w:t>Perpres</w:t>
      </w:r>
      <w:proofErr w:type="spellEnd"/>
      <w:r w:rsidRPr="008C52B0">
        <w:t xml:space="preserve"> SPBE. Selain </w:t>
      </w:r>
      <w:proofErr w:type="spellStart"/>
      <w:r w:rsidRPr="008C52B0">
        <w:t>regulasi</w:t>
      </w:r>
      <w:proofErr w:type="spellEnd"/>
      <w:r w:rsidRPr="008C52B0">
        <w:t xml:space="preserve">, </w:t>
      </w:r>
      <w:proofErr w:type="spellStart"/>
      <w:r w:rsidRPr="008C52B0">
        <w:t>mahasiswa</w:t>
      </w:r>
      <w:proofErr w:type="spellEnd"/>
      <w:r w:rsidRPr="008C52B0">
        <w:t xml:space="preserve"> juga </w:t>
      </w:r>
      <w:proofErr w:type="spellStart"/>
      <w:r w:rsidRPr="008C52B0">
        <w:t>ditugaskan</w:t>
      </w:r>
      <w:proofErr w:type="spellEnd"/>
      <w:r w:rsidRPr="008C52B0">
        <w:t xml:space="preserve"> </w:t>
      </w:r>
      <w:proofErr w:type="spellStart"/>
      <w:r w:rsidRPr="008C52B0">
        <w:t>untuk</w:t>
      </w:r>
      <w:proofErr w:type="spellEnd"/>
      <w:r w:rsidRPr="008C52B0">
        <w:t xml:space="preserve"> </w:t>
      </w:r>
      <w:proofErr w:type="spellStart"/>
      <w:r w:rsidRPr="008C52B0">
        <w:t>mengumpulkan</w:t>
      </w:r>
      <w:proofErr w:type="spellEnd"/>
      <w:r w:rsidRPr="008C52B0">
        <w:t xml:space="preserve"> </w:t>
      </w:r>
      <w:proofErr w:type="spellStart"/>
      <w:r w:rsidRPr="008C52B0">
        <w:t>bahan</w:t>
      </w:r>
      <w:proofErr w:type="spellEnd"/>
      <w:r w:rsidRPr="008C52B0">
        <w:t xml:space="preserve"> </w:t>
      </w:r>
      <w:proofErr w:type="spellStart"/>
      <w:r w:rsidRPr="008C52B0">
        <w:t>literasi</w:t>
      </w:r>
      <w:proofErr w:type="spellEnd"/>
      <w:r w:rsidRPr="008C52B0">
        <w:t xml:space="preserve"> </w:t>
      </w:r>
      <w:proofErr w:type="spellStart"/>
      <w:r w:rsidRPr="008C52B0">
        <w:t>keamanan</w:t>
      </w:r>
      <w:proofErr w:type="spellEnd"/>
      <w:r w:rsidRPr="008C52B0">
        <w:t xml:space="preserve"> digital. </w:t>
      </w:r>
      <w:proofErr w:type="spellStart"/>
      <w:r w:rsidRPr="008C52B0">
        <w:t>Pekerjaan</w:t>
      </w:r>
      <w:proofErr w:type="spellEnd"/>
      <w:r w:rsidRPr="008C52B0">
        <w:t xml:space="preserve"> </w:t>
      </w:r>
      <w:proofErr w:type="spellStart"/>
      <w:r w:rsidRPr="008C52B0">
        <w:t>ini</w:t>
      </w:r>
      <w:proofErr w:type="spellEnd"/>
      <w:r w:rsidRPr="008C52B0">
        <w:t xml:space="preserve"> </w:t>
      </w:r>
      <w:proofErr w:type="spellStart"/>
      <w:r w:rsidRPr="008C52B0">
        <w:t>meliputi</w:t>
      </w:r>
      <w:proofErr w:type="spellEnd"/>
      <w:r w:rsidRPr="008C52B0">
        <w:t xml:space="preserve"> </w:t>
      </w:r>
      <w:proofErr w:type="spellStart"/>
      <w:r w:rsidRPr="008C52B0">
        <w:t>pencarian</w:t>
      </w:r>
      <w:proofErr w:type="spellEnd"/>
      <w:r w:rsidRPr="008C52B0">
        <w:t xml:space="preserve"> dan </w:t>
      </w:r>
      <w:proofErr w:type="spellStart"/>
      <w:r w:rsidRPr="008C52B0">
        <w:t>penyusunan</w:t>
      </w:r>
      <w:proofErr w:type="spellEnd"/>
      <w:r w:rsidRPr="008C52B0">
        <w:t xml:space="preserve"> </w:t>
      </w:r>
      <w:proofErr w:type="spellStart"/>
      <w:r w:rsidRPr="008C52B0">
        <w:t>konten</w:t>
      </w:r>
      <w:proofErr w:type="spellEnd"/>
      <w:r w:rsidRPr="008C52B0">
        <w:t xml:space="preserve"> </w:t>
      </w:r>
      <w:proofErr w:type="spellStart"/>
      <w:r w:rsidRPr="008C52B0">
        <w:t>edukasi</w:t>
      </w:r>
      <w:proofErr w:type="spellEnd"/>
      <w:r w:rsidRPr="008C52B0">
        <w:t xml:space="preserve"> </w:t>
      </w:r>
      <w:proofErr w:type="spellStart"/>
      <w:r w:rsidRPr="008C52B0">
        <w:t>terkait</w:t>
      </w:r>
      <w:proofErr w:type="spellEnd"/>
      <w:r w:rsidRPr="008C52B0">
        <w:t xml:space="preserve"> </w:t>
      </w:r>
      <w:r w:rsidRPr="008C52B0">
        <w:rPr>
          <w:i/>
          <w:iCs/>
        </w:rPr>
        <w:t>phishing</w:t>
      </w:r>
      <w:r w:rsidRPr="008C52B0">
        <w:t xml:space="preserve">, </w:t>
      </w:r>
      <w:proofErr w:type="spellStart"/>
      <w:r w:rsidRPr="008C52B0">
        <w:t>penipuan</w:t>
      </w:r>
      <w:proofErr w:type="spellEnd"/>
      <w:r w:rsidRPr="008C52B0">
        <w:t xml:space="preserve"> digital, dan </w:t>
      </w:r>
      <w:proofErr w:type="spellStart"/>
      <w:r w:rsidRPr="008C52B0">
        <w:t>jenis-jenis</w:t>
      </w:r>
      <w:proofErr w:type="spellEnd"/>
      <w:r w:rsidRPr="008C52B0">
        <w:t xml:space="preserve"> </w:t>
      </w:r>
      <w:proofErr w:type="spellStart"/>
      <w:r w:rsidRPr="008C52B0">
        <w:t>serangan</w:t>
      </w:r>
      <w:proofErr w:type="spellEnd"/>
      <w:r w:rsidRPr="008C52B0">
        <w:t xml:space="preserve"> </w:t>
      </w:r>
      <w:proofErr w:type="spellStart"/>
      <w:r w:rsidRPr="008C52B0">
        <w:t>siber</w:t>
      </w:r>
      <w:proofErr w:type="spellEnd"/>
      <w:r w:rsidRPr="008C52B0">
        <w:t xml:space="preserve"> (</w:t>
      </w:r>
      <w:r w:rsidRPr="008C52B0">
        <w:rPr>
          <w:i/>
          <w:iCs/>
        </w:rPr>
        <w:t>malware</w:t>
      </w:r>
      <w:r w:rsidRPr="008C52B0">
        <w:t xml:space="preserve">, DDoS) yang </w:t>
      </w:r>
      <w:proofErr w:type="spellStart"/>
      <w:r w:rsidRPr="008C52B0">
        <w:t>nantinya</w:t>
      </w:r>
      <w:proofErr w:type="spellEnd"/>
      <w:r w:rsidRPr="008C52B0">
        <w:t xml:space="preserve"> </w:t>
      </w:r>
      <w:proofErr w:type="spellStart"/>
      <w:r w:rsidRPr="008C52B0">
        <w:t>dapat</w:t>
      </w:r>
      <w:proofErr w:type="spellEnd"/>
      <w:r w:rsidRPr="008C52B0">
        <w:t xml:space="preserve"> </w:t>
      </w:r>
      <w:proofErr w:type="spellStart"/>
      <w:r w:rsidRPr="008C52B0">
        <w:t>dimanfaatkan</w:t>
      </w:r>
      <w:proofErr w:type="spellEnd"/>
      <w:r w:rsidRPr="008C52B0">
        <w:t xml:space="preserve"> </w:t>
      </w:r>
      <w:proofErr w:type="spellStart"/>
      <w:r w:rsidRPr="008C52B0">
        <w:t>untuk</w:t>
      </w:r>
      <w:proofErr w:type="spellEnd"/>
      <w:r w:rsidRPr="008C52B0">
        <w:t xml:space="preserve"> </w:t>
      </w:r>
      <w:proofErr w:type="spellStart"/>
      <w:r w:rsidRPr="008C52B0">
        <w:t>kampanye</w:t>
      </w:r>
      <w:proofErr w:type="spellEnd"/>
      <w:r w:rsidRPr="008C52B0">
        <w:t xml:space="preserve"> </w:t>
      </w:r>
      <w:proofErr w:type="spellStart"/>
      <w:r w:rsidRPr="008C52B0">
        <w:t>kesadaran</w:t>
      </w:r>
      <w:proofErr w:type="spellEnd"/>
      <w:r w:rsidRPr="008C52B0">
        <w:t xml:space="preserve"> </w:t>
      </w:r>
      <w:proofErr w:type="spellStart"/>
      <w:r w:rsidRPr="008C52B0">
        <w:t>keamanan</w:t>
      </w:r>
      <w:proofErr w:type="spellEnd"/>
      <w:r w:rsidRPr="008C52B0">
        <w:t xml:space="preserve"> </w:t>
      </w:r>
      <w:proofErr w:type="spellStart"/>
      <w:r w:rsidRPr="008C52B0">
        <w:t>informasi</w:t>
      </w:r>
      <w:proofErr w:type="spellEnd"/>
      <w:r w:rsidRPr="008C52B0">
        <w:t xml:space="preserve"> oleh </w:t>
      </w:r>
      <w:proofErr w:type="spellStart"/>
      <w:r w:rsidRPr="008C52B0">
        <w:t>instansi</w:t>
      </w:r>
      <w:proofErr w:type="spellEnd"/>
      <w:r w:rsidRPr="008C52B0">
        <w:t>.</w:t>
      </w:r>
    </w:p>
    <w:p w14:paraId="1D5921B3" w14:textId="77777777" w:rsidR="00621206" w:rsidRPr="008F1574" w:rsidRDefault="00AF52F1">
      <w:pPr>
        <w:pStyle w:val="Heading2"/>
        <w:spacing w:before="160" w:after="80"/>
        <w:rPr>
          <w:color w:val="auto"/>
        </w:rPr>
      </w:pPr>
      <w:r w:rsidRPr="008F1574">
        <w:rPr>
          <w:rFonts w:ascii="Times New Roman" w:eastAsia="Times New Roman" w:hAnsi="Times New Roman"/>
          <w:color w:val="auto"/>
          <w:sz w:val="25"/>
        </w:rPr>
        <w:t xml:space="preserve">D. Hasil dan </w:t>
      </w:r>
      <w:proofErr w:type="spellStart"/>
      <w:r w:rsidRPr="008F1574">
        <w:rPr>
          <w:rFonts w:ascii="Times New Roman" w:eastAsia="Times New Roman" w:hAnsi="Times New Roman"/>
          <w:color w:val="auto"/>
          <w:sz w:val="25"/>
        </w:rPr>
        <w:t>Evaluasi</w:t>
      </w:r>
      <w:proofErr w:type="spellEnd"/>
      <w:r w:rsidRPr="008F1574">
        <w:rPr>
          <w:rFonts w:ascii="Times New Roman" w:eastAsia="Times New Roman" w:hAnsi="Times New Roman"/>
          <w:color w:val="auto"/>
          <w:sz w:val="25"/>
        </w:rPr>
        <w:t xml:space="preserve"> </w:t>
      </w:r>
      <w:proofErr w:type="spellStart"/>
      <w:r w:rsidRPr="008F1574">
        <w:rPr>
          <w:rFonts w:ascii="Times New Roman" w:eastAsia="Times New Roman" w:hAnsi="Times New Roman"/>
          <w:color w:val="auto"/>
          <w:sz w:val="25"/>
        </w:rPr>
        <w:t>Kegiatan</w:t>
      </w:r>
      <w:proofErr w:type="spellEnd"/>
      <w:r w:rsidRPr="008F1574">
        <w:rPr>
          <w:rFonts w:ascii="Times New Roman" w:eastAsia="Times New Roman" w:hAnsi="Times New Roman"/>
          <w:color w:val="auto"/>
          <w:sz w:val="25"/>
        </w:rPr>
        <w:t xml:space="preserve"> </w:t>
      </w:r>
      <w:proofErr w:type="spellStart"/>
      <w:r w:rsidRPr="008F1574">
        <w:rPr>
          <w:rFonts w:ascii="Times New Roman" w:eastAsia="Times New Roman" w:hAnsi="Times New Roman"/>
          <w:color w:val="auto"/>
          <w:sz w:val="25"/>
        </w:rPr>
        <w:t>Bulanan</w:t>
      </w:r>
      <w:proofErr w:type="spellEnd"/>
    </w:p>
    <w:tbl>
      <w:tblPr>
        <w:tblW w:w="8986" w:type="dxa"/>
        <w:jc w:val="center"/>
        <w:tblLayout w:type="fixed"/>
        <w:tblLook w:val="04A0" w:firstRow="1" w:lastRow="0" w:firstColumn="1" w:lastColumn="0" w:noHBand="0" w:noVBand="1"/>
      </w:tblPr>
      <w:tblGrid>
        <w:gridCol w:w="2013"/>
        <w:gridCol w:w="6973"/>
      </w:tblGrid>
      <w:tr w:rsidR="00621206" w14:paraId="22657C24" w14:textId="77777777" w:rsidTr="00BE0AAA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D9EAF7"/>
          </w:tcPr>
          <w:p w14:paraId="7F6E9555" w14:textId="77777777" w:rsidR="00621206" w:rsidRDefault="00AF52F1">
            <w:proofErr w:type="spellStart"/>
            <w:r>
              <w:rPr>
                <w:b/>
                <w:sz w:val="21"/>
              </w:rPr>
              <w:t>Aspek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Evaluasi</w:t>
            </w:r>
            <w:proofErr w:type="spellEnd"/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  <w:shd w:val="clear" w:color="auto" w:fill="D9EAF7"/>
          </w:tcPr>
          <w:p w14:paraId="5063DEC1" w14:textId="77777777" w:rsidR="00621206" w:rsidRDefault="00AF52F1">
            <w:proofErr w:type="spellStart"/>
            <w:r>
              <w:rPr>
                <w:b/>
                <w:sz w:val="21"/>
              </w:rPr>
              <w:t>Uraian</w:t>
            </w:r>
            <w:proofErr w:type="spellEnd"/>
          </w:p>
        </w:tc>
      </w:tr>
      <w:tr w:rsidR="00621206" w14:paraId="70FEA329" w14:textId="77777777" w:rsidTr="00BE0AAA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2A582561" w14:textId="77777777" w:rsidR="00621206" w:rsidRDefault="00AF52F1">
            <w:proofErr w:type="spellStart"/>
            <w:r>
              <w:rPr>
                <w:b/>
                <w:sz w:val="21"/>
              </w:rPr>
              <w:t>Capaian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Bulanan</w:t>
            </w:r>
            <w:proofErr w:type="spellEnd"/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129ECBD7" w14:textId="76DFC70E" w:rsidR="00621206" w:rsidRDefault="008C52B0">
            <w:proofErr w:type="spellStart"/>
            <w:r w:rsidRPr="008C52B0">
              <w:rPr>
                <w:sz w:val="21"/>
              </w:rPr>
              <w:t>Mahasiswa</w:t>
            </w:r>
            <w:proofErr w:type="spellEnd"/>
            <w:r w:rsidRPr="008C52B0">
              <w:rPr>
                <w:sz w:val="21"/>
              </w:rPr>
              <w:t xml:space="preserve"> </w:t>
            </w:r>
            <w:proofErr w:type="spellStart"/>
            <w:r w:rsidRPr="008C52B0">
              <w:rPr>
                <w:sz w:val="21"/>
              </w:rPr>
              <w:t>berhasil</w:t>
            </w:r>
            <w:proofErr w:type="spellEnd"/>
            <w:r w:rsidRPr="008C52B0">
              <w:rPr>
                <w:sz w:val="21"/>
              </w:rPr>
              <w:t xml:space="preserve"> </w:t>
            </w:r>
            <w:proofErr w:type="spellStart"/>
            <w:r w:rsidRPr="008C52B0">
              <w:rPr>
                <w:sz w:val="21"/>
              </w:rPr>
              <w:t>memahami</w:t>
            </w:r>
            <w:proofErr w:type="spellEnd"/>
            <w:r w:rsidRPr="008C52B0">
              <w:rPr>
                <w:sz w:val="21"/>
              </w:rPr>
              <w:t xml:space="preserve"> </w:t>
            </w:r>
            <w:proofErr w:type="spellStart"/>
            <w:r w:rsidRPr="008C52B0">
              <w:rPr>
                <w:sz w:val="21"/>
              </w:rPr>
              <w:t>dasar</w:t>
            </w:r>
            <w:proofErr w:type="spellEnd"/>
            <w:r w:rsidRPr="008C52B0">
              <w:rPr>
                <w:sz w:val="21"/>
              </w:rPr>
              <w:t xml:space="preserve"> </w:t>
            </w:r>
            <w:proofErr w:type="spellStart"/>
            <w:r w:rsidRPr="008C52B0">
              <w:rPr>
                <w:sz w:val="21"/>
              </w:rPr>
              <w:t>hukum</w:t>
            </w:r>
            <w:proofErr w:type="spellEnd"/>
            <w:r w:rsidRPr="008C52B0">
              <w:rPr>
                <w:sz w:val="21"/>
              </w:rPr>
              <w:t xml:space="preserve"> tata </w:t>
            </w:r>
            <w:proofErr w:type="spellStart"/>
            <w:r w:rsidRPr="008C52B0">
              <w:rPr>
                <w:sz w:val="21"/>
              </w:rPr>
              <w:t>kelola</w:t>
            </w:r>
            <w:proofErr w:type="spellEnd"/>
            <w:r w:rsidRPr="008C52B0">
              <w:rPr>
                <w:sz w:val="21"/>
              </w:rPr>
              <w:t xml:space="preserve"> IT </w:t>
            </w:r>
            <w:proofErr w:type="spellStart"/>
            <w:r w:rsidRPr="008C52B0">
              <w:rPr>
                <w:sz w:val="21"/>
              </w:rPr>
              <w:t>pemerintahan</w:t>
            </w:r>
            <w:proofErr w:type="spellEnd"/>
            <w:r w:rsidRPr="008C52B0">
              <w:rPr>
                <w:sz w:val="21"/>
              </w:rPr>
              <w:t xml:space="preserve"> (SPBE dan PDP) dan </w:t>
            </w:r>
            <w:proofErr w:type="spellStart"/>
            <w:r w:rsidRPr="008C52B0">
              <w:rPr>
                <w:sz w:val="21"/>
              </w:rPr>
              <w:t>berhasil</w:t>
            </w:r>
            <w:proofErr w:type="spellEnd"/>
            <w:r w:rsidRPr="008C52B0">
              <w:rPr>
                <w:sz w:val="21"/>
              </w:rPr>
              <w:t xml:space="preserve"> </w:t>
            </w:r>
            <w:proofErr w:type="spellStart"/>
            <w:r w:rsidRPr="008C52B0">
              <w:rPr>
                <w:sz w:val="21"/>
              </w:rPr>
              <w:t>mengumpulkan</w:t>
            </w:r>
            <w:proofErr w:type="spellEnd"/>
            <w:r w:rsidRPr="008C52B0">
              <w:rPr>
                <w:sz w:val="21"/>
              </w:rPr>
              <w:t xml:space="preserve"> </w:t>
            </w:r>
            <w:proofErr w:type="spellStart"/>
            <w:r w:rsidRPr="008C52B0">
              <w:rPr>
                <w:sz w:val="21"/>
              </w:rPr>
              <w:t>kompilasi</w:t>
            </w:r>
            <w:proofErr w:type="spellEnd"/>
            <w:r w:rsidRPr="008C52B0">
              <w:rPr>
                <w:sz w:val="21"/>
              </w:rPr>
              <w:t xml:space="preserve"> </w:t>
            </w:r>
            <w:proofErr w:type="spellStart"/>
            <w:r w:rsidRPr="008C52B0">
              <w:rPr>
                <w:sz w:val="21"/>
              </w:rPr>
              <w:t>draf</w:t>
            </w:r>
            <w:proofErr w:type="spellEnd"/>
            <w:r w:rsidRPr="008C52B0">
              <w:rPr>
                <w:sz w:val="21"/>
              </w:rPr>
              <w:t xml:space="preserve"> </w:t>
            </w:r>
            <w:proofErr w:type="spellStart"/>
            <w:r w:rsidRPr="008C52B0">
              <w:rPr>
                <w:sz w:val="21"/>
              </w:rPr>
              <w:t>konten</w:t>
            </w:r>
            <w:proofErr w:type="spellEnd"/>
            <w:r w:rsidRPr="008C52B0">
              <w:rPr>
                <w:sz w:val="21"/>
              </w:rPr>
              <w:t xml:space="preserve"> </w:t>
            </w:r>
            <w:proofErr w:type="spellStart"/>
            <w:r w:rsidRPr="008C52B0">
              <w:rPr>
                <w:sz w:val="21"/>
              </w:rPr>
              <w:t>keamanan</w:t>
            </w:r>
            <w:proofErr w:type="spellEnd"/>
            <w:r w:rsidRPr="008C52B0">
              <w:rPr>
                <w:sz w:val="21"/>
              </w:rPr>
              <w:t xml:space="preserve"> </w:t>
            </w:r>
            <w:proofErr w:type="spellStart"/>
            <w:r w:rsidRPr="008C52B0">
              <w:rPr>
                <w:sz w:val="21"/>
              </w:rPr>
              <w:t>informasi</w:t>
            </w:r>
            <w:proofErr w:type="spellEnd"/>
            <w:r w:rsidRPr="008C52B0">
              <w:rPr>
                <w:sz w:val="21"/>
              </w:rPr>
              <w:t xml:space="preserve"> digital.</w:t>
            </w:r>
          </w:p>
        </w:tc>
      </w:tr>
      <w:tr w:rsidR="00621206" w14:paraId="4EB9D462" w14:textId="77777777" w:rsidTr="00BE0AAA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73C6549A" w14:textId="77777777" w:rsidR="00621206" w:rsidRDefault="00AF52F1">
            <w:r>
              <w:rPr>
                <w:b/>
                <w:sz w:val="21"/>
              </w:rPr>
              <w:t xml:space="preserve">Kendala yang </w:t>
            </w:r>
            <w:proofErr w:type="spellStart"/>
            <w:r>
              <w:rPr>
                <w:b/>
                <w:sz w:val="21"/>
              </w:rPr>
              <w:t>Dihadapi</w:t>
            </w:r>
            <w:proofErr w:type="spellEnd"/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1AA889C4" w14:textId="31F2051C" w:rsidR="00621206" w:rsidRDefault="008C52B0">
            <w:proofErr w:type="spellStart"/>
            <w:r w:rsidRPr="008C52B0">
              <w:rPr>
                <w:sz w:val="21"/>
              </w:rPr>
              <w:t>Terdapat</w:t>
            </w:r>
            <w:proofErr w:type="spellEnd"/>
            <w:r w:rsidRPr="008C52B0">
              <w:rPr>
                <w:sz w:val="21"/>
              </w:rPr>
              <w:t xml:space="preserve"> </w:t>
            </w:r>
            <w:proofErr w:type="spellStart"/>
            <w:r w:rsidRPr="008C52B0">
              <w:rPr>
                <w:sz w:val="21"/>
              </w:rPr>
              <w:t>banyak</w:t>
            </w:r>
            <w:proofErr w:type="spellEnd"/>
            <w:r w:rsidRPr="008C52B0">
              <w:rPr>
                <w:sz w:val="21"/>
              </w:rPr>
              <w:t xml:space="preserve"> </w:t>
            </w:r>
            <w:proofErr w:type="spellStart"/>
            <w:r w:rsidRPr="008C52B0">
              <w:rPr>
                <w:sz w:val="21"/>
              </w:rPr>
              <w:t>istilah</w:t>
            </w:r>
            <w:proofErr w:type="spellEnd"/>
            <w:r w:rsidRPr="008C52B0">
              <w:rPr>
                <w:sz w:val="21"/>
              </w:rPr>
              <w:t xml:space="preserve"> </w:t>
            </w:r>
            <w:proofErr w:type="spellStart"/>
            <w:r w:rsidRPr="008C52B0">
              <w:rPr>
                <w:sz w:val="21"/>
              </w:rPr>
              <w:t>hukum</w:t>
            </w:r>
            <w:proofErr w:type="spellEnd"/>
            <w:r w:rsidRPr="008C52B0">
              <w:rPr>
                <w:sz w:val="21"/>
              </w:rPr>
              <w:t xml:space="preserve"> dan </w:t>
            </w:r>
            <w:proofErr w:type="spellStart"/>
            <w:r w:rsidRPr="008C52B0">
              <w:rPr>
                <w:sz w:val="21"/>
              </w:rPr>
              <w:t>birokrasi</w:t>
            </w:r>
            <w:proofErr w:type="spellEnd"/>
            <w:r w:rsidRPr="008C52B0">
              <w:rPr>
                <w:sz w:val="21"/>
              </w:rPr>
              <w:t xml:space="preserve"> </w:t>
            </w:r>
            <w:proofErr w:type="spellStart"/>
            <w:r w:rsidRPr="008C52B0">
              <w:rPr>
                <w:sz w:val="21"/>
              </w:rPr>
              <w:t>pemerintahan</w:t>
            </w:r>
            <w:proofErr w:type="spellEnd"/>
            <w:r w:rsidRPr="008C52B0">
              <w:rPr>
                <w:sz w:val="21"/>
              </w:rPr>
              <w:t xml:space="preserve"> di </w:t>
            </w:r>
            <w:proofErr w:type="spellStart"/>
            <w:r w:rsidRPr="008C52B0">
              <w:rPr>
                <w:sz w:val="21"/>
              </w:rPr>
              <w:t>dalam</w:t>
            </w:r>
            <w:proofErr w:type="spellEnd"/>
            <w:r w:rsidRPr="008C52B0">
              <w:rPr>
                <w:sz w:val="21"/>
              </w:rPr>
              <w:t xml:space="preserve"> </w:t>
            </w:r>
            <w:proofErr w:type="spellStart"/>
            <w:r w:rsidRPr="008C52B0">
              <w:rPr>
                <w:sz w:val="21"/>
              </w:rPr>
              <w:t>undang-undang</w:t>
            </w:r>
            <w:proofErr w:type="spellEnd"/>
            <w:r w:rsidRPr="008C52B0">
              <w:rPr>
                <w:sz w:val="21"/>
              </w:rPr>
              <w:t xml:space="preserve"> yang </w:t>
            </w:r>
            <w:proofErr w:type="spellStart"/>
            <w:r w:rsidRPr="008C52B0">
              <w:rPr>
                <w:sz w:val="21"/>
              </w:rPr>
              <w:t>belum</w:t>
            </w:r>
            <w:proofErr w:type="spellEnd"/>
            <w:r w:rsidRPr="008C52B0">
              <w:rPr>
                <w:sz w:val="21"/>
              </w:rPr>
              <w:t xml:space="preserve"> </w:t>
            </w:r>
            <w:proofErr w:type="spellStart"/>
            <w:r w:rsidRPr="008C52B0">
              <w:rPr>
                <w:sz w:val="21"/>
              </w:rPr>
              <w:t>sepenuhnya</w:t>
            </w:r>
            <w:proofErr w:type="spellEnd"/>
            <w:r w:rsidRPr="008C52B0">
              <w:rPr>
                <w:sz w:val="21"/>
              </w:rPr>
              <w:t xml:space="preserve"> </w:t>
            </w:r>
            <w:proofErr w:type="spellStart"/>
            <w:r w:rsidRPr="008C52B0">
              <w:rPr>
                <w:sz w:val="21"/>
              </w:rPr>
              <w:t>dipahami</w:t>
            </w:r>
            <w:proofErr w:type="spellEnd"/>
            <w:r w:rsidRPr="008C52B0">
              <w:rPr>
                <w:sz w:val="21"/>
              </w:rPr>
              <w:t xml:space="preserve"> pada </w:t>
            </w:r>
            <w:proofErr w:type="spellStart"/>
            <w:r w:rsidRPr="008C52B0">
              <w:rPr>
                <w:sz w:val="21"/>
              </w:rPr>
              <w:t>awal</w:t>
            </w:r>
            <w:proofErr w:type="spellEnd"/>
            <w:r w:rsidRPr="008C52B0">
              <w:rPr>
                <w:sz w:val="21"/>
              </w:rPr>
              <w:t xml:space="preserve"> masa </w:t>
            </w:r>
            <w:proofErr w:type="spellStart"/>
            <w:r w:rsidRPr="008C52B0">
              <w:rPr>
                <w:sz w:val="21"/>
              </w:rPr>
              <w:t>magang</w:t>
            </w:r>
            <w:proofErr w:type="spellEnd"/>
            <w:r w:rsidRPr="008C52B0">
              <w:rPr>
                <w:sz w:val="21"/>
              </w:rPr>
              <w:t>.</w:t>
            </w:r>
          </w:p>
        </w:tc>
      </w:tr>
      <w:tr w:rsidR="00621206" w14:paraId="6B9A9913" w14:textId="77777777" w:rsidTr="00BE0AAA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4A158593" w14:textId="77777777" w:rsidR="00621206" w:rsidRDefault="00AF52F1">
            <w:r>
              <w:rPr>
                <w:b/>
                <w:sz w:val="21"/>
              </w:rPr>
              <w:t>Solusi/</w:t>
            </w:r>
            <w:proofErr w:type="spellStart"/>
            <w:r>
              <w:rPr>
                <w:b/>
                <w:sz w:val="21"/>
              </w:rPr>
              <w:t>Tindak</w:t>
            </w:r>
            <w:proofErr w:type="spell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Lanjut</w:t>
            </w:r>
            <w:proofErr w:type="spellEnd"/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36B2274D" w14:textId="3577CAF1" w:rsidR="00621206" w:rsidRDefault="008C52B0">
            <w:proofErr w:type="spellStart"/>
            <w:r w:rsidRPr="008C52B0">
              <w:rPr>
                <w:sz w:val="21"/>
              </w:rPr>
              <w:t>Melakukan</w:t>
            </w:r>
            <w:proofErr w:type="spellEnd"/>
            <w:r w:rsidRPr="008C52B0">
              <w:rPr>
                <w:sz w:val="21"/>
              </w:rPr>
              <w:t xml:space="preserve"> </w:t>
            </w:r>
            <w:proofErr w:type="spellStart"/>
            <w:r w:rsidRPr="008C52B0">
              <w:rPr>
                <w:sz w:val="21"/>
              </w:rPr>
              <w:t>pencatatan</w:t>
            </w:r>
            <w:proofErr w:type="spellEnd"/>
            <w:r w:rsidRPr="008C52B0">
              <w:rPr>
                <w:sz w:val="21"/>
              </w:rPr>
              <w:t xml:space="preserve"> </w:t>
            </w:r>
            <w:proofErr w:type="spellStart"/>
            <w:r w:rsidRPr="008C52B0">
              <w:rPr>
                <w:sz w:val="21"/>
              </w:rPr>
              <w:t>istilah</w:t>
            </w:r>
            <w:proofErr w:type="spellEnd"/>
            <w:r w:rsidRPr="008C52B0">
              <w:rPr>
                <w:sz w:val="21"/>
              </w:rPr>
              <w:t xml:space="preserve"> </w:t>
            </w:r>
            <w:proofErr w:type="spellStart"/>
            <w:r w:rsidRPr="008C52B0">
              <w:rPr>
                <w:sz w:val="21"/>
              </w:rPr>
              <w:t>asing</w:t>
            </w:r>
            <w:proofErr w:type="spellEnd"/>
            <w:r w:rsidRPr="008C52B0">
              <w:rPr>
                <w:sz w:val="21"/>
              </w:rPr>
              <w:t xml:space="preserve"> dan </w:t>
            </w:r>
            <w:proofErr w:type="spellStart"/>
            <w:r w:rsidRPr="008C52B0">
              <w:rPr>
                <w:sz w:val="21"/>
              </w:rPr>
              <w:t>berdiskusi</w:t>
            </w:r>
            <w:proofErr w:type="spellEnd"/>
            <w:r w:rsidRPr="008C52B0">
              <w:rPr>
                <w:sz w:val="21"/>
              </w:rPr>
              <w:t xml:space="preserve"> </w:t>
            </w:r>
            <w:proofErr w:type="spellStart"/>
            <w:r w:rsidRPr="008C52B0">
              <w:rPr>
                <w:sz w:val="21"/>
              </w:rPr>
              <w:t>secara</w:t>
            </w:r>
            <w:proofErr w:type="spellEnd"/>
            <w:r w:rsidRPr="008C52B0">
              <w:rPr>
                <w:sz w:val="21"/>
              </w:rPr>
              <w:t xml:space="preserve"> </w:t>
            </w:r>
            <w:proofErr w:type="spellStart"/>
            <w:r w:rsidRPr="008C52B0">
              <w:rPr>
                <w:sz w:val="21"/>
              </w:rPr>
              <w:t>proaktif</w:t>
            </w:r>
            <w:proofErr w:type="spellEnd"/>
            <w:r w:rsidRPr="008C52B0">
              <w:rPr>
                <w:sz w:val="21"/>
              </w:rPr>
              <w:t xml:space="preserve"> </w:t>
            </w:r>
            <w:proofErr w:type="spellStart"/>
            <w:r w:rsidRPr="008C52B0">
              <w:rPr>
                <w:sz w:val="21"/>
              </w:rPr>
              <w:t>dengan</w:t>
            </w:r>
            <w:proofErr w:type="spellEnd"/>
            <w:r w:rsidRPr="008C52B0">
              <w:rPr>
                <w:sz w:val="21"/>
              </w:rPr>
              <w:t xml:space="preserve"> </w:t>
            </w:r>
            <w:proofErr w:type="spellStart"/>
            <w:r w:rsidRPr="008C52B0">
              <w:rPr>
                <w:sz w:val="21"/>
              </w:rPr>
              <w:t>pembimbing</w:t>
            </w:r>
            <w:proofErr w:type="spellEnd"/>
            <w:r w:rsidRPr="008C52B0">
              <w:rPr>
                <w:sz w:val="21"/>
              </w:rPr>
              <w:t xml:space="preserve"> </w:t>
            </w:r>
            <w:proofErr w:type="spellStart"/>
            <w:r w:rsidRPr="008C52B0">
              <w:rPr>
                <w:sz w:val="21"/>
              </w:rPr>
              <w:t>lapangan</w:t>
            </w:r>
            <w:proofErr w:type="spellEnd"/>
            <w:r w:rsidRPr="008C52B0">
              <w:rPr>
                <w:sz w:val="21"/>
              </w:rPr>
              <w:t xml:space="preserve"> </w:t>
            </w:r>
            <w:proofErr w:type="spellStart"/>
            <w:r w:rsidRPr="008C52B0">
              <w:rPr>
                <w:sz w:val="21"/>
              </w:rPr>
              <w:t>untuk</w:t>
            </w:r>
            <w:proofErr w:type="spellEnd"/>
            <w:r w:rsidRPr="008C52B0">
              <w:rPr>
                <w:sz w:val="21"/>
              </w:rPr>
              <w:t xml:space="preserve"> </w:t>
            </w:r>
            <w:proofErr w:type="spellStart"/>
            <w:r w:rsidRPr="008C52B0">
              <w:rPr>
                <w:sz w:val="21"/>
              </w:rPr>
              <w:t>mendapatkan</w:t>
            </w:r>
            <w:proofErr w:type="spellEnd"/>
            <w:r w:rsidRPr="008C52B0">
              <w:rPr>
                <w:sz w:val="21"/>
              </w:rPr>
              <w:t xml:space="preserve"> </w:t>
            </w:r>
            <w:proofErr w:type="spellStart"/>
            <w:r w:rsidRPr="008C52B0">
              <w:rPr>
                <w:sz w:val="21"/>
              </w:rPr>
              <w:t>konteks</w:t>
            </w:r>
            <w:proofErr w:type="spellEnd"/>
            <w:r w:rsidRPr="008C52B0">
              <w:rPr>
                <w:sz w:val="21"/>
              </w:rPr>
              <w:t xml:space="preserve"> </w:t>
            </w:r>
            <w:proofErr w:type="spellStart"/>
            <w:r w:rsidRPr="008C52B0">
              <w:rPr>
                <w:sz w:val="21"/>
              </w:rPr>
              <w:t>penerapannya</w:t>
            </w:r>
            <w:proofErr w:type="spellEnd"/>
            <w:r w:rsidRPr="008C52B0">
              <w:rPr>
                <w:sz w:val="21"/>
              </w:rPr>
              <w:t xml:space="preserve"> di </w:t>
            </w:r>
            <w:proofErr w:type="spellStart"/>
            <w:r w:rsidRPr="008C52B0">
              <w:rPr>
                <w:sz w:val="21"/>
              </w:rPr>
              <w:t>instansi</w:t>
            </w:r>
            <w:proofErr w:type="spellEnd"/>
            <w:r w:rsidRPr="008C52B0">
              <w:rPr>
                <w:sz w:val="21"/>
              </w:rPr>
              <w:t>.</w:t>
            </w:r>
          </w:p>
        </w:tc>
      </w:tr>
      <w:tr w:rsidR="00621206" w14:paraId="690E514F" w14:textId="77777777" w:rsidTr="00BE0AAA">
        <w:trPr>
          <w:jc w:val="center"/>
        </w:trPr>
        <w:tc>
          <w:tcPr>
            <w:tcW w:w="201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24EF6185" w14:textId="77777777" w:rsidR="00621206" w:rsidRDefault="00AF52F1">
            <w:proofErr w:type="spellStart"/>
            <w:r>
              <w:rPr>
                <w:b/>
                <w:sz w:val="21"/>
              </w:rPr>
              <w:t>Kompetensi</w:t>
            </w:r>
            <w:proofErr w:type="spellEnd"/>
            <w:r>
              <w:rPr>
                <w:b/>
                <w:sz w:val="21"/>
              </w:rPr>
              <w:t xml:space="preserve"> yang </w:t>
            </w:r>
            <w:proofErr w:type="spellStart"/>
            <w:r>
              <w:rPr>
                <w:b/>
                <w:sz w:val="21"/>
              </w:rPr>
              <w:t>Dikembangkan</w:t>
            </w:r>
            <w:proofErr w:type="spellEnd"/>
          </w:p>
        </w:tc>
        <w:tc>
          <w:tcPr>
            <w:tcW w:w="6973" w:type="dxa"/>
            <w:tcBorders>
              <w:top w:val="single" w:sz="6" w:space="0" w:color="9E9E9E"/>
              <w:left w:val="single" w:sz="6" w:space="0" w:color="9E9E9E"/>
              <w:bottom w:val="single" w:sz="6" w:space="0" w:color="9E9E9E"/>
              <w:right w:val="single" w:sz="6" w:space="0" w:color="9E9E9E"/>
            </w:tcBorders>
          </w:tcPr>
          <w:p w14:paraId="0E7CE949" w14:textId="6B304B46" w:rsidR="00621206" w:rsidRDefault="008C52B0">
            <w:proofErr w:type="spellStart"/>
            <w:r w:rsidRPr="008C52B0">
              <w:rPr>
                <w:sz w:val="21"/>
              </w:rPr>
              <w:t>Kemampuan</w:t>
            </w:r>
            <w:proofErr w:type="spellEnd"/>
            <w:r w:rsidRPr="008C52B0">
              <w:rPr>
                <w:sz w:val="21"/>
              </w:rPr>
              <w:t xml:space="preserve"> </w:t>
            </w:r>
            <w:proofErr w:type="spellStart"/>
            <w:r w:rsidRPr="008C52B0">
              <w:rPr>
                <w:sz w:val="21"/>
              </w:rPr>
              <w:t>riset</w:t>
            </w:r>
            <w:proofErr w:type="spellEnd"/>
            <w:r w:rsidRPr="008C52B0">
              <w:rPr>
                <w:sz w:val="21"/>
              </w:rPr>
              <w:t xml:space="preserve"> </w:t>
            </w:r>
            <w:proofErr w:type="spellStart"/>
            <w:r w:rsidRPr="008C52B0">
              <w:rPr>
                <w:sz w:val="21"/>
              </w:rPr>
              <w:t>literatur</w:t>
            </w:r>
            <w:proofErr w:type="spellEnd"/>
            <w:r w:rsidRPr="008C52B0">
              <w:rPr>
                <w:sz w:val="21"/>
              </w:rPr>
              <w:t xml:space="preserve">, </w:t>
            </w:r>
            <w:proofErr w:type="spellStart"/>
            <w:r w:rsidRPr="008C52B0">
              <w:rPr>
                <w:sz w:val="21"/>
              </w:rPr>
              <w:t>pemahaman</w:t>
            </w:r>
            <w:proofErr w:type="spellEnd"/>
            <w:r w:rsidRPr="008C52B0">
              <w:rPr>
                <w:sz w:val="21"/>
              </w:rPr>
              <w:t xml:space="preserve"> </w:t>
            </w:r>
            <w:proofErr w:type="spellStart"/>
            <w:r w:rsidRPr="008C52B0">
              <w:rPr>
                <w:sz w:val="21"/>
              </w:rPr>
              <w:t>regulasi</w:t>
            </w:r>
            <w:proofErr w:type="spellEnd"/>
            <w:r w:rsidRPr="008C52B0">
              <w:rPr>
                <w:sz w:val="21"/>
              </w:rPr>
              <w:t>/</w:t>
            </w:r>
            <w:proofErr w:type="spellStart"/>
            <w:r w:rsidRPr="008C52B0">
              <w:rPr>
                <w:sz w:val="21"/>
              </w:rPr>
              <w:t>hukum</w:t>
            </w:r>
            <w:proofErr w:type="spellEnd"/>
            <w:r w:rsidRPr="008C52B0">
              <w:rPr>
                <w:sz w:val="21"/>
              </w:rPr>
              <w:t xml:space="preserve"> </w:t>
            </w:r>
            <w:proofErr w:type="spellStart"/>
            <w:r w:rsidRPr="008C52B0">
              <w:rPr>
                <w:sz w:val="21"/>
              </w:rPr>
              <w:t>siber</w:t>
            </w:r>
            <w:proofErr w:type="spellEnd"/>
            <w:r w:rsidRPr="008C52B0">
              <w:rPr>
                <w:sz w:val="21"/>
              </w:rPr>
              <w:t xml:space="preserve">, dan </w:t>
            </w:r>
            <w:proofErr w:type="spellStart"/>
            <w:r w:rsidRPr="008C52B0">
              <w:rPr>
                <w:sz w:val="21"/>
              </w:rPr>
              <w:t>analisis</w:t>
            </w:r>
            <w:proofErr w:type="spellEnd"/>
            <w:r w:rsidRPr="008C52B0">
              <w:rPr>
                <w:sz w:val="21"/>
              </w:rPr>
              <w:t xml:space="preserve"> </w:t>
            </w:r>
            <w:proofErr w:type="spellStart"/>
            <w:r w:rsidRPr="008C52B0">
              <w:rPr>
                <w:sz w:val="21"/>
              </w:rPr>
              <w:t>keamanan</w:t>
            </w:r>
            <w:proofErr w:type="spellEnd"/>
            <w:r w:rsidRPr="008C52B0">
              <w:rPr>
                <w:sz w:val="21"/>
              </w:rPr>
              <w:t xml:space="preserve"> </w:t>
            </w:r>
            <w:proofErr w:type="spellStart"/>
            <w:r w:rsidRPr="008C52B0">
              <w:rPr>
                <w:sz w:val="21"/>
              </w:rPr>
              <w:t>informasi</w:t>
            </w:r>
            <w:proofErr w:type="spellEnd"/>
            <w:r w:rsidRPr="008C52B0">
              <w:rPr>
                <w:sz w:val="21"/>
              </w:rPr>
              <w:t>.</w:t>
            </w:r>
          </w:p>
        </w:tc>
      </w:tr>
    </w:tbl>
    <w:p w14:paraId="655241F4" w14:textId="77777777" w:rsidR="005373A1" w:rsidRDefault="005373A1">
      <w:pPr>
        <w:pStyle w:val="Heading2"/>
        <w:spacing w:before="160" w:after="80"/>
        <w:rPr>
          <w:rFonts w:ascii="Times New Roman" w:eastAsia="Times New Roman" w:hAnsi="Times New Roman"/>
          <w:color w:val="1F4E79"/>
          <w:sz w:val="25"/>
        </w:rPr>
      </w:pPr>
    </w:p>
    <w:p w14:paraId="1FB909F4" w14:textId="77777777" w:rsidR="00621206" w:rsidRPr="008F1574" w:rsidRDefault="00AF52F1">
      <w:pPr>
        <w:pStyle w:val="Heading2"/>
        <w:spacing w:before="160" w:after="80"/>
        <w:rPr>
          <w:color w:val="auto"/>
        </w:rPr>
      </w:pPr>
      <w:r w:rsidRPr="008F1574">
        <w:rPr>
          <w:rFonts w:ascii="Times New Roman" w:eastAsia="Times New Roman" w:hAnsi="Times New Roman"/>
          <w:color w:val="auto"/>
          <w:sz w:val="25"/>
        </w:rPr>
        <w:t xml:space="preserve">E. </w:t>
      </w:r>
      <w:proofErr w:type="spellStart"/>
      <w:r w:rsidRPr="008F1574">
        <w:rPr>
          <w:rFonts w:ascii="Times New Roman" w:eastAsia="Times New Roman" w:hAnsi="Times New Roman"/>
          <w:color w:val="auto"/>
          <w:sz w:val="25"/>
        </w:rPr>
        <w:t>Catatan</w:t>
      </w:r>
      <w:proofErr w:type="spellEnd"/>
      <w:r w:rsidRPr="008F1574">
        <w:rPr>
          <w:rFonts w:ascii="Times New Roman" w:eastAsia="Times New Roman" w:hAnsi="Times New Roman"/>
          <w:color w:val="auto"/>
          <w:sz w:val="25"/>
        </w:rPr>
        <w:t xml:space="preserve"> Pembimbing Lapangan</w:t>
      </w:r>
    </w:p>
    <w:p w14:paraId="18BFA717" w14:textId="77777777" w:rsidR="00621206" w:rsidRDefault="00AF52F1">
      <w:pPr>
        <w:spacing w:after="40"/>
      </w:pPr>
      <w:proofErr w:type="spellStart"/>
      <w:r>
        <w:rPr>
          <w:sz w:val="22"/>
        </w:rPr>
        <w:t>Catatan</w:t>
      </w:r>
      <w:proofErr w:type="spellEnd"/>
      <w:r>
        <w:rPr>
          <w:sz w:val="22"/>
        </w:rPr>
        <w:t>: ........................................................................................................................................................................................</w:t>
      </w:r>
    </w:p>
    <w:p w14:paraId="0B79E1D8" w14:textId="77777777" w:rsidR="00621206" w:rsidRDefault="00AF52F1">
      <w:pPr>
        <w:spacing w:after="40"/>
      </w:pPr>
      <w:r>
        <w:rPr>
          <w:sz w:val="22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5DD9CFB1" w14:textId="77777777" w:rsidR="00621206" w:rsidRDefault="00AF52F1">
      <w:pPr>
        <w:spacing w:after="40"/>
      </w:pPr>
      <w:r>
        <w:rPr>
          <w:sz w:val="22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0801AA4C" w14:textId="77777777" w:rsidR="00621206" w:rsidRDefault="00AF52F1">
      <w:pPr>
        <w:spacing w:after="40"/>
      </w:pPr>
      <w:r>
        <w:rPr>
          <w:sz w:val="22"/>
        </w:rPr>
        <w:t>......................................................................................................................................................................................................</w:t>
      </w:r>
    </w:p>
    <w:p w14:paraId="42EED5CA" w14:textId="77777777" w:rsidR="00621206" w:rsidRDefault="00621206"/>
    <w:p w14:paraId="5F8C785A" w14:textId="77777777" w:rsidR="005373A1" w:rsidRDefault="005373A1">
      <w:pPr>
        <w:rPr>
          <w:rFonts w:cstheme="majorBidi"/>
          <w:b/>
          <w:bCs/>
          <w:color w:val="1F4E79"/>
          <w:sz w:val="25"/>
          <w:szCs w:val="26"/>
        </w:rPr>
      </w:pPr>
      <w:r>
        <w:rPr>
          <w:color w:val="1F4E79"/>
          <w:sz w:val="25"/>
        </w:rPr>
        <w:br w:type="page"/>
      </w:r>
    </w:p>
    <w:p w14:paraId="2AF209F6" w14:textId="77777777" w:rsidR="005373A1" w:rsidRPr="008F1574" w:rsidRDefault="005373A1" w:rsidP="005373A1">
      <w:pPr>
        <w:pStyle w:val="Heading2"/>
        <w:spacing w:before="160" w:after="80"/>
        <w:rPr>
          <w:rFonts w:ascii="Times New Roman" w:eastAsia="Times New Roman" w:hAnsi="Times New Roman"/>
          <w:color w:val="auto"/>
          <w:sz w:val="25"/>
        </w:rPr>
      </w:pPr>
      <w:r w:rsidRPr="008F1574">
        <w:rPr>
          <w:rFonts w:ascii="Times New Roman" w:eastAsia="Times New Roman" w:hAnsi="Times New Roman"/>
          <w:color w:val="auto"/>
          <w:sz w:val="25"/>
        </w:rPr>
        <w:t xml:space="preserve">F. Lampiran </w:t>
      </w:r>
      <w:proofErr w:type="spellStart"/>
      <w:r w:rsidRPr="008F1574">
        <w:rPr>
          <w:rFonts w:ascii="Times New Roman" w:eastAsia="Times New Roman" w:hAnsi="Times New Roman"/>
          <w:color w:val="auto"/>
          <w:sz w:val="25"/>
        </w:rPr>
        <w:t>Dokumentasi</w:t>
      </w:r>
      <w:proofErr w:type="spellEnd"/>
      <w:r w:rsidRPr="008F1574">
        <w:rPr>
          <w:rFonts w:ascii="Times New Roman" w:eastAsia="Times New Roman" w:hAnsi="Times New Roman"/>
          <w:color w:val="auto"/>
          <w:sz w:val="25"/>
        </w:rPr>
        <w:t xml:space="preserve"> (Foto/Gambar/Form)</w:t>
      </w:r>
    </w:p>
    <w:p w14:paraId="2274E01C" w14:textId="2C970B9E" w:rsidR="005373A1" w:rsidRDefault="005373A1" w:rsidP="005373A1">
      <w:pPr>
        <w:pStyle w:val="Heading2"/>
        <w:spacing w:before="160" w:after="80"/>
      </w:pPr>
      <w:r>
        <w:t xml:space="preserve"> </w:t>
      </w:r>
      <w:r w:rsidR="008F1574">
        <w:rPr>
          <w:noProof/>
        </w:rPr>
        <w:drawing>
          <wp:inline distT="0" distB="0" distL="0" distR="0" wp14:anchorId="39A56F89" wp14:editId="0F3A88B2">
            <wp:extent cx="5472430" cy="3961765"/>
            <wp:effectExtent l="0" t="0" r="0" b="635"/>
            <wp:docPr id="92594439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5944396" name="Picture 92594439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72430" cy="396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04566" w14:textId="10A8AC20" w:rsidR="008F1574" w:rsidRDefault="008F1574" w:rsidP="008F1574">
      <w:r>
        <w:rPr>
          <w:noProof/>
        </w:rPr>
        <w:drawing>
          <wp:inline distT="0" distB="0" distL="0" distR="0" wp14:anchorId="31DFF449" wp14:editId="4E06F0CE">
            <wp:extent cx="5472430" cy="7296785"/>
            <wp:effectExtent l="0" t="0" r="0" b="0"/>
            <wp:docPr id="123860265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602653" name="Picture 123860265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72430" cy="729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DA65F" w14:textId="2C18EA29" w:rsidR="008F1574" w:rsidRDefault="008F1574" w:rsidP="008F1574">
      <w:r>
        <w:rPr>
          <w:noProof/>
        </w:rPr>
        <w:drawing>
          <wp:inline distT="0" distB="0" distL="0" distR="0" wp14:anchorId="52DBFF3C" wp14:editId="7E09DB37">
            <wp:extent cx="4039870" cy="8748395"/>
            <wp:effectExtent l="0" t="0" r="0" b="0"/>
            <wp:docPr id="153524985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249855" name="Picture 153524985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39870" cy="874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D7900" w14:textId="15432842" w:rsidR="008F1574" w:rsidRPr="008F1574" w:rsidRDefault="008F1574" w:rsidP="008F1574">
      <w:r>
        <w:rPr>
          <w:noProof/>
        </w:rPr>
        <w:drawing>
          <wp:inline distT="0" distB="0" distL="0" distR="0" wp14:anchorId="4C6C36E8" wp14:editId="286EBAA4">
            <wp:extent cx="3937000" cy="8748395"/>
            <wp:effectExtent l="0" t="0" r="6350" b="0"/>
            <wp:docPr id="1785666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6663" name="Picture 1785666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37000" cy="874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F1574" w:rsidRPr="008F1574" w:rsidSect="00034616">
      <w:headerReference w:type="default" r:id="rId12"/>
      <w:footerReference w:type="default" r:id="rId13"/>
      <w:pgSz w:w="11906" w:h="16838"/>
      <w:pgMar w:top="1587" w:right="1474" w:bottom="1474" w:left="181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3AFC3" w14:textId="77777777" w:rsidR="00503A4F" w:rsidRDefault="00503A4F">
      <w:pPr>
        <w:spacing w:after="0" w:line="240" w:lineRule="auto"/>
      </w:pPr>
      <w:r>
        <w:separator/>
      </w:r>
    </w:p>
  </w:endnote>
  <w:endnote w:type="continuationSeparator" w:id="0">
    <w:p w14:paraId="2E7F9EFE" w14:textId="77777777" w:rsidR="00503A4F" w:rsidRDefault="00503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383CA" w14:textId="77777777" w:rsidR="00621206" w:rsidRDefault="00AF52F1">
    <w:pPr>
      <w:pStyle w:val="Footer"/>
      <w:jc w:val="center"/>
    </w:pPr>
    <w:proofErr w:type="spellStart"/>
    <w:r>
      <w:rPr>
        <w:color w:val="595959"/>
        <w:sz w:val="18"/>
      </w:rPr>
      <w:t>Dokumen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ini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dapat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disesuaikan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dengan</w:t>
    </w:r>
    <w:proofErr w:type="spellEnd"/>
    <w:r>
      <w:rPr>
        <w:color w:val="595959"/>
        <w:sz w:val="18"/>
      </w:rPr>
      <w:t xml:space="preserve"> data </w:t>
    </w:r>
    <w:proofErr w:type="spellStart"/>
    <w:r>
      <w:rPr>
        <w:color w:val="595959"/>
        <w:sz w:val="18"/>
      </w:rPr>
      <w:t>mahasiswa</w:t>
    </w:r>
    <w:proofErr w:type="spellEnd"/>
    <w:r>
      <w:rPr>
        <w:color w:val="595959"/>
        <w:sz w:val="18"/>
      </w:rPr>
      <w:t xml:space="preserve">, program </w:t>
    </w:r>
    <w:proofErr w:type="spellStart"/>
    <w:r>
      <w:rPr>
        <w:color w:val="595959"/>
        <w:sz w:val="18"/>
      </w:rPr>
      <w:t>studi</w:t>
    </w:r>
    <w:proofErr w:type="spellEnd"/>
    <w:r>
      <w:rPr>
        <w:color w:val="595959"/>
        <w:sz w:val="18"/>
      </w:rPr>
      <w:t xml:space="preserve">, dan </w:t>
    </w:r>
    <w:proofErr w:type="spellStart"/>
    <w:r>
      <w:rPr>
        <w:color w:val="595959"/>
        <w:sz w:val="18"/>
      </w:rPr>
      <w:t>periode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pelaksanaan</w:t>
    </w:r>
    <w:proofErr w:type="spellEnd"/>
    <w:r>
      <w:rPr>
        <w:color w:val="595959"/>
        <w:sz w:val="18"/>
      </w:rPr>
      <w:t xml:space="preserve"> PKL.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EFC78" w14:textId="77777777" w:rsidR="00503A4F" w:rsidRDefault="00503A4F">
      <w:pPr>
        <w:spacing w:after="0" w:line="240" w:lineRule="auto"/>
      </w:pPr>
      <w:r>
        <w:separator/>
      </w:r>
    </w:p>
  </w:footnote>
  <w:footnote w:type="continuationSeparator" w:id="0">
    <w:p w14:paraId="0CEA36A2" w14:textId="77777777" w:rsidR="00503A4F" w:rsidRDefault="00503A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27F7A" w14:textId="77777777" w:rsidR="00621206" w:rsidRDefault="00AF52F1">
    <w:pPr>
      <w:pStyle w:val="Header"/>
      <w:jc w:val="right"/>
    </w:pPr>
    <w:proofErr w:type="spellStart"/>
    <w:r>
      <w:rPr>
        <w:color w:val="595959"/>
        <w:sz w:val="18"/>
      </w:rPr>
      <w:t>Laporan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Kegiatan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Bulanan</w:t>
    </w:r>
    <w:proofErr w:type="spellEnd"/>
    <w:r>
      <w:rPr>
        <w:color w:val="595959"/>
        <w:sz w:val="18"/>
      </w:rPr>
      <w:t xml:space="preserve"> </w:t>
    </w:r>
    <w:proofErr w:type="spellStart"/>
    <w:r>
      <w:rPr>
        <w:color w:val="595959"/>
        <w:sz w:val="18"/>
      </w:rPr>
      <w:t>Magang</w:t>
    </w:r>
    <w:proofErr w:type="spellEnd"/>
    <w:r>
      <w:rPr>
        <w:color w:val="595959"/>
        <w:sz w:val="18"/>
      </w:rPr>
      <w:t>/PKL | FST-UIN SMH Banten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40296808">
    <w:abstractNumId w:val="8"/>
  </w:num>
  <w:num w:numId="2" w16cid:durableId="1520191895">
    <w:abstractNumId w:val="6"/>
  </w:num>
  <w:num w:numId="3" w16cid:durableId="507061074">
    <w:abstractNumId w:val="5"/>
  </w:num>
  <w:num w:numId="4" w16cid:durableId="1052971543">
    <w:abstractNumId w:val="4"/>
  </w:num>
  <w:num w:numId="5" w16cid:durableId="351615063">
    <w:abstractNumId w:val="7"/>
  </w:num>
  <w:num w:numId="6" w16cid:durableId="1026058876">
    <w:abstractNumId w:val="3"/>
  </w:num>
  <w:num w:numId="7" w16cid:durableId="1130249890">
    <w:abstractNumId w:val="2"/>
  </w:num>
  <w:num w:numId="8" w16cid:durableId="1595624516">
    <w:abstractNumId w:val="1"/>
  </w:num>
  <w:num w:numId="9" w16cid:durableId="7338930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3C9C"/>
    <w:rsid w:val="00034616"/>
    <w:rsid w:val="0006063C"/>
    <w:rsid w:val="0015074B"/>
    <w:rsid w:val="0029639D"/>
    <w:rsid w:val="00326F90"/>
    <w:rsid w:val="00503A4F"/>
    <w:rsid w:val="005373A1"/>
    <w:rsid w:val="005C2A1A"/>
    <w:rsid w:val="00621206"/>
    <w:rsid w:val="007F7F53"/>
    <w:rsid w:val="008C52B0"/>
    <w:rsid w:val="008F1574"/>
    <w:rsid w:val="00916D2A"/>
    <w:rsid w:val="00A44F07"/>
    <w:rsid w:val="00AA1D8D"/>
    <w:rsid w:val="00AF52F1"/>
    <w:rsid w:val="00B47730"/>
    <w:rsid w:val="00BE0AAA"/>
    <w:rsid w:val="00CA510F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59F117"/>
  <w14:defaultImageDpi w14:val="300"/>
  <w15:docId w15:val="{780AD8B3-42B3-448B-AED1-16A689793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ACD781F-46EA-45B8-BC93-57601DB1C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Aziz Rizky Maulana</cp:lastModifiedBy>
  <cp:revision>3</cp:revision>
  <dcterms:created xsi:type="dcterms:W3CDTF">2026-06-29T03:16:00Z</dcterms:created>
  <dcterms:modified xsi:type="dcterms:W3CDTF">2026-06-29T04:00:00Z</dcterms:modified>
</cp:coreProperties>
</file>