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DA53" w14:textId="77777777" w:rsidR="006512E0" w:rsidRDefault="00000000">
      <w:pPr>
        <w:jc w:val="center"/>
      </w:pPr>
      <w:r>
        <w:rPr>
          <w:b/>
          <w:sz w:val="28"/>
        </w:rPr>
        <w:t>TEMPLATE LAPORAN HASIL PKL/MAGANG</w:t>
      </w:r>
    </w:p>
    <w:p w14:paraId="57F89CF5" w14:textId="6EA223D5" w:rsidR="006512E0" w:rsidRDefault="00000000">
      <w:pPr>
        <w:jc w:val="center"/>
      </w:pPr>
      <w:r>
        <w:rPr>
          <w:b/>
        </w:rPr>
        <w:t>FAKULTAS SAINS</w:t>
      </w:r>
      <w:r w:rsidR="009144C8">
        <w:rPr>
          <w:b/>
        </w:rPr>
        <w:t xml:space="preserve"> DAN TEKNOLOGI</w:t>
      </w:r>
      <w:r>
        <w:rPr>
          <w:b/>
        </w:rPr>
        <w:t xml:space="preserve"> UIN SULTAN MAULANA HASANUDDIN BANTEN</w:t>
      </w:r>
    </w:p>
    <w:p w14:paraId="5D006D32" w14:textId="40F4B6C3" w:rsidR="006512E0" w:rsidRDefault="00000000" w:rsidP="00263EE2">
      <w:pPr>
        <w:jc w:val="center"/>
      </w:pPr>
      <w:r>
        <w:rPr>
          <w:b/>
        </w:rPr>
        <w:t>BERDASARKAN PEDOMAN PKL/MAGANG TAHUN 2022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37"/>
      </w:tblGrid>
      <w:tr w:rsidR="006512E0" w14:paraId="1F49C54C" w14:textId="77777777">
        <w:trPr>
          <w:jc w:val="center"/>
        </w:trPr>
        <w:tc>
          <w:tcPr>
            <w:tcW w:w="79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DEBF7"/>
          </w:tcPr>
          <w:p w14:paraId="7469F0DA" w14:textId="77777777" w:rsidR="006512E0" w:rsidRDefault="00000000">
            <w:pPr>
              <w:jc w:val="both"/>
            </w:pPr>
            <w:r>
              <w:rPr>
                <w:b/>
              </w:rPr>
              <w:t xml:space="preserve">PETUNJUK PENGGUNAAN: </w:t>
            </w:r>
            <w:r>
              <w:t xml:space="preserve">Bagian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panduan</w:t>
            </w:r>
            <w:proofErr w:type="spellEnd"/>
            <w:r>
              <w:t xml:space="preserve"> template. Jika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final, </w:t>
            </w:r>
            <w:proofErr w:type="spellStart"/>
            <w:r>
              <w:t>halaman</w:t>
            </w:r>
            <w:proofErr w:type="spellEnd"/>
            <w:r>
              <w:t xml:space="preserve"> </w:t>
            </w:r>
            <w:proofErr w:type="spellStart"/>
            <w:r>
              <w:t>petunjuk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dihapus</w:t>
            </w:r>
            <w:proofErr w:type="spellEnd"/>
            <w:r>
              <w:t xml:space="preserve">. Isi </w:t>
            </w:r>
            <w:proofErr w:type="spellStart"/>
            <w:r>
              <w:t>bagian</w:t>
            </w:r>
            <w:proofErr w:type="spellEnd"/>
            <w:r>
              <w:t xml:space="preserve"> </w:t>
            </w:r>
            <w:proofErr w:type="spellStart"/>
            <w:r>
              <w:t>bertanda</w:t>
            </w:r>
            <w:proofErr w:type="spellEnd"/>
            <w:r>
              <w:t xml:space="preserve"> [</w:t>
            </w:r>
            <w:proofErr w:type="spellStart"/>
            <w:r>
              <w:t>kurung</w:t>
            </w:r>
            <w:proofErr w:type="spellEnd"/>
            <w:r>
              <w:t xml:space="preserve"> siku] </w:t>
            </w:r>
            <w:proofErr w:type="spellStart"/>
            <w:r>
              <w:t>sesuai</w:t>
            </w:r>
            <w:proofErr w:type="spellEnd"/>
            <w:r>
              <w:t xml:space="preserve"> data masing-masing </w:t>
            </w:r>
            <w:proofErr w:type="spellStart"/>
            <w:r>
              <w:t>mahasiswa</w:t>
            </w:r>
            <w:proofErr w:type="spellEnd"/>
            <w:r>
              <w:t>.</w:t>
            </w:r>
          </w:p>
        </w:tc>
      </w:tr>
    </w:tbl>
    <w:p w14:paraId="6C22AFE0" w14:textId="77777777" w:rsidR="006512E0" w:rsidRDefault="006512E0"/>
    <w:p w14:paraId="09C21838" w14:textId="77777777" w:rsidR="006512E0" w:rsidRDefault="00000000">
      <w:pPr>
        <w:pStyle w:val="Subbab"/>
      </w:pPr>
      <w:r>
        <w:t xml:space="preserve">A. </w:t>
      </w:r>
      <w:proofErr w:type="spellStart"/>
      <w:r>
        <w:t>Aturan</w:t>
      </w:r>
      <w:proofErr w:type="spellEnd"/>
      <w:r>
        <w:t xml:space="preserve"> Format Utama</w:t>
      </w:r>
    </w:p>
    <w:p w14:paraId="05E4B4F8" w14:textId="65BA7106" w:rsidR="006512E0" w:rsidRDefault="00000000" w:rsidP="00672DD1">
      <w:pPr>
        <w:pStyle w:val="ListParagraph"/>
        <w:numPr>
          <w:ilvl w:val="0"/>
          <w:numId w:val="15"/>
        </w:numPr>
        <w:jc w:val="both"/>
      </w:pPr>
      <w:proofErr w:type="spellStart"/>
      <w:r>
        <w:t>Seluruh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Times New Roman </w:t>
      </w:r>
      <w:proofErr w:type="spellStart"/>
      <w:r>
        <w:t>ukuran</w:t>
      </w:r>
      <w:proofErr w:type="spellEnd"/>
      <w:r>
        <w:t xml:space="preserve"> 12.</w:t>
      </w:r>
    </w:p>
    <w:p w14:paraId="480839DB" w14:textId="779E1FDC" w:rsidR="00672DD1" w:rsidRDefault="00672DD1" w:rsidP="00672DD1">
      <w:pPr>
        <w:pStyle w:val="ListParagraph"/>
        <w:numPr>
          <w:ilvl w:val="0"/>
          <w:numId w:val="15"/>
        </w:numPr>
        <w:jc w:val="both"/>
      </w:pPr>
      <w:proofErr w:type="spellStart"/>
      <w:r>
        <w:t>Naskah</w:t>
      </w:r>
      <w:proofErr w:type="spellEnd"/>
      <w:r>
        <w:t xml:space="preserve"> di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kertas</w:t>
      </w:r>
      <w:proofErr w:type="spellEnd"/>
      <w:r>
        <w:t xml:space="preserve"> A4</w:t>
      </w:r>
    </w:p>
    <w:p w14:paraId="31FF47DD" w14:textId="539E66ED" w:rsidR="006512E0" w:rsidRDefault="00000000" w:rsidP="00672DD1">
      <w:pPr>
        <w:pStyle w:val="ListParagraph"/>
        <w:numPr>
          <w:ilvl w:val="0"/>
          <w:numId w:val="15"/>
        </w:numPr>
        <w:jc w:val="both"/>
      </w:pPr>
      <w:r>
        <w:t xml:space="preserve">Jarak </w:t>
      </w:r>
      <w:proofErr w:type="spellStart"/>
      <w:r>
        <w:t>antarbaris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1,5 </w:t>
      </w:r>
      <w:proofErr w:type="spellStart"/>
      <w:r>
        <w:t>spasi</w:t>
      </w:r>
      <w:proofErr w:type="spellEnd"/>
      <w:r>
        <w:t>.</w:t>
      </w:r>
    </w:p>
    <w:p w14:paraId="2974C4D9" w14:textId="5478912B" w:rsidR="006512E0" w:rsidRDefault="00000000" w:rsidP="00672DD1">
      <w:pPr>
        <w:pStyle w:val="ListParagraph"/>
        <w:numPr>
          <w:ilvl w:val="0"/>
          <w:numId w:val="15"/>
        </w:numPr>
        <w:jc w:val="both"/>
      </w:pPr>
      <w:r>
        <w:t xml:space="preserve">Bagian </w:t>
      </w:r>
      <w:proofErr w:type="spellStart"/>
      <w:r>
        <w:t>ringkasan</w:t>
      </w:r>
      <w:proofErr w:type="spellEnd"/>
      <w:r>
        <w:t xml:space="preserve">, </w:t>
      </w:r>
      <w:proofErr w:type="spellStart"/>
      <w:r>
        <w:t>kutipan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,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dan </w:t>
      </w:r>
      <w:proofErr w:type="spellStart"/>
      <w:r>
        <w:t>gambar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baris, </w:t>
      </w:r>
      <w:proofErr w:type="spellStart"/>
      <w:r>
        <w:t>serta</w:t>
      </w:r>
      <w:proofErr w:type="spellEnd"/>
      <w:r>
        <w:t xml:space="preserve"> daftar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1 </w:t>
      </w:r>
      <w:proofErr w:type="spellStart"/>
      <w:r>
        <w:t>spasi</w:t>
      </w:r>
      <w:proofErr w:type="spellEnd"/>
      <w:r>
        <w:t>.</w:t>
      </w:r>
    </w:p>
    <w:p w14:paraId="7FB09152" w14:textId="7198B2B2" w:rsidR="006512E0" w:rsidRDefault="00000000" w:rsidP="00672DD1">
      <w:pPr>
        <w:pStyle w:val="ListParagraph"/>
        <w:numPr>
          <w:ilvl w:val="0"/>
          <w:numId w:val="15"/>
        </w:numPr>
        <w:jc w:val="both"/>
      </w:pPr>
      <w:r>
        <w:t xml:space="preserve">Margin </w:t>
      </w:r>
      <w:proofErr w:type="spellStart"/>
      <w:r>
        <w:t>laporan</w:t>
      </w:r>
      <w:proofErr w:type="spellEnd"/>
      <w:r>
        <w:t xml:space="preserve">: </w:t>
      </w:r>
      <w:proofErr w:type="spellStart"/>
      <w:r>
        <w:t>atas</w:t>
      </w:r>
      <w:proofErr w:type="spellEnd"/>
      <w:r>
        <w:t xml:space="preserve"> 4 cm, </w:t>
      </w:r>
      <w:proofErr w:type="spellStart"/>
      <w:r>
        <w:t>bawah</w:t>
      </w:r>
      <w:proofErr w:type="spellEnd"/>
      <w:r>
        <w:t xml:space="preserve"> 3 cm, kiri 4 cm, </w:t>
      </w:r>
      <w:proofErr w:type="spellStart"/>
      <w:r>
        <w:t>kanan</w:t>
      </w:r>
      <w:proofErr w:type="spellEnd"/>
      <w:r>
        <w:t xml:space="preserve"> 3 cm.</w:t>
      </w:r>
    </w:p>
    <w:p w14:paraId="33C3E47C" w14:textId="77777777" w:rsidR="006512E0" w:rsidRDefault="00000000" w:rsidP="00672DD1">
      <w:pPr>
        <w:pStyle w:val="ListParagraph"/>
        <w:numPr>
          <w:ilvl w:val="0"/>
          <w:numId w:val="15"/>
        </w:numPr>
        <w:jc w:val="both"/>
      </w:pPr>
      <w:r>
        <w:t xml:space="preserve">7. Alinea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pada </w:t>
      </w:r>
      <w:proofErr w:type="spellStart"/>
      <w:r>
        <w:t>ketukan</w:t>
      </w:r>
      <w:proofErr w:type="spellEnd"/>
      <w:r>
        <w:t xml:space="preserve"> ke-5 </w:t>
      </w:r>
      <w:proofErr w:type="spellStart"/>
      <w:r>
        <w:t>dari</w:t>
      </w:r>
      <w:proofErr w:type="spellEnd"/>
      <w:r>
        <w:t xml:space="preserve"> batas </w:t>
      </w:r>
      <w:proofErr w:type="spellStart"/>
      <w:r>
        <w:t>tepi</w:t>
      </w:r>
      <w:proofErr w:type="spellEnd"/>
      <w:r>
        <w:t xml:space="preserve"> kiri.</w:t>
      </w:r>
    </w:p>
    <w:p w14:paraId="7D213FE3" w14:textId="63FC61DA" w:rsidR="006512E0" w:rsidRDefault="00000000" w:rsidP="00672DD1">
      <w:pPr>
        <w:pStyle w:val="ListParagraph"/>
        <w:numPr>
          <w:ilvl w:val="0"/>
          <w:numId w:val="15"/>
        </w:numPr>
        <w:jc w:val="both"/>
      </w:pPr>
      <w:proofErr w:type="spellStart"/>
      <w:r>
        <w:t>Judul</w:t>
      </w:r>
      <w:proofErr w:type="spellEnd"/>
      <w:r>
        <w:t xml:space="preserve"> </w:t>
      </w:r>
      <w:proofErr w:type="spellStart"/>
      <w:r>
        <w:t>bab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kapital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, </w:t>
      </w:r>
      <w:proofErr w:type="spellStart"/>
      <w:r>
        <w:t>tebal</w:t>
      </w:r>
      <w:proofErr w:type="spellEnd"/>
      <w:r>
        <w:t xml:space="preserve">, </w:t>
      </w:r>
      <w:proofErr w:type="spellStart"/>
      <w:r>
        <w:t>simetris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titik</w:t>
      </w:r>
      <w:proofErr w:type="spellEnd"/>
      <w:r>
        <w:t>.</w:t>
      </w:r>
    </w:p>
    <w:p w14:paraId="7F9CD54E" w14:textId="05634BFE" w:rsidR="006512E0" w:rsidRDefault="00000000" w:rsidP="00672DD1">
      <w:pPr>
        <w:pStyle w:val="ListParagraph"/>
        <w:numPr>
          <w:ilvl w:val="0"/>
          <w:numId w:val="15"/>
        </w:numPr>
        <w:jc w:val="both"/>
      </w:pPr>
      <w:proofErr w:type="spellStart"/>
      <w:r>
        <w:t>Perincian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.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hubung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bullet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diperkenankan</w:t>
      </w:r>
      <w:proofErr w:type="spellEnd"/>
      <w:r>
        <w:t>.</w:t>
      </w:r>
    </w:p>
    <w:p w14:paraId="3EB01CA1" w14:textId="77777777" w:rsidR="006512E0" w:rsidRDefault="00000000">
      <w:pPr>
        <w:pStyle w:val="Subbab"/>
      </w:pPr>
      <w:r>
        <w:t xml:space="preserve">B. </w:t>
      </w:r>
      <w:proofErr w:type="spellStart"/>
      <w:r>
        <w:t>Aturan</w:t>
      </w:r>
      <w:proofErr w:type="spellEnd"/>
      <w:r>
        <w:t xml:space="preserve"> Tabel dan Gambar</w:t>
      </w:r>
    </w:p>
    <w:p w14:paraId="23010FD6" w14:textId="77777777" w:rsidR="00672DD1" w:rsidRPr="00672DD1" w:rsidRDefault="00672DD1" w:rsidP="00672DD1">
      <w:pPr>
        <w:pStyle w:val="Subbab"/>
        <w:ind w:left="284"/>
        <w:jc w:val="both"/>
        <w:rPr>
          <w:b w:val="0"/>
          <w:lang w:val="en-ID"/>
        </w:rPr>
      </w:pPr>
      <w:r w:rsidRPr="00672DD1">
        <w:rPr>
          <w:b w:val="0"/>
          <w:lang w:val="en-ID"/>
        </w:rPr>
        <w:t>1. Tabel</w:t>
      </w:r>
    </w:p>
    <w:p w14:paraId="06F96B67" w14:textId="08B0AD6F" w:rsidR="000B6B58" w:rsidRPr="000B6B58" w:rsidRDefault="000B6B58" w:rsidP="000B6B58">
      <w:pPr>
        <w:pStyle w:val="Subbab"/>
        <w:numPr>
          <w:ilvl w:val="0"/>
          <w:numId w:val="20"/>
        </w:numPr>
        <w:jc w:val="both"/>
        <w:rPr>
          <w:b w:val="0"/>
          <w:bCs/>
          <w:lang w:val="en-ID"/>
        </w:rPr>
      </w:pPr>
      <w:proofErr w:type="spellStart"/>
      <w:r w:rsidRPr="000B6B58">
        <w:rPr>
          <w:b w:val="0"/>
          <w:bCs/>
          <w:lang w:val="en-ID"/>
        </w:rPr>
        <w:t>Nomor</w:t>
      </w:r>
      <w:proofErr w:type="spellEnd"/>
      <w:r w:rsidRPr="000B6B58">
        <w:rPr>
          <w:b w:val="0"/>
          <w:bCs/>
          <w:lang w:val="en-ID"/>
        </w:rPr>
        <w:t xml:space="preserve"> dan </w:t>
      </w:r>
      <w:proofErr w:type="spellStart"/>
      <w:r w:rsidRPr="000B6B58">
        <w:rPr>
          <w:b w:val="0"/>
          <w:bCs/>
          <w:lang w:val="en-ID"/>
        </w:rPr>
        <w:t>judul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ditulis</w:t>
      </w:r>
      <w:proofErr w:type="spellEnd"/>
      <w:r w:rsidRPr="000B6B58">
        <w:rPr>
          <w:b w:val="0"/>
          <w:bCs/>
          <w:lang w:val="en-ID"/>
        </w:rPr>
        <w:t xml:space="preserve"> di </w:t>
      </w:r>
      <w:proofErr w:type="spellStart"/>
      <w:r w:rsidRPr="000B6B58">
        <w:rPr>
          <w:b w:val="0"/>
          <w:bCs/>
          <w:lang w:val="en-ID"/>
        </w:rPr>
        <w:t>atas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posisinya</w:t>
      </w:r>
      <w:proofErr w:type="spellEnd"/>
      <w:r w:rsidRPr="000B6B58">
        <w:rPr>
          <w:b w:val="0"/>
          <w:bCs/>
          <w:lang w:val="en-ID"/>
        </w:rPr>
        <w:t xml:space="preserve"> di </w:t>
      </w:r>
      <w:proofErr w:type="spellStart"/>
      <w:r w:rsidRPr="000B6B58">
        <w:rPr>
          <w:b w:val="0"/>
          <w:bCs/>
          <w:lang w:val="en-ID"/>
        </w:rPr>
        <w:t>tengah</w:t>
      </w:r>
      <w:proofErr w:type="spellEnd"/>
      <w:r w:rsidRPr="000B6B58">
        <w:rPr>
          <w:b w:val="0"/>
          <w:bCs/>
          <w:lang w:val="en-ID"/>
        </w:rPr>
        <w:t xml:space="preserve">, dan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diakhiri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dengan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tanda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titik</w:t>
      </w:r>
      <w:proofErr w:type="spellEnd"/>
      <w:r w:rsidRPr="000B6B58">
        <w:rPr>
          <w:b w:val="0"/>
          <w:bCs/>
          <w:lang w:val="en-ID"/>
        </w:rPr>
        <w:t>.</w:t>
      </w:r>
    </w:p>
    <w:p w14:paraId="2999EFC3" w14:textId="7F14708D" w:rsidR="000B6B58" w:rsidRPr="000B6B58" w:rsidRDefault="000B6B58" w:rsidP="000B6B58">
      <w:pPr>
        <w:pStyle w:val="Subbab"/>
        <w:numPr>
          <w:ilvl w:val="0"/>
          <w:numId w:val="20"/>
        </w:numPr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Tabel </w:t>
      </w:r>
      <w:proofErr w:type="spellStart"/>
      <w:r w:rsidRPr="000B6B58">
        <w:rPr>
          <w:b w:val="0"/>
          <w:bCs/>
          <w:lang w:val="en-ID"/>
        </w:rPr>
        <w:t>diberi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nomor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urut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menggunakan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angka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biasa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seperti</w:t>
      </w:r>
      <w:proofErr w:type="spellEnd"/>
      <w:r w:rsidRPr="000B6B58">
        <w:rPr>
          <w:b w:val="0"/>
          <w:bCs/>
          <w:lang w:val="en-ID"/>
        </w:rPr>
        <w:t xml:space="preserve"> Tabel 1, Tabel 2, Tabel 3, dan </w:t>
      </w:r>
      <w:proofErr w:type="spellStart"/>
      <w:r w:rsidRPr="000B6B58">
        <w:rPr>
          <w:b w:val="0"/>
          <w:bCs/>
          <w:lang w:val="en-ID"/>
        </w:rPr>
        <w:t>seterusnya</w:t>
      </w:r>
      <w:proofErr w:type="spellEnd"/>
      <w:r w:rsidRPr="000B6B58">
        <w:rPr>
          <w:b w:val="0"/>
          <w:bCs/>
          <w:lang w:val="en-ID"/>
        </w:rPr>
        <w:t>.</w:t>
      </w:r>
    </w:p>
    <w:p w14:paraId="118FDF2A" w14:textId="4E2ECB22" w:rsidR="000B6B58" w:rsidRPr="000B6B58" w:rsidRDefault="000B6B58" w:rsidP="000B6B58">
      <w:pPr>
        <w:pStyle w:val="Subbab"/>
        <w:numPr>
          <w:ilvl w:val="0"/>
          <w:numId w:val="20"/>
        </w:numPr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Tabel </w:t>
      </w:r>
      <w:proofErr w:type="spellStart"/>
      <w:r w:rsidRPr="000B6B58">
        <w:rPr>
          <w:b w:val="0"/>
          <w:bCs/>
          <w:lang w:val="en-ID"/>
        </w:rPr>
        <w:t>sebaiknya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dipotong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ke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halaman</w:t>
      </w:r>
      <w:proofErr w:type="spellEnd"/>
      <w:r w:rsidRPr="000B6B58">
        <w:rPr>
          <w:b w:val="0"/>
          <w:bCs/>
          <w:lang w:val="en-ID"/>
        </w:rPr>
        <w:t xml:space="preserve"> lain. </w:t>
      </w:r>
      <w:proofErr w:type="spellStart"/>
      <w:r w:rsidRPr="000B6B58">
        <w:rPr>
          <w:b w:val="0"/>
          <w:bCs/>
          <w:lang w:val="en-ID"/>
        </w:rPr>
        <w:t>Namun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jika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terlalu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panjang</w:t>
      </w:r>
      <w:proofErr w:type="spellEnd"/>
      <w:r w:rsidRPr="000B6B58">
        <w:rPr>
          <w:b w:val="0"/>
          <w:bCs/>
          <w:lang w:val="en-ID"/>
        </w:rPr>
        <w:t xml:space="preserve"> dan </w:t>
      </w:r>
      <w:proofErr w:type="spellStart"/>
      <w:r w:rsidRPr="000B6B58">
        <w:rPr>
          <w:b w:val="0"/>
          <w:bCs/>
          <w:lang w:val="en-ID"/>
        </w:rPr>
        <w:t>harus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dilanjutkan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ke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halaman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berikutnya</w:t>
      </w:r>
      <w:proofErr w:type="spellEnd"/>
      <w:r w:rsidRPr="000B6B58">
        <w:rPr>
          <w:b w:val="0"/>
          <w:bCs/>
          <w:lang w:val="en-ID"/>
        </w:rPr>
        <w:t xml:space="preserve">, pada </w:t>
      </w:r>
      <w:proofErr w:type="spellStart"/>
      <w:r w:rsidRPr="000B6B58">
        <w:rPr>
          <w:b w:val="0"/>
          <w:bCs/>
          <w:lang w:val="en-ID"/>
        </w:rPr>
        <w:t>halaman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lanjutan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cukup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ditulis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nomor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dan kata “</w:t>
      </w:r>
      <w:proofErr w:type="spellStart"/>
      <w:r w:rsidRPr="000B6B58">
        <w:rPr>
          <w:b w:val="0"/>
          <w:bCs/>
          <w:lang w:val="en-ID"/>
        </w:rPr>
        <w:t>lanjutan</w:t>
      </w:r>
      <w:proofErr w:type="spellEnd"/>
      <w:r w:rsidRPr="000B6B58">
        <w:rPr>
          <w:b w:val="0"/>
          <w:bCs/>
          <w:lang w:val="en-ID"/>
        </w:rPr>
        <w:t xml:space="preserve">”, </w:t>
      </w:r>
      <w:proofErr w:type="spellStart"/>
      <w:r w:rsidRPr="000B6B58">
        <w:rPr>
          <w:b w:val="0"/>
          <w:bCs/>
          <w:lang w:val="en-ID"/>
        </w:rPr>
        <w:t>tanpa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menulis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ulang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judul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>.</w:t>
      </w:r>
    </w:p>
    <w:p w14:paraId="57710122" w14:textId="7433B622" w:rsidR="000B6B58" w:rsidRPr="000B6B58" w:rsidRDefault="000B6B58" w:rsidP="000B6B58">
      <w:pPr>
        <w:pStyle w:val="Subbab"/>
        <w:numPr>
          <w:ilvl w:val="0"/>
          <w:numId w:val="20"/>
        </w:numPr>
        <w:jc w:val="both"/>
        <w:rPr>
          <w:b w:val="0"/>
          <w:bCs/>
          <w:lang w:val="en-ID"/>
        </w:rPr>
      </w:pPr>
      <w:proofErr w:type="spellStart"/>
      <w:r w:rsidRPr="000B6B58">
        <w:rPr>
          <w:b w:val="0"/>
          <w:bCs/>
          <w:lang w:val="en-ID"/>
        </w:rPr>
        <w:t>Setiap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kolom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dalam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harus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diberi</w:t>
      </w:r>
      <w:proofErr w:type="spellEnd"/>
      <w:r w:rsidRPr="000B6B58">
        <w:rPr>
          <w:b w:val="0"/>
          <w:bCs/>
          <w:lang w:val="en-ID"/>
        </w:rPr>
        <w:t xml:space="preserve"> nama agar </w:t>
      </w:r>
      <w:proofErr w:type="spellStart"/>
      <w:r w:rsidRPr="000B6B58">
        <w:rPr>
          <w:b w:val="0"/>
          <w:bCs/>
          <w:lang w:val="en-ID"/>
        </w:rPr>
        <w:t>isi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mudah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dipahami</w:t>
      </w:r>
      <w:proofErr w:type="spellEnd"/>
      <w:r w:rsidRPr="000B6B58">
        <w:rPr>
          <w:b w:val="0"/>
          <w:bCs/>
          <w:lang w:val="en-ID"/>
        </w:rPr>
        <w:t>.</w:t>
      </w:r>
    </w:p>
    <w:p w14:paraId="25455C01" w14:textId="7EDF2DEF" w:rsidR="000B6B58" w:rsidRPr="000B6B58" w:rsidRDefault="000B6B58" w:rsidP="000B6B58">
      <w:pPr>
        <w:pStyle w:val="Subbab"/>
        <w:numPr>
          <w:ilvl w:val="0"/>
          <w:numId w:val="20"/>
        </w:numPr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lastRenderedPageBreak/>
        <w:t xml:space="preserve">Jarak dan batas </w:t>
      </w:r>
      <w:proofErr w:type="spellStart"/>
      <w:r w:rsidRPr="000B6B58">
        <w:rPr>
          <w:b w:val="0"/>
          <w:bCs/>
          <w:lang w:val="en-ID"/>
        </w:rPr>
        <w:t>antar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kolom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harus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dibuat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jelas</w:t>
      </w:r>
      <w:proofErr w:type="spellEnd"/>
      <w:r w:rsidRPr="000B6B58">
        <w:rPr>
          <w:b w:val="0"/>
          <w:bCs/>
          <w:lang w:val="en-ID"/>
        </w:rPr>
        <w:t xml:space="preserve"> agar data </w:t>
      </w:r>
      <w:proofErr w:type="spellStart"/>
      <w:r w:rsidRPr="000B6B58">
        <w:rPr>
          <w:b w:val="0"/>
          <w:bCs/>
          <w:lang w:val="en-ID"/>
        </w:rPr>
        <w:t>dalam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terlihat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membingungkan</w:t>
      </w:r>
      <w:proofErr w:type="spellEnd"/>
      <w:r w:rsidRPr="000B6B58">
        <w:rPr>
          <w:b w:val="0"/>
          <w:bCs/>
          <w:lang w:val="en-ID"/>
        </w:rPr>
        <w:t>.</w:t>
      </w:r>
    </w:p>
    <w:p w14:paraId="70E7665B" w14:textId="52F22621" w:rsidR="000B6B58" w:rsidRPr="000B6B58" w:rsidRDefault="000B6B58" w:rsidP="000B6B58">
      <w:pPr>
        <w:pStyle w:val="Subbab"/>
        <w:numPr>
          <w:ilvl w:val="0"/>
          <w:numId w:val="20"/>
        </w:numPr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Bagian </w:t>
      </w:r>
      <w:proofErr w:type="spellStart"/>
      <w:r w:rsidRPr="000B6B58">
        <w:rPr>
          <w:b w:val="0"/>
          <w:bCs/>
          <w:lang w:val="en-ID"/>
        </w:rPr>
        <w:t>atas</w:t>
      </w:r>
      <w:proofErr w:type="spellEnd"/>
      <w:r w:rsidRPr="000B6B58">
        <w:rPr>
          <w:b w:val="0"/>
          <w:bCs/>
          <w:lang w:val="en-ID"/>
        </w:rPr>
        <w:t xml:space="preserve"> dan </w:t>
      </w:r>
      <w:proofErr w:type="spellStart"/>
      <w:r w:rsidRPr="000B6B58">
        <w:rPr>
          <w:b w:val="0"/>
          <w:bCs/>
          <w:lang w:val="en-ID"/>
        </w:rPr>
        <w:t>bawah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diberi</w:t>
      </w:r>
      <w:proofErr w:type="spellEnd"/>
      <w:r w:rsidRPr="000B6B58">
        <w:rPr>
          <w:b w:val="0"/>
          <w:bCs/>
          <w:lang w:val="en-ID"/>
        </w:rPr>
        <w:t xml:space="preserve"> garis batas agar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terlihat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terpisah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dari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isi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paragraf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laporan</w:t>
      </w:r>
      <w:proofErr w:type="spellEnd"/>
      <w:r w:rsidRPr="000B6B58">
        <w:rPr>
          <w:b w:val="0"/>
          <w:bCs/>
          <w:lang w:val="en-ID"/>
        </w:rPr>
        <w:t>.</w:t>
      </w:r>
    </w:p>
    <w:p w14:paraId="784EA2A6" w14:textId="2EADA704" w:rsidR="000B6B58" w:rsidRPr="000B6B58" w:rsidRDefault="000B6B58" w:rsidP="000B6B58">
      <w:pPr>
        <w:pStyle w:val="Subbab"/>
        <w:numPr>
          <w:ilvl w:val="0"/>
          <w:numId w:val="20"/>
        </w:numPr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Tabel </w:t>
      </w:r>
      <w:proofErr w:type="spellStart"/>
      <w:r w:rsidRPr="000B6B58">
        <w:rPr>
          <w:b w:val="0"/>
          <w:bCs/>
          <w:lang w:val="en-ID"/>
        </w:rPr>
        <w:t>diletakkan</w:t>
      </w:r>
      <w:proofErr w:type="spellEnd"/>
      <w:r w:rsidRPr="000B6B58">
        <w:rPr>
          <w:b w:val="0"/>
          <w:bCs/>
          <w:lang w:val="en-ID"/>
        </w:rPr>
        <w:t xml:space="preserve"> di </w:t>
      </w:r>
      <w:proofErr w:type="spellStart"/>
      <w:r w:rsidRPr="000B6B58">
        <w:rPr>
          <w:b w:val="0"/>
          <w:bCs/>
          <w:lang w:val="en-ID"/>
        </w:rPr>
        <w:t>tengah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halaman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atau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dibuat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simetris</w:t>
      </w:r>
      <w:proofErr w:type="spellEnd"/>
      <w:r w:rsidRPr="000B6B58">
        <w:rPr>
          <w:b w:val="0"/>
          <w:bCs/>
          <w:lang w:val="en-ID"/>
        </w:rPr>
        <w:t>.</w:t>
      </w:r>
    </w:p>
    <w:p w14:paraId="7BC2A23A" w14:textId="56ED14ED" w:rsidR="000B6B58" w:rsidRDefault="000B6B58" w:rsidP="000B6B58">
      <w:pPr>
        <w:pStyle w:val="Subbab"/>
        <w:numPr>
          <w:ilvl w:val="0"/>
          <w:numId w:val="20"/>
        </w:numPr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Jika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terlalu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panjang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lebih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dari</w:t>
      </w:r>
      <w:proofErr w:type="spellEnd"/>
      <w:r w:rsidRPr="000B6B58">
        <w:rPr>
          <w:b w:val="0"/>
          <w:bCs/>
          <w:lang w:val="en-ID"/>
        </w:rPr>
        <w:t xml:space="preserve"> dua </w:t>
      </w:r>
      <w:proofErr w:type="spellStart"/>
      <w:r w:rsidRPr="000B6B58">
        <w:rPr>
          <w:b w:val="0"/>
          <w:bCs/>
          <w:lang w:val="en-ID"/>
        </w:rPr>
        <w:t>halaman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atau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harus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dilipat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tabel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tersebut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sebaiknya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diletakkan</w:t>
      </w:r>
      <w:proofErr w:type="spellEnd"/>
      <w:r w:rsidRPr="000B6B58">
        <w:rPr>
          <w:b w:val="0"/>
          <w:bCs/>
          <w:lang w:val="en-ID"/>
        </w:rPr>
        <w:t xml:space="preserve"> pada </w:t>
      </w:r>
      <w:proofErr w:type="spellStart"/>
      <w:r w:rsidRPr="000B6B58">
        <w:rPr>
          <w:b w:val="0"/>
          <w:bCs/>
          <w:lang w:val="en-ID"/>
        </w:rPr>
        <w:t>bagian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lampiran</w:t>
      </w:r>
      <w:proofErr w:type="spellEnd"/>
      <w:r w:rsidRPr="000B6B58">
        <w:rPr>
          <w:b w:val="0"/>
          <w:bCs/>
          <w:lang w:val="en-ID"/>
        </w:rPr>
        <w:t>.</w:t>
      </w:r>
    </w:p>
    <w:p w14:paraId="6A6BDEA0" w14:textId="24DD46D7" w:rsidR="000B6B58" w:rsidRPr="000B6B58" w:rsidRDefault="000B6B58" w:rsidP="000B6B58">
      <w:pPr>
        <w:pStyle w:val="Subbab"/>
        <w:numPr>
          <w:ilvl w:val="0"/>
          <w:numId w:val="20"/>
        </w:numPr>
        <w:jc w:val="both"/>
        <w:rPr>
          <w:b w:val="0"/>
          <w:bCs/>
          <w:lang w:val="en-ID"/>
        </w:rPr>
      </w:pPr>
      <w:proofErr w:type="spellStart"/>
      <w:r w:rsidRPr="000B6B58">
        <w:rPr>
          <w:b w:val="0"/>
          <w:bCs/>
        </w:rPr>
        <w:t>Sumber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tabel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ditulis</w:t>
      </w:r>
      <w:proofErr w:type="spellEnd"/>
      <w:r w:rsidRPr="000B6B58">
        <w:rPr>
          <w:b w:val="0"/>
          <w:bCs/>
        </w:rPr>
        <w:t xml:space="preserve"> di </w:t>
      </w:r>
      <w:proofErr w:type="spellStart"/>
      <w:r w:rsidRPr="000B6B58">
        <w:rPr>
          <w:b w:val="0"/>
          <w:bCs/>
        </w:rPr>
        <w:t>bawah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tabel</w:t>
      </w:r>
      <w:proofErr w:type="spellEnd"/>
      <w:r w:rsidRPr="000B6B58">
        <w:rPr>
          <w:b w:val="0"/>
          <w:bCs/>
        </w:rPr>
        <w:t xml:space="preserve">. Jika data </w:t>
      </w:r>
      <w:proofErr w:type="spellStart"/>
      <w:r w:rsidRPr="000B6B58">
        <w:rPr>
          <w:b w:val="0"/>
          <w:bCs/>
        </w:rPr>
        <w:t>dibuat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atau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diolah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sendiri</w:t>
      </w:r>
      <w:proofErr w:type="spellEnd"/>
      <w:r w:rsidRPr="000B6B58">
        <w:rPr>
          <w:b w:val="0"/>
          <w:bCs/>
        </w:rPr>
        <w:t xml:space="preserve"> oleh </w:t>
      </w:r>
      <w:proofErr w:type="spellStart"/>
      <w:r w:rsidRPr="000B6B58">
        <w:rPr>
          <w:b w:val="0"/>
          <w:bCs/>
        </w:rPr>
        <w:t>penulis</w:t>
      </w:r>
      <w:proofErr w:type="spellEnd"/>
      <w:r w:rsidRPr="000B6B58">
        <w:rPr>
          <w:b w:val="0"/>
          <w:bCs/>
        </w:rPr>
        <w:t xml:space="preserve">, </w:t>
      </w:r>
      <w:proofErr w:type="spellStart"/>
      <w:r w:rsidRPr="000B6B58">
        <w:rPr>
          <w:b w:val="0"/>
          <w:bCs/>
        </w:rPr>
        <w:t>maka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sumber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dapat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ditulis</w:t>
      </w:r>
      <w:proofErr w:type="spellEnd"/>
      <w:r w:rsidRPr="000B6B58">
        <w:rPr>
          <w:b w:val="0"/>
          <w:bCs/>
        </w:rPr>
        <w:t xml:space="preserve"> “</w:t>
      </w:r>
      <w:proofErr w:type="spellStart"/>
      <w:r w:rsidRPr="000B6B58">
        <w:rPr>
          <w:b w:val="0"/>
          <w:bCs/>
        </w:rPr>
        <w:t>Sumber</w:t>
      </w:r>
      <w:proofErr w:type="spellEnd"/>
      <w:r w:rsidRPr="000B6B58">
        <w:rPr>
          <w:b w:val="0"/>
          <w:bCs/>
        </w:rPr>
        <w:t xml:space="preserve">: Data </w:t>
      </w:r>
      <w:proofErr w:type="spellStart"/>
      <w:r w:rsidRPr="000B6B58">
        <w:rPr>
          <w:b w:val="0"/>
          <w:bCs/>
        </w:rPr>
        <w:t>diolah</w:t>
      </w:r>
      <w:proofErr w:type="spellEnd"/>
      <w:r w:rsidRPr="000B6B58">
        <w:rPr>
          <w:b w:val="0"/>
          <w:bCs/>
        </w:rPr>
        <w:t xml:space="preserve"> oleh </w:t>
      </w:r>
      <w:proofErr w:type="spellStart"/>
      <w:r w:rsidRPr="000B6B58">
        <w:rPr>
          <w:b w:val="0"/>
          <w:bCs/>
        </w:rPr>
        <w:t>penulis</w:t>
      </w:r>
      <w:proofErr w:type="spellEnd"/>
      <w:r w:rsidRPr="000B6B58">
        <w:rPr>
          <w:b w:val="0"/>
          <w:bCs/>
        </w:rPr>
        <w:t>, [</w:t>
      </w:r>
      <w:proofErr w:type="spellStart"/>
      <w:r w:rsidRPr="000B6B58">
        <w:rPr>
          <w:b w:val="0"/>
          <w:bCs/>
        </w:rPr>
        <w:t>tahun</w:t>
      </w:r>
      <w:proofErr w:type="spellEnd"/>
      <w:r w:rsidRPr="000B6B58">
        <w:rPr>
          <w:b w:val="0"/>
          <w:bCs/>
        </w:rPr>
        <w:t xml:space="preserve">]”. Jika data </w:t>
      </w:r>
      <w:proofErr w:type="spellStart"/>
      <w:r w:rsidRPr="000B6B58">
        <w:rPr>
          <w:b w:val="0"/>
          <w:bCs/>
        </w:rPr>
        <w:t>berasal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dari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instansi</w:t>
      </w:r>
      <w:proofErr w:type="spellEnd"/>
      <w:r w:rsidRPr="000B6B58">
        <w:rPr>
          <w:b w:val="0"/>
          <w:bCs/>
        </w:rPr>
        <w:t xml:space="preserve">, </w:t>
      </w:r>
      <w:proofErr w:type="spellStart"/>
      <w:r w:rsidRPr="000B6B58">
        <w:rPr>
          <w:b w:val="0"/>
          <w:bCs/>
        </w:rPr>
        <w:t>buku</w:t>
      </w:r>
      <w:proofErr w:type="spellEnd"/>
      <w:r w:rsidRPr="000B6B58">
        <w:rPr>
          <w:b w:val="0"/>
          <w:bCs/>
        </w:rPr>
        <w:t xml:space="preserve">, </w:t>
      </w:r>
      <w:proofErr w:type="spellStart"/>
      <w:r w:rsidRPr="000B6B58">
        <w:rPr>
          <w:b w:val="0"/>
          <w:bCs/>
        </w:rPr>
        <w:t>jurnal</w:t>
      </w:r>
      <w:proofErr w:type="spellEnd"/>
      <w:r w:rsidRPr="000B6B58">
        <w:rPr>
          <w:b w:val="0"/>
          <w:bCs/>
        </w:rPr>
        <w:t xml:space="preserve">, website, </w:t>
      </w:r>
      <w:proofErr w:type="spellStart"/>
      <w:r w:rsidRPr="000B6B58">
        <w:rPr>
          <w:b w:val="0"/>
          <w:bCs/>
        </w:rPr>
        <w:t>atau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sumber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lain</w:t>
      </w:r>
      <w:proofErr w:type="spellEnd"/>
      <w:r w:rsidRPr="000B6B58">
        <w:rPr>
          <w:b w:val="0"/>
          <w:bCs/>
        </w:rPr>
        <w:t xml:space="preserve">, </w:t>
      </w:r>
      <w:proofErr w:type="spellStart"/>
      <w:r w:rsidRPr="000B6B58">
        <w:rPr>
          <w:b w:val="0"/>
          <w:bCs/>
        </w:rPr>
        <w:t>maka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sumber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asli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harus</w:t>
      </w:r>
      <w:proofErr w:type="spellEnd"/>
      <w:r w:rsidRPr="000B6B58">
        <w:rPr>
          <w:b w:val="0"/>
          <w:bCs/>
        </w:rPr>
        <w:t xml:space="preserve"> </w:t>
      </w:r>
      <w:proofErr w:type="spellStart"/>
      <w:r w:rsidRPr="000B6B58">
        <w:rPr>
          <w:b w:val="0"/>
          <w:bCs/>
        </w:rPr>
        <w:t>dicantumkan</w:t>
      </w:r>
      <w:proofErr w:type="spellEnd"/>
      <w:r w:rsidRPr="000B6B58">
        <w:rPr>
          <w:b w:val="0"/>
          <w:bCs/>
        </w:rPr>
        <w:t>.</w:t>
      </w:r>
    </w:p>
    <w:p w14:paraId="69C0B281" w14:textId="77777777" w:rsidR="00672DD1" w:rsidRPr="00672DD1" w:rsidRDefault="00672DD1" w:rsidP="00672DD1">
      <w:pPr>
        <w:pStyle w:val="Subbab"/>
        <w:ind w:left="284"/>
        <w:jc w:val="both"/>
        <w:rPr>
          <w:b w:val="0"/>
          <w:lang w:val="en-ID"/>
        </w:rPr>
      </w:pPr>
      <w:r w:rsidRPr="00672DD1">
        <w:rPr>
          <w:b w:val="0"/>
          <w:lang w:val="en-ID"/>
        </w:rPr>
        <w:t>2. Gambar</w:t>
      </w:r>
    </w:p>
    <w:p w14:paraId="36192233" w14:textId="0D4B2D2F" w:rsidR="000B6B58" w:rsidRP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Bagan, </w:t>
      </w:r>
      <w:proofErr w:type="spellStart"/>
      <w:r w:rsidRPr="000B6B58">
        <w:rPr>
          <w:b w:val="0"/>
          <w:bCs/>
          <w:lang w:val="en-ID"/>
        </w:rPr>
        <w:t>grafik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peta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potret</w:t>
      </w:r>
      <w:proofErr w:type="spellEnd"/>
      <w:r w:rsidRPr="000B6B58">
        <w:rPr>
          <w:b w:val="0"/>
          <w:bCs/>
          <w:lang w:val="en-ID"/>
        </w:rPr>
        <w:t xml:space="preserve">, dan </w:t>
      </w:r>
      <w:proofErr w:type="spellStart"/>
      <w:r w:rsidRPr="000B6B58">
        <w:rPr>
          <w:b w:val="0"/>
          <w:bCs/>
          <w:lang w:val="en-ID"/>
        </w:rPr>
        <w:t>foto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semuanya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disebut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sebagai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>.</w:t>
      </w:r>
    </w:p>
    <w:p w14:paraId="7D41D00C" w14:textId="6ACA3180" w:rsidR="000B6B58" w:rsidRP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Gambar </w:t>
      </w:r>
      <w:proofErr w:type="spellStart"/>
      <w:r w:rsidRPr="000B6B58">
        <w:rPr>
          <w:b w:val="0"/>
          <w:bCs/>
          <w:lang w:val="en-ID"/>
        </w:rPr>
        <w:t>diberi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nomor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urut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menggunakan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angka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biasa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seperti</w:t>
      </w:r>
      <w:proofErr w:type="spellEnd"/>
      <w:r w:rsidRPr="000B6B58">
        <w:rPr>
          <w:b w:val="0"/>
          <w:bCs/>
          <w:lang w:val="en-ID"/>
        </w:rPr>
        <w:t xml:space="preserve"> Gambar 1, Gambar 2, Gambar 3, dan </w:t>
      </w:r>
      <w:proofErr w:type="spellStart"/>
      <w:r w:rsidRPr="000B6B58">
        <w:rPr>
          <w:b w:val="0"/>
          <w:bCs/>
          <w:lang w:val="en-ID"/>
        </w:rPr>
        <w:t>seterusnya</w:t>
      </w:r>
      <w:proofErr w:type="spellEnd"/>
      <w:r w:rsidRPr="000B6B58">
        <w:rPr>
          <w:b w:val="0"/>
          <w:bCs/>
          <w:lang w:val="en-ID"/>
        </w:rPr>
        <w:t>.</w:t>
      </w:r>
    </w:p>
    <w:p w14:paraId="60D74E2C" w14:textId="69D9DA0F" w:rsidR="000B6B58" w:rsidRP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proofErr w:type="spellStart"/>
      <w:r w:rsidRPr="000B6B58">
        <w:rPr>
          <w:b w:val="0"/>
          <w:bCs/>
          <w:lang w:val="en-ID"/>
        </w:rPr>
        <w:t>Nomor</w:t>
      </w:r>
      <w:proofErr w:type="spellEnd"/>
      <w:r w:rsidRPr="000B6B58">
        <w:rPr>
          <w:b w:val="0"/>
          <w:bCs/>
          <w:lang w:val="en-ID"/>
        </w:rPr>
        <w:t xml:space="preserve"> dan </w:t>
      </w:r>
      <w:proofErr w:type="spellStart"/>
      <w:r w:rsidRPr="000B6B58">
        <w:rPr>
          <w:b w:val="0"/>
          <w:bCs/>
          <w:lang w:val="en-ID"/>
        </w:rPr>
        <w:t>judul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ditulis</w:t>
      </w:r>
      <w:proofErr w:type="spellEnd"/>
      <w:r w:rsidRPr="000B6B58">
        <w:rPr>
          <w:b w:val="0"/>
          <w:bCs/>
          <w:lang w:val="en-ID"/>
        </w:rPr>
        <w:t xml:space="preserve"> di </w:t>
      </w:r>
      <w:proofErr w:type="spellStart"/>
      <w:r w:rsidRPr="000B6B58">
        <w:rPr>
          <w:b w:val="0"/>
          <w:bCs/>
          <w:lang w:val="en-ID"/>
        </w:rPr>
        <w:t>bawah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posisinya</w:t>
      </w:r>
      <w:proofErr w:type="spellEnd"/>
      <w:r w:rsidRPr="000B6B58">
        <w:rPr>
          <w:b w:val="0"/>
          <w:bCs/>
          <w:lang w:val="en-ID"/>
        </w:rPr>
        <w:t xml:space="preserve"> di </w:t>
      </w:r>
      <w:proofErr w:type="spellStart"/>
      <w:r w:rsidRPr="000B6B58">
        <w:rPr>
          <w:b w:val="0"/>
          <w:bCs/>
          <w:lang w:val="en-ID"/>
        </w:rPr>
        <w:t>tengah</w:t>
      </w:r>
      <w:proofErr w:type="spellEnd"/>
      <w:r w:rsidRPr="000B6B58">
        <w:rPr>
          <w:b w:val="0"/>
          <w:bCs/>
          <w:lang w:val="en-ID"/>
        </w:rPr>
        <w:t xml:space="preserve">, dan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diakhiri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dengan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tanda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titik</w:t>
      </w:r>
      <w:proofErr w:type="spellEnd"/>
      <w:r w:rsidRPr="000B6B58">
        <w:rPr>
          <w:b w:val="0"/>
          <w:bCs/>
          <w:lang w:val="en-ID"/>
        </w:rPr>
        <w:t>.</w:t>
      </w:r>
    </w:p>
    <w:p w14:paraId="3EDEEAE4" w14:textId="658F5447" w:rsidR="000B6B58" w:rsidRP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Gambar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boleh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terpotong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atau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terpisah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ke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halaman</w:t>
      </w:r>
      <w:proofErr w:type="spellEnd"/>
      <w:r w:rsidRPr="000B6B58">
        <w:rPr>
          <w:b w:val="0"/>
          <w:bCs/>
          <w:lang w:val="en-ID"/>
        </w:rPr>
        <w:t xml:space="preserve"> lain.</w:t>
      </w:r>
    </w:p>
    <w:p w14:paraId="08E5FECE" w14:textId="46A11809" w:rsidR="000B6B58" w:rsidRP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Jika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berasal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dari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sumber</w:t>
      </w:r>
      <w:proofErr w:type="spellEnd"/>
      <w:r w:rsidRPr="000B6B58">
        <w:rPr>
          <w:b w:val="0"/>
          <w:bCs/>
          <w:lang w:val="en-ID"/>
        </w:rPr>
        <w:t xml:space="preserve"> lain </w:t>
      </w:r>
      <w:proofErr w:type="spellStart"/>
      <w:r w:rsidRPr="000B6B58">
        <w:rPr>
          <w:b w:val="0"/>
          <w:bCs/>
          <w:lang w:val="en-ID"/>
        </w:rPr>
        <w:t>atau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dokumentasi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pribadi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sumber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harus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dicantumkan</w:t>
      </w:r>
      <w:proofErr w:type="spellEnd"/>
      <w:r w:rsidRPr="000B6B58">
        <w:rPr>
          <w:b w:val="0"/>
          <w:bCs/>
          <w:lang w:val="en-ID"/>
        </w:rPr>
        <w:t>.</w:t>
      </w:r>
    </w:p>
    <w:p w14:paraId="7A6CCD5E" w14:textId="2D23EEDB" w:rsidR="000B6B58" w:rsidRP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proofErr w:type="spellStart"/>
      <w:r w:rsidRPr="000B6B58">
        <w:rPr>
          <w:b w:val="0"/>
          <w:bCs/>
          <w:lang w:val="en-ID"/>
        </w:rPr>
        <w:t>Keterangan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ditulis</w:t>
      </w:r>
      <w:proofErr w:type="spellEnd"/>
      <w:r w:rsidRPr="000B6B58">
        <w:rPr>
          <w:b w:val="0"/>
          <w:bCs/>
          <w:lang w:val="en-ID"/>
        </w:rPr>
        <w:t xml:space="preserve"> pada </w:t>
      </w:r>
      <w:proofErr w:type="spellStart"/>
      <w:r w:rsidRPr="000B6B58">
        <w:rPr>
          <w:b w:val="0"/>
          <w:bCs/>
          <w:lang w:val="en-ID"/>
        </w:rPr>
        <w:t>bagian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kosong</w:t>
      </w:r>
      <w:proofErr w:type="spellEnd"/>
      <w:r w:rsidRPr="000B6B58">
        <w:rPr>
          <w:b w:val="0"/>
          <w:bCs/>
          <w:lang w:val="en-ID"/>
        </w:rPr>
        <w:t xml:space="preserve"> yang </w:t>
      </w:r>
      <w:proofErr w:type="spellStart"/>
      <w:r w:rsidRPr="000B6B58">
        <w:rPr>
          <w:b w:val="0"/>
          <w:bCs/>
          <w:lang w:val="en-ID"/>
        </w:rPr>
        <w:t>tersedia</w:t>
      </w:r>
      <w:proofErr w:type="spellEnd"/>
      <w:r w:rsidRPr="000B6B58">
        <w:rPr>
          <w:b w:val="0"/>
          <w:bCs/>
          <w:lang w:val="en-ID"/>
        </w:rPr>
        <w:t xml:space="preserve"> di </w:t>
      </w:r>
      <w:proofErr w:type="spellStart"/>
      <w:r w:rsidRPr="000B6B58">
        <w:rPr>
          <w:b w:val="0"/>
          <w:bCs/>
          <w:lang w:val="en-ID"/>
        </w:rPr>
        <w:t>dalam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bukan</w:t>
      </w:r>
      <w:proofErr w:type="spellEnd"/>
      <w:r w:rsidRPr="000B6B58">
        <w:rPr>
          <w:b w:val="0"/>
          <w:bCs/>
          <w:lang w:val="en-ID"/>
        </w:rPr>
        <w:t xml:space="preserve"> pada </w:t>
      </w:r>
      <w:proofErr w:type="spellStart"/>
      <w:r w:rsidRPr="000B6B58">
        <w:rPr>
          <w:b w:val="0"/>
          <w:bCs/>
          <w:lang w:val="en-ID"/>
        </w:rPr>
        <w:t>halaman</w:t>
      </w:r>
      <w:proofErr w:type="spellEnd"/>
      <w:r w:rsidRPr="000B6B58">
        <w:rPr>
          <w:b w:val="0"/>
          <w:bCs/>
          <w:lang w:val="en-ID"/>
        </w:rPr>
        <w:t xml:space="preserve"> lain.</w:t>
      </w:r>
    </w:p>
    <w:p w14:paraId="3B0F999E" w14:textId="568F1C60" w:rsidR="000B6B58" w:rsidRP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proofErr w:type="spellStart"/>
      <w:r w:rsidRPr="000B6B58">
        <w:rPr>
          <w:b w:val="0"/>
          <w:bCs/>
          <w:lang w:val="en-ID"/>
        </w:rPr>
        <w:t>Ukuran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dibuat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sewajarnya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terlalu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kecil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terlalu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besar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terlalu</w:t>
      </w:r>
      <w:proofErr w:type="spellEnd"/>
      <w:r w:rsidRPr="000B6B58">
        <w:rPr>
          <w:b w:val="0"/>
          <w:bCs/>
          <w:lang w:val="en-ID"/>
        </w:rPr>
        <w:t xml:space="preserve"> kurus, dan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terlalu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lebar</w:t>
      </w:r>
      <w:proofErr w:type="spellEnd"/>
      <w:r w:rsidRPr="000B6B58">
        <w:rPr>
          <w:b w:val="0"/>
          <w:bCs/>
          <w:lang w:val="en-ID"/>
        </w:rPr>
        <w:t>.</w:t>
      </w:r>
    </w:p>
    <w:p w14:paraId="60850FA6" w14:textId="4B408064" w:rsidR="000B6B58" w:rsidRP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Jika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berupa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grafik</w:t>
      </w:r>
      <w:proofErr w:type="spellEnd"/>
      <w:r w:rsidRPr="000B6B58">
        <w:rPr>
          <w:b w:val="0"/>
          <w:bCs/>
          <w:lang w:val="en-ID"/>
        </w:rPr>
        <w:t xml:space="preserve">, </w:t>
      </w:r>
      <w:proofErr w:type="spellStart"/>
      <w:r w:rsidRPr="000B6B58">
        <w:rPr>
          <w:b w:val="0"/>
          <w:bCs/>
          <w:lang w:val="en-ID"/>
        </w:rPr>
        <w:t>skala</w:t>
      </w:r>
      <w:proofErr w:type="spellEnd"/>
      <w:r w:rsidRPr="000B6B58">
        <w:rPr>
          <w:b w:val="0"/>
          <w:bCs/>
          <w:lang w:val="en-ID"/>
        </w:rPr>
        <w:t xml:space="preserve"> pada </w:t>
      </w:r>
      <w:proofErr w:type="spellStart"/>
      <w:r w:rsidRPr="000B6B58">
        <w:rPr>
          <w:b w:val="0"/>
          <w:bCs/>
          <w:lang w:val="en-ID"/>
        </w:rPr>
        <w:t>grafik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harus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dibuat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jelas</w:t>
      </w:r>
      <w:proofErr w:type="spellEnd"/>
      <w:r w:rsidRPr="000B6B58">
        <w:rPr>
          <w:b w:val="0"/>
          <w:bCs/>
          <w:lang w:val="en-ID"/>
        </w:rPr>
        <w:t xml:space="preserve"> agar </w:t>
      </w:r>
      <w:proofErr w:type="spellStart"/>
      <w:r w:rsidRPr="000B6B58">
        <w:rPr>
          <w:b w:val="0"/>
          <w:bCs/>
          <w:lang w:val="en-ID"/>
        </w:rPr>
        <w:t>mudah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dibaca</w:t>
      </w:r>
      <w:proofErr w:type="spellEnd"/>
      <w:r w:rsidRPr="000B6B58">
        <w:rPr>
          <w:b w:val="0"/>
          <w:bCs/>
          <w:lang w:val="en-ID"/>
        </w:rPr>
        <w:t xml:space="preserve"> dan </w:t>
      </w:r>
      <w:proofErr w:type="spellStart"/>
      <w:r w:rsidRPr="000B6B58">
        <w:rPr>
          <w:b w:val="0"/>
          <w:bCs/>
          <w:lang w:val="en-ID"/>
        </w:rPr>
        <w:t>dipahami</w:t>
      </w:r>
      <w:proofErr w:type="spellEnd"/>
      <w:r w:rsidRPr="000B6B58">
        <w:rPr>
          <w:b w:val="0"/>
          <w:bCs/>
          <w:lang w:val="en-ID"/>
        </w:rPr>
        <w:t>.</w:t>
      </w:r>
    </w:p>
    <w:p w14:paraId="6BB6378E" w14:textId="048A5D4A" w:rsidR="000B6B58" w:rsidRP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Bagan dan </w:t>
      </w:r>
      <w:proofErr w:type="spellStart"/>
      <w:r w:rsidRPr="000B6B58">
        <w:rPr>
          <w:b w:val="0"/>
          <w:bCs/>
          <w:lang w:val="en-ID"/>
        </w:rPr>
        <w:t>grafik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sebaiknya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dibuat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dengan</w:t>
      </w:r>
      <w:proofErr w:type="spellEnd"/>
      <w:r w:rsidRPr="000B6B58">
        <w:rPr>
          <w:b w:val="0"/>
          <w:bCs/>
          <w:lang w:val="en-ID"/>
        </w:rPr>
        <w:t xml:space="preserve"> garis yang </w:t>
      </w:r>
      <w:proofErr w:type="spellStart"/>
      <w:r w:rsidRPr="000B6B58">
        <w:rPr>
          <w:b w:val="0"/>
          <w:bCs/>
          <w:lang w:val="en-ID"/>
        </w:rPr>
        <w:t>jelas</w:t>
      </w:r>
      <w:proofErr w:type="spellEnd"/>
      <w:r w:rsidRPr="000B6B58">
        <w:rPr>
          <w:b w:val="0"/>
          <w:bCs/>
          <w:lang w:val="en-ID"/>
        </w:rPr>
        <w:t xml:space="preserve"> dan </w:t>
      </w:r>
      <w:proofErr w:type="spellStart"/>
      <w:r w:rsidRPr="000B6B58">
        <w:rPr>
          <w:b w:val="0"/>
          <w:bCs/>
          <w:lang w:val="en-ID"/>
        </w:rPr>
        <w:t>menggunakan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warna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atau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tinta</w:t>
      </w:r>
      <w:proofErr w:type="spellEnd"/>
      <w:r w:rsidRPr="000B6B58">
        <w:rPr>
          <w:b w:val="0"/>
          <w:bCs/>
          <w:lang w:val="en-ID"/>
        </w:rPr>
        <w:t xml:space="preserve"> yang </w:t>
      </w:r>
      <w:proofErr w:type="spellStart"/>
      <w:r w:rsidRPr="000B6B58">
        <w:rPr>
          <w:b w:val="0"/>
          <w:bCs/>
          <w:lang w:val="en-ID"/>
        </w:rPr>
        <w:t>tidak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mudah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hilang</w:t>
      </w:r>
      <w:proofErr w:type="spellEnd"/>
      <w:r w:rsidRPr="000B6B58">
        <w:rPr>
          <w:b w:val="0"/>
          <w:bCs/>
          <w:lang w:val="en-ID"/>
        </w:rPr>
        <w:t>.</w:t>
      </w:r>
    </w:p>
    <w:p w14:paraId="487E4423" w14:textId="4B299502" w:rsidR="000B6B58" w:rsidRDefault="000B6B58" w:rsidP="000B6B58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r w:rsidRPr="000B6B58">
        <w:rPr>
          <w:b w:val="0"/>
          <w:bCs/>
          <w:lang w:val="en-ID"/>
        </w:rPr>
        <w:t xml:space="preserve">Letak </w:t>
      </w:r>
      <w:proofErr w:type="spellStart"/>
      <w:r w:rsidRPr="000B6B58">
        <w:rPr>
          <w:b w:val="0"/>
          <w:bCs/>
          <w:lang w:val="en-ID"/>
        </w:rPr>
        <w:t>gambar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diatur</w:t>
      </w:r>
      <w:proofErr w:type="spellEnd"/>
      <w:r w:rsidRPr="000B6B58">
        <w:rPr>
          <w:b w:val="0"/>
          <w:bCs/>
          <w:lang w:val="en-ID"/>
        </w:rPr>
        <w:t xml:space="preserve"> di </w:t>
      </w:r>
      <w:proofErr w:type="spellStart"/>
      <w:r w:rsidRPr="000B6B58">
        <w:rPr>
          <w:b w:val="0"/>
          <w:bCs/>
          <w:lang w:val="en-ID"/>
        </w:rPr>
        <w:t>tengah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halaman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atau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dibuat</w:t>
      </w:r>
      <w:proofErr w:type="spellEnd"/>
      <w:r w:rsidRPr="000B6B58">
        <w:rPr>
          <w:b w:val="0"/>
          <w:bCs/>
          <w:lang w:val="en-ID"/>
        </w:rPr>
        <w:t xml:space="preserve"> </w:t>
      </w:r>
      <w:proofErr w:type="spellStart"/>
      <w:r w:rsidRPr="000B6B58">
        <w:rPr>
          <w:b w:val="0"/>
          <w:bCs/>
          <w:lang w:val="en-ID"/>
        </w:rPr>
        <w:t>simetris</w:t>
      </w:r>
      <w:proofErr w:type="spellEnd"/>
      <w:r w:rsidRPr="000B6B58">
        <w:rPr>
          <w:b w:val="0"/>
          <w:bCs/>
          <w:lang w:val="en-ID"/>
        </w:rPr>
        <w:t>.</w:t>
      </w:r>
    </w:p>
    <w:p w14:paraId="28F7A405" w14:textId="2CE596FB" w:rsidR="00753466" w:rsidRPr="000B6B58" w:rsidRDefault="00753466" w:rsidP="00753466">
      <w:pPr>
        <w:pStyle w:val="Subbab"/>
        <w:numPr>
          <w:ilvl w:val="0"/>
          <w:numId w:val="22"/>
        </w:numPr>
        <w:ind w:left="993"/>
        <w:jc w:val="both"/>
        <w:rPr>
          <w:b w:val="0"/>
          <w:bCs/>
          <w:lang w:val="en-ID"/>
        </w:rPr>
      </w:pPr>
      <w:proofErr w:type="spellStart"/>
      <w:r w:rsidRPr="00753466">
        <w:rPr>
          <w:b w:val="0"/>
          <w:bCs/>
        </w:rPr>
        <w:t>Sumber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gambar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ditulis</w:t>
      </w:r>
      <w:proofErr w:type="spellEnd"/>
      <w:r w:rsidRPr="00753466">
        <w:rPr>
          <w:b w:val="0"/>
          <w:bCs/>
        </w:rPr>
        <w:t xml:space="preserve"> di </w:t>
      </w:r>
      <w:proofErr w:type="spellStart"/>
      <w:r w:rsidRPr="00753466">
        <w:rPr>
          <w:b w:val="0"/>
          <w:bCs/>
        </w:rPr>
        <w:t>bawah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judul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gambar</w:t>
      </w:r>
      <w:proofErr w:type="spellEnd"/>
      <w:r w:rsidRPr="00753466">
        <w:rPr>
          <w:b w:val="0"/>
          <w:bCs/>
        </w:rPr>
        <w:t xml:space="preserve">. Jika </w:t>
      </w:r>
      <w:proofErr w:type="spellStart"/>
      <w:r w:rsidRPr="00753466">
        <w:rPr>
          <w:b w:val="0"/>
          <w:bCs/>
        </w:rPr>
        <w:t>gambar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merupakan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dokumentasi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pribadi</w:t>
      </w:r>
      <w:proofErr w:type="spellEnd"/>
      <w:r w:rsidRPr="00753466">
        <w:rPr>
          <w:b w:val="0"/>
          <w:bCs/>
        </w:rPr>
        <w:t xml:space="preserve">, </w:t>
      </w:r>
      <w:proofErr w:type="spellStart"/>
      <w:r w:rsidRPr="00753466">
        <w:rPr>
          <w:b w:val="0"/>
          <w:bCs/>
        </w:rPr>
        <w:t>maka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sumber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dapat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ditulis</w:t>
      </w:r>
      <w:proofErr w:type="spellEnd"/>
      <w:r w:rsidRPr="00753466">
        <w:rPr>
          <w:b w:val="0"/>
          <w:bCs/>
        </w:rPr>
        <w:t xml:space="preserve"> “</w:t>
      </w:r>
      <w:proofErr w:type="spellStart"/>
      <w:r w:rsidRPr="00753466">
        <w:rPr>
          <w:b w:val="0"/>
          <w:bCs/>
        </w:rPr>
        <w:t>Sumber</w:t>
      </w:r>
      <w:proofErr w:type="spellEnd"/>
      <w:r w:rsidRPr="00753466">
        <w:rPr>
          <w:b w:val="0"/>
          <w:bCs/>
        </w:rPr>
        <w:t xml:space="preserve">: </w:t>
      </w:r>
      <w:proofErr w:type="spellStart"/>
      <w:r w:rsidRPr="00753466">
        <w:rPr>
          <w:b w:val="0"/>
          <w:bCs/>
        </w:rPr>
        <w:t>Dokumentasi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lastRenderedPageBreak/>
        <w:t>Penulis</w:t>
      </w:r>
      <w:proofErr w:type="spellEnd"/>
      <w:r w:rsidRPr="00753466">
        <w:rPr>
          <w:b w:val="0"/>
          <w:bCs/>
        </w:rPr>
        <w:t>, [</w:t>
      </w:r>
      <w:proofErr w:type="spellStart"/>
      <w:r w:rsidRPr="00753466">
        <w:rPr>
          <w:b w:val="0"/>
          <w:bCs/>
        </w:rPr>
        <w:t>tahun</w:t>
      </w:r>
      <w:proofErr w:type="spellEnd"/>
      <w:r w:rsidRPr="00753466">
        <w:rPr>
          <w:b w:val="0"/>
          <w:bCs/>
        </w:rPr>
        <w:t xml:space="preserve">]”. Jika </w:t>
      </w:r>
      <w:proofErr w:type="spellStart"/>
      <w:r w:rsidRPr="00753466">
        <w:rPr>
          <w:b w:val="0"/>
          <w:bCs/>
        </w:rPr>
        <w:t>gambar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berasal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dari</w:t>
      </w:r>
      <w:proofErr w:type="spellEnd"/>
      <w:r w:rsidRPr="00753466">
        <w:rPr>
          <w:b w:val="0"/>
          <w:bCs/>
        </w:rPr>
        <w:t xml:space="preserve"> website, </w:t>
      </w:r>
      <w:proofErr w:type="spellStart"/>
      <w:r w:rsidRPr="00753466">
        <w:rPr>
          <w:b w:val="0"/>
          <w:bCs/>
        </w:rPr>
        <w:t>jurnal</w:t>
      </w:r>
      <w:proofErr w:type="spellEnd"/>
      <w:r w:rsidRPr="00753466">
        <w:rPr>
          <w:b w:val="0"/>
          <w:bCs/>
        </w:rPr>
        <w:t xml:space="preserve">, </w:t>
      </w:r>
      <w:proofErr w:type="spellStart"/>
      <w:r w:rsidRPr="00753466">
        <w:rPr>
          <w:b w:val="0"/>
          <w:bCs/>
        </w:rPr>
        <w:t>buku</w:t>
      </w:r>
      <w:proofErr w:type="spellEnd"/>
      <w:r w:rsidRPr="00753466">
        <w:rPr>
          <w:b w:val="0"/>
          <w:bCs/>
        </w:rPr>
        <w:t xml:space="preserve">, </w:t>
      </w:r>
      <w:proofErr w:type="spellStart"/>
      <w:r w:rsidRPr="00753466">
        <w:rPr>
          <w:b w:val="0"/>
          <w:bCs/>
        </w:rPr>
        <w:t>instansi</w:t>
      </w:r>
      <w:proofErr w:type="spellEnd"/>
      <w:r w:rsidRPr="00753466">
        <w:rPr>
          <w:b w:val="0"/>
          <w:bCs/>
        </w:rPr>
        <w:t xml:space="preserve">, </w:t>
      </w:r>
      <w:proofErr w:type="spellStart"/>
      <w:r w:rsidRPr="00753466">
        <w:rPr>
          <w:b w:val="0"/>
          <w:bCs/>
        </w:rPr>
        <w:t>atau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sumber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lain</w:t>
      </w:r>
      <w:proofErr w:type="spellEnd"/>
      <w:r w:rsidRPr="00753466">
        <w:rPr>
          <w:b w:val="0"/>
          <w:bCs/>
        </w:rPr>
        <w:t xml:space="preserve">, </w:t>
      </w:r>
      <w:proofErr w:type="spellStart"/>
      <w:r w:rsidRPr="00753466">
        <w:rPr>
          <w:b w:val="0"/>
          <w:bCs/>
        </w:rPr>
        <w:t>maka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sumber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asli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harus</w:t>
      </w:r>
      <w:proofErr w:type="spellEnd"/>
      <w:r w:rsidRPr="00753466">
        <w:rPr>
          <w:b w:val="0"/>
          <w:bCs/>
        </w:rPr>
        <w:t xml:space="preserve"> </w:t>
      </w:r>
      <w:proofErr w:type="spellStart"/>
      <w:r w:rsidRPr="00753466">
        <w:rPr>
          <w:b w:val="0"/>
          <w:bCs/>
        </w:rPr>
        <w:t>dicantumkan</w:t>
      </w:r>
      <w:proofErr w:type="spellEnd"/>
      <w:r w:rsidRPr="00753466">
        <w:rPr>
          <w:b w:val="0"/>
          <w:bCs/>
        </w:rPr>
        <w:t>.</w:t>
      </w:r>
    </w:p>
    <w:p w14:paraId="0170C50D" w14:textId="77777777" w:rsidR="00672DD1" w:rsidRDefault="00672DD1">
      <w:pPr>
        <w:pStyle w:val="Subbab"/>
      </w:pPr>
    </w:p>
    <w:p w14:paraId="5E5C387D" w14:textId="77777777" w:rsidR="006512E0" w:rsidRDefault="00000000">
      <w:pPr>
        <w:pStyle w:val="Subbab"/>
      </w:pPr>
      <w:r>
        <w:t xml:space="preserve">C. </w:t>
      </w:r>
      <w:proofErr w:type="spellStart"/>
      <w:r>
        <w:t>Aturan</w:t>
      </w:r>
      <w:proofErr w:type="spellEnd"/>
      <w:r>
        <w:t xml:space="preserve"> Bahasa</w:t>
      </w:r>
    </w:p>
    <w:p w14:paraId="12EFEC81" w14:textId="77777777" w:rsidR="006512E0" w:rsidRDefault="00000000">
      <w:pPr>
        <w:ind w:left="567" w:hanging="283"/>
        <w:jc w:val="both"/>
      </w:pPr>
      <w:r>
        <w:t xml:space="preserve">1. Bahasa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Bahasa Indonesia </w:t>
      </w:r>
      <w:proofErr w:type="spellStart"/>
      <w:r>
        <w:t>baku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EYD.</w:t>
      </w:r>
    </w:p>
    <w:p w14:paraId="1950C338" w14:textId="77777777" w:rsidR="006512E0" w:rsidRDefault="00000000">
      <w:pPr>
        <w:ind w:left="567" w:hanging="283"/>
        <w:jc w:val="both"/>
      </w:pPr>
      <w:r>
        <w:t xml:space="preserve">2.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kata </w:t>
      </w:r>
      <w:proofErr w:type="spellStart"/>
      <w:r>
        <w:t>ganti</w:t>
      </w:r>
      <w:proofErr w:type="spellEnd"/>
      <w:r>
        <w:t xml:space="preserve"> orang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aku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, dan </w:t>
      </w:r>
      <w:proofErr w:type="spellStart"/>
      <w:r>
        <w:t>engkau</w:t>
      </w:r>
      <w:proofErr w:type="spellEnd"/>
      <w:r>
        <w:t xml:space="preserve">. </w:t>
      </w:r>
      <w:proofErr w:type="spellStart"/>
      <w:r>
        <w:t>Gunakan</w:t>
      </w:r>
      <w:proofErr w:type="spellEnd"/>
      <w:r>
        <w:t xml:space="preserve"> kata </w:t>
      </w:r>
      <w:proofErr w:type="spellStart"/>
      <w:r>
        <w:t>penulis</w:t>
      </w:r>
      <w:proofErr w:type="spellEnd"/>
      <w:r>
        <w:t xml:space="preserve"> pada kata </w:t>
      </w:r>
      <w:proofErr w:type="spellStart"/>
      <w:r>
        <w:t>pengantar</w:t>
      </w:r>
      <w:proofErr w:type="spellEnd"/>
      <w:r>
        <w:t>.</w:t>
      </w:r>
    </w:p>
    <w:p w14:paraId="4A5DF138" w14:textId="35315773" w:rsidR="006512E0" w:rsidRDefault="00000000">
      <w:pPr>
        <w:ind w:left="567" w:hanging="283"/>
        <w:jc w:val="both"/>
      </w:pPr>
      <w:r>
        <w:t xml:space="preserve">3. Istilah </w:t>
      </w:r>
      <w:proofErr w:type="spellStart"/>
      <w:r>
        <w:t>asing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miring, </w:t>
      </w:r>
      <w:proofErr w:type="spellStart"/>
      <w:r>
        <w:t>misalnya</w:t>
      </w:r>
      <w:proofErr w:type="spellEnd"/>
      <w:r>
        <w:t xml:space="preserve"> </w:t>
      </w:r>
      <w:r w:rsidRPr="00263EE2">
        <w:rPr>
          <w:i/>
          <w:iCs/>
        </w:rPr>
        <w:t>in vivo</w:t>
      </w:r>
      <w:r>
        <w:t xml:space="preserve">, </w:t>
      </w:r>
      <w:r w:rsidRPr="00263EE2">
        <w:rPr>
          <w:i/>
          <w:iCs/>
        </w:rPr>
        <w:t>in vitro</w:t>
      </w:r>
      <w:r w:rsidR="00263EE2">
        <w:t xml:space="preserve"> dan </w:t>
      </w:r>
      <w:proofErr w:type="spellStart"/>
      <w:r w:rsidR="00263EE2">
        <w:t>sebagainya</w:t>
      </w:r>
      <w:proofErr w:type="spellEnd"/>
      <w:r w:rsidR="00263EE2">
        <w:t>.</w:t>
      </w:r>
    </w:p>
    <w:p w14:paraId="10FBBBD3" w14:textId="77777777" w:rsidR="006512E0" w:rsidRDefault="00000000">
      <w:pPr>
        <w:ind w:left="567" w:hanging="283"/>
        <w:jc w:val="both"/>
      </w:pPr>
      <w:r>
        <w:t xml:space="preserve">4. </w:t>
      </w:r>
      <w:proofErr w:type="spellStart"/>
      <w:r>
        <w:t>Catatan</w:t>
      </w:r>
      <w:proofErr w:type="spellEnd"/>
      <w:r>
        <w:t xml:space="preserve"> kaki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diperkenankan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laporan</w:t>
      </w:r>
      <w:proofErr w:type="spellEnd"/>
      <w:r>
        <w:t>.</w:t>
      </w:r>
    </w:p>
    <w:p w14:paraId="518E930A" w14:textId="77777777" w:rsidR="00CF1606" w:rsidRDefault="00CF1606"/>
    <w:p w14:paraId="3CD7E60E" w14:textId="4B3C3839" w:rsidR="00CF1606" w:rsidRPr="00CF1606" w:rsidRDefault="00CF1606" w:rsidP="00CF1606">
      <w:r>
        <w:rPr>
          <w:b/>
          <w:bCs/>
        </w:rPr>
        <w:t>D</w:t>
      </w:r>
      <w:r w:rsidRPr="00CF1606">
        <w:rPr>
          <w:b/>
          <w:bCs/>
        </w:rPr>
        <w:t>.  Sitasi dan Daftar Pustaka Format IEEE</w:t>
      </w:r>
    </w:p>
    <w:p w14:paraId="709C111A" w14:textId="78BB16D5" w:rsidR="00CF1606" w:rsidRPr="00CF1606" w:rsidRDefault="00CF1606" w:rsidP="00CF1606">
      <w:pPr>
        <w:jc w:val="both"/>
      </w:pPr>
      <w:r w:rsidRPr="00CF1606">
        <w:t xml:space="preserve">Sitasi </w:t>
      </w:r>
      <w:proofErr w:type="spellStart"/>
      <w:r w:rsidRPr="00CF1606">
        <w:t>dalam</w:t>
      </w:r>
      <w:proofErr w:type="spellEnd"/>
      <w:r w:rsidRPr="00CF1606">
        <w:t xml:space="preserve"> </w:t>
      </w:r>
      <w:proofErr w:type="spellStart"/>
      <w:r w:rsidRPr="00CF1606">
        <w:t>teks</w:t>
      </w:r>
      <w:proofErr w:type="spellEnd"/>
      <w:r w:rsidRPr="00CF1606">
        <w:t xml:space="preserve"> </w:t>
      </w:r>
      <w:proofErr w:type="spellStart"/>
      <w:r w:rsidRPr="00CF1606">
        <w:t>menggunakan</w:t>
      </w:r>
      <w:proofErr w:type="spellEnd"/>
      <w:r w:rsidRPr="00CF1606">
        <w:t xml:space="preserve"> </w:t>
      </w:r>
      <w:r w:rsidR="009C08F8">
        <w:t>format IEEE</w:t>
      </w:r>
      <w:r w:rsidRPr="00CF1606">
        <w:t>.</w:t>
      </w:r>
      <w:r>
        <w:t xml:space="preserve"> </w:t>
      </w:r>
      <w:r w:rsidRPr="00CF1606">
        <w:t xml:space="preserve">Jika </w:t>
      </w:r>
      <w:proofErr w:type="spellStart"/>
      <w:r w:rsidRPr="00CF1606">
        <w:t>satu</w:t>
      </w:r>
      <w:proofErr w:type="spellEnd"/>
      <w:r w:rsidRPr="00CF1606">
        <w:t xml:space="preserve"> </w:t>
      </w:r>
      <w:proofErr w:type="spellStart"/>
      <w:r w:rsidRPr="00CF1606">
        <w:t>pernyataan</w:t>
      </w:r>
      <w:proofErr w:type="spellEnd"/>
      <w:r w:rsidRPr="00CF1606">
        <w:t xml:space="preserve"> </w:t>
      </w:r>
      <w:proofErr w:type="spellStart"/>
      <w:r w:rsidRPr="00CF1606">
        <w:t>didukung</w:t>
      </w:r>
      <w:proofErr w:type="spellEnd"/>
      <w:r w:rsidRPr="00CF1606">
        <w:t xml:space="preserve"> </w:t>
      </w:r>
      <w:proofErr w:type="spellStart"/>
      <w:r w:rsidRPr="00CF1606">
        <w:t>lebih</w:t>
      </w:r>
      <w:proofErr w:type="spellEnd"/>
      <w:r w:rsidRPr="00CF1606">
        <w:t xml:space="preserve"> </w:t>
      </w:r>
      <w:proofErr w:type="spellStart"/>
      <w:r w:rsidRPr="00CF1606">
        <w:t>dari</w:t>
      </w:r>
      <w:proofErr w:type="spellEnd"/>
      <w:r w:rsidRPr="00CF1606">
        <w:t xml:space="preserve"> </w:t>
      </w:r>
      <w:proofErr w:type="spellStart"/>
      <w:r w:rsidRPr="00CF1606">
        <w:t>satu</w:t>
      </w:r>
      <w:proofErr w:type="spellEnd"/>
      <w:r w:rsidRPr="00CF1606">
        <w:t xml:space="preserve"> </w:t>
      </w:r>
      <w:proofErr w:type="spellStart"/>
      <w:r w:rsidRPr="00CF1606">
        <w:t>sumber</w:t>
      </w:r>
      <w:proofErr w:type="spellEnd"/>
      <w:r w:rsidRPr="00CF1606">
        <w:t xml:space="preserve">, </w:t>
      </w:r>
      <w:proofErr w:type="spellStart"/>
      <w:r w:rsidRPr="00CF1606">
        <w:t>tuliskan</w:t>
      </w:r>
      <w:proofErr w:type="spellEnd"/>
      <w:r w:rsidRPr="00CF1606">
        <w:t xml:space="preserve"> </w:t>
      </w:r>
      <w:proofErr w:type="spellStart"/>
      <w:r w:rsidRPr="00CF1606">
        <w:t>sitasi</w:t>
      </w:r>
      <w:proofErr w:type="spellEnd"/>
      <w:r w:rsidRPr="00CF1606">
        <w:t xml:space="preserve"> </w:t>
      </w:r>
      <w:proofErr w:type="spellStart"/>
      <w:r w:rsidRPr="00CF1606">
        <w:t>seperti</w:t>
      </w:r>
      <w:proofErr w:type="spellEnd"/>
      <w:r w:rsidRPr="00CF1606">
        <w:t xml:space="preserve"> [1], [2] </w:t>
      </w:r>
      <w:proofErr w:type="spellStart"/>
      <w:r w:rsidRPr="00CF1606">
        <w:t>atau</w:t>
      </w:r>
      <w:proofErr w:type="spellEnd"/>
      <w:r w:rsidRPr="00CF1606">
        <w:t xml:space="preserve"> [1]-[3].</w:t>
      </w:r>
      <w:r>
        <w:t xml:space="preserve"> </w:t>
      </w:r>
      <w:r w:rsidRPr="00CF1606">
        <w:t xml:space="preserve">Daftar </w:t>
      </w:r>
      <w:proofErr w:type="spellStart"/>
      <w:r w:rsidRPr="00CF1606">
        <w:t>pustaka</w:t>
      </w:r>
      <w:proofErr w:type="spellEnd"/>
      <w:r w:rsidRPr="00CF1606">
        <w:t xml:space="preserve"> </w:t>
      </w:r>
      <w:proofErr w:type="spellStart"/>
      <w:r w:rsidRPr="00CF1606">
        <w:t>disusun</w:t>
      </w:r>
      <w:proofErr w:type="spellEnd"/>
      <w:r w:rsidRPr="00CF1606">
        <w:t xml:space="preserve"> </w:t>
      </w:r>
      <w:proofErr w:type="spellStart"/>
      <w:r w:rsidRPr="00CF1606">
        <w:t>berdasarkan</w:t>
      </w:r>
      <w:proofErr w:type="spellEnd"/>
      <w:r w:rsidRPr="00CF1606">
        <w:t xml:space="preserve"> </w:t>
      </w:r>
      <w:proofErr w:type="spellStart"/>
      <w:r w:rsidRPr="00CF1606">
        <w:t>urutan</w:t>
      </w:r>
      <w:proofErr w:type="spellEnd"/>
      <w:r w:rsidRPr="00CF1606">
        <w:t xml:space="preserve"> </w:t>
      </w:r>
      <w:proofErr w:type="spellStart"/>
      <w:r w:rsidRPr="00CF1606">
        <w:t>kemunculan</w:t>
      </w:r>
      <w:proofErr w:type="spellEnd"/>
      <w:r w:rsidRPr="00CF1606">
        <w:t xml:space="preserve"> </w:t>
      </w:r>
      <w:proofErr w:type="spellStart"/>
      <w:r w:rsidRPr="00CF1606">
        <w:t>sitasi</w:t>
      </w:r>
      <w:proofErr w:type="spellEnd"/>
      <w:r w:rsidRPr="00CF1606">
        <w:t xml:space="preserve"> di </w:t>
      </w:r>
      <w:proofErr w:type="spellStart"/>
      <w:r w:rsidRPr="00CF1606">
        <w:t>dalam</w:t>
      </w:r>
      <w:proofErr w:type="spellEnd"/>
      <w:r w:rsidRPr="00CF1606">
        <w:t xml:space="preserve"> </w:t>
      </w:r>
      <w:proofErr w:type="spellStart"/>
      <w:r w:rsidRPr="00CF1606">
        <w:t>teks</w:t>
      </w:r>
      <w:proofErr w:type="spellEnd"/>
      <w:r w:rsidRPr="00CF1606">
        <w:t xml:space="preserve">, </w:t>
      </w:r>
      <w:proofErr w:type="spellStart"/>
      <w:r w:rsidRPr="00CF1606">
        <w:t>bukan</w:t>
      </w:r>
      <w:proofErr w:type="spellEnd"/>
      <w:r w:rsidRPr="00CF1606">
        <w:t xml:space="preserve"> </w:t>
      </w:r>
      <w:proofErr w:type="spellStart"/>
      <w:r w:rsidRPr="00CF1606">
        <w:t>berdasarkan</w:t>
      </w:r>
      <w:proofErr w:type="spellEnd"/>
      <w:r w:rsidRPr="00CF1606">
        <w:t xml:space="preserve"> abjad nama </w:t>
      </w:r>
      <w:proofErr w:type="spellStart"/>
      <w:r w:rsidRPr="00CF1606">
        <w:t>penulis</w:t>
      </w:r>
      <w:proofErr w:type="spellEnd"/>
      <w:r>
        <w:t xml:space="preserve">. </w:t>
      </w:r>
      <w:proofErr w:type="spellStart"/>
      <w:r w:rsidRPr="00CF1606">
        <w:t>Nomor</w:t>
      </w:r>
      <w:proofErr w:type="spellEnd"/>
      <w:r w:rsidRPr="00CF1606">
        <w:t xml:space="preserve"> pada daftar </w:t>
      </w:r>
      <w:proofErr w:type="spellStart"/>
      <w:r w:rsidRPr="00CF1606">
        <w:t>pustaka</w:t>
      </w:r>
      <w:proofErr w:type="spellEnd"/>
      <w:r w:rsidRPr="00CF1606">
        <w:t xml:space="preserve"> </w:t>
      </w:r>
      <w:proofErr w:type="spellStart"/>
      <w:r w:rsidRPr="00CF1606">
        <w:t>harus</w:t>
      </w:r>
      <w:proofErr w:type="spellEnd"/>
      <w:r w:rsidRPr="00CF1606">
        <w:t xml:space="preserve"> </w:t>
      </w:r>
      <w:proofErr w:type="spellStart"/>
      <w:r w:rsidRPr="00CF1606">
        <w:t>sama</w:t>
      </w:r>
      <w:proofErr w:type="spellEnd"/>
      <w:r w:rsidRPr="00CF1606">
        <w:t xml:space="preserve"> </w:t>
      </w:r>
      <w:proofErr w:type="spellStart"/>
      <w:r w:rsidRPr="00CF1606">
        <w:t>dengan</w:t>
      </w:r>
      <w:proofErr w:type="spellEnd"/>
      <w:r w:rsidRPr="00CF1606">
        <w:t xml:space="preserve"> </w:t>
      </w:r>
      <w:proofErr w:type="spellStart"/>
      <w:r w:rsidRPr="00CF1606">
        <w:t>nomor</w:t>
      </w:r>
      <w:proofErr w:type="spellEnd"/>
      <w:r w:rsidRPr="00CF1606">
        <w:t xml:space="preserve"> </w:t>
      </w:r>
      <w:proofErr w:type="spellStart"/>
      <w:r w:rsidRPr="00CF1606">
        <w:t>sitasi</w:t>
      </w:r>
      <w:proofErr w:type="spellEnd"/>
      <w:r w:rsidRPr="00CF1606">
        <w:t xml:space="preserve"> yang </w:t>
      </w:r>
      <w:proofErr w:type="spellStart"/>
      <w:r w:rsidRPr="00CF1606">
        <w:t>muncul</w:t>
      </w:r>
      <w:proofErr w:type="spellEnd"/>
      <w:r w:rsidRPr="00CF1606">
        <w:t xml:space="preserve"> di </w:t>
      </w:r>
      <w:proofErr w:type="spellStart"/>
      <w:r w:rsidRPr="00CF1606">
        <w:t>dalam</w:t>
      </w:r>
      <w:proofErr w:type="spellEnd"/>
      <w:r w:rsidRPr="00CF1606">
        <w:t xml:space="preserve"> </w:t>
      </w:r>
      <w:proofErr w:type="spellStart"/>
      <w:r w:rsidRPr="00CF1606">
        <w:t>isi</w:t>
      </w:r>
      <w:proofErr w:type="spellEnd"/>
      <w:r w:rsidRPr="00CF1606">
        <w:t xml:space="preserve"> </w:t>
      </w:r>
      <w:proofErr w:type="spellStart"/>
      <w:r w:rsidRPr="00CF1606">
        <w:t>laporan</w:t>
      </w:r>
      <w:proofErr w:type="spellEnd"/>
      <w:r w:rsidRPr="00CF1606">
        <w:t>.</w:t>
      </w:r>
      <w:r w:rsidR="009C08F8">
        <w:t xml:space="preserve"> Sitasi </w:t>
      </w:r>
      <w:proofErr w:type="spellStart"/>
      <w:r w:rsidR="009C08F8">
        <w:t>menggunakan</w:t>
      </w:r>
      <w:proofErr w:type="spellEnd"/>
      <w:r w:rsidR="009C08F8">
        <w:t xml:space="preserve"> Mendeley dan Turnitin </w:t>
      </w:r>
      <w:proofErr w:type="spellStart"/>
      <w:r w:rsidR="009C08F8">
        <w:t>maksimal</w:t>
      </w:r>
      <w:proofErr w:type="spellEnd"/>
      <w:r w:rsidR="009C08F8">
        <w:t xml:space="preserve"> 20%.</w:t>
      </w:r>
    </w:p>
    <w:p w14:paraId="479ADB95" w14:textId="77777777" w:rsidR="00CF1606" w:rsidRPr="00CF1606" w:rsidRDefault="00CF1606" w:rsidP="00CF1606">
      <w:pPr>
        <w:jc w:val="both"/>
      </w:pPr>
      <w:proofErr w:type="spellStart"/>
      <w:r w:rsidRPr="00CF1606">
        <w:t>Contoh</w:t>
      </w:r>
      <w:proofErr w:type="spellEnd"/>
      <w:r w:rsidRPr="00CF1606">
        <w:t xml:space="preserve"> </w:t>
      </w:r>
      <w:proofErr w:type="spellStart"/>
      <w:r w:rsidRPr="00CF1606">
        <w:t>sitasi</w:t>
      </w:r>
      <w:proofErr w:type="spellEnd"/>
      <w:r w:rsidRPr="00CF1606">
        <w:t xml:space="preserve"> </w:t>
      </w:r>
      <w:proofErr w:type="spellStart"/>
      <w:r w:rsidRPr="00CF1606">
        <w:t>dalam</w:t>
      </w:r>
      <w:proofErr w:type="spellEnd"/>
      <w:r w:rsidRPr="00CF1606">
        <w:t xml:space="preserve"> </w:t>
      </w:r>
      <w:proofErr w:type="spellStart"/>
      <w:r w:rsidRPr="00CF1606">
        <w:t>kalimat</w:t>
      </w:r>
      <w:proofErr w:type="spellEnd"/>
      <w:r w:rsidRPr="00CF1606">
        <w:t>:</w:t>
      </w:r>
    </w:p>
    <w:p w14:paraId="1AE6B780" w14:textId="77777777" w:rsidR="00CF1606" w:rsidRPr="00CF1606" w:rsidRDefault="00CF1606" w:rsidP="00CF1606">
      <w:pPr>
        <w:jc w:val="both"/>
      </w:pPr>
      <w:proofErr w:type="spellStart"/>
      <w:r w:rsidRPr="00CF1606">
        <w:rPr>
          <w:i/>
        </w:rPr>
        <w:t>Sistem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informasi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digunakan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untuk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mengolah</w:t>
      </w:r>
      <w:proofErr w:type="spellEnd"/>
      <w:r w:rsidRPr="00CF1606">
        <w:rPr>
          <w:i/>
        </w:rPr>
        <w:t xml:space="preserve"> data </w:t>
      </w:r>
      <w:proofErr w:type="spellStart"/>
      <w:r w:rsidRPr="00CF1606">
        <w:rPr>
          <w:i/>
        </w:rPr>
        <w:t>menjadi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informasi</w:t>
      </w:r>
      <w:proofErr w:type="spellEnd"/>
      <w:r w:rsidRPr="00CF1606">
        <w:rPr>
          <w:i/>
        </w:rPr>
        <w:t xml:space="preserve"> yang </w:t>
      </w:r>
      <w:proofErr w:type="spellStart"/>
      <w:r w:rsidRPr="00CF1606">
        <w:rPr>
          <w:i/>
        </w:rPr>
        <w:t>bermanfaat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bagi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organisasi</w:t>
      </w:r>
      <w:proofErr w:type="spellEnd"/>
      <w:r w:rsidRPr="00CF1606">
        <w:rPr>
          <w:i/>
        </w:rPr>
        <w:t xml:space="preserve"> [1]. </w:t>
      </w:r>
      <w:proofErr w:type="spellStart"/>
      <w:r w:rsidRPr="00CF1606">
        <w:rPr>
          <w:i/>
        </w:rPr>
        <w:t>Penggunaan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teknologi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informasi</w:t>
      </w:r>
      <w:proofErr w:type="spellEnd"/>
      <w:r w:rsidRPr="00CF1606">
        <w:rPr>
          <w:i/>
        </w:rPr>
        <w:t xml:space="preserve"> juga </w:t>
      </w:r>
      <w:proofErr w:type="spellStart"/>
      <w:r w:rsidRPr="00CF1606">
        <w:rPr>
          <w:i/>
        </w:rPr>
        <w:t>dapat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membantu</w:t>
      </w:r>
      <w:proofErr w:type="spellEnd"/>
      <w:r w:rsidRPr="00CF1606">
        <w:rPr>
          <w:i/>
        </w:rPr>
        <w:t xml:space="preserve"> proses </w:t>
      </w:r>
      <w:proofErr w:type="spellStart"/>
      <w:r w:rsidRPr="00CF1606">
        <w:rPr>
          <w:i/>
        </w:rPr>
        <w:t>administrasi</w:t>
      </w:r>
      <w:proofErr w:type="spellEnd"/>
      <w:r w:rsidRPr="00CF1606">
        <w:rPr>
          <w:i/>
        </w:rPr>
        <w:t xml:space="preserve"> agar </w:t>
      </w:r>
      <w:proofErr w:type="spellStart"/>
      <w:r w:rsidRPr="00CF1606">
        <w:rPr>
          <w:i/>
        </w:rPr>
        <w:t>lebih</w:t>
      </w:r>
      <w:proofErr w:type="spellEnd"/>
      <w:r w:rsidRPr="00CF1606">
        <w:rPr>
          <w:i/>
        </w:rPr>
        <w:t xml:space="preserve"> </w:t>
      </w:r>
      <w:proofErr w:type="spellStart"/>
      <w:r w:rsidRPr="00CF1606">
        <w:rPr>
          <w:i/>
        </w:rPr>
        <w:t>efektif</w:t>
      </w:r>
      <w:proofErr w:type="spellEnd"/>
      <w:r w:rsidRPr="00CF1606">
        <w:rPr>
          <w:i/>
        </w:rPr>
        <w:t xml:space="preserve"> [2].</w:t>
      </w:r>
    </w:p>
    <w:p w14:paraId="24615643" w14:textId="201A7135" w:rsidR="00CF1606" w:rsidRPr="00CF1606" w:rsidRDefault="00CF1606">
      <w:pPr>
        <w:rPr>
          <w:b/>
          <w:bCs/>
        </w:rPr>
        <w:sectPr w:rsidR="00CF1606" w:rsidRPr="00CF1606">
          <w:footerReference w:type="default" r:id="rId8"/>
          <w:pgSz w:w="11906" w:h="16838"/>
          <w:pgMar w:top="2268" w:right="1701" w:bottom="1701" w:left="2268" w:header="850" w:footer="850" w:gutter="0"/>
          <w:cols w:space="720"/>
          <w:docGrid w:linePitch="360"/>
        </w:sectPr>
      </w:pPr>
    </w:p>
    <w:p w14:paraId="6338A26C" w14:textId="77777777" w:rsidR="006512E0" w:rsidRDefault="00000000" w:rsidP="009144C8">
      <w:pPr>
        <w:jc w:val="center"/>
      </w:pPr>
      <w:r>
        <w:rPr>
          <w:b/>
          <w:sz w:val="28"/>
        </w:rPr>
        <w:lastRenderedPageBreak/>
        <w:t>LAPORAN HASIL PELAKSANAAN PKL/MAGANG</w:t>
      </w:r>
    </w:p>
    <w:p w14:paraId="57F6B551" w14:textId="2BF7E2BA" w:rsidR="006512E0" w:rsidRPr="00861A29" w:rsidRDefault="00861A29" w:rsidP="00861A29">
      <w:pPr>
        <w:spacing w:line="276" w:lineRule="auto"/>
        <w:jc w:val="center"/>
        <w:rPr>
          <w:bCs/>
          <w:i/>
          <w:iCs/>
          <w:color w:val="DDD9C3" w:themeColor="background2" w:themeShade="E6"/>
          <w:sz w:val="26"/>
          <w:szCs w:val="26"/>
        </w:rPr>
      </w:pPr>
      <w:r w:rsidRPr="00861A29">
        <w:rPr>
          <w:b/>
          <w:sz w:val="26"/>
          <w:szCs w:val="26"/>
        </w:rPr>
        <w:t>PENGEMBANGAN SISTEM INFORMASI MAGANG BERBASIS WEB UNTUK DIGITALISASI ADMINISTRASI MAGANG PADA FAKULTAS</w:t>
      </w:r>
      <w:r w:rsidRPr="00861A29">
        <w:rPr>
          <w:b/>
          <w:sz w:val="26"/>
          <w:szCs w:val="26"/>
        </w:rPr>
        <w:t xml:space="preserve"> SAINS DAN TEKNOLOGI</w:t>
      </w:r>
    </w:p>
    <w:p w14:paraId="2E96B799" w14:textId="77777777" w:rsidR="006512E0" w:rsidRDefault="00000000">
      <w:pPr>
        <w:jc w:val="center"/>
      </w:pPr>
      <w:proofErr w:type="spellStart"/>
      <w:r>
        <w:t>Disusun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670E33E2" w14:textId="3C7941B7" w:rsidR="006512E0" w:rsidRDefault="00000000">
      <w:pPr>
        <w:jc w:val="center"/>
      </w:pPr>
      <w:r>
        <w:t xml:space="preserve">pada Program Studi </w:t>
      </w:r>
      <w:proofErr w:type="spellStart"/>
      <w:r w:rsidR="009144C8">
        <w:t>Informatika</w:t>
      </w:r>
      <w:proofErr w:type="spellEnd"/>
    </w:p>
    <w:p w14:paraId="4C88205F" w14:textId="77777777" w:rsidR="006512E0" w:rsidRDefault="006512E0"/>
    <w:p w14:paraId="60C00413" w14:textId="31AE2C40" w:rsidR="009326C3" w:rsidRDefault="009326C3">
      <w:r>
        <w:rPr>
          <w:noProof/>
        </w:rPr>
        <w:drawing>
          <wp:anchor distT="0" distB="0" distL="114300" distR="114300" simplePos="0" relativeHeight="251657216" behindDoc="0" locked="0" layoutInCell="1" allowOverlap="1" wp14:anchorId="65B3B92B" wp14:editId="31B093E5">
            <wp:simplePos x="0" y="0"/>
            <wp:positionH relativeFrom="column">
              <wp:posOffset>1302385</wp:posOffset>
            </wp:positionH>
            <wp:positionV relativeFrom="paragraph">
              <wp:posOffset>168910</wp:posOffset>
            </wp:positionV>
            <wp:extent cx="2413590" cy="2867905"/>
            <wp:effectExtent l="0" t="0" r="6350" b="8890"/>
            <wp:wrapNone/>
            <wp:docPr id="75276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2818" name="Picture 7527628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590" cy="286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6F68D" w14:textId="6FABECF3" w:rsidR="009326C3" w:rsidRDefault="009326C3"/>
    <w:p w14:paraId="00CC22EC" w14:textId="778764F5" w:rsidR="009326C3" w:rsidRDefault="009326C3"/>
    <w:p w14:paraId="4F07C418" w14:textId="77777777" w:rsidR="009326C3" w:rsidRDefault="009326C3"/>
    <w:p w14:paraId="16191AD3" w14:textId="77777777" w:rsidR="009326C3" w:rsidRDefault="009326C3"/>
    <w:p w14:paraId="1D4EC749" w14:textId="77777777" w:rsidR="006512E0" w:rsidRDefault="006512E0"/>
    <w:p w14:paraId="22FBA306" w14:textId="77777777" w:rsidR="009326C3" w:rsidRDefault="009326C3"/>
    <w:p w14:paraId="5037E8E2" w14:textId="77777777" w:rsidR="009326C3" w:rsidRDefault="009326C3"/>
    <w:p w14:paraId="4563A802" w14:textId="77777777" w:rsidR="009326C3" w:rsidRDefault="009326C3"/>
    <w:p w14:paraId="45F74353" w14:textId="77777777" w:rsidR="009326C3" w:rsidRDefault="009326C3"/>
    <w:p w14:paraId="2F0388BA" w14:textId="77777777" w:rsidR="009326C3" w:rsidRDefault="009326C3"/>
    <w:p w14:paraId="01C7E81B" w14:textId="77777777" w:rsidR="009326C3" w:rsidRDefault="009326C3"/>
    <w:p w14:paraId="2A44F49F" w14:textId="77777777" w:rsidR="009326C3" w:rsidRDefault="009326C3"/>
    <w:p w14:paraId="72400F23" w14:textId="77777777" w:rsidR="006512E0" w:rsidRDefault="00000000">
      <w:pPr>
        <w:jc w:val="center"/>
      </w:pPr>
      <w:proofErr w:type="spellStart"/>
      <w:r>
        <w:t>Disusun</w:t>
      </w:r>
      <w:proofErr w:type="spellEnd"/>
      <w:r>
        <w:t xml:space="preserve"> oleh: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2668"/>
      </w:tblGrid>
      <w:tr w:rsidR="00861A29" w:rsidRPr="00861A29" w14:paraId="51F27299" w14:textId="77777777" w:rsidTr="00861A29">
        <w:trPr>
          <w:jc w:val="center"/>
        </w:trPr>
        <w:tc>
          <w:tcPr>
            <w:tcW w:w="790" w:type="dxa"/>
          </w:tcPr>
          <w:p w14:paraId="48CD43A9" w14:textId="77777777" w:rsidR="00861A29" w:rsidRPr="00861A29" w:rsidRDefault="00861A29" w:rsidP="00861A29">
            <w:pPr>
              <w:spacing w:line="276" w:lineRule="auto"/>
            </w:pPr>
            <w:r w:rsidRPr="00861A29">
              <w:t xml:space="preserve">Nama </w:t>
            </w:r>
          </w:p>
        </w:tc>
        <w:tc>
          <w:tcPr>
            <w:tcW w:w="2668" w:type="dxa"/>
          </w:tcPr>
          <w:p w14:paraId="05A97B79" w14:textId="1508D8B9" w:rsidR="00861A29" w:rsidRPr="00861A29" w:rsidRDefault="00861A29" w:rsidP="00861A29">
            <w:pPr>
              <w:spacing w:line="276" w:lineRule="auto"/>
            </w:pPr>
            <w:r>
              <w:t xml:space="preserve">: </w:t>
            </w:r>
            <w:r w:rsidRPr="00861A29">
              <w:t xml:space="preserve">Anggun </w:t>
            </w:r>
            <w:proofErr w:type="spellStart"/>
            <w:r w:rsidRPr="00861A29">
              <w:t>Cahyaningrum</w:t>
            </w:r>
            <w:proofErr w:type="spellEnd"/>
          </w:p>
        </w:tc>
      </w:tr>
      <w:tr w:rsidR="00861A29" w:rsidRPr="00861A29" w14:paraId="31EAF983" w14:textId="77777777" w:rsidTr="00861A29">
        <w:trPr>
          <w:jc w:val="center"/>
        </w:trPr>
        <w:tc>
          <w:tcPr>
            <w:tcW w:w="790" w:type="dxa"/>
          </w:tcPr>
          <w:p w14:paraId="5D2346C6" w14:textId="77777777" w:rsidR="00861A29" w:rsidRPr="00861A29" w:rsidRDefault="00861A29" w:rsidP="00861A29">
            <w:pPr>
              <w:spacing w:line="276" w:lineRule="auto"/>
            </w:pPr>
            <w:r w:rsidRPr="00861A29">
              <w:t xml:space="preserve">NIM </w:t>
            </w:r>
          </w:p>
        </w:tc>
        <w:tc>
          <w:tcPr>
            <w:tcW w:w="2668" w:type="dxa"/>
          </w:tcPr>
          <w:p w14:paraId="2D5F090D" w14:textId="0903B39B" w:rsidR="00861A29" w:rsidRPr="00861A29" w:rsidRDefault="00861A29" w:rsidP="00861A29">
            <w:pPr>
              <w:spacing w:line="276" w:lineRule="auto"/>
            </w:pPr>
            <w:r>
              <w:t xml:space="preserve">: </w:t>
            </w:r>
            <w:r w:rsidRPr="00861A29">
              <w:t>231730044</w:t>
            </w:r>
          </w:p>
        </w:tc>
      </w:tr>
    </w:tbl>
    <w:p w14:paraId="1D0BEA39" w14:textId="77777777" w:rsidR="006512E0" w:rsidRDefault="006512E0"/>
    <w:p w14:paraId="4141844D" w14:textId="77777777" w:rsidR="00861A29" w:rsidRDefault="00861A29"/>
    <w:p w14:paraId="2898D87F" w14:textId="77777777" w:rsidR="00861A29" w:rsidRDefault="00861A29"/>
    <w:p w14:paraId="6D2548B9" w14:textId="77777777" w:rsidR="006512E0" w:rsidRDefault="006512E0"/>
    <w:p w14:paraId="4A63CE01" w14:textId="7140869F" w:rsidR="006512E0" w:rsidRPr="00DC646A" w:rsidRDefault="00000000" w:rsidP="00DC646A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 xml:space="preserve">PROGRAM STUDI </w:t>
      </w:r>
      <w:r w:rsidR="0007110D" w:rsidRPr="00DC646A">
        <w:rPr>
          <w:b/>
          <w:sz w:val="28"/>
          <w:szCs w:val="24"/>
        </w:rPr>
        <w:t>INFORMATIKA</w:t>
      </w:r>
    </w:p>
    <w:p w14:paraId="71E2CC4F" w14:textId="2AE8B31D" w:rsidR="006512E0" w:rsidRPr="00DC646A" w:rsidRDefault="00000000" w:rsidP="00DC646A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FAKULTAS SAIN</w:t>
      </w:r>
      <w:r w:rsidR="0007110D" w:rsidRPr="00DC646A">
        <w:rPr>
          <w:b/>
          <w:sz w:val="28"/>
          <w:szCs w:val="24"/>
        </w:rPr>
        <w:t>S DAN TEKNOLOGI</w:t>
      </w:r>
    </w:p>
    <w:p w14:paraId="24C4EBA3" w14:textId="77777777" w:rsidR="006512E0" w:rsidRPr="00DC646A" w:rsidRDefault="00000000" w:rsidP="00DC646A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UNIVERSITAS ISLAM NEGERI</w:t>
      </w:r>
    </w:p>
    <w:p w14:paraId="31908649" w14:textId="77777777" w:rsidR="006512E0" w:rsidRPr="00DC646A" w:rsidRDefault="00000000" w:rsidP="00DC646A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SULTAN MAULANA HASANUDDIN BANTEN</w:t>
      </w:r>
    </w:p>
    <w:p w14:paraId="7F8973B0" w14:textId="130BDED0" w:rsidR="00DC646A" w:rsidRPr="00861A29" w:rsidRDefault="0007110D" w:rsidP="00861A29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202</w:t>
      </w:r>
      <w:r w:rsidR="00861A29">
        <w:rPr>
          <w:b/>
          <w:sz w:val="28"/>
          <w:szCs w:val="24"/>
        </w:rPr>
        <w:t>6</w:t>
      </w:r>
    </w:p>
    <w:p w14:paraId="5EE093E6" w14:textId="0C56F88A" w:rsidR="006512E0" w:rsidRDefault="00000000">
      <w:pPr>
        <w:jc w:val="center"/>
      </w:pPr>
      <w:r>
        <w:rPr>
          <w:b/>
        </w:rPr>
        <w:lastRenderedPageBreak/>
        <w:t>HALAMAN PENGESAHAN</w:t>
      </w:r>
    </w:p>
    <w:p w14:paraId="6896CDAC" w14:textId="77777777" w:rsidR="006512E0" w:rsidRDefault="006512E0"/>
    <w:p w14:paraId="7C5D27A2" w14:textId="77777777" w:rsidR="006512E0" w:rsidRDefault="00000000">
      <w:pPr>
        <w:ind w:firstLine="567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oleh: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284"/>
        <w:gridCol w:w="4536"/>
      </w:tblGrid>
      <w:tr w:rsidR="006512E0" w14:paraId="19AD79D5" w14:textId="77777777" w:rsidTr="00A93268">
        <w:tc>
          <w:tcPr>
            <w:tcW w:w="2376" w:type="dxa"/>
          </w:tcPr>
          <w:p w14:paraId="1CC65E20" w14:textId="77777777" w:rsidR="006512E0" w:rsidRDefault="00000000" w:rsidP="0007110D">
            <w:r>
              <w:t>Nama</w:t>
            </w:r>
          </w:p>
        </w:tc>
        <w:tc>
          <w:tcPr>
            <w:tcW w:w="284" w:type="dxa"/>
          </w:tcPr>
          <w:p w14:paraId="0115B73D" w14:textId="77777777" w:rsidR="006512E0" w:rsidRDefault="00000000" w:rsidP="0007110D">
            <w:r>
              <w:t>:</w:t>
            </w:r>
          </w:p>
        </w:tc>
        <w:tc>
          <w:tcPr>
            <w:tcW w:w="4536" w:type="dxa"/>
          </w:tcPr>
          <w:p w14:paraId="392348D2" w14:textId="33DF2952" w:rsidR="006512E0" w:rsidRDefault="00861A29" w:rsidP="0007110D">
            <w:r>
              <w:t xml:space="preserve">Anggun </w:t>
            </w:r>
            <w:proofErr w:type="spellStart"/>
            <w:r>
              <w:t>Cahyaningrum</w:t>
            </w:r>
            <w:proofErr w:type="spellEnd"/>
          </w:p>
        </w:tc>
      </w:tr>
      <w:tr w:rsidR="006512E0" w14:paraId="2DD0DC30" w14:textId="77777777" w:rsidTr="00A93268">
        <w:tc>
          <w:tcPr>
            <w:tcW w:w="2376" w:type="dxa"/>
          </w:tcPr>
          <w:p w14:paraId="2F27A1A5" w14:textId="77777777" w:rsidR="006512E0" w:rsidRDefault="00000000" w:rsidP="0007110D">
            <w:r>
              <w:t>NIM</w:t>
            </w:r>
          </w:p>
        </w:tc>
        <w:tc>
          <w:tcPr>
            <w:tcW w:w="284" w:type="dxa"/>
          </w:tcPr>
          <w:p w14:paraId="1E70F270" w14:textId="77777777" w:rsidR="006512E0" w:rsidRDefault="00000000" w:rsidP="0007110D">
            <w:r>
              <w:t>:</w:t>
            </w:r>
          </w:p>
        </w:tc>
        <w:tc>
          <w:tcPr>
            <w:tcW w:w="4536" w:type="dxa"/>
          </w:tcPr>
          <w:p w14:paraId="6E116EB4" w14:textId="13249C6F" w:rsidR="006512E0" w:rsidRDefault="00861A29" w:rsidP="0007110D">
            <w:r>
              <w:t>231730044</w:t>
            </w:r>
          </w:p>
        </w:tc>
      </w:tr>
      <w:tr w:rsidR="006512E0" w14:paraId="62942D38" w14:textId="77777777" w:rsidTr="00A93268">
        <w:tc>
          <w:tcPr>
            <w:tcW w:w="2376" w:type="dxa"/>
          </w:tcPr>
          <w:p w14:paraId="409BED63" w14:textId="77777777" w:rsidR="006512E0" w:rsidRDefault="00000000" w:rsidP="0007110D">
            <w:r>
              <w:t>Program Studi</w:t>
            </w:r>
          </w:p>
        </w:tc>
        <w:tc>
          <w:tcPr>
            <w:tcW w:w="284" w:type="dxa"/>
          </w:tcPr>
          <w:p w14:paraId="38EEC189" w14:textId="77777777" w:rsidR="006512E0" w:rsidRDefault="00000000" w:rsidP="0007110D">
            <w:r>
              <w:t>:</w:t>
            </w:r>
          </w:p>
        </w:tc>
        <w:tc>
          <w:tcPr>
            <w:tcW w:w="4536" w:type="dxa"/>
          </w:tcPr>
          <w:p w14:paraId="3A83850E" w14:textId="2F3A840A" w:rsidR="006512E0" w:rsidRDefault="0007110D" w:rsidP="0007110D">
            <w:proofErr w:type="spellStart"/>
            <w:r>
              <w:t>Informatika</w:t>
            </w:r>
            <w:proofErr w:type="spellEnd"/>
          </w:p>
        </w:tc>
      </w:tr>
      <w:tr w:rsidR="006512E0" w14:paraId="16753575" w14:textId="77777777" w:rsidTr="00A93268">
        <w:tc>
          <w:tcPr>
            <w:tcW w:w="2376" w:type="dxa"/>
          </w:tcPr>
          <w:p w14:paraId="6997B3F4" w14:textId="77777777" w:rsidR="006512E0" w:rsidRDefault="00000000" w:rsidP="0007110D">
            <w:proofErr w:type="spellStart"/>
            <w:r>
              <w:t>Judul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</w:p>
        </w:tc>
        <w:tc>
          <w:tcPr>
            <w:tcW w:w="284" w:type="dxa"/>
          </w:tcPr>
          <w:p w14:paraId="7BDF8615" w14:textId="77777777" w:rsidR="006512E0" w:rsidRDefault="00000000" w:rsidP="0007110D">
            <w:r>
              <w:t>:</w:t>
            </w:r>
          </w:p>
        </w:tc>
        <w:tc>
          <w:tcPr>
            <w:tcW w:w="4536" w:type="dxa"/>
          </w:tcPr>
          <w:p w14:paraId="4927C9CA" w14:textId="450F80D8" w:rsidR="006512E0" w:rsidRDefault="006512E0" w:rsidP="0007110D"/>
        </w:tc>
      </w:tr>
      <w:tr w:rsidR="006512E0" w14:paraId="07AB4F1B" w14:textId="77777777" w:rsidTr="00A93268">
        <w:tc>
          <w:tcPr>
            <w:tcW w:w="2376" w:type="dxa"/>
          </w:tcPr>
          <w:p w14:paraId="299092A3" w14:textId="77777777" w:rsidR="006512E0" w:rsidRDefault="00000000" w:rsidP="0007110D">
            <w:proofErr w:type="spellStart"/>
            <w:r>
              <w:t>Tempat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</w:p>
        </w:tc>
        <w:tc>
          <w:tcPr>
            <w:tcW w:w="284" w:type="dxa"/>
          </w:tcPr>
          <w:p w14:paraId="2A56357B" w14:textId="77777777" w:rsidR="006512E0" w:rsidRDefault="00000000" w:rsidP="0007110D">
            <w:r>
              <w:t>:</w:t>
            </w:r>
          </w:p>
        </w:tc>
        <w:tc>
          <w:tcPr>
            <w:tcW w:w="4536" w:type="dxa"/>
          </w:tcPr>
          <w:p w14:paraId="6AB5246D" w14:textId="77777777" w:rsidR="00861A29" w:rsidRDefault="00861A29" w:rsidP="0007110D">
            <w:proofErr w:type="spellStart"/>
            <w:r>
              <w:t>Fakultas</w:t>
            </w:r>
            <w:proofErr w:type="spellEnd"/>
            <w:r>
              <w:t xml:space="preserve"> Sains dan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</w:p>
          <w:p w14:paraId="484E8759" w14:textId="0B26CDE3" w:rsidR="006512E0" w:rsidRDefault="00861A29" w:rsidP="00A93268">
            <w:pPr>
              <w:spacing w:line="276" w:lineRule="auto"/>
            </w:pPr>
            <w:r>
              <w:t>Universitas Islam Negeri Sultan Maulana Hasanuddin Banten</w:t>
            </w:r>
          </w:p>
        </w:tc>
      </w:tr>
      <w:tr w:rsidR="006512E0" w14:paraId="468E19C6" w14:textId="77777777" w:rsidTr="00A93268">
        <w:tc>
          <w:tcPr>
            <w:tcW w:w="2376" w:type="dxa"/>
          </w:tcPr>
          <w:p w14:paraId="52067641" w14:textId="77777777" w:rsidR="006512E0" w:rsidRDefault="00000000" w:rsidP="0007110D">
            <w:r>
              <w:t xml:space="preserve">Waktu </w:t>
            </w:r>
            <w:proofErr w:type="spellStart"/>
            <w:r>
              <w:t>Pelaksanaan</w:t>
            </w:r>
            <w:proofErr w:type="spellEnd"/>
          </w:p>
        </w:tc>
        <w:tc>
          <w:tcPr>
            <w:tcW w:w="284" w:type="dxa"/>
          </w:tcPr>
          <w:p w14:paraId="5CF38556" w14:textId="77777777" w:rsidR="006512E0" w:rsidRDefault="00000000" w:rsidP="0007110D">
            <w:r>
              <w:t>:</w:t>
            </w:r>
          </w:p>
        </w:tc>
        <w:tc>
          <w:tcPr>
            <w:tcW w:w="4536" w:type="dxa"/>
          </w:tcPr>
          <w:p w14:paraId="054F1966" w14:textId="170DA052" w:rsidR="006512E0" w:rsidRDefault="00861A29" w:rsidP="0007110D">
            <w:r>
              <w:t xml:space="preserve">09 </w:t>
            </w:r>
            <w:proofErr w:type="spellStart"/>
            <w:r>
              <w:t>Februari</w:t>
            </w:r>
            <w:proofErr w:type="spellEnd"/>
            <w:r>
              <w:t xml:space="preserve"> 2026</w:t>
            </w:r>
            <w:r w:rsidR="00000000">
              <w:t xml:space="preserve"> </w:t>
            </w:r>
            <w:proofErr w:type="spellStart"/>
            <w:r w:rsidR="00000000">
              <w:t>sampai</w:t>
            </w:r>
            <w:proofErr w:type="spellEnd"/>
            <w:r w:rsidR="00000000">
              <w:t xml:space="preserve"> </w:t>
            </w:r>
            <w:r>
              <w:t>13 Juli 2026</w:t>
            </w:r>
          </w:p>
        </w:tc>
      </w:tr>
    </w:tbl>
    <w:p w14:paraId="547F91DA" w14:textId="77777777" w:rsidR="006512E0" w:rsidRDefault="006512E0"/>
    <w:p w14:paraId="3D0B38A1" w14:textId="77777777" w:rsidR="006512E0" w:rsidRDefault="00000000">
      <w:pPr>
        <w:ind w:firstLine="567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dan </w:t>
      </w:r>
      <w:proofErr w:type="spellStart"/>
      <w:r>
        <w:t>disahkan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7288498F" w14:textId="77777777" w:rsidR="006512E0" w:rsidRDefault="006512E0"/>
    <w:p w14:paraId="717AE151" w14:textId="038AF06F" w:rsidR="006512E0" w:rsidRDefault="00861A29">
      <w:pPr>
        <w:jc w:val="center"/>
      </w:pPr>
      <w:proofErr w:type="spellStart"/>
      <w:proofErr w:type="gramStart"/>
      <w:r>
        <w:t>Serang</w:t>
      </w:r>
      <w:proofErr w:type="spellEnd"/>
      <w:r w:rsidR="00000000">
        <w:t xml:space="preserve">, </w:t>
      </w:r>
      <w:r>
        <w:t xml:space="preserve">  </w:t>
      </w:r>
      <w:proofErr w:type="gramEnd"/>
      <w:r>
        <w:t xml:space="preserve"> Juni 2026</w:t>
      </w:r>
    </w:p>
    <w:p w14:paraId="1222CFB3" w14:textId="77777777" w:rsidR="006512E0" w:rsidRDefault="006512E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8"/>
        <w:gridCol w:w="3968"/>
      </w:tblGrid>
      <w:tr w:rsidR="006512E0" w14:paraId="25F402D0" w14:textId="77777777">
        <w:trPr>
          <w:jc w:val="center"/>
        </w:trPr>
        <w:tc>
          <w:tcPr>
            <w:tcW w:w="3968" w:type="dxa"/>
          </w:tcPr>
          <w:p w14:paraId="5C86AF76" w14:textId="77777777" w:rsidR="006512E0" w:rsidRDefault="00000000">
            <w:pPr>
              <w:jc w:val="center"/>
            </w:pPr>
            <w:r>
              <w:t xml:space="preserve">Dosen </w:t>
            </w:r>
            <w:proofErr w:type="spellStart"/>
            <w:r>
              <w:t>Pembimbing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>,</w:t>
            </w:r>
          </w:p>
        </w:tc>
        <w:tc>
          <w:tcPr>
            <w:tcW w:w="3968" w:type="dxa"/>
          </w:tcPr>
          <w:p w14:paraId="36062CDE" w14:textId="77777777" w:rsidR="006512E0" w:rsidRDefault="00000000">
            <w:pPr>
              <w:jc w:val="center"/>
            </w:pPr>
            <w:proofErr w:type="spellStart"/>
            <w:r>
              <w:t>Pembimbing</w:t>
            </w:r>
            <w:proofErr w:type="spellEnd"/>
            <w:r>
              <w:t xml:space="preserve"> Lapangan,</w:t>
            </w:r>
          </w:p>
        </w:tc>
      </w:tr>
      <w:tr w:rsidR="006512E0" w14:paraId="677767F7" w14:textId="77777777">
        <w:trPr>
          <w:trHeight w:val="1247"/>
          <w:jc w:val="center"/>
        </w:trPr>
        <w:tc>
          <w:tcPr>
            <w:tcW w:w="3968" w:type="dxa"/>
          </w:tcPr>
          <w:p w14:paraId="1D1CA7F4" w14:textId="77777777" w:rsidR="006512E0" w:rsidRDefault="006512E0">
            <w:pPr>
              <w:jc w:val="center"/>
            </w:pPr>
          </w:p>
        </w:tc>
        <w:tc>
          <w:tcPr>
            <w:tcW w:w="3968" w:type="dxa"/>
          </w:tcPr>
          <w:p w14:paraId="6F63EC91" w14:textId="77777777" w:rsidR="006512E0" w:rsidRDefault="006512E0">
            <w:pPr>
              <w:jc w:val="center"/>
            </w:pPr>
          </w:p>
        </w:tc>
      </w:tr>
      <w:tr w:rsidR="006512E0" w14:paraId="2782FDCC" w14:textId="77777777">
        <w:trPr>
          <w:jc w:val="center"/>
        </w:trPr>
        <w:tc>
          <w:tcPr>
            <w:tcW w:w="3968" w:type="dxa"/>
          </w:tcPr>
          <w:p w14:paraId="6ADC6125" w14:textId="10694185" w:rsidR="006512E0" w:rsidRDefault="00861A29">
            <w:pPr>
              <w:jc w:val="center"/>
            </w:pPr>
            <w:r>
              <w:t xml:space="preserve">M. Iman Wahyudi </w:t>
            </w:r>
          </w:p>
        </w:tc>
        <w:tc>
          <w:tcPr>
            <w:tcW w:w="3968" w:type="dxa"/>
          </w:tcPr>
          <w:p w14:paraId="2387B04B" w14:textId="2E6C226D" w:rsidR="006512E0" w:rsidRDefault="00861A29">
            <w:pPr>
              <w:jc w:val="center"/>
            </w:pPr>
            <w:r>
              <w:t>Ahmad Tabrani, M.T.I.</w:t>
            </w:r>
          </w:p>
        </w:tc>
      </w:tr>
      <w:tr w:rsidR="006512E0" w14:paraId="3F70B5E3" w14:textId="77777777">
        <w:trPr>
          <w:jc w:val="center"/>
        </w:trPr>
        <w:tc>
          <w:tcPr>
            <w:tcW w:w="3968" w:type="dxa"/>
          </w:tcPr>
          <w:p w14:paraId="674F38B3" w14:textId="77777777" w:rsidR="006512E0" w:rsidRDefault="00000000">
            <w:pPr>
              <w:jc w:val="center"/>
            </w:pPr>
            <w:r>
              <w:t>NIP/NIDN. [</w:t>
            </w:r>
            <w:proofErr w:type="spellStart"/>
            <w:r>
              <w:t>Nomor</w:t>
            </w:r>
            <w:proofErr w:type="spellEnd"/>
            <w:r>
              <w:t>]</w:t>
            </w:r>
          </w:p>
        </w:tc>
        <w:tc>
          <w:tcPr>
            <w:tcW w:w="3968" w:type="dxa"/>
          </w:tcPr>
          <w:p w14:paraId="653F10B4" w14:textId="77777777" w:rsidR="006512E0" w:rsidRDefault="00000000">
            <w:pPr>
              <w:jc w:val="center"/>
            </w:pPr>
            <w:r>
              <w:t>[</w:t>
            </w:r>
            <w:proofErr w:type="spellStart"/>
            <w:r>
              <w:t>Jabatan</w:t>
            </w:r>
            <w:proofErr w:type="spellEnd"/>
            <w:r>
              <w:t>]</w:t>
            </w:r>
          </w:p>
        </w:tc>
      </w:tr>
    </w:tbl>
    <w:p w14:paraId="61FE9FE7" w14:textId="77777777" w:rsidR="006512E0" w:rsidRDefault="006512E0"/>
    <w:p w14:paraId="004943FA" w14:textId="77777777" w:rsidR="006512E0" w:rsidRDefault="00000000">
      <w:pPr>
        <w:jc w:val="center"/>
      </w:pPr>
      <w:proofErr w:type="spellStart"/>
      <w:r>
        <w:t>Mengetahui</w:t>
      </w:r>
      <w:proofErr w:type="spellEnd"/>
      <w:r>
        <w:t>,</w:t>
      </w:r>
    </w:p>
    <w:p w14:paraId="15C1863F" w14:textId="2CDF958D" w:rsidR="006512E0" w:rsidRDefault="00000000">
      <w:pPr>
        <w:jc w:val="center"/>
      </w:pPr>
      <w:proofErr w:type="spellStart"/>
      <w:r>
        <w:t>Ketua</w:t>
      </w:r>
      <w:proofErr w:type="spellEnd"/>
      <w:r>
        <w:t xml:space="preserve"> Program Studi</w:t>
      </w:r>
      <w:r w:rsidR="0007110D">
        <w:t xml:space="preserve"> </w:t>
      </w:r>
      <w:proofErr w:type="spellStart"/>
      <w:r w:rsidR="0007110D">
        <w:t>Informatika</w:t>
      </w:r>
      <w:proofErr w:type="spellEnd"/>
    </w:p>
    <w:p w14:paraId="3C47C9BF" w14:textId="77777777" w:rsidR="006512E0" w:rsidRDefault="006512E0"/>
    <w:p w14:paraId="291388B3" w14:textId="77777777" w:rsidR="006512E0" w:rsidRDefault="006512E0"/>
    <w:p w14:paraId="5CB0DAB7" w14:textId="77777777" w:rsidR="00861A29" w:rsidRDefault="00861A29">
      <w:pPr>
        <w:jc w:val="center"/>
      </w:pPr>
      <w:r>
        <w:t>Ahmad Tabrani, M.T.I.</w:t>
      </w:r>
    </w:p>
    <w:p w14:paraId="7C8A8099" w14:textId="7003CBDD" w:rsidR="006512E0" w:rsidRDefault="00000000">
      <w:pPr>
        <w:jc w:val="center"/>
      </w:pPr>
      <w:r>
        <w:t>NIP/NIDN. [</w:t>
      </w:r>
      <w:proofErr w:type="spellStart"/>
      <w:r>
        <w:t>Nomor</w:t>
      </w:r>
      <w:proofErr w:type="spellEnd"/>
      <w:r>
        <w:t>]</w:t>
      </w:r>
    </w:p>
    <w:p w14:paraId="687465B1" w14:textId="77777777" w:rsidR="006512E0" w:rsidRDefault="00000000">
      <w:r>
        <w:br w:type="page"/>
      </w:r>
    </w:p>
    <w:p w14:paraId="546E17BC" w14:textId="77777777" w:rsidR="006512E0" w:rsidRDefault="00000000">
      <w:pPr>
        <w:jc w:val="center"/>
      </w:pPr>
      <w:r>
        <w:rPr>
          <w:b/>
        </w:rPr>
        <w:lastRenderedPageBreak/>
        <w:t>KATA PENGANTAR</w:t>
      </w:r>
    </w:p>
    <w:p w14:paraId="1E91585F" w14:textId="77777777" w:rsidR="006512E0" w:rsidRDefault="006512E0"/>
    <w:p w14:paraId="48F7FC85" w14:textId="4B4FAA5C" w:rsidR="006512E0" w:rsidRDefault="00000000">
      <w:pPr>
        <w:ind w:firstLine="567"/>
        <w:jc w:val="both"/>
      </w:pPr>
      <w:r>
        <w:t xml:space="preserve">Puji </w:t>
      </w:r>
      <w:proofErr w:type="spellStart"/>
      <w:r>
        <w:t>syukur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panjatkan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hadirat</w:t>
      </w:r>
      <w:proofErr w:type="spellEnd"/>
      <w:r>
        <w:t xml:space="preserve"> Allah SWT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rahmat</w:t>
      </w:r>
      <w:proofErr w:type="spellEnd"/>
      <w:r>
        <w:t xml:space="preserve"> dan </w:t>
      </w:r>
      <w:proofErr w:type="spellStart"/>
      <w:r>
        <w:t>karunia</w:t>
      </w:r>
      <w:proofErr w:type="spellEnd"/>
      <w:r>
        <w:t xml:space="preserve">-Nya,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berjudul</w:t>
      </w:r>
      <w:proofErr w:type="spellEnd"/>
      <w:r>
        <w:t xml:space="preserve"> “</w:t>
      </w:r>
      <w:proofErr w:type="spellStart"/>
      <w:r w:rsidR="00861A29" w:rsidRPr="00861A29">
        <w:t>Pengembangan</w:t>
      </w:r>
      <w:proofErr w:type="spellEnd"/>
      <w:r w:rsidR="00861A29" w:rsidRPr="00861A29">
        <w:t xml:space="preserve"> </w:t>
      </w:r>
      <w:proofErr w:type="spellStart"/>
      <w:r w:rsidR="00861A29" w:rsidRPr="00861A29">
        <w:t>Sistem</w:t>
      </w:r>
      <w:proofErr w:type="spellEnd"/>
      <w:r w:rsidR="00861A29" w:rsidRPr="00861A29">
        <w:t xml:space="preserve"> </w:t>
      </w:r>
      <w:proofErr w:type="spellStart"/>
      <w:r w:rsidR="00861A29" w:rsidRPr="00861A29">
        <w:t>Informasi</w:t>
      </w:r>
      <w:proofErr w:type="spellEnd"/>
      <w:r w:rsidR="00861A29" w:rsidRPr="00861A29">
        <w:t xml:space="preserve"> </w:t>
      </w:r>
      <w:proofErr w:type="spellStart"/>
      <w:r w:rsidR="00861A29" w:rsidRPr="00861A29">
        <w:t>Magang</w:t>
      </w:r>
      <w:proofErr w:type="spellEnd"/>
      <w:r w:rsidR="00861A29" w:rsidRPr="00861A29">
        <w:t xml:space="preserve"> </w:t>
      </w:r>
      <w:proofErr w:type="spellStart"/>
      <w:r w:rsidR="00861A29" w:rsidRPr="00861A29">
        <w:t>Berbasis</w:t>
      </w:r>
      <w:proofErr w:type="spellEnd"/>
      <w:r w:rsidR="00861A29" w:rsidRPr="00861A29">
        <w:t xml:space="preserve"> Web </w:t>
      </w:r>
      <w:proofErr w:type="spellStart"/>
      <w:r w:rsidR="00861A29" w:rsidRPr="00861A29">
        <w:t>Untuk</w:t>
      </w:r>
      <w:proofErr w:type="spellEnd"/>
      <w:r w:rsidR="00861A29" w:rsidRPr="00861A29">
        <w:t xml:space="preserve"> </w:t>
      </w:r>
      <w:proofErr w:type="spellStart"/>
      <w:r w:rsidR="00861A29" w:rsidRPr="00861A29">
        <w:t>Digitalisasi</w:t>
      </w:r>
      <w:proofErr w:type="spellEnd"/>
      <w:r w:rsidR="00861A29" w:rsidRPr="00861A29">
        <w:t xml:space="preserve"> </w:t>
      </w:r>
      <w:proofErr w:type="spellStart"/>
      <w:r w:rsidR="00861A29" w:rsidRPr="00861A29">
        <w:t>Administrasi</w:t>
      </w:r>
      <w:proofErr w:type="spellEnd"/>
      <w:r w:rsidR="00861A29" w:rsidRPr="00861A29">
        <w:t xml:space="preserve"> </w:t>
      </w:r>
      <w:proofErr w:type="spellStart"/>
      <w:r w:rsidR="00861A29" w:rsidRPr="00861A29">
        <w:t>Magang</w:t>
      </w:r>
      <w:proofErr w:type="spellEnd"/>
      <w:r w:rsidR="00861A29" w:rsidRPr="00861A29">
        <w:t xml:space="preserve"> Pada </w:t>
      </w:r>
      <w:proofErr w:type="spellStart"/>
      <w:r w:rsidR="00861A29" w:rsidRPr="00861A29">
        <w:t>Fakultas</w:t>
      </w:r>
      <w:proofErr w:type="spellEnd"/>
      <w:r w:rsidR="00861A29" w:rsidRPr="00861A29">
        <w:t xml:space="preserve"> Sains Dan Teknologi</w:t>
      </w:r>
      <w:r>
        <w:t xml:space="preserve">”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6C9F4325" w14:textId="362B6D8D" w:rsidR="006512E0" w:rsidRDefault="00000000">
      <w:pPr>
        <w:ind w:firstLine="567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pertanggungjawaban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di </w:t>
      </w:r>
      <w:proofErr w:type="spellStart"/>
      <w:r w:rsidR="00861A29" w:rsidRPr="00861A29">
        <w:t>Fakultas</w:t>
      </w:r>
      <w:proofErr w:type="spellEnd"/>
      <w:r w:rsidR="00861A29" w:rsidRPr="00861A29">
        <w:t xml:space="preserve"> Sains dan </w:t>
      </w:r>
      <w:proofErr w:type="spellStart"/>
      <w:r w:rsidR="00861A29" w:rsidRPr="00861A29">
        <w:t>Teknologi</w:t>
      </w:r>
      <w:proofErr w:type="spellEnd"/>
      <w:r w:rsidR="00861A29" w:rsidRPr="00861A29">
        <w:t xml:space="preserve"> Universitas Islam Negeri Sultan Maulana Hasanuddin Banten</w:t>
      </w:r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,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dunia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[</w:t>
      </w:r>
      <w:proofErr w:type="spellStart"/>
      <w:r>
        <w:t>bidang</w:t>
      </w:r>
      <w:proofErr w:type="spellEnd"/>
      <w:r>
        <w:t>/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>].</w:t>
      </w:r>
    </w:p>
    <w:p w14:paraId="34DFD190" w14:textId="77777777" w:rsidR="006512E0" w:rsidRDefault="00000000">
      <w:pPr>
        <w:ind w:firstLine="567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bimbingan</w:t>
      </w:r>
      <w:proofErr w:type="spellEnd"/>
      <w:r>
        <w:t xml:space="preserve">,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kepada</w:t>
      </w:r>
      <w:proofErr w:type="spellEnd"/>
      <w:r>
        <w:t>:</w:t>
      </w:r>
    </w:p>
    <w:p w14:paraId="0977432E" w14:textId="77777777" w:rsidR="006512E0" w:rsidRDefault="00000000">
      <w:pPr>
        <w:ind w:left="567" w:hanging="283"/>
        <w:jc w:val="both"/>
      </w:pPr>
      <w:r>
        <w:t xml:space="preserve">1. [Nama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kampus</w:t>
      </w:r>
      <w:proofErr w:type="spellEnd"/>
      <w:r>
        <w:t>/</w:t>
      </w:r>
      <w:proofErr w:type="spellStart"/>
      <w:r>
        <w:t>dosen</w:t>
      </w:r>
      <w:proofErr w:type="spellEnd"/>
      <w:r>
        <w:t>/</w:t>
      </w:r>
      <w:proofErr w:type="spellStart"/>
      <w:r>
        <w:t>kaprodi</w:t>
      </w:r>
      <w:proofErr w:type="spellEnd"/>
      <w:r>
        <w:t>]</w:t>
      </w:r>
    </w:p>
    <w:p w14:paraId="3F58E239" w14:textId="76BBB422" w:rsidR="006512E0" w:rsidRDefault="00000000">
      <w:pPr>
        <w:ind w:left="567" w:hanging="283"/>
        <w:jc w:val="both"/>
      </w:pPr>
      <w:r>
        <w:t xml:space="preserve">2. </w:t>
      </w:r>
      <w:r w:rsidR="00A93268">
        <w:t>Ahmad Tabrani, M.T.I.</w:t>
      </w:r>
    </w:p>
    <w:p w14:paraId="4FEB8C7B" w14:textId="77777777" w:rsidR="006512E0" w:rsidRDefault="00000000">
      <w:pPr>
        <w:ind w:left="567" w:hanging="283"/>
        <w:jc w:val="both"/>
      </w:pPr>
      <w:r>
        <w:t xml:space="preserve">3. [Nama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>]</w:t>
      </w:r>
    </w:p>
    <w:p w14:paraId="1A793A7B" w14:textId="77777777" w:rsidR="006512E0" w:rsidRDefault="00000000">
      <w:pPr>
        <w:ind w:left="567" w:hanging="283"/>
        <w:jc w:val="both"/>
      </w:pPr>
      <w:r>
        <w:t xml:space="preserve">4. [Nama </w:t>
      </w:r>
      <w:proofErr w:type="spellStart"/>
      <w:r>
        <w:t>instansi</w:t>
      </w:r>
      <w:proofErr w:type="spellEnd"/>
      <w:r>
        <w:t>/</w:t>
      </w:r>
      <w:proofErr w:type="spellStart"/>
      <w:r>
        <w:t>perusahaan</w:t>
      </w:r>
      <w:proofErr w:type="spellEnd"/>
      <w:r>
        <w:t>]</w:t>
      </w:r>
    </w:p>
    <w:p w14:paraId="37C53476" w14:textId="77777777" w:rsidR="006512E0" w:rsidRDefault="00000000">
      <w:pPr>
        <w:ind w:left="567" w:hanging="283"/>
        <w:jc w:val="both"/>
      </w:pPr>
      <w:r>
        <w:t xml:space="preserve">5.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237A5A0D" w14:textId="77777777" w:rsidR="006512E0" w:rsidRDefault="00000000">
      <w:pPr>
        <w:ind w:firstLine="567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kritik</w:t>
      </w:r>
      <w:proofErr w:type="spellEnd"/>
      <w:r>
        <w:t xml:space="preserve"> dan saran yang </w:t>
      </w:r>
      <w:proofErr w:type="spellStart"/>
      <w:r>
        <w:t>membangun</w:t>
      </w:r>
      <w:proofErr w:type="spellEnd"/>
      <w:r>
        <w:t xml:space="preserve"> sangat </w:t>
      </w:r>
      <w:proofErr w:type="spellStart"/>
      <w:r>
        <w:t>diharapkan</w:t>
      </w:r>
      <w:proofErr w:type="spellEnd"/>
      <w:r>
        <w:t xml:space="preserve"> agar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Semoga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dan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>.</w:t>
      </w:r>
    </w:p>
    <w:p w14:paraId="27DD6DA1" w14:textId="77777777" w:rsidR="006512E0" w:rsidRDefault="006512E0"/>
    <w:p w14:paraId="74C38936" w14:textId="77777777" w:rsidR="006512E0" w:rsidRDefault="00000000">
      <w:pPr>
        <w:jc w:val="right"/>
      </w:pPr>
      <w:r>
        <w:t>[</w:t>
      </w:r>
      <w:proofErr w:type="spellStart"/>
      <w:r>
        <w:t>Tempat</w:t>
      </w:r>
      <w:proofErr w:type="spellEnd"/>
      <w:r>
        <w:t>], [</w:t>
      </w:r>
      <w:proofErr w:type="spellStart"/>
      <w:r>
        <w:t>Tanggal</w:t>
      </w:r>
      <w:proofErr w:type="spellEnd"/>
      <w:r>
        <w:t>]</w:t>
      </w:r>
    </w:p>
    <w:p w14:paraId="0C73C0A6" w14:textId="77777777" w:rsidR="006512E0" w:rsidRDefault="006512E0"/>
    <w:p w14:paraId="4FB266A9" w14:textId="77777777" w:rsidR="006512E0" w:rsidRDefault="006512E0"/>
    <w:p w14:paraId="0A1950BE" w14:textId="77777777" w:rsidR="006512E0" w:rsidRDefault="006512E0"/>
    <w:p w14:paraId="6314119A" w14:textId="19FA62B5" w:rsidR="006512E0" w:rsidRDefault="00000000" w:rsidP="00A93268">
      <w:pPr>
        <w:jc w:val="right"/>
      </w:pPr>
      <w:proofErr w:type="spellStart"/>
      <w:r>
        <w:t>Penulis</w:t>
      </w:r>
      <w:proofErr w:type="spellEnd"/>
      <w:r>
        <w:br w:type="page"/>
      </w:r>
    </w:p>
    <w:p w14:paraId="13F42DF8" w14:textId="77777777" w:rsidR="006512E0" w:rsidRDefault="00000000">
      <w:pPr>
        <w:jc w:val="center"/>
      </w:pPr>
      <w:r>
        <w:rPr>
          <w:b/>
        </w:rPr>
        <w:lastRenderedPageBreak/>
        <w:t>DAFTAR ISI</w:t>
      </w:r>
    </w:p>
    <w:p w14:paraId="19944196" w14:textId="77777777" w:rsidR="006512E0" w:rsidRDefault="006512E0"/>
    <w:p w14:paraId="67A4DDB3" w14:textId="77777777" w:rsidR="006512E0" w:rsidRDefault="00000000">
      <w:r>
        <w:t xml:space="preserve">HALAMAN JUDUL .......................................................................................... </w:t>
      </w:r>
      <w:proofErr w:type="spellStart"/>
      <w:r>
        <w:t>i</w:t>
      </w:r>
      <w:proofErr w:type="spellEnd"/>
    </w:p>
    <w:p w14:paraId="3AD9FD6F" w14:textId="77777777" w:rsidR="006512E0" w:rsidRDefault="00000000">
      <w:r>
        <w:t>HALAMAN PENGESAHAN ......................................................................... ii</w:t>
      </w:r>
    </w:p>
    <w:p w14:paraId="57DC6A42" w14:textId="77777777" w:rsidR="006512E0" w:rsidRDefault="00000000">
      <w:r>
        <w:t>KATA PENGANTAR ..................................................................................... iii</w:t>
      </w:r>
    </w:p>
    <w:p w14:paraId="3DE54523" w14:textId="77777777" w:rsidR="006512E0" w:rsidRDefault="00000000">
      <w:r>
        <w:t>DAFTAR ISI ................................................................................................... iv</w:t>
      </w:r>
    </w:p>
    <w:p w14:paraId="1F9A1D6B" w14:textId="77777777" w:rsidR="006512E0" w:rsidRDefault="00000000">
      <w:r>
        <w:t>RINGKASAN .................................................................................................. v</w:t>
      </w:r>
    </w:p>
    <w:p w14:paraId="76675335" w14:textId="77777777" w:rsidR="006512E0" w:rsidRDefault="00000000">
      <w:r>
        <w:t>BAB I PENDAHULUAN ................................................................................ 1</w:t>
      </w:r>
    </w:p>
    <w:p w14:paraId="74F00113" w14:textId="77777777" w:rsidR="006512E0" w:rsidRDefault="00000000">
      <w:r>
        <w:t xml:space="preserve">1.1 Latar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............................................................................ 1</w:t>
      </w:r>
    </w:p>
    <w:p w14:paraId="36663A9A" w14:textId="77777777" w:rsidR="006512E0" w:rsidRDefault="00000000">
      <w:r>
        <w:t xml:space="preserve">1.2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.....................................................................................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0AE2F3CD" w14:textId="77777777" w:rsidR="006512E0" w:rsidRDefault="00000000">
      <w:r>
        <w:t>1.3 Tujuan PKL/</w:t>
      </w:r>
      <w:proofErr w:type="spellStart"/>
      <w:r>
        <w:t>Magang</w:t>
      </w:r>
      <w:proofErr w:type="spellEnd"/>
      <w:r>
        <w:t xml:space="preserve"> ................................................................................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3FAFA862" w14:textId="77777777" w:rsidR="006512E0" w:rsidRDefault="00000000">
      <w:r>
        <w:t>1.4 Manfaat PKL/</w:t>
      </w:r>
      <w:proofErr w:type="spellStart"/>
      <w:r>
        <w:t>Magang</w:t>
      </w:r>
      <w:proofErr w:type="spellEnd"/>
      <w:r>
        <w:t xml:space="preserve"> ..............................................................................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50DB982F" w14:textId="77777777" w:rsidR="006512E0" w:rsidRDefault="00000000">
      <w:r>
        <w:t>BAB II KAJIAN PUSTAKA ..........................................................................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136A2216" w14:textId="77777777" w:rsidR="006512E0" w:rsidRDefault="00000000">
      <w:r>
        <w:t>2.1 Kajian Pustaka ..........................................................................................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69AA65C1" w14:textId="77777777" w:rsidR="006512E0" w:rsidRDefault="00000000">
      <w:r>
        <w:t xml:space="preserve">2.2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Pikir</w:t>
      </w:r>
      <w:proofErr w:type="spellEnd"/>
      <w:r>
        <w:t xml:space="preserve"> </w:t>
      </w:r>
      <w:proofErr w:type="spellStart"/>
      <w:r>
        <w:t>Teoritis</w:t>
      </w:r>
      <w:proofErr w:type="spellEnd"/>
      <w:r>
        <w:t xml:space="preserve"> ............................................................................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490E8D0E" w14:textId="77777777" w:rsidR="006512E0" w:rsidRDefault="00000000">
      <w:r>
        <w:t>BAB III METODE PKL/MAGANG ..............................................................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4E463A29" w14:textId="77777777" w:rsidR="006512E0" w:rsidRDefault="00000000">
      <w:r>
        <w:t>BAB IV HASIL PKL/MAGANG DAN PEMBAHASAN ............................. [</w:t>
      </w:r>
      <w:proofErr w:type="spellStart"/>
      <w:r>
        <w:t>hal</w:t>
      </w:r>
      <w:proofErr w:type="spellEnd"/>
      <w:r>
        <w:t>]</w:t>
      </w:r>
    </w:p>
    <w:p w14:paraId="77321C32" w14:textId="77777777" w:rsidR="006512E0" w:rsidRDefault="00000000">
      <w:r>
        <w:t>BAB V KESIMPULAN DAN SARAN 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58709A2E" w14:textId="77777777" w:rsidR="006512E0" w:rsidRDefault="00000000">
      <w:r>
        <w:t>DAFTAR PUSTAKA ......................................................................................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72D7C5D4" w14:textId="77777777" w:rsidR="006512E0" w:rsidRDefault="00000000">
      <w:r>
        <w:t>LAMPIRAN .................................................................................................... [</w:t>
      </w:r>
      <w:proofErr w:type="spellStart"/>
      <w:r>
        <w:t>hal</w:t>
      </w:r>
      <w:proofErr w:type="spellEnd"/>
      <w:r>
        <w:t>]</w:t>
      </w:r>
    </w:p>
    <w:p w14:paraId="5ACD3E2A" w14:textId="77777777" w:rsidR="006512E0" w:rsidRDefault="00000000">
      <w:r>
        <w:br w:type="page"/>
      </w:r>
    </w:p>
    <w:p w14:paraId="0ED6BDAF" w14:textId="77777777" w:rsidR="006512E0" w:rsidRDefault="00000000">
      <w:pPr>
        <w:jc w:val="center"/>
      </w:pPr>
      <w:r>
        <w:rPr>
          <w:b/>
        </w:rPr>
        <w:lastRenderedPageBreak/>
        <w:t>RINGKASAN</w:t>
      </w:r>
    </w:p>
    <w:p w14:paraId="3ACD9CD8" w14:textId="77777777" w:rsidR="00A93268" w:rsidRDefault="00A93268" w:rsidP="00A93268">
      <w:pPr>
        <w:ind w:firstLine="720"/>
        <w:jc w:val="both"/>
      </w:pP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dilatarbelakangi</w:t>
      </w:r>
      <w:proofErr w:type="spellEnd"/>
      <w:r>
        <w:t xml:space="preserve"> oleh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pada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seluruhnya</w:t>
      </w:r>
      <w:proofErr w:type="spellEnd"/>
      <w:r>
        <w:t xml:space="preserve">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web. Proses manual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pengajuan</w:t>
      </w:r>
      <w:proofErr w:type="spellEnd"/>
      <w:r>
        <w:t xml:space="preserve">, </w:t>
      </w:r>
      <w:proofErr w:type="spellStart"/>
      <w:r>
        <w:t>pengumpulan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 data </w:t>
      </w:r>
      <w:proofErr w:type="spellStart"/>
      <w:r>
        <w:t>mahasiswa</w:t>
      </w:r>
      <w:proofErr w:type="spellEnd"/>
      <w:r>
        <w:t xml:space="preserve">, </w:t>
      </w:r>
      <w:proofErr w:type="spellStart"/>
      <w:r>
        <w:t>penugasan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, </w:t>
      </w:r>
      <w:proofErr w:type="spellStart"/>
      <w:r>
        <w:t>pengelolaan</w:t>
      </w:r>
      <w:proofErr w:type="spellEnd"/>
      <w:r>
        <w:t xml:space="preserve"> logbook, </w:t>
      </w:r>
      <w:proofErr w:type="spellStart"/>
      <w:r>
        <w:t>bimbingan</w:t>
      </w:r>
      <w:proofErr w:type="spellEnd"/>
      <w:r>
        <w:t xml:space="preserve">, </w:t>
      </w:r>
      <w:proofErr w:type="spellStart"/>
      <w:r>
        <w:t>kelayakan</w:t>
      </w:r>
      <w:proofErr w:type="spellEnd"/>
      <w:r>
        <w:t xml:space="preserve"> seminar,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. Ketika proses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,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terpisah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manual,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lambat</w:t>
      </w:r>
      <w:proofErr w:type="spellEnd"/>
      <w:r>
        <w:t xml:space="preserve">,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, </w:t>
      </w:r>
      <w:proofErr w:type="spellStart"/>
      <w:r>
        <w:t>rawan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data,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dipantau</w:t>
      </w:r>
      <w:proofErr w:type="spellEnd"/>
      <w:r>
        <w:t xml:space="preserve">, dan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kertas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.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dan </w:t>
      </w:r>
      <w:proofErr w:type="spellStart"/>
      <w:r>
        <w:t>dokumen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data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terpusat</w:t>
      </w:r>
      <w:proofErr w:type="spellEnd"/>
      <w:r>
        <w:t xml:space="preserve">, </w:t>
      </w:r>
      <w:proofErr w:type="spellStart"/>
      <w:r>
        <w:t>terdokumentasi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oleh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berhak</w:t>
      </w:r>
      <w:proofErr w:type="spellEnd"/>
      <w:r>
        <w:t>.</w:t>
      </w:r>
    </w:p>
    <w:p w14:paraId="7D06CE47" w14:textId="77777777" w:rsidR="00A93268" w:rsidRDefault="00A93268" w:rsidP="00A93268">
      <w:pPr>
        <w:ind w:firstLine="720"/>
        <w:jc w:val="both"/>
      </w:pPr>
      <w:r>
        <w:t xml:space="preserve">Metode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,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,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web,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role </w:t>
      </w:r>
      <w:proofErr w:type="spellStart"/>
      <w:r>
        <w:t>pengguna</w:t>
      </w:r>
      <w:proofErr w:type="spellEnd"/>
      <w:r>
        <w:t xml:space="preserve">, dan </w:t>
      </w:r>
      <w:proofErr w:type="spellStart"/>
      <w:r>
        <w:t>perbaikan</w:t>
      </w:r>
      <w:proofErr w:type="spellEnd"/>
      <w:r>
        <w:t xml:space="preserve"> bug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.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pada </w:t>
      </w:r>
      <w:proofErr w:type="spellStart"/>
      <w:r>
        <w:t>Fakultas</w:t>
      </w:r>
      <w:proofErr w:type="spellEnd"/>
      <w:r>
        <w:t xml:space="preserve"> Sains dan </w:t>
      </w:r>
      <w:proofErr w:type="spellStart"/>
      <w:r>
        <w:t>Teknologi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Laravel, Blade, MySQL, Git/GitHub,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dan hosting.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,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revisi</w:t>
      </w:r>
      <w:proofErr w:type="spellEnd"/>
      <w:r>
        <w:t xml:space="preserve">, dan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pada role admin, </w:t>
      </w:r>
      <w:proofErr w:type="spellStart"/>
      <w:r>
        <w:t>mahasiswa</w:t>
      </w:r>
      <w:proofErr w:type="spellEnd"/>
      <w:r>
        <w:t xml:space="preserve">,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>.</w:t>
      </w:r>
    </w:p>
    <w:p w14:paraId="09246266" w14:textId="77777777" w:rsidR="00A93268" w:rsidRDefault="00A93268" w:rsidP="00A93268">
      <w:pPr>
        <w:ind w:firstLine="720"/>
        <w:jc w:val="both"/>
      </w:pPr>
      <w:r>
        <w:t xml:space="preserve">Hasil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user, master data, SK </w:t>
      </w:r>
      <w:proofErr w:type="spellStart"/>
      <w:r>
        <w:t>Magang</w:t>
      </w:r>
      <w:proofErr w:type="spellEnd"/>
      <w:r>
        <w:t xml:space="preserve">, import </w:t>
      </w:r>
      <w:proofErr w:type="spellStart"/>
      <w:r>
        <w:t>penempatan</w:t>
      </w:r>
      <w:proofErr w:type="spellEnd"/>
      <w:r>
        <w:t xml:space="preserve">,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, logbook, </w:t>
      </w:r>
      <w:proofErr w:type="spellStart"/>
      <w:r>
        <w:t>bimbingan</w:t>
      </w:r>
      <w:proofErr w:type="spellEnd"/>
      <w:r>
        <w:t xml:space="preserve">, </w:t>
      </w:r>
      <w:proofErr w:type="spellStart"/>
      <w:r>
        <w:t>kelayakan</w:t>
      </w:r>
      <w:proofErr w:type="spellEnd"/>
      <w:r>
        <w:t xml:space="preserve"> seminar, seminar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Kukerta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, </w:t>
      </w:r>
      <w:proofErr w:type="spellStart"/>
      <w:r>
        <w:t>notifikasi</w:t>
      </w:r>
      <w:proofErr w:type="spellEnd"/>
      <w:r>
        <w:t xml:space="preserve">, profile, </w:t>
      </w:r>
      <w:proofErr w:type="spellStart"/>
      <w:r>
        <w:t>pedoman</w:t>
      </w:r>
      <w:proofErr w:type="spellEnd"/>
      <w:r>
        <w:t xml:space="preserve">/SOP,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dan monitoring.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proses </w:t>
      </w:r>
      <w:proofErr w:type="spellStart"/>
      <w:r>
        <w:t>administrasi</w:t>
      </w:r>
      <w:proofErr w:type="spellEnd"/>
      <w:r>
        <w:t xml:space="preserve"> yang </w:t>
      </w:r>
      <w:proofErr w:type="spellStart"/>
      <w:r>
        <w:t>sebelumnya</w:t>
      </w:r>
      <w:proofErr w:type="spellEnd"/>
      <w:r>
        <w:t xml:space="preserve"> manual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digital, </w:t>
      </w:r>
      <w:proofErr w:type="spellStart"/>
      <w:r>
        <w:t>terstruktur</w:t>
      </w:r>
      <w:proofErr w:type="spellEnd"/>
      <w:r>
        <w:t xml:space="preserve">, dan </w:t>
      </w:r>
      <w:proofErr w:type="spellStart"/>
      <w:r>
        <w:t>terpantau</w:t>
      </w:r>
      <w:proofErr w:type="spellEnd"/>
      <w:r>
        <w:t xml:space="preserve">.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lastRenderedPageBreak/>
        <w:t>menerapkan</w:t>
      </w:r>
      <w:proofErr w:type="spellEnd"/>
      <w:r>
        <w:t xml:space="preserve"> </w:t>
      </w:r>
      <w:proofErr w:type="spellStart"/>
      <w:r>
        <w:t>rekayasa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, </w:t>
      </w:r>
      <w:proofErr w:type="spellStart"/>
      <w:r>
        <w:t>pengelolaan</w:t>
      </w:r>
      <w:proofErr w:type="spellEnd"/>
      <w:r>
        <w:t xml:space="preserve"> basis data, </w:t>
      </w:r>
      <w:proofErr w:type="spellStart"/>
      <w:r>
        <w:t>validasi</w:t>
      </w:r>
      <w:proofErr w:type="spellEnd"/>
      <w:r>
        <w:t xml:space="preserve"> role,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file,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hosting.</w:t>
      </w:r>
    </w:p>
    <w:p w14:paraId="5F378FAE" w14:textId="53DF860C" w:rsidR="006512E0" w:rsidRDefault="00A93268" w:rsidP="00A93268">
      <w:r>
        <w:t> </w:t>
      </w:r>
    </w:p>
    <w:p w14:paraId="757925B5" w14:textId="77777777" w:rsidR="00A93268" w:rsidRDefault="00A93268">
      <w:pPr>
        <w:spacing w:after="200" w:line="276" w:lineRule="auto"/>
        <w:rPr>
          <w:b/>
        </w:rPr>
      </w:pPr>
      <w:r>
        <w:br w:type="page"/>
      </w:r>
    </w:p>
    <w:p w14:paraId="00191503" w14:textId="41264D88" w:rsidR="006512E0" w:rsidRDefault="00000000" w:rsidP="0007110D">
      <w:pPr>
        <w:pStyle w:val="BabTitle"/>
      </w:pPr>
      <w:r>
        <w:lastRenderedPageBreak/>
        <w:t>BAB I</w:t>
      </w:r>
      <w:r>
        <w:br/>
        <w:t>PENDAHULUAN</w:t>
      </w:r>
    </w:p>
    <w:p w14:paraId="4F5D817B" w14:textId="77777777" w:rsidR="0007110D" w:rsidRDefault="0007110D" w:rsidP="0007110D">
      <w:pPr>
        <w:pStyle w:val="BabTitle"/>
      </w:pPr>
    </w:p>
    <w:p w14:paraId="6EAC3C5C" w14:textId="77777777" w:rsidR="009144C8" w:rsidRDefault="009144C8" w:rsidP="0007110D">
      <w:pPr>
        <w:pStyle w:val="BabTitle"/>
      </w:pPr>
    </w:p>
    <w:p w14:paraId="5D47CDC8" w14:textId="77777777" w:rsidR="006512E0" w:rsidRDefault="00000000">
      <w:pPr>
        <w:pStyle w:val="Subbab"/>
      </w:pPr>
      <w:r>
        <w:t xml:space="preserve">1.1 Latar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Masalah</w:t>
      </w:r>
      <w:proofErr w:type="spellEnd"/>
    </w:p>
    <w:p w14:paraId="6A52FB8D" w14:textId="77777777" w:rsidR="00A93268" w:rsidRPr="00A93268" w:rsidRDefault="00A93268" w:rsidP="00A93268">
      <w:pPr>
        <w:ind w:firstLine="567"/>
        <w:jc w:val="both"/>
        <w:rPr>
          <w:iCs/>
        </w:rPr>
      </w:pPr>
      <w:r w:rsidRPr="00A93268">
        <w:rPr>
          <w:iCs/>
        </w:rPr>
        <w:t>PKL/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merupakan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kegiatan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akademik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bertujuan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memberikan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pengalaman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langsung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kepada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mahasiswa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dalam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memahami</w:t>
      </w:r>
      <w:proofErr w:type="spellEnd"/>
      <w:r w:rsidRPr="00A93268">
        <w:rPr>
          <w:iCs/>
        </w:rPr>
        <w:t xml:space="preserve"> dunia </w:t>
      </w:r>
      <w:proofErr w:type="spellStart"/>
      <w:r w:rsidRPr="00A93268">
        <w:rPr>
          <w:iCs/>
        </w:rPr>
        <w:t>kerja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menerapkan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ilmu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telah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diperoleh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selama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perkuliahan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serta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meningkatkan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kemampuan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profesional</w:t>
      </w:r>
      <w:proofErr w:type="spellEnd"/>
      <w:r w:rsidRPr="00A93268">
        <w:rPr>
          <w:iCs/>
        </w:rPr>
        <w:t xml:space="preserve">. Pada Program Studi </w:t>
      </w:r>
      <w:proofErr w:type="spellStart"/>
      <w:r w:rsidRPr="00A93268">
        <w:rPr>
          <w:iCs/>
        </w:rPr>
        <w:t>Informatika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kegiatan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tidak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hanya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berkaitan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dengan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keterlibatan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mahasiswa</w:t>
      </w:r>
      <w:proofErr w:type="spellEnd"/>
      <w:r w:rsidRPr="00A93268">
        <w:rPr>
          <w:iCs/>
        </w:rPr>
        <w:t xml:space="preserve"> di </w:t>
      </w:r>
      <w:proofErr w:type="spellStart"/>
      <w:r w:rsidRPr="00A93268">
        <w:rPr>
          <w:iCs/>
        </w:rPr>
        <w:t>tempat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kerja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tetapi</w:t>
      </w:r>
      <w:proofErr w:type="spellEnd"/>
      <w:r w:rsidRPr="00A93268">
        <w:rPr>
          <w:iCs/>
        </w:rPr>
        <w:t xml:space="preserve"> juga </w:t>
      </w:r>
      <w:proofErr w:type="spellStart"/>
      <w:r w:rsidRPr="00A93268">
        <w:rPr>
          <w:iCs/>
        </w:rPr>
        <w:t>menjadi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kesempatan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untuk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menerapkan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kemampuan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analisis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sistem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pengembangan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aplikasi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pengelolaan</w:t>
      </w:r>
      <w:proofErr w:type="spellEnd"/>
      <w:r w:rsidRPr="00A93268">
        <w:rPr>
          <w:iCs/>
        </w:rPr>
        <w:t xml:space="preserve"> basis data, </w:t>
      </w:r>
      <w:proofErr w:type="spellStart"/>
      <w:r w:rsidRPr="00A93268">
        <w:rPr>
          <w:iCs/>
        </w:rPr>
        <w:t>dokumentasi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pengujian</w:t>
      </w:r>
      <w:proofErr w:type="spellEnd"/>
      <w:r w:rsidRPr="00A93268">
        <w:rPr>
          <w:iCs/>
        </w:rPr>
        <w:t xml:space="preserve">, dan </w:t>
      </w:r>
      <w:proofErr w:type="spellStart"/>
      <w:r w:rsidRPr="00A93268">
        <w:rPr>
          <w:iCs/>
        </w:rPr>
        <w:t>pemecahan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masalah</w:t>
      </w:r>
      <w:proofErr w:type="spellEnd"/>
      <w:r w:rsidRPr="00A93268">
        <w:rPr>
          <w:iCs/>
        </w:rPr>
        <w:t>.</w:t>
      </w:r>
    </w:p>
    <w:p w14:paraId="0C89359B" w14:textId="77777777" w:rsidR="00A93268" w:rsidRPr="00A93268" w:rsidRDefault="00A93268" w:rsidP="00A93268">
      <w:pPr>
        <w:ind w:firstLine="567"/>
        <w:jc w:val="both"/>
        <w:rPr>
          <w:iCs/>
        </w:rPr>
      </w:pPr>
      <w:proofErr w:type="spellStart"/>
      <w:r w:rsidRPr="00A93268">
        <w:rPr>
          <w:iCs/>
        </w:rPr>
        <w:t>Dalam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pelaksanaan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, proses </w:t>
      </w:r>
      <w:proofErr w:type="spellStart"/>
      <w:r w:rsidRPr="00A93268">
        <w:rPr>
          <w:iCs/>
        </w:rPr>
        <w:t>administrasi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memiliki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peran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penting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karena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menjadi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dasar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pengelolaan</w:t>
      </w:r>
      <w:proofErr w:type="spellEnd"/>
      <w:r w:rsidRPr="00A93268">
        <w:rPr>
          <w:iCs/>
        </w:rPr>
        <w:t xml:space="preserve"> data </w:t>
      </w:r>
      <w:proofErr w:type="spellStart"/>
      <w:r w:rsidRPr="00A93268">
        <w:rPr>
          <w:iCs/>
        </w:rPr>
        <w:t>mahasiswa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dokumen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, logbook, </w:t>
      </w:r>
      <w:proofErr w:type="spellStart"/>
      <w:r w:rsidRPr="00A93268">
        <w:rPr>
          <w:iCs/>
        </w:rPr>
        <w:t>bimbingan</w:t>
      </w:r>
      <w:proofErr w:type="spellEnd"/>
      <w:r w:rsidRPr="00A93268">
        <w:rPr>
          <w:iCs/>
        </w:rPr>
        <w:t xml:space="preserve">, seminar, </w:t>
      </w:r>
      <w:proofErr w:type="spellStart"/>
      <w:r w:rsidRPr="00A93268">
        <w:rPr>
          <w:iCs/>
        </w:rPr>
        <w:t>penilaian</w:t>
      </w:r>
      <w:proofErr w:type="spellEnd"/>
      <w:r w:rsidRPr="00A93268">
        <w:rPr>
          <w:iCs/>
        </w:rPr>
        <w:t xml:space="preserve">, dan </w:t>
      </w:r>
      <w:proofErr w:type="spellStart"/>
      <w:r w:rsidRPr="00A93268">
        <w:rPr>
          <w:iCs/>
        </w:rPr>
        <w:t>pelaporan</w:t>
      </w:r>
      <w:proofErr w:type="spellEnd"/>
      <w:r w:rsidRPr="00A93268">
        <w:rPr>
          <w:iCs/>
        </w:rPr>
        <w:t xml:space="preserve">. Proses </w:t>
      </w:r>
      <w:proofErr w:type="spellStart"/>
      <w:r w:rsidRPr="00A93268">
        <w:rPr>
          <w:iCs/>
        </w:rPr>
        <w:t>tersebut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melibatkan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banyak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pihak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yaitu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mahasiswa</w:t>
      </w:r>
      <w:proofErr w:type="spellEnd"/>
      <w:r w:rsidRPr="00A93268">
        <w:rPr>
          <w:iCs/>
        </w:rPr>
        <w:t xml:space="preserve">, admin </w:t>
      </w:r>
      <w:proofErr w:type="spellStart"/>
      <w:r w:rsidRPr="00A93268">
        <w:rPr>
          <w:iCs/>
        </w:rPr>
        <w:t>fakultas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dosen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pembimbing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pembimbing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lapangan</w:t>
      </w:r>
      <w:proofErr w:type="spellEnd"/>
      <w:r w:rsidRPr="00A93268">
        <w:rPr>
          <w:iCs/>
        </w:rPr>
        <w:t xml:space="preserve">, program </w:t>
      </w:r>
      <w:proofErr w:type="spellStart"/>
      <w:r w:rsidRPr="00A93268">
        <w:rPr>
          <w:iCs/>
        </w:rPr>
        <w:t>studi</w:t>
      </w:r>
      <w:proofErr w:type="spellEnd"/>
      <w:r w:rsidRPr="00A93268">
        <w:rPr>
          <w:iCs/>
        </w:rPr>
        <w:t xml:space="preserve">, dan </w:t>
      </w:r>
      <w:proofErr w:type="spellStart"/>
      <w:r w:rsidRPr="00A93268">
        <w:rPr>
          <w:iCs/>
        </w:rPr>
        <w:t>mitra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atau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instansi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tempat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. </w:t>
      </w:r>
      <w:proofErr w:type="spellStart"/>
      <w:r w:rsidRPr="00A93268">
        <w:rPr>
          <w:iCs/>
        </w:rPr>
        <w:t>Setiap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pihak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memiliki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kebutuhan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berbeda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sehingga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diperlukan</w:t>
      </w:r>
      <w:proofErr w:type="spellEnd"/>
      <w:r w:rsidRPr="00A93268">
        <w:rPr>
          <w:iCs/>
        </w:rPr>
        <w:t xml:space="preserve"> media </w:t>
      </w:r>
      <w:proofErr w:type="spellStart"/>
      <w:r w:rsidRPr="00A93268">
        <w:rPr>
          <w:iCs/>
        </w:rPr>
        <w:t>pengelolaan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mampu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menyajikan</w:t>
      </w:r>
      <w:proofErr w:type="spellEnd"/>
      <w:r w:rsidRPr="00A93268">
        <w:rPr>
          <w:iCs/>
        </w:rPr>
        <w:t xml:space="preserve"> data </w:t>
      </w:r>
      <w:proofErr w:type="spellStart"/>
      <w:r w:rsidRPr="00A93268">
        <w:rPr>
          <w:iCs/>
        </w:rPr>
        <w:t>secara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tepat</w:t>
      </w:r>
      <w:proofErr w:type="spellEnd"/>
      <w:r w:rsidRPr="00A93268">
        <w:rPr>
          <w:iCs/>
        </w:rPr>
        <w:t xml:space="preserve"> dan </w:t>
      </w:r>
      <w:proofErr w:type="spellStart"/>
      <w:r w:rsidRPr="00A93268">
        <w:rPr>
          <w:iCs/>
        </w:rPr>
        <w:t>sesuai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hak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akses</w:t>
      </w:r>
      <w:proofErr w:type="spellEnd"/>
      <w:r w:rsidRPr="00A93268">
        <w:rPr>
          <w:iCs/>
        </w:rPr>
        <w:t>.</w:t>
      </w:r>
    </w:p>
    <w:p w14:paraId="06DA2592" w14:textId="77777777" w:rsidR="00A93268" w:rsidRPr="00A93268" w:rsidRDefault="00A93268" w:rsidP="00A93268">
      <w:pPr>
        <w:ind w:firstLine="567"/>
        <w:jc w:val="both"/>
        <w:rPr>
          <w:iCs/>
        </w:rPr>
      </w:pPr>
      <w:proofErr w:type="spellStart"/>
      <w:r w:rsidRPr="00A93268">
        <w:rPr>
          <w:iCs/>
        </w:rPr>
        <w:t>Permasalahan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utama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ditemukan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adalah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pengelolaan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 pada </w:t>
      </w:r>
      <w:proofErr w:type="spellStart"/>
      <w:r w:rsidRPr="00A93268">
        <w:rPr>
          <w:iCs/>
        </w:rPr>
        <w:t>tingkat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fakultas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masih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banyak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dilakukan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secara</w:t>
      </w:r>
      <w:proofErr w:type="spellEnd"/>
      <w:r w:rsidRPr="00A93268">
        <w:rPr>
          <w:iCs/>
        </w:rPr>
        <w:t xml:space="preserve"> manual dan </w:t>
      </w:r>
      <w:proofErr w:type="spellStart"/>
      <w:r w:rsidRPr="00A93268">
        <w:rPr>
          <w:iCs/>
        </w:rPr>
        <w:t>belum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sepenuhnya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menggunakan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sistem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informasi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berbasis</w:t>
      </w:r>
      <w:proofErr w:type="spellEnd"/>
      <w:r w:rsidRPr="00A93268">
        <w:rPr>
          <w:iCs/>
        </w:rPr>
        <w:t xml:space="preserve"> web. Proses manual </w:t>
      </w:r>
      <w:proofErr w:type="spellStart"/>
      <w:r w:rsidRPr="00A93268">
        <w:rPr>
          <w:iCs/>
        </w:rPr>
        <w:t>tersebut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membuat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mahasiswa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harus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mengurus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berkas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mengumpulkan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dokumen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menunggu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verifikasi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mencatat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kegiatan</w:t>
      </w:r>
      <w:proofErr w:type="spellEnd"/>
      <w:r w:rsidRPr="00A93268">
        <w:rPr>
          <w:iCs/>
        </w:rPr>
        <w:t xml:space="preserve">, dan </w:t>
      </w:r>
      <w:proofErr w:type="spellStart"/>
      <w:r w:rsidRPr="00A93268">
        <w:rPr>
          <w:iCs/>
        </w:rPr>
        <w:t>berkomunikasi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dengan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pihak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terkait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melalui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cara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tidak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terpusat</w:t>
      </w:r>
      <w:proofErr w:type="spellEnd"/>
      <w:r w:rsidRPr="00A93268">
        <w:rPr>
          <w:iCs/>
        </w:rPr>
        <w:t xml:space="preserve">. Admin juga </w:t>
      </w:r>
      <w:proofErr w:type="spellStart"/>
      <w:r w:rsidRPr="00A93268">
        <w:rPr>
          <w:iCs/>
        </w:rPr>
        <w:t>harus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mengelola</w:t>
      </w:r>
      <w:proofErr w:type="spellEnd"/>
      <w:r w:rsidRPr="00A93268">
        <w:rPr>
          <w:iCs/>
        </w:rPr>
        <w:t xml:space="preserve"> data </w:t>
      </w:r>
      <w:proofErr w:type="spellStart"/>
      <w:r w:rsidRPr="00A93268">
        <w:rPr>
          <w:iCs/>
        </w:rPr>
        <w:t>mahasiswa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dokumen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penempatan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pembimbing</w:t>
      </w:r>
      <w:proofErr w:type="spellEnd"/>
      <w:r w:rsidRPr="00A93268">
        <w:rPr>
          <w:iCs/>
        </w:rPr>
        <w:t xml:space="preserve">, dan </w:t>
      </w:r>
      <w:proofErr w:type="spellStart"/>
      <w:r w:rsidRPr="00A93268">
        <w:rPr>
          <w:iCs/>
        </w:rPr>
        <w:t>penilaian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secara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berulang</w:t>
      </w:r>
      <w:proofErr w:type="spellEnd"/>
      <w:r w:rsidRPr="00A93268">
        <w:rPr>
          <w:iCs/>
        </w:rPr>
        <w:t xml:space="preserve">. Dosen </w:t>
      </w:r>
      <w:proofErr w:type="spellStart"/>
      <w:r w:rsidRPr="00A93268">
        <w:rPr>
          <w:iCs/>
        </w:rPr>
        <w:t>pembimbing</w:t>
      </w:r>
      <w:proofErr w:type="spellEnd"/>
      <w:r w:rsidRPr="00A93268">
        <w:rPr>
          <w:iCs/>
        </w:rPr>
        <w:t xml:space="preserve"> dan </w:t>
      </w:r>
      <w:proofErr w:type="spellStart"/>
      <w:r w:rsidRPr="00A93268">
        <w:rPr>
          <w:iCs/>
        </w:rPr>
        <w:t>pembimbing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lapangan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memerlukan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akses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terhadap</w:t>
      </w:r>
      <w:proofErr w:type="spellEnd"/>
      <w:r w:rsidRPr="00A93268">
        <w:rPr>
          <w:iCs/>
        </w:rPr>
        <w:t xml:space="preserve"> logbook, </w:t>
      </w:r>
      <w:proofErr w:type="spellStart"/>
      <w:r w:rsidRPr="00A93268">
        <w:rPr>
          <w:iCs/>
        </w:rPr>
        <w:t>bimbingan</w:t>
      </w:r>
      <w:proofErr w:type="spellEnd"/>
      <w:r w:rsidRPr="00A93268">
        <w:rPr>
          <w:iCs/>
        </w:rPr>
        <w:t xml:space="preserve">, dan </w:t>
      </w:r>
      <w:proofErr w:type="spellStart"/>
      <w:r w:rsidRPr="00A93268">
        <w:rPr>
          <w:iCs/>
        </w:rPr>
        <w:t>nilai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mahasiswa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tetapi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jika</w:t>
      </w:r>
      <w:proofErr w:type="spellEnd"/>
      <w:r w:rsidRPr="00A93268">
        <w:rPr>
          <w:iCs/>
        </w:rPr>
        <w:t xml:space="preserve"> data </w:t>
      </w:r>
      <w:proofErr w:type="spellStart"/>
      <w:r w:rsidRPr="00A93268">
        <w:rPr>
          <w:iCs/>
        </w:rPr>
        <w:t>tersebar</w:t>
      </w:r>
      <w:proofErr w:type="spellEnd"/>
      <w:r w:rsidRPr="00A93268">
        <w:rPr>
          <w:iCs/>
        </w:rPr>
        <w:t xml:space="preserve"> pada </w:t>
      </w:r>
      <w:proofErr w:type="spellStart"/>
      <w:r w:rsidRPr="00A93268">
        <w:rPr>
          <w:iCs/>
        </w:rPr>
        <w:t>berbagai</w:t>
      </w:r>
      <w:proofErr w:type="spellEnd"/>
      <w:r w:rsidRPr="00A93268">
        <w:rPr>
          <w:iCs/>
        </w:rPr>
        <w:t xml:space="preserve"> media, proses </w:t>
      </w:r>
      <w:proofErr w:type="spellStart"/>
      <w:r w:rsidRPr="00A93268">
        <w:rPr>
          <w:iCs/>
        </w:rPr>
        <w:t>pemantauan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menjadi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kurang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efektif</w:t>
      </w:r>
      <w:proofErr w:type="spellEnd"/>
      <w:r w:rsidRPr="00A93268">
        <w:rPr>
          <w:iCs/>
        </w:rPr>
        <w:t>.</w:t>
      </w:r>
    </w:p>
    <w:p w14:paraId="79E01698" w14:textId="77777777" w:rsidR="00A93268" w:rsidRPr="00A93268" w:rsidRDefault="00A93268" w:rsidP="00A93268">
      <w:pPr>
        <w:ind w:firstLine="567"/>
        <w:jc w:val="both"/>
        <w:rPr>
          <w:iCs/>
        </w:rPr>
      </w:pPr>
      <w:proofErr w:type="spellStart"/>
      <w:r w:rsidRPr="00A93268">
        <w:rPr>
          <w:iCs/>
        </w:rPr>
        <w:lastRenderedPageBreak/>
        <w:t>Sistem</w:t>
      </w:r>
      <w:proofErr w:type="spellEnd"/>
      <w:r w:rsidRPr="00A93268">
        <w:rPr>
          <w:iCs/>
        </w:rPr>
        <w:t xml:space="preserve"> manual juga </w:t>
      </w:r>
      <w:proofErr w:type="spellStart"/>
      <w:r w:rsidRPr="00A93268">
        <w:rPr>
          <w:iCs/>
        </w:rPr>
        <w:t>menimbulkan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beberapa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kendala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praktis</w:t>
      </w:r>
      <w:proofErr w:type="spellEnd"/>
      <w:r w:rsidRPr="00A93268">
        <w:rPr>
          <w:iCs/>
        </w:rPr>
        <w:t xml:space="preserve">. </w:t>
      </w:r>
      <w:proofErr w:type="spellStart"/>
      <w:r w:rsidRPr="00A93268">
        <w:rPr>
          <w:iCs/>
        </w:rPr>
        <w:t>Pertama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dokumen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cetak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dapat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menyebabkan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penggunaan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kertas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cukup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banyak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terutama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ketika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melibatkan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surat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formulir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laporan</w:t>
      </w:r>
      <w:proofErr w:type="spellEnd"/>
      <w:r w:rsidRPr="00A93268">
        <w:rPr>
          <w:iCs/>
        </w:rPr>
        <w:t xml:space="preserve">, logbook, dan </w:t>
      </w:r>
      <w:proofErr w:type="spellStart"/>
      <w:r w:rsidRPr="00A93268">
        <w:rPr>
          <w:iCs/>
        </w:rPr>
        <w:t>berkas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pendukung</w:t>
      </w:r>
      <w:proofErr w:type="spellEnd"/>
      <w:r w:rsidRPr="00A93268">
        <w:rPr>
          <w:iCs/>
        </w:rPr>
        <w:t xml:space="preserve">. </w:t>
      </w:r>
      <w:proofErr w:type="spellStart"/>
      <w:r w:rsidRPr="00A93268">
        <w:rPr>
          <w:iCs/>
        </w:rPr>
        <w:t>Kedua</w:t>
      </w:r>
      <w:proofErr w:type="spellEnd"/>
      <w:r w:rsidRPr="00A93268">
        <w:rPr>
          <w:iCs/>
        </w:rPr>
        <w:t xml:space="preserve">, proses </w:t>
      </w:r>
      <w:proofErr w:type="spellStart"/>
      <w:r w:rsidRPr="00A93268">
        <w:rPr>
          <w:iCs/>
        </w:rPr>
        <w:t>verifikasi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membutuhkan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waktu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lebih</w:t>
      </w:r>
      <w:proofErr w:type="spellEnd"/>
      <w:r w:rsidRPr="00A93268">
        <w:rPr>
          <w:iCs/>
        </w:rPr>
        <w:t xml:space="preserve"> lama </w:t>
      </w:r>
      <w:proofErr w:type="spellStart"/>
      <w:r w:rsidRPr="00A93268">
        <w:rPr>
          <w:iCs/>
        </w:rPr>
        <w:t>karena</w:t>
      </w:r>
      <w:proofErr w:type="spellEnd"/>
      <w:r w:rsidRPr="00A93268">
        <w:rPr>
          <w:iCs/>
        </w:rPr>
        <w:t xml:space="preserve"> data </w:t>
      </w:r>
      <w:proofErr w:type="spellStart"/>
      <w:r w:rsidRPr="00A93268">
        <w:rPr>
          <w:iCs/>
        </w:rPr>
        <w:t>harus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diperiksa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secara</w:t>
      </w:r>
      <w:proofErr w:type="spellEnd"/>
      <w:r w:rsidRPr="00A93268">
        <w:rPr>
          <w:iCs/>
        </w:rPr>
        <w:t xml:space="preserve"> manual. </w:t>
      </w:r>
      <w:proofErr w:type="spellStart"/>
      <w:r w:rsidRPr="00A93268">
        <w:rPr>
          <w:iCs/>
        </w:rPr>
        <w:t>Ketiga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risiko</w:t>
      </w:r>
      <w:proofErr w:type="spellEnd"/>
      <w:r w:rsidRPr="00A93268">
        <w:rPr>
          <w:iCs/>
        </w:rPr>
        <w:t xml:space="preserve"> data </w:t>
      </w:r>
      <w:proofErr w:type="spellStart"/>
      <w:r w:rsidRPr="00A93268">
        <w:rPr>
          <w:iCs/>
        </w:rPr>
        <w:t>tercecer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duplikasi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dokumen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atau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kesalahan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pencatatan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menjadi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lebih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tinggi</w:t>
      </w:r>
      <w:proofErr w:type="spellEnd"/>
      <w:r w:rsidRPr="00A93268">
        <w:rPr>
          <w:iCs/>
        </w:rPr>
        <w:t xml:space="preserve">. </w:t>
      </w:r>
      <w:proofErr w:type="spellStart"/>
      <w:r w:rsidRPr="00A93268">
        <w:rPr>
          <w:iCs/>
        </w:rPr>
        <w:t>Keempat</w:t>
      </w:r>
      <w:proofErr w:type="spellEnd"/>
      <w:r w:rsidRPr="00A93268">
        <w:rPr>
          <w:iCs/>
        </w:rPr>
        <w:t xml:space="preserve">, monitoring </w:t>
      </w:r>
      <w:proofErr w:type="spellStart"/>
      <w:r w:rsidRPr="00A93268">
        <w:rPr>
          <w:iCs/>
        </w:rPr>
        <w:t>kegiatan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menjadi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sulit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karena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informasi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tidak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tersaji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dalam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satu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sistem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terintegrasi</w:t>
      </w:r>
      <w:proofErr w:type="spellEnd"/>
      <w:r w:rsidRPr="00A93268">
        <w:rPr>
          <w:iCs/>
        </w:rPr>
        <w:t xml:space="preserve">. </w:t>
      </w:r>
      <w:proofErr w:type="spellStart"/>
      <w:r w:rsidRPr="00A93268">
        <w:rPr>
          <w:iCs/>
        </w:rPr>
        <w:t>Kelima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mahasiswa</w:t>
      </w:r>
      <w:proofErr w:type="spellEnd"/>
      <w:r w:rsidRPr="00A93268">
        <w:rPr>
          <w:iCs/>
        </w:rPr>
        <w:t xml:space="preserve"> dan </w:t>
      </w:r>
      <w:proofErr w:type="spellStart"/>
      <w:r w:rsidRPr="00A93268">
        <w:rPr>
          <w:iCs/>
        </w:rPr>
        <w:t>pembimbing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tidak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selalu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dapat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mengetahui</w:t>
      </w:r>
      <w:proofErr w:type="spellEnd"/>
      <w:r w:rsidRPr="00A93268">
        <w:rPr>
          <w:iCs/>
        </w:rPr>
        <w:t xml:space="preserve"> status proses </w:t>
      </w:r>
      <w:proofErr w:type="spellStart"/>
      <w:r w:rsidRPr="00A93268">
        <w:rPr>
          <w:iCs/>
        </w:rPr>
        <w:t>secara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cepat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karena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informasi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harus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dikonfirmasi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secara</w:t>
      </w:r>
      <w:proofErr w:type="spellEnd"/>
      <w:r w:rsidRPr="00A93268">
        <w:rPr>
          <w:iCs/>
        </w:rPr>
        <w:t xml:space="preserve"> manual.</w:t>
      </w:r>
    </w:p>
    <w:p w14:paraId="24CFCD24" w14:textId="77777777" w:rsidR="00A93268" w:rsidRPr="00A93268" w:rsidRDefault="00A93268" w:rsidP="00A93268">
      <w:pPr>
        <w:ind w:firstLine="567"/>
        <w:jc w:val="both"/>
        <w:rPr>
          <w:iCs/>
        </w:rPr>
      </w:pPr>
      <w:proofErr w:type="spellStart"/>
      <w:r w:rsidRPr="00A93268">
        <w:rPr>
          <w:iCs/>
        </w:rPr>
        <w:t>Berdasarkan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kondisi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tersebut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diperlukan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sistem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informasi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berbasis</w:t>
      </w:r>
      <w:proofErr w:type="spellEnd"/>
      <w:r w:rsidRPr="00A93268">
        <w:rPr>
          <w:iCs/>
        </w:rPr>
        <w:t xml:space="preserve"> web yang </w:t>
      </w:r>
      <w:proofErr w:type="spellStart"/>
      <w:r w:rsidRPr="00A93268">
        <w:rPr>
          <w:iCs/>
        </w:rPr>
        <w:t>dapat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membantu</w:t>
      </w:r>
      <w:proofErr w:type="spellEnd"/>
      <w:r w:rsidRPr="00A93268">
        <w:rPr>
          <w:iCs/>
        </w:rPr>
        <w:t xml:space="preserve"> proses </w:t>
      </w:r>
      <w:proofErr w:type="spellStart"/>
      <w:r w:rsidRPr="00A93268">
        <w:rPr>
          <w:iCs/>
        </w:rPr>
        <w:t>administrasi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menjadi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lebih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efektif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efisien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terdokumentasi</w:t>
      </w:r>
      <w:proofErr w:type="spellEnd"/>
      <w:r w:rsidRPr="00A93268">
        <w:rPr>
          <w:iCs/>
        </w:rPr>
        <w:t xml:space="preserve">, dan </w:t>
      </w:r>
      <w:proofErr w:type="spellStart"/>
      <w:r w:rsidRPr="00A93268">
        <w:rPr>
          <w:iCs/>
        </w:rPr>
        <w:t>mudah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dipantau</w:t>
      </w:r>
      <w:proofErr w:type="spellEnd"/>
      <w:r w:rsidRPr="00A93268">
        <w:rPr>
          <w:iCs/>
        </w:rPr>
        <w:t xml:space="preserve">. </w:t>
      </w:r>
      <w:proofErr w:type="spellStart"/>
      <w:r w:rsidRPr="00A93268">
        <w:rPr>
          <w:iCs/>
        </w:rPr>
        <w:t>Sistem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informasi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dapat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digunakan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untuk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mengumpulkan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mengolah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menyimpan</w:t>
      </w:r>
      <w:proofErr w:type="spellEnd"/>
      <w:r w:rsidRPr="00A93268">
        <w:rPr>
          <w:iCs/>
        </w:rPr>
        <w:t xml:space="preserve">, dan </w:t>
      </w:r>
      <w:proofErr w:type="spellStart"/>
      <w:r w:rsidRPr="00A93268">
        <w:rPr>
          <w:iCs/>
        </w:rPr>
        <w:t>menyajikan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informasi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dibutuhkan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organisasi</w:t>
      </w:r>
      <w:proofErr w:type="spellEnd"/>
      <w:r w:rsidRPr="00A93268">
        <w:rPr>
          <w:iCs/>
        </w:rPr>
        <w:t xml:space="preserve"> [1]. </w:t>
      </w:r>
      <w:proofErr w:type="spellStart"/>
      <w:r w:rsidRPr="00A93268">
        <w:rPr>
          <w:iCs/>
        </w:rPr>
        <w:t>Dalam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konteks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sistem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informasi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memungkinkan</w:t>
      </w:r>
      <w:proofErr w:type="spellEnd"/>
      <w:r w:rsidRPr="00A93268">
        <w:rPr>
          <w:iCs/>
        </w:rPr>
        <w:t xml:space="preserve"> proses </w:t>
      </w:r>
      <w:proofErr w:type="spellStart"/>
      <w:r w:rsidRPr="00A93268">
        <w:rPr>
          <w:iCs/>
        </w:rPr>
        <w:t>pengelolaan</w:t>
      </w:r>
      <w:proofErr w:type="spellEnd"/>
      <w:r w:rsidRPr="00A93268">
        <w:rPr>
          <w:iCs/>
        </w:rPr>
        <w:t xml:space="preserve"> data </w:t>
      </w:r>
      <w:proofErr w:type="spellStart"/>
      <w:r w:rsidRPr="00A93268">
        <w:rPr>
          <w:iCs/>
        </w:rPr>
        <w:t>dilakukan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secara</w:t>
      </w:r>
      <w:proofErr w:type="spellEnd"/>
      <w:r w:rsidRPr="00A93268">
        <w:rPr>
          <w:iCs/>
        </w:rPr>
        <w:t xml:space="preserve"> digital </w:t>
      </w:r>
      <w:proofErr w:type="spellStart"/>
      <w:r w:rsidRPr="00A93268">
        <w:rPr>
          <w:iCs/>
        </w:rPr>
        <w:t>sehingga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mengurangi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ketergantungan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terhadap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dokumen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fisik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mempercepat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akses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informasi</w:t>
      </w:r>
      <w:proofErr w:type="spellEnd"/>
      <w:r w:rsidRPr="00A93268">
        <w:rPr>
          <w:iCs/>
        </w:rPr>
        <w:t xml:space="preserve">, dan </w:t>
      </w:r>
      <w:proofErr w:type="spellStart"/>
      <w:r w:rsidRPr="00A93268">
        <w:rPr>
          <w:iCs/>
        </w:rPr>
        <w:t>memudahkan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validasi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berdasarkan</w:t>
      </w:r>
      <w:proofErr w:type="spellEnd"/>
      <w:r w:rsidRPr="00A93268">
        <w:rPr>
          <w:iCs/>
        </w:rPr>
        <w:t xml:space="preserve"> role </w:t>
      </w:r>
      <w:proofErr w:type="spellStart"/>
      <w:r w:rsidRPr="00A93268">
        <w:rPr>
          <w:iCs/>
        </w:rPr>
        <w:t>pengguna</w:t>
      </w:r>
      <w:proofErr w:type="spellEnd"/>
      <w:r w:rsidRPr="00A93268">
        <w:rPr>
          <w:iCs/>
        </w:rPr>
        <w:t>.</w:t>
      </w:r>
    </w:p>
    <w:p w14:paraId="32F1EA8D" w14:textId="52FDA4BC" w:rsidR="0007110D" w:rsidRPr="00A93268" w:rsidRDefault="00A93268" w:rsidP="00A93268">
      <w:pPr>
        <w:ind w:firstLine="567"/>
        <w:jc w:val="both"/>
        <w:rPr>
          <w:iCs/>
        </w:rPr>
      </w:pPr>
      <w:proofErr w:type="spellStart"/>
      <w:r w:rsidRPr="00A93268">
        <w:rPr>
          <w:iCs/>
        </w:rPr>
        <w:t>Pengembangan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Sistem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Informasi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berbasis</w:t>
      </w:r>
      <w:proofErr w:type="spellEnd"/>
      <w:r w:rsidRPr="00A93268">
        <w:rPr>
          <w:iCs/>
        </w:rPr>
        <w:t xml:space="preserve"> web pada </w:t>
      </w:r>
      <w:proofErr w:type="spellStart"/>
      <w:r w:rsidRPr="00A93268">
        <w:rPr>
          <w:iCs/>
        </w:rPr>
        <w:t>Fakultas</w:t>
      </w:r>
      <w:proofErr w:type="spellEnd"/>
      <w:r w:rsidRPr="00A93268">
        <w:rPr>
          <w:iCs/>
        </w:rPr>
        <w:t xml:space="preserve"> Sains dan </w:t>
      </w:r>
      <w:proofErr w:type="spellStart"/>
      <w:r w:rsidRPr="00A93268">
        <w:rPr>
          <w:iCs/>
        </w:rPr>
        <w:t>Teknologi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menjadi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solusi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relevan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untuk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menjawab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permasalahan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tersebut</w:t>
      </w:r>
      <w:proofErr w:type="spellEnd"/>
      <w:r w:rsidRPr="00A93268">
        <w:rPr>
          <w:iCs/>
        </w:rPr>
        <w:t xml:space="preserve">. </w:t>
      </w:r>
      <w:proofErr w:type="spellStart"/>
      <w:r w:rsidRPr="00A93268">
        <w:rPr>
          <w:iCs/>
        </w:rPr>
        <w:t>Sistem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dikembangkan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dengan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fitur</w:t>
      </w:r>
      <w:proofErr w:type="spellEnd"/>
      <w:r w:rsidRPr="00A93268">
        <w:rPr>
          <w:iCs/>
        </w:rPr>
        <w:t xml:space="preserve"> yang </w:t>
      </w:r>
      <w:proofErr w:type="spellStart"/>
      <w:r w:rsidRPr="00A93268">
        <w:rPr>
          <w:iCs/>
        </w:rPr>
        <w:t>mencakup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manajemen</w:t>
      </w:r>
      <w:proofErr w:type="spellEnd"/>
      <w:r w:rsidRPr="00A93268">
        <w:rPr>
          <w:iCs/>
        </w:rPr>
        <w:t xml:space="preserve"> user, master data, SK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, import </w:t>
      </w:r>
      <w:proofErr w:type="spellStart"/>
      <w:r w:rsidRPr="00A93268">
        <w:rPr>
          <w:iCs/>
        </w:rPr>
        <w:t>penempatan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dokumen</w:t>
      </w:r>
      <w:proofErr w:type="spellEnd"/>
      <w:r w:rsidRPr="00A93268">
        <w:rPr>
          <w:iCs/>
        </w:rPr>
        <w:t xml:space="preserve">, logbook, </w:t>
      </w:r>
      <w:proofErr w:type="spellStart"/>
      <w:r w:rsidRPr="00A93268">
        <w:rPr>
          <w:iCs/>
        </w:rPr>
        <w:t>bimbingan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kelayakan</w:t>
      </w:r>
      <w:proofErr w:type="spellEnd"/>
      <w:r w:rsidRPr="00A93268">
        <w:rPr>
          <w:iCs/>
        </w:rPr>
        <w:t xml:space="preserve"> seminar, seminar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laporan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Kukerta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penilaian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notifikasi</w:t>
      </w:r>
      <w:proofErr w:type="spellEnd"/>
      <w:r w:rsidRPr="00A93268">
        <w:rPr>
          <w:iCs/>
        </w:rPr>
        <w:t xml:space="preserve">, profile, </w:t>
      </w:r>
      <w:proofErr w:type="spellStart"/>
      <w:r w:rsidRPr="00A93268">
        <w:rPr>
          <w:iCs/>
        </w:rPr>
        <w:t>pedoman</w:t>
      </w:r>
      <w:proofErr w:type="spellEnd"/>
      <w:r w:rsidRPr="00A93268">
        <w:rPr>
          <w:iCs/>
        </w:rPr>
        <w:t xml:space="preserve">/SOP, </w:t>
      </w:r>
      <w:proofErr w:type="spellStart"/>
      <w:r w:rsidRPr="00A93268">
        <w:rPr>
          <w:iCs/>
        </w:rPr>
        <w:t>serta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laporan</w:t>
      </w:r>
      <w:proofErr w:type="spellEnd"/>
      <w:r w:rsidRPr="00A93268">
        <w:rPr>
          <w:iCs/>
        </w:rPr>
        <w:t xml:space="preserve"> dan monitoring. </w:t>
      </w:r>
      <w:proofErr w:type="spellStart"/>
      <w:r w:rsidRPr="00A93268">
        <w:rPr>
          <w:iCs/>
        </w:rPr>
        <w:t>Dengan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adanya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sistem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ini</w:t>
      </w:r>
      <w:proofErr w:type="spellEnd"/>
      <w:r w:rsidRPr="00A93268">
        <w:rPr>
          <w:iCs/>
        </w:rPr>
        <w:t xml:space="preserve">, proses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diharapkan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dapat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berjalan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lebih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terarah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mengurangi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penggunaan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kertas</w:t>
      </w:r>
      <w:proofErr w:type="spellEnd"/>
      <w:r w:rsidRPr="00A93268">
        <w:rPr>
          <w:iCs/>
        </w:rPr>
        <w:t xml:space="preserve">, </w:t>
      </w:r>
      <w:proofErr w:type="spellStart"/>
      <w:r w:rsidRPr="00A93268">
        <w:rPr>
          <w:iCs/>
        </w:rPr>
        <w:t>mempercepat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pengelolaan</w:t>
      </w:r>
      <w:proofErr w:type="spellEnd"/>
      <w:r w:rsidRPr="00A93268">
        <w:rPr>
          <w:iCs/>
        </w:rPr>
        <w:t xml:space="preserve"> data, dan </w:t>
      </w:r>
      <w:proofErr w:type="spellStart"/>
      <w:r w:rsidRPr="00A93268">
        <w:rPr>
          <w:iCs/>
        </w:rPr>
        <w:t>meningkatkan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transparansi</w:t>
      </w:r>
      <w:proofErr w:type="spellEnd"/>
      <w:r w:rsidRPr="00A93268">
        <w:rPr>
          <w:iCs/>
        </w:rPr>
        <w:t xml:space="preserve"> status </w:t>
      </w:r>
      <w:proofErr w:type="spellStart"/>
      <w:r w:rsidRPr="00A93268">
        <w:rPr>
          <w:iCs/>
        </w:rPr>
        <w:t>kegiatan</w:t>
      </w:r>
      <w:proofErr w:type="spellEnd"/>
      <w:r w:rsidRPr="00A93268">
        <w:rPr>
          <w:iCs/>
        </w:rPr>
        <w:t xml:space="preserve"> </w:t>
      </w:r>
      <w:proofErr w:type="spellStart"/>
      <w:r w:rsidRPr="00A93268">
        <w:rPr>
          <w:iCs/>
        </w:rPr>
        <w:t>magang</w:t>
      </w:r>
      <w:proofErr w:type="spellEnd"/>
      <w:r w:rsidRPr="00A93268">
        <w:rPr>
          <w:iCs/>
        </w:rPr>
        <w:t>.</w:t>
      </w:r>
    </w:p>
    <w:p w14:paraId="18C992BA" w14:textId="77777777" w:rsidR="006512E0" w:rsidRDefault="00000000">
      <w:pPr>
        <w:pStyle w:val="Subbab"/>
      </w:pPr>
      <w:r>
        <w:t xml:space="preserve">1.2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</w:p>
    <w:p w14:paraId="080EAECF" w14:textId="77777777" w:rsidR="006512E0" w:rsidRDefault="00000000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Rumusan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masalah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ditulis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dalam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bentuk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kalimat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tanya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pernyataan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hasil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observasi</w:t>
      </w:r>
      <w:proofErr w:type="spellEnd"/>
      <w:r>
        <w:rPr>
          <w:i/>
          <w:color w:val="595959"/>
        </w:rPr>
        <w:t xml:space="preserve">. </w:t>
      </w:r>
      <w:proofErr w:type="spellStart"/>
      <w:r>
        <w:rPr>
          <w:i/>
          <w:color w:val="595959"/>
        </w:rPr>
        <w:t>Rumusan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masalah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harus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sesuai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latar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belakang</w:t>
      </w:r>
      <w:proofErr w:type="spellEnd"/>
      <w:r>
        <w:rPr>
          <w:i/>
          <w:color w:val="595959"/>
        </w:rPr>
        <w:t xml:space="preserve"> dan </w:t>
      </w:r>
      <w:proofErr w:type="spellStart"/>
      <w:r>
        <w:rPr>
          <w:i/>
          <w:color w:val="595959"/>
        </w:rPr>
        <w:t>tujuan</w:t>
      </w:r>
      <w:proofErr w:type="spellEnd"/>
      <w:r>
        <w:rPr>
          <w:i/>
          <w:color w:val="595959"/>
        </w:rPr>
        <w:t>.]</w:t>
      </w:r>
    </w:p>
    <w:p w14:paraId="3654E862" w14:textId="12F9CAAA" w:rsidR="006512E0" w:rsidRDefault="00000000" w:rsidP="0007110D">
      <w:pPr>
        <w:pStyle w:val="ListParagraph"/>
        <w:numPr>
          <w:ilvl w:val="0"/>
          <w:numId w:val="10"/>
        </w:numPr>
        <w:jc w:val="both"/>
      </w:pPr>
      <w:proofErr w:type="spellStart"/>
      <w:r>
        <w:lastRenderedPageBreak/>
        <w:t>Bagaimana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di [Nama </w:t>
      </w:r>
      <w:proofErr w:type="spellStart"/>
      <w:r>
        <w:t>Instansi</w:t>
      </w:r>
      <w:proofErr w:type="spellEnd"/>
      <w:r>
        <w:t>/Perusahaan]?</w:t>
      </w:r>
    </w:p>
    <w:p w14:paraId="36307816" w14:textId="77777777" w:rsidR="0007110D" w:rsidRDefault="00000000" w:rsidP="0007110D">
      <w:pPr>
        <w:pStyle w:val="ListParagraph"/>
        <w:numPr>
          <w:ilvl w:val="0"/>
          <w:numId w:val="10"/>
        </w:numPr>
        <w:jc w:val="both"/>
      </w:pPr>
      <w:r>
        <w:t xml:space="preserve">Apa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?</w:t>
      </w:r>
    </w:p>
    <w:p w14:paraId="77B1ECE3" w14:textId="6AB4D3DB" w:rsidR="006512E0" w:rsidRDefault="00000000" w:rsidP="0007110D">
      <w:pPr>
        <w:pStyle w:val="ListParagraph"/>
        <w:numPr>
          <w:ilvl w:val="0"/>
          <w:numId w:val="10"/>
        </w:numPr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?</w:t>
      </w:r>
    </w:p>
    <w:p w14:paraId="2DA4AB4B" w14:textId="77777777" w:rsidR="0007110D" w:rsidRDefault="0007110D">
      <w:pPr>
        <w:ind w:left="567" w:hanging="283"/>
        <w:jc w:val="both"/>
      </w:pPr>
    </w:p>
    <w:p w14:paraId="7FD9BC05" w14:textId="77777777" w:rsidR="006512E0" w:rsidRDefault="00000000">
      <w:pPr>
        <w:pStyle w:val="Subbab"/>
      </w:pPr>
      <w:r>
        <w:t>1.3 Tujuan PKL/</w:t>
      </w:r>
      <w:proofErr w:type="spellStart"/>
      <w:r>
        <w:t>Magang</w:t>
      </w:r>
      <w:proofErr w:type="spellEnd"/>
    </w:p>
    <w:p w14:paraId="5F0EF9E2" w14:textId="77777777" w:rsidR="006512E0" w:rsidRDefault="00000000">
      <w:pPr>
        <w:pStyle w:val="AnakSubbab"/>
      </w:pPr>
      <w:r>
        <w:t xml:space="preserve">1.3.1 Tujuan </w:t>
      </w:r>
      <w:proofErr w:type="spellStart"/>
      <w:r>
        <w:t>umum</w:t>
      </w:r>
      <w:proofErr w:type="spellEnd"/>
    </w:p>
    <w:p w14:paraId="5C954CDC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tujuan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umum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pelaksanaan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secara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singkat</w:t>
      </w:r>
      <w:proofErr w:type="spellEnd"/>
      <w:r>
        <w:rPr>
          <w:i/>
          <w:color w:val="595959"/>
        </w:rPr>
        <w:t xml:space="preserve"> dan </w:t>
      </w:r>
      <w:proofErr w:type="spellStart"/>
      <w:r>
        <w:rPr>
          <w:i/>
          <w:color w:val="595959"/>
        </w:rPr>
        <w:t>jelas</w:t>
      </w:r>
      <w:proofErr w:type="spellEnd"/>
      <w:r>
        <w:rPr>
          <w:i/>
          <w:color w:val="595959"/>
        </w:rPr>
        <w:t>.]</w:t>
      </w:r>
    </w:p>
    <w:p w14:paraId="4345980C" w14:textId="77777777" w:rsidR="0007110D" w:rsidRDefault="0007110D">
      <w:pPr>
        <w:ind w:firstLine="567"/>
        <w:jc w:val="both"/>
        <w:rPr>
          <w:i/>
          <w:color w:val="595959"/>
        </w:rPr>
      </w:pPr>
    </w:p>
    <w:p w14:paraId="371AD9DF" w14:textId="77777777" w:rsidR="0007110D" w:rsidRDefault="0007110D">
      <w:pPr>
        <w:ind w:firstLine="567"/>
        <w:jc w:val="both"/>
      </w:pPr>
    </w:p>
    <w:p w14:paraId="66B27421" w14:textId="77777777" w:rsidR="006512E0" w:rsidRDefault="00000000">
      <w:pPr>
        <w:pStyle w:val="AnakSubbab"/>
      </w:pPr>
      <w:r>
        <w:t xml:space="preserve">1.3.2 Tujuan </w:t>
      </w:r>
      <w:proofErr w:type="spellStart"/>
      <w:r>
        <w:t>khusus</w:t>
      </w:r>
      <w:proofErr w:type="spellEnd"/>
    </w:p>
    <w:p w14:paraId="24A0CF71" w14:textId="5351E989" w:rsidR="0007110D" w:rsidRDefault="0007110D" w:rsidP="0007110D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tujuan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khusus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pelaksanaan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secara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singkat</w:t>
      </w:r>
      <w:proofErr w:type="spellEnd"/>
      <w:r>
        <w:rPr>
          <w:i/>
          <w:color w:val="595959"/>
        </w:rPr>
        <w:t xml:space="preserve"> dan </w:t>
      </w:r>
      <w:proofErr w:type="spellStart"/>
      <w:r>
        <w:rPr>
          <w:i/>
          <w:color w:val="595959"/>
        </w:rPr>
        <w:t>jelas</w:t>
      </w:r>
      <w:proofErr w:type="spellEnd"/>
      <w:r>
        <w:rPr>
          <w:i/>
          <w:color w:val="595959"/>
        </w:rPr>
        <w:t xml:space="preserve">.]. </w:t>
      </w:r>
    </w:p>
    <w:p w14:paraId="26417D5F" w14:textId="57083CCD" w:rsidR="0007110D" w:rsidRPr="0007110D" w:rsidRDefault="0007110D" w:rsidP="0007110D">
      <w:pPr>
        <w:ind w:firstLine="567"/>
        <w:jc w:val="both"/>
        <w:rPr>
          <w:iCs/>
        </w:rPr>
      </w:pPr>
      <w:proofErr w:type="spellStart"/>
      <w:r>
        <w:rPr>
          <w:iCs/>
        </w:rPr>
        <w:t>Contoh</w:t>
      </w:r>
      <w:proofErr w:type="spellEnd"/>
      <w:r>
        <w:rPr>
          <w:iCs/>
        </w:rPr>
        <w:t>:</w:t>
      </w:r>
    </w:p>
    <w:p w14:paraId="671DF884" w14:textId="7B6018B7" w:rsidR="006512E0" w:rsidRDefault="00000000" w:rsidP="0007110D">
      <w:pPr>
        <w:pStyle w:val="ListParagraph"/>
        <w:numPr>
          <w:ilvl w:val="0"/>
          <w:numId w:val="11"/>
        </w:numPr>
        <w:jc w:val="both"/>
      </w:pPr>
      <w:proofErr w:type="spellStart"/>
      <w:r>
        <w:t>Mengetahui</w:t>
      </w:r>
      <w:proofErr w:type="spellEnd"/>
      <w:r>
        <w:t xml:space="preserve"> proses </w:t>
      </w:r>
      <w:proofErr w:type="spellStart"/>
      <w:r>
        <w:t>kerja</w:t>
      </w:r>
      <w:proofErr w:type="spellEnd"/>
      <w:r>
        <w:t xml:space="preserve"> di [Nama </w:t>
      </w:r>
      <w:proofErr w:type="spellStart"/>
      <w:r>
        <w:t>Instansi</w:t>
      </w:r>
      <w:proofErr w:type="spellEnd"/>
      <w:r>
        <w:t>/Perusahaan].</w:t>
      </w:r>
    </w:p>
    <w:p w14:paraId="3D0AF274" w14:textId="77777777" w:rsidR="0007110D" w:rsidRDefault="00000000" w:rsidP="0007110D">
      <w:pPr>
        <w:pStyle w:val="ListParagraph"/>
        <w:numPr>
          <w:ilvl w:val="0"/>
          <w:numId w:val="11"/>
        </w:numPr>
        <w:jc w:val="both"/>
      </w:pPr>
      <w:proofErr w:type="spellStart"/>
      <w:r>
        <w:t>Mengidentifikasi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717959A4" w14:textId="2360362C" w:rsidR="006512E0" w:rsidRDefault="00000000" w:rsidP="0007110D">
      <w:pPr>
        <w:pStyle w:val="ListParagraph"/>
        <w:numPr>
          <w:ilvl w:val="0"/>
          <w:numId w:val="11"/>
        </w:numPr>
        <w:jc w:val="both"/>
      </w:pPr>
      <w:proofErr w:type="spellStart"/>
      <w:r>
        <w:t>Menganalisis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>.</w:t>
      </w:r>
    </w:p>
    <w:p w14:paraId="5770E243" w14:textId="0DCF933D" w:rsidR="006512E0" w:rsidRDefault="00000000" w:rsidP="0007110D">
      <w:pPr>
        <w:pStyle w:val="ListParagraph"/>
        <w:numPr>
          <w:ilvl w:val="0"/>
          <w:numId w:val="11"/>
        </w:numPr>
        <w:jc w:val="both"/>
      </w:pPr>
      <w:r>
        <w:t xml:space="preserve">Menyusun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>.</w:t>
      </w:r>
    </w:p>
    <w:p w14:paraId="1FA9913F" w14:textId="77777777" w:rsidR="0007110D" w:rsidRDefault="0007110D" w:rsidP="0007110D">
      <w:pPr>
        <w:jc w:val="both"/>
      </w:pPr>
    </w:p>
    <w:p w14:paraId="20A4FD95" w14:textId="77777777" w:rsidR="006512E0" w:rsidRDefault="00000000">
      <w:pPr>
        <w:pStyle w:val="Subbab"/>
      </w:pPr>
      <w:r>
        <w:t>1.4 Manfaat PKL/</w:t>
      </w:r>
      <w:proofErr w:type="spellStart"/>
      <w:r>
        <w:t>Magang</w:t>
      </w:r>
      <w:proofErr w:type="spellEnd"/>
    </w:p>
    <w:p w14:paraId="74A0FD6A" w14:textId="77777777" w:rsidR="006512E0" w:rsidRDefault="00000000">
      <w:pPr>
        <w:pStyle w:val="AnakSubbab"/>
      </w:pPr>
      <w:r>
        <w:t xml:space="preserve">1.4.1 Manfaat </w:t>
      </w:r>
      <w:proofErr w:type="spellStart"/>
      <w:r>
        <w:t>teoritis</w:t>
      </w:r>
      <w:proofErr w:type="spellEnd"/>
    </w:p>
    <w:p w14:paraId="5F26C5DD" w14:textId="77777777" w:rsidR="006512E0" w:rsidRDefault="00000000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manfaat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laporan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bagi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pengembangan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pengetahuan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referensi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akademik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sesuai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topik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>.]</w:t>
      </w:r>
    </w:p>
    <w:p w14:paraId="6D81A0F3" w14:textId="77777777" w:rsidR="006512E0" w:rsidRDefault="00000000">
      <w:pPr>
        <w:pStyle w:val="AnakSubbab"/>
      </w:pPr>
      <w:r>
        <w:t xml:space="preserve">1.4.2 Manfaat </w:t>
      </w:r>
      <w:proofErr w:type="spellStart"/>
      <w:r>
        <w:t>praktis</w:t>
      </w:r>
      <w:proofErr w:type="spellEnd"/>
    </w:p>
    <w:p w14:paraId="4F71F216" w14:textId="18379841" w:rsidR="0007110D" w:rsidRPr="00A93268" w:rsidRDefault="00000000" w:rsidP="00A93268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manfaat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laporan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bagi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mahasiswa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instansi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tempat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, dan </w:t>
      </w:r>
      <w:proofErr w:type="spellStart"/>
      <w:r>
        <w:rPr>
          <w:i/>
          <w:color w:val="595959"/>
        </w:rPr>
        <w:t>pihak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kampus</w:t>
      </w:r>
      <w:proofErr w:type="spellEnd"/>
      <w:r>
        <w:rPr>
          <w:i/>
          <w:color w:val="595959"/>
        </w:rPr>
        <w:t>.]</w:t>
      </w:r>
    </w:p>
    <w:p w14:paraId="21C283E1" w14:textId="15C8B26E" w:rsidR="006512E0" w:rsidRDefault="00000000">
      <w:pPr>
        <w:pStyle w:val="BabTitle"/>
      </w:pPr>
      <w:r>
        <w:lastRenderedPageBreak/>
        <w:t>BAB II</w:t>
      </w:r>
      <w:r>
        <w:br/>
        <w:t>KAJIAN PUSTAKA</w:t>
      </w:r>
    </w:p>
    <w:p w14:paraId="66CE0BD6" w14:textId="77777777" w:rsidR="0007110D" w:rsidRDefault="0007110D">
      <w:pPr>
        <w:pStyle w:val="BabTitle"/>
      </w:pPr>
    </w:p>
    <w:p w14:paraId="3E0C3A95" w14:textId="77777777" w:rsidR="009144C8" w:rsidRDefault="009144C8">
      <w:pPr>
        <w:pStyle w:val="BabTitle"/>
      </w:pPr>
    </w:p>
    <w:p w14:paraId="3E4A1D7D" w14:textId="77777777" w:rsidR="006512E0" w:rsidRDefault="00000000">
      <w:pPr>
        <w:pStyle w:val="Subbab"/>
      </w:pPr>
      <w:r>
        <w:t>2.1 Kajian Pustaka</w:t>
      </w:r>
    </w:p>
    <w:p w14:paraId="3C5A1A94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teori-teori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berkaitan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masalah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. </w:t>
      </w:r>
      <w:proofErr w:type="spellStart"/>
      <w:r>
        <w:rPr>
          <w:i/>
          <w:color w:val="595959"/>
        </w:rPr>
        <w:t>Gunakan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sumber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relevan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seperti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buku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jurnal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artikel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ilmiah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dokumen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resmi</w:t>
      </w:r>
      <w:proofErr w:type="spellEnd"/>
      <w:r>
        <w:rPr>
          <w:i/>
          <w:color w:val="595959"/>
        </w:rPr>
        <w:t xml:space="preserve">. </w:t>
      </w:r>
      <w:proofErr w:type="spellStart"/>
      <w:r>
        <w:rPr>
          <w:i/>
          <w:color w:val="595959"/>
        </w:rPr>
        <w:t>Hindari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pembahasan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terlalu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panjang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hanya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untuk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menambah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halaman</w:t>
      </w:r>
      <w:proofErr w:type="spellEnd"/>
      <w:r>
        <w:rPr>
          <w:i/>
          <w:color w:val="595959"/>
        </w:rPr>
        <w:t>.]</w:t>
      </w:r>
    </w:p>
    <w:p w14:paraId="3577AB89" w14:textId="77777777" w:rsidR="0007110D" w:rsidRDefault="0007110D">
      <w:pPr>
        <w:ind w:firstLine="567"/>
        <w:jc w:val="both"/>
      </w:pPr>
    </w:p>
    <w:p w14:paraId="67BA7542" w14:textId="77777777" w:rsidR="006512E0" w:rsidRDefault="00000000">
      <w:pPr>
        <w:pStyle w:val="AnakSubbab"/>
      </w:pPr>
      <w:r>
        <w:t xml:space="preserve">2.1.1 </w:t>
      </w:r>
      <w:proofErr w:type="spellStart"/>
      <w:r>
        <w:t>Pengertian</w:t>
      </w:r>
      <w:proofErr w:type="spellEnd"/>
      <w:r>
        <w:t xml:space="preserve"> [</w:t>
      </w:r>
      <w:proofErr w:type="spellStart"/>
      <w:r>
        <w:t>Topik</w:t>
      </w:r>
      <w:proofErr w:type="spellEnd"/>
      <w:r>
        <w:t xml:space="preserve"> Utama]</w:t>
      </w:r>
    </w:p>
    <w:p w14:paraId="7731487A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pengertian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konsep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utama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sesuai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judul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laporan</w:t>
      </w:r>
      <w:proofErr w:type="spellEnd"/>
      <w:r>
        <w:rPr>
          <w:i/>
          <w:color w:val="595959"/>
        </w:rPr>
        <w:t>.]</w:t>
      </w:r>
    </w:p>
    <w:p w14:paraId="53773700" w14:textId="77777777" w:rsidR="0007110D" w:rsidRDefault="0007110D">
      <w:pPr>
        <w:ind w:firstLine="567"/>
        <w:jc w:val="both"/>
      </w:pPr>
    </w:p>
    <w:p w14:paraId="38B678EA" w14:textId="77777777" w:rsidR="006512E0" w:rsidRDefault="00000000">
      <w:pPr>
        <w:pStyle w:val="AnakSubbab"/>
      </w:pPr>
      <w:r>
        <w:t xml:space="preserve">2.1.2 </w:t>
      </w:r>
      <w:proofErr w:type="spellStart"/>
      <w:r>
        <w:t>Konsep</w:t>
      </w:r>
      <w:proofErr w:type="spellEnd"/>
      <w:r>
        <w:t xml:space="preserve"> [</w:t>
      </w:r>
      <w:proofErr w:type="spellStart"/>
      <w:r>
        <w:t>Topik</w:t>
      </w:r>
      <w:proofErr w:type="spellEnd"/>
      <w:r>
        <w:t xml:space="preserve"> Pendukung]</w:t>
      </w:r>
    </w:p>
    <w:p w14:paraId="4B4987F1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teori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pendukung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membantu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menganalisis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masalah</w:t>
      </w:r>
      <w:proofErr w:type="spellEnd"/>
      <w:r>
        <w:rPr>
          <w:i/>
          <w:color w:val="595959"/>
        </w:rPr>
        <w:t xml:space="preserve"> di </w:t>
      </w:r>
      <w:proofErr w:type="spellStart"/>
      <w:r>
        <w:rPr>
          <w:i/>
          <w:color w:val="595959"/>
        </w:rPr>
        <w:t>tempat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>.]</w:t>
      </w:r>
    </w:p>
    <w:p w14:paraId="6B6E5758" w14:textId="77777777" w:rsidR="0007110D" w:rsidRDefault="0007110D">
      <w:pPr>
        <w:ind w:firstLine="567"/>
        <w:jc w:val="both"/>
      </w:pPr>
    </w:p>
    <w:p w14:paraId="5EF107B5" w14:textId="77777777" w:rsidR="006512E0" w:rsidRDefault="00000000">
      <w:pPr>
        <w:pStyle w:val="AnakSubbab"/>
      </w:pPr>
      <w:r>
        <w:t xml:space="preserve">2.1.3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terkait</w:t>
      </w:r>
      <w:proofErr w:type="spellEnd"/>
    </w:p>
    <w:p w14:paraId="5FC19ED1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ringkasan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penelitian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jurnal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referensi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relevan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topik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>.]</w:t>
      </w:r>
    </w:p>
    <w:p w14:paraId="0F382CDF" w14:textId="77777777" w:rsidR="0007110D" w:rsidRDefault="0007110D">
      <w:pPr>
        <w:ind w:firstLine="567"/>
        <w:jc w:val="both"/>
      </w:pPr>
    </w:p>
    <w:p w14:paraId="21F69FA1" w14:textId="77777777" w:rsidR="006512E0" w:rsidRDefault="00000000">
      <w:pPr>
        <w:pStyle w:val="Subbab"/>
      </w:pPr>
      <w:r>
        <w:t xml:space="preserve">2.2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Pikir</w:t>
      </w:r>
      <w:proofErr w:type="spellEnd"/>
      <w:r>
        <w:t xml:space="preserve"> </w:t>
      </w:r>
      <w:proofErr w:type="spellStart"/>
      <w:r>
        <w:t>Teoritis</w:t>
      </w:r>
      <w:proofErr w:type="spellEnd"/>
    </w:p>
    <w:p w14:paraId="0D56A5F4" w14:textId="77777777" w:rsidR="006512E0" w:rsidRDefault="00000000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alur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pemikiran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teoritis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menunjukkan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hubungan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antara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teori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permasalahan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objek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jenis</w:t>
      </w:r>
      <w:proofErr w:type="spellEnd"/>
      <w:r>
        <w:rPr>
          <w:i/>
          <w:color w:val="595959"/>
        </w:rPr>
        <w:t xml:space="preserve"> data, </w:t>
      </w:r>
      <w:proofErr w:type="spellStart"/>
      <w:r>
        <w:rPr>
          <w:i/>
          <w:color w:val="595959"/>
        </w:rPr>
        <w:t>metode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pengumpulan</w:t>
      </w:r>
      <w:proofErr w:type="spellEnd"/>
      <w:r>
        <w:rPr>
          <w:i/>
          <w:color w:val="595959"/>
        </w:rPr>
        <w:t xml:space="preserve"> data, dan </w:t>
      </w:r>
      <w:proofErr w:type="spellStart"/>
      <w:r>
        <w:rPr>
          <w:i/>
          <w:color w:val="595959"/>
        </w:rPr>
        <w:t>teknik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analisis</w:t>
      </w:r>
      <w:proofErr w:type="spellEnd"/>
      <w:r>
        <w:rPr>
          <w:i/>
          <w:color w:val="595959"/>
        </w:rPr>
        <w:t xml:space="preserve"> data.]</w:t>
      </w:r>
    </w:p>
    <w:p w14:paraId="5402CEFA" w14:textId="16690DDE" w:rsidR="006512E0" w:rsidRDefault="006512E0" w:rsidP="0007110D"/>
    <w:p w14:paraId="29A2D38A" w14:textId="77777777" w:rsidR="0007110D" w:rsidRDefault="0007110D">
      <w:pPr>
        <w:spacing w:after="200" w:line="276" w:lineRule="auto"/>
        <w:rPr>
          <w:b/>
        </w:rPr>
      </w:pPr>
      <w:r>
        <w:br w:type="page"/>
      </w:r>
    </w:p>
    <w:p w14:paraId="0ACB3127" w14:textId="5745BE4F" w:rsidR="006512E0" w:rsidRDefault="00000000">
      <w:pPr>
        <w:pStyle w:val="BabTitle"/>
      </w:pPr>
      <w:r>
        <w:lastRenderedPageBreak/>
        <w:t>BAB III</w:t>
      </w:r>
      <w:r>
        <w:br/>
        <w:t>METODE PKL/MAGANG</w:t>
      </w:r>
    </w:p>
    <w:p w14:paraId="3EC1D4EA" w14:textId="77777777" w:rsidR="0007110D" w:rsidRDefault="0007110D">
      <w:pPr>
        <w:pStyle w:val="BabTitle"/>
      </w:pPr>
    </w:p>
    <w:p w14:paraId="31865C20" w14:textId="77777777" w:rsidR="009144C8" w:rsidRDefault="009144C8">
      <w:pPr>
        <w:pStyle w:val="BabTitle"/>
      </w:pPr>
    </w:p>
    <w:p w14:paraId="302960F6" w14:textId="77777777" w:rsidR="006512E0" w:rsidRDefault="00000000">
      <w:pPr>
        <w:pStyle w:val="Subbab"/>
      </w:pPr>
      <w:r>
        <w:t>3.1 Lokasi PKL/</w:t>
      </w:r>
      <w:proofErr w:type="spellStart"/>
      <w:r>
        <w:t>Magang</w:t>
      </w:r>
      <w:proofErr w:type="spellEnd"/>
    </w:p>
    <w:p w14:paraId="3E799542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nama </w:t>
      </w:r>
      <w:proofErr w:type="spellStart"/>
      <w:r>
        <w:rPr>
          <w:i/>
          <w:color w:val="595959"/>
        </w:rPr>
        <w:t>instansi</w:t>
      </w:r>
      <w:proofErr w:type="spellEnd"/>
      <w:r>
        <w:rPr>
          <w:i/>
          <w:color w:val="595959"/>
        </w:rPr>
        <w:t>/</w:t>
      </w:r>
      <w:proofErr w:type="spellStart"/>
      <w:r>
        <w:rPr>
          <w:i/>
          <w:color w:val="595959"/>
        </w:rPr>
        <w:t>perusahaan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alamat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bidang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kerja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bagian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unit </w:t>
      </w:r>
      <w:proofErr w:type="spellStart"/>
      <w:r>
        <w:rPr>
          <w:i/>
          <w:color w:val="595959"/>
        </w:rPr>
        <w:t>tempat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mahasiswa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ditempatkan</w:t>
      </w:r>
      <w:proofErr w:type="spellEnd"/>
      <w:r>
        <w:rPr>
          <w:i/>
          <w:color w:val="595959"/>
        </w:rPr>
        <w:t xml:space="preserve">, dan </w:t>
      </w:r>
      <w:proofErr w:type="spellStart"/>
      <w:r>
        <w:rPr>
          <w:i/>
          <w:color w:val="595959"/>
        </w:rPr>
        <w:t>waktu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pelaksanaan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>.]</w:t>
      </w:r>
    </w:p>
    <w:p w14:paraId="21026F2A" w14:textId="77777777" w:rsidR="0007110D" w:rsidRDefault="0007110D">
      <w:pPr>
        <w:ind w:firstLine="567"/>
        <w:jc w:val="both"/>
      </w:pPr>
    </w:p>
    <w:p w14:paraId="595FE149" w14:textId="77777777" w:rsidR="006512E0" w:rsidRDefault="00000000">
      <w:pPr>
        <w:pStyle w:val="Subbab"/>
      </w:pPr>
      <w:r>
        <w:t xml:space="preserve">3.2 Desain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4E52A554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rancangan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pendekatan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digunakan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dalam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pelaksanaan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misalnya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pendekatan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deskriptif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observasi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lapangan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rancangan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kegiatan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tertentu</w:t>
      </w:r>
      <w:proofErr w:type="spellEnd"/>
      <w:r>
        <w:rPr>
          <w:i/>
          <w:color w:val="595959"/>
        </w:rPr>
        <w:t xml:space="preserve">. </w:t>
      </w:r>
      <w:proofErr w:type="spellStart"/>
      <w:r>
        <w:rPr>
          <w:i/>
          <w:color w:val="595959"/>
        </w:rPr>
        <w:t>Sertakan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alasan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pemilihannya</w:t>
      </w:r>
      <w:proofErr w:type="spellEnd"/>
      <w:r>
        <w:rPr>
          <w:i/>
          <w:color w:val="595959"/>
        </w:rPr>
        <w:t>.]</w:t>
      </w:r>
    </w:p>
    <w:p w14:paraId="4F17777F" w14:textId="77777777" w:rsidR="0007110D" w:rsidRDefault="0007110D">
      <w:pPr>
        <w:ind w:firstLine="567"/>
        <w:jc w:val="both"/>
      </w:pPr>
    </w:p>
    <w:p w14:paraId="539D725D" w14:textId="77777777" w:rsidR="006512E0" w:rsidRDefault="00000000">
      <w:pPr>
        <w:pStyle w:val="Subbab"/>
      </w:pPr>
      <w:r>
        <w:t xml:space="preserve">3.3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5A39345F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objek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menjadi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fokus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pelaksanaan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misalnya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sistem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administrasi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pelayanan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pengelolaan</w:t>
      </w:r>
      <w:proofErr w:type="spellEnd"/>
      <w:r>
        <w:rPr>
          <w:i/>
          <w:color w:val="595959"/>
        </w:rPr>
        <w:t xml:space="preserve"> data, proses </w:t>
      </w:r>
      <w:proofErr w:type="spellStart"/>
      <w:r>
        <w:rPr>
          <w:i/>
          <w:color w:val="595959"/>
        </w:rPr>
        <w:t>kerja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aplikasi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kegiatan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tertentu</w:t>
      </w:r>
      <w:proofErr w:type="spellEnd"/>
      <w:r>
        <w:rPr>
          <w:i/>
          <w:color w:val="595959"/>
        </w:rPr>
        <w:t>.]</w:t>
      </w:r>
    </w:p>
    <w:p w14:paraId="67CD64F9" w14:textId="77777777" w:rsidR="0007110D" w:rsidRDefault="0007110D">
      <w:pPr>
        <w:ind w:firstLine="567"/>
        <w:jc w:val="both"/>
      </w:pPr>
    </w:p>
    <w:p w14:paraId="5F9B1181" w14:textId="77777777" w:rsidR="006512E0" w:rsidRDefault="00000000">
      <w:pPr>
        <w:pStyle w:val="Subbab"/>
      </w:pPr>
      <w:r>
        <w:t xml:space="preserve">3.4 Metode </w:t>
      </w:r>
      <w:proofErr w:type="spellStart"/>
      <w:r>
        <w:t>Pengumpulan</w:t>
      </w:r>
      <w:proofErr w:type="spellEnd"/>
      <w:r>
        <w:t xml:space="preserve"> Data</w:t>
      </w:r>
    </w:p>
    <w:p w14:paraId="5AFB5867" w14:textId="77777777" w:rsidR="006512E0" w:rsidRDefault="00000000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metode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pengumpulan</w:t>
      </w:r>
      <w:proofErr w:type="spellEnd"/>
      <w:r>
        <w:rPr>
          <w:i/>
          <w:color w:val="595959"/>
        </w:rPr>
        <w:t xml:space="preserve"> data yang </w:t>
      </w:r>
      <w:proofErr w:type="spellStart"/>
      <w:r>
        <w:rPr>
          <w:i/>
          <w:color w:val="595959"/>
        </w:rPr>
        <w:t>digunakan</w:t>
      </w:r>
      <w:proofErr w:type="spellEnd"/>
      <w:r>
        <w:rPr>
          <w:i/>
          <w:color w:val="595959"/>
        </w:rPr>
        <w:t xml:space="preserve"> dan </w:t>
      </w:r>
      <w:proofErr w:type="spellStart"/>
      <w:r>
        <w:rPr>
          <w:i/>
          <w:color w:val="595959"/>
        </w:rPr>
        <w:t>alasan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pemilihannya</w:t>
      </w:r>
      <w:proofErr w:type="spellEnd"/>
      <w:r>
        <w:rPr>
          <w:i/>
          <w:color w:val="595959"/>
        </w:rPr>
        <w:t>.]</w:t>
      </w:r>
    </w:p>
    <w:p w14:paraId="7C13A7E6" w14:textId="77777777" w:rsidR="0007110D" w:rsidRDefault="00000000" w:rsidP="009144C8">
      <w:pPr>
        <w:pStyle w:val="ListParagraph"/>
        <w:numPr>
          <w:ilvl w:val="0"/>
          <w:numId w:val="12"/>
        </w:numPr>
        <w:jc w:val="both"/>
      </w:pPr>
      <w:proofErr w:type="spellStart"/>
      <w:r>
        <w:t>Observasi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53153E03" w14:textId="797441F7" w:rsidR="006512E0" w:rsidRDefault="00000000" w:rsidP="009144C8">
      <w:pPr>
        <w:pStyle w:val="ListParagraph"/>
        <w:numPr>
          <w:ilvl w:val="0"/>
          <w:numId w:val="12"/>
        </w:numPr>
        <w:jc w:val="both"/>
      </w:pPr>
      <w:proofErr w:type="spellStart"/>
      <w:r>
        <w:t>Wawancara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>.</w:t>
      </w:r>
    </w:p>
    <w:p w14:paraId="70F8DD44" w14:textId="24031B00" w:rsidR="006512E0" w:rsidRDefault="00000000" w:rsidP="009144C8">
      <w:pPr>
        <w:pStyle w:val="ListParagraph"/>
        <w:numPr>
          <w:ilvl w:val="0"/>
          <w:numId w:val="12"/>
        </w:numPr>
        <w:jc w:val="both"/>
      </w:pPr>
      <w:proofErr w:type="spellStart"/>
      <w:r>
        <w:t>Dokumentasi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arsip</w:t>
      </w:r>
      <w:proofErr w:type="spellEnd"/>
      <w:r>
        <w:t xml:space="preserve">, </w:t>
      </w:r>
      <w:proofErr w:type="spellStart"/>
      <w:r>
        <w:t>dokumen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2CA0B182" w14:textId="77777777" w:rsidR="009144C8" w:rsidRDefault="009144C8" w:rsidP="009144C8">
      <w:pPr>
        <w:pStyle w:val="ListParagraph"/>
        <w:jc w:val="both"/>
      </w:pPr>
    </w:p>
    <w:p w14:paraId="164D744A" w14:textId="77777777" w:rsidR="006512E0" w:rsidRDefault="00000000">
      <w:pPr>
        <w:pStyle w:val="Subbab"/>
      </w:pPr>
      <w:r>
        <w:t xml:space="preserve">3.5 </w:t>
      </w:r>
      <w:proofErr w:type="spellStart"/>
      <w:r>
        <w:t>Instrumen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3472F4A7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lastRenderedPageBreak/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alat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bahan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digunakan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selama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misalnya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buku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catatan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lembar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observasi</w:t>
      </w:r>
      <w:proofErr w:type="spellEnd"/>
      <w:r>
        <w:rPr>
          <w:i/>
          <w:color w:val="595959"/>
        </w:rPr>
        <w:t xml:space="preserve">, daftar </w:t>
      </w:r>
      <w:proofErr w:type="spellStart"/>
      <w:r>
        <w:rPr>
          <w:i/>
          <w:color w:val="595959"/>
        </w:rPr>
        <w:t>pertanyaan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wawancara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kamera</w:t>
      </w:r>
      <w:proofErr w:type="spellEnd"/>
      <w:r>
        <w:rPr>
          <w:i/>
          <w:color w:val="595959"/>
        </w:rPr>
        <w:t xml:space="preserve">, laptop, </w:t>
      </w:r>
      <w:proofErr w:type="spellStart"/>
      <w:r>
        <w:rPr>
          <w:i/>
          <w:color w:val="595959"/>
        </w:rPr>
        <w:t>aplikasi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sistem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tertentu</w:t>
      </w:r>
      <w:proofErr w:type="spellEnd"/>
      <w:r>
        <w:rPr>
          <w:i/>
          <w:color w:val="595959"/>
        </w:rPr>
        <w:t>.]</w:t>
      </w:r>
    </w:p>
    <w:p w14:paraId="3D5E719B" w14:textId="77777777" w:rsidR="00DC646A" w:rsidRDefault="00DC646A">
      <w:pPr>
        <w:ind w:firstLine="567"/>
        <w:jc w:val="both"/>
      </w:pPr>
    </w:p>
    <w:p w14:paraId="3920863B" w14:textId="77777777" w:rsidR="006512E0" w:rsidRDefault="00000000">
      <w:pPr>
        <w:pStyle w:val="Subbab"/>
      </w:pPr>
      <w:r>
        <w:t xml:space="preserve">3.6 Teknik </w:t>
      </w:r>
      <w:proofErr w:type="spellStart"/>
      <w:r>
        <w:t>Analisis</w:t>
      </w:r>
      <w:proofErr w:type="spellEnd"/>
      <w:r>
        <w:t xml:space="preserve"> Data</w:t>
      </w:r>
    </w:p>
    <w:p w14:paraId="2FCA5DED" w14:textId="77777777" w:rsidR="006512E0" w:rsidRDefault="00000000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teknik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analisis</w:t>
      </w:r>
      <w:proofErr w:type="spellEnd"/>
      <w:r>
        <w:rPr>
          <w:i/>
          <w:color w:val="595959"/>
        </w:rPr>
        <w:t xml:space="preserve"> data yang </w:t>
      </w:r>
      <w:proofErr w:type="spellStart"/>
      <w:r>
        <w:rPr>
          <w:i/>
          <w:color w:val="595959"/>
        </w:rPr>
        <w:t>digunakan</w:t>
      </w:r>
      <w:proofErr w:type="spellEnd"/>
      <w:r>
        <w:rPr>
          <w:i/>
          <w:color w:val="595959"/>
        </w:rPr>
        <w:t xml:space="preserve">. Jika </w:t>
      </w:r>
      <w:proofErr w:type="spellStart"/>
      <w:r>
        <w:rPr>
          <w:i/>
          <w:color w:val="595959"/>
        </w:rPr>
        <w:t>menggunakan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analisis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deskriptif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bahwa</w:t>
      </w:r>
      <w:proofErr w:type="spellEnd"/>
      <w:r>
        <w:rPr>
          <w:i/>
          <w:color w:val="595959"/>
        </w:rPr>
        <w:t xml:space="preserve"> data </w:t>
      </w:r>
      <w:proofErr w:type="spellStart"/>
      <w:r>
        <w:rPr>
          <w:i/>
          <w:color w:val="595959"/>
        </w:rPr>
        <w:t>hasil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observasi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wawancara</w:t>
      </w:r>
      <w:proofErr w:type="spellEnd"/>
      <w:r>
        <w:rPr>
          <w:i/>
          <w:color w:val="595959"/>
        </w:rPr>
        <w:t xml:space="preserve">, dan </w:t>
      </w:r>
      <w:proofErr w:type="spellStart"/>
      <w:r>
        <w:rPr>
          <w:i/>
          <w:color w:val="595959"/>
        </w:rPr>
        <w:t>dokumentasi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disusun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secara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sistematis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lalu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diinterpretasikan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untuk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memperoleh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kesimpulan</w:t>
      </w:r>
      <w:proofErr w:type="spellEnd"/>
      <w:r>
        <w:rPr>
          <w:i/>
          <w:color w:val="595959"/>
        </w:rPr>
        <w:t>.]</w:t>
      </w:r>
    </w:p>
    <w:p w14:paraId="765696CD" w14:textId="7C86ABE4" w:rsidR="006512E0" w:rsidRDefault="006512E0" w:rsidP="009144C8"/>
    <w:p w14:paraId="72E42451" w14:textId="77777777" w:rsidR="006512E0" w:rsidRDefault="006512E0"/>
    <w:p w14:paraId="407A1EA7" w14:textId="77777777" w:rsidR="009144C8" w:rsidRDefault="009144C8">
      <w:pPr>
        <w:spacing w:after="200" w:line="276" w:lineRule="auto"/>
        <w:rPr>
          <w:b/>
        </w:rPr>
      </w:pPr>
      <w:r>
        <w:br w:type="page"/>
      </w:r>
    </w:p>
    <w:p w14:paraId="355227BF" w14:textId="557D3C2B" w:rsidR="006512E0" w:rsidRDefault="00000000">
      <w:pPr>
        <w:pStyle w:val="BabTitle"/>
      </w:pPr>
      <w:r>
        <w:lastRenderedPageBreak/>
        <w:t>BAB IV</w:t>
      </w:r>
      <w:r>
        <w:br/>
        <w:t>HASIL PKL/MAGANG DAN PEMBAHASAN</w:t>
      </w:r>
    </w:p>
    <w:p w14:paraId="1982B376" w14:textId="77777777" w:rsidR="009144C8" w:rsidRDefault="009144C8">
      <w:pPr>
        <w:pStyle w:val="BabTitle"/>
      </w:pPr>
    </w:p>
    <w:p w14:paraId="0AE5419A" w14:textId="77777777" w:rsidR="009144C8" w:rsidRDefault="009144C8">
      <w:pPr>
        <w:pStyle w:val="BabTitle"/>
      </w:pPr>
    </w:p>
    <w:p w14:paraId="2BCB88A7" w14:textId="77777777" w:rsidR="006512E0" w:rsidRDefault="00000000">
      <w:pPr>
        <w:pStyle w:val="Subbab"/>
      </w:pPr>
      <w:r>
        <w:t xml:space="preserve">4.1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3A464656" w14:textId="31C03A81" w:rsidR="006512E0" w:rsidRDefault="00000000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kegiatan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dilakukan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selama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secara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runtut</w:t>
      </w:r>
      <w:proofErr w:type="spellEnd"/>
      <w:r>
        <w:rPr>
          <w:i/>
          <w:color w:val="595959"/>
        </w:rPr>
        <w:t>.]</w:t>
      </w:r>
    </w:p>
    <w:p w14:paraId="350518A6" w14:textId="23A45C25" w:rsidR="006512E0" w:rsidRDefault="00000000" w:rsidP="00753466">
      <w:pPr>
        <w:spacing w:after="240" w:line="240" w:lineRule="auto"/>
        <w:jc w:val="center"/>
      </w:pPr>
      <w:r>
        <w:t xml:space="preserve">Tabel </w:t>
      </w:r>
      <w:r w:rsidR="00753466">
        <w:t>1.</w:t>
      </w:r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2126"/>
        <w:gridCol w:w="2441"/>
      </w:tblGrid>
      <w:tr w:rsidR="006512E0" w14:paraId="49C9F876" w14:textId="77777777" w:rsidTr="00753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</w:tcPr>
          <w:p w14:paraId="1F8F761E" w14:textId="77777777" w:rsidR="006512E0" w:rsidRPr="00753466" w:rsidRDefault="00000000">
            <w:pPr>
              <w:spacing w:line="240" w:lineRule="auto"/>
              <w:jc w:val="center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No</w:t>
            </w:r>
          </w:p>
        </w:tc>
        <w:tc>
          <w:tcPr>
            <w:tcW w:w="1560" w:type="dxa"/>
            <w:shd w:val="clear" w:color="auto" w:fill="FFFFFF" w:themeFill="background1"/>
          </w:tcPr>
          <w:p w14:paraId="5DB32042" w14:textId="77777777" w:rsidR="006512E0" w:rsidRPr="00753466" w:rsidRDefault="0000000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753466">
              <w:rPr>
                <w:sz w:val="22"/>
                <w:szCs w:val="24"/>
              </w:rPr>
              <w:t>Tanggal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3BE96921" w14:textId="77777777" w:rsidR="006512E0" w:rsidRPr="00753466" w:rsidRDefault="0000000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753466">
              <w:rPr>
                <w:sz w:val="22"/>
                <w:szCs w:val="24"/>
              </w:rPr>
              <w:t>Kegiatan</w:t>
            </w:r>
            <w:proofErr w:type="spellEnd"/>
          </w:p>
        </w:tc>
        <w:tc>
          <w:tcPr>
            <w:tcW w:w="2441" w:type="dxa"/>
            <w:shd w:val="clear" w:color="auto" w:fill="FFFFFF" w:themeFill="background1"/>
          </w:tcPr>
          <w:p w14:paraId="0472F913" w14:textId="77777777" w:rsidR="006512E0" w:rsidRPr="00753466" w:rsidRDefault="0000000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753466">
              <w:rPr>
                <w:sz w:val="22"/>
                <w:szCs w:val="24"/>
              </w:rPr>
              <w:t>Keterangan</w:t>
            </w:r>
            <w:proofErr w:type="spellEnd"/>
          </w:p>
        </w:tc>
      </w:tr>
      <w:tr w:rsidR="006512E0" w14:paraId="6FC75DF0" w14:textId="77777777" w:rsidTr="00753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44DA74C" w14:textId="77777777" w:rsidR="006512E0" w:rsidRPr="00753466" w:rsidRDefault="00000000">
            <w:pPr>
              <w:spacing w:line="240" w:lineRule="auto"/>
              <w:jc w:val="center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1</w:t>
            </w:r>
          </w:p>
        </w:tc>
        <w:tc>
          <w:tcPr>
            <w:tcW w:w="1560" w:type="dxa"/>
          </w:tcPr>
          <w:p w14:paraId="1218060C" w14:textId="77777777" w:rsidR="006512E0" w:rsidRPr="00753466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[</w:t>
            </w:r>
            <w:proofErr w:type="spellStart"/>
            <w:r w:rsidRPr="00753466">
              <w:rPr>
                <w:sz w:val="22"/>
                <w:szCs w:val="24"/>
              </w:rPr>
              <w:t>Tanggal</w:t>
            </w:r>
            <w:proofErr w:type="spellEnd"/>
            <w:r w:rsidRPr="00753466">
              <w:rPr>
                <w:sz w:val="22"/>
                <w:szCs w:val="24"/>
              </w:rPr>
              <w:t>]</w:t>
            </w:r>
          </w:p>
        </w:tc>
        <w:tc>
          <w:tcPr>
            <w:tcW w:w="2126" w:type="dxa"/>
          </w:tcPr>
          <w:p w14:paraId="3EACC25E" w14:textId="77777777" w:rsidR="006512E0" w:rsidRPr="00753466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 xml:space="preserve">[Nama </w:t>
            </w:r>
            <w:proofErr w:type="spellStart"/>
            <w:r w:rsidRPr="00753466">
              <w:rPr>
                <w:sz w:val="22"/>
                <w:szCs w:val="24"/>
              </w:rPr>
              <w:t>Kegiatan</w:t>
            </w:r>
            <w:proofErr w:type="spellEnd"/>
            <w:r w:rsidRPr="00753466">
              <w:rPr>
                <w:sz w:val="22"/>
                <w:szCs w:val="24"/>
              </w:rPr>
              <w:t>]</w:t>
            </w:r>
          </w:p>
        </w:tc>
        <w:tc>
          <w:tcPr>
            <w:tcW w:w="2441" w:type="dxa"/>
          </w:tcPr>
          <w:p w14:paraId="04A958FC" w14:textId="77777777" w:rsidR="006512E0" w:rsidRPr="00753466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[</w:t>
            </w:r>
            <w:proofErr w:type="spellStart"/>
            <w:r w:rsidRPr="00753466">
              <w:rPr>
                <w:sz w:val="22"/>
                <w:szCs w:val="24"/>
              </w:rPr>
              <w:t>Penjelasan</w:t>
            </w:r>
            <w:proofErr w:type="spellEnd"/>
            <w:r w:rsidRPr="00753466">
              <w:rPr>
                <w:sz w:val="22"/>
                <w:szCs w:val="24"/>
              </w:rPr>
              <w:t xml:space="preserve"> </w:t>
            </w:r>
            <w:proofErr w:type="spellStart"/>
            <w:r w:rsidRPr="00753466">
              <w:rPr>
                <w:sz w:val="22"/>
                <w:szCs w:val="24"/>
              </w:rPr>
              <w:t>Singkat</w:t>
            </w:r>
            <w:proofErr w:type="spellEnd"/>
            <w:r w:rsidRPr="00753466">
              <w:rPr>
                <w:sz w:val="22"/>
                <w:szCs w:val="24"/>
              </w:rPr>
              <w:t>]</w:t>
            </w:r>
          </w:p>
        </w:tc>
      </w:tr>
      <w:tr w:rsidR="006512E0" w14:paraId="561F2F4C" w14:textId="77777777" w:rsidTr="00753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E6BA856" w14:textId="77777777" w:rsidR="006512E0" w:rsidRPr="00753466" w:rsidRDefault="00000000">
            <w:pPr>
              <w:spacing w:line="240" w:lineRule="auto"/>
              <w:jc w:val="center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2</w:t>
            </w:r>
          </w:p>
        </w:tc>
        <w:tc>
          <w:tcPr>
            <w:tcW w:w="1560" w:type="dxa"/>
          </w:tcPr>
          <w:p w14:paraId="1325D7AB" w14:textId="77777777" w:rsidR="006512E0" w:rsidRPr="00753466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[</w:t>
            </w:r>
            <w:proofErr w:type="spellStart"/>
            <w:r w:rsidRPr="00753466">
              <w:rPr>
                <w:sz w:val="22"/>
                <w:szCs w:val="24"/>
              </w:rPr>
              <w:t>Tanggal</w:t>
            </w:r>
            <w:proofErr w:type="spellEnd"/>
            <w:r w:rsidRPr="00753466">
              <w:rPr>
                <w:sz w:val="22"/>
                <w:szCs w:val="24"/>
              </w:rPr>
              <w:t>]</w:t>
            </w:r>
          </w:p>
        </w:tc>
        <w:tc>
          <w:tcPr>
            <w:tcW w:w="2126" w:type="dxa"/>
          </w:tcPr>
          <w:p w14:paraId="2DCF683B" w14:textId="77777777" w:rsidR="006512E0" w:rsidRPr="00753466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 xml:space="preserve">[Nama </w:t>
            </w:r>
            <w:proofErr w:type="spellStart"/>
            <w:r w:rsidRPr="00753466">
              <w:rPr>
                <w:sz w:val="22"/>
                <w:szCs w:val="24"/>
              </w:rPr>
              <w:t>Kegiatan</w:t>
            </w:r>
            <w:proofErr w:type="spellEnd"/>
            <w:r w:rsidRPr="00753466">
              <w:rPr>
                <w:sz w:val="22"/>
                <w:szCs w:val="24"/>
              </w:rPr>
              <w:t>]</w:t>
            </w:r>
          </w:p>
        </w:tc>
        <w:tc>
          <w:tcPr>
            <w:tcW w:w="2441" w:type="dxa"/>
          </w:tcPr>
          <w:p w14:paraId="08DE6040" w14:textId="77777777" w:rsidR="006512E0" w:rsidRPr="00753466" w:rsidRDefault="0000000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[</w:t>
            </w:r>
            <w:proofErr w:type="spellStart"/>
            <w:r w:rsidRPr="00753466">
              <w:rPr>
                <w:sz w:val="22"/>
                <w:szCs w:val="24"/>
              </w:rPr>
              <w:t>Penjelasan</w:t>
            </w:r>
            <w:proofErr w:type="spellEnd"/>
            <w:r w:rsidRPr="00753466">
              <w:rPr>
                <w:sz w:val="22"/>
                <w:szCs w:val="24"/>
              </w:rPr>
              <w:t xml:space="preserve"> </w:t>
            </w:r>
            <w:proofErr w:type="spellStart"/>
            <w:r w:rsidRPr="00753466">
              <w:rPr>
                <w:sz w:val="22"/>
                <w:szCs w:val="24"/>
              </w:rPr>
              <w:t>Singkat</w:t>
            </w:r>
            <w:proofErr w:type="spellEnd"/>
            <w:r w:rsidRPr="00753466">
              <w:rPr>
                <w:sz w:val="22"/>
                <w:szCs w:val="24"/>
              </w:rPr>
              <w:t>]</w:t>
            </w:r>
          </w:p>
        </w:tc>
      </w:tr>
      <w:tr w:rsidR="006512E0" w14:paraId="00610C7F" w14:textId="77777777" w:rsidTr="00753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5664B5B" w14:textId="77777777" w:rsidR="006512E0" w:rsidRPr="00753466" w:rsidRDefault="00000000">
            <w:pPr>
              <w:spacing w:line="240" w:lineRule="auto"/>
              <w:jc w:val="center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3</w:t>
            </w:r>
          </w:p>
        </w:tc>
        <w:tc>
          <w:tcPr>
            <w:tcW w:w="1560" w:type="dxa"/>
          </w:tcPr>
          <w:p w14:paraId="4065A63E" w14:textId="77777777" w:rsidR="006512E0" w:rsidRPr="00753466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[</w:t>
            </w:r>
            <w:proofErr w:type="spellStart"/>
            <w:r w:rsidRPr="00753466">
              <w:rPr>
                <w:sz w:val="22"/>
                <w:szCs w:val="24"/>
              </w:rPr>
              <w:t>Tanggal</w:t>
            </w:r>
            <w:proofErr w:type="spellEnd"/>
            <w:r w:rsidRPr="00753466">
              <w:rPr>
                <w:sz w:val="22"/>
                <w:szCs w:val="24"/>
              </w:rPr>
              <w:t>]</w:t>
            </w:r>
          </w:p>
        </w:tc>
        <w:tc>
          <w:tcPr>
            <w:tcW w:w="2126" w:type="dxa"/>
          </w:tcPr>
          <w:p w14:paraId="16A77D9B" w14:textId="77777777" w:rsidR="006512E0" w:rsidRPr="00753466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 xml:space="preserve">[Nama </w:t>
            </w:r>
            <w:proofErr w:type="spellStart"/>
            <w:r w:rsidRPr="00753466">
              <w:rPr>
                <w:sz w:val="22"/>
                <w:szCs w:val="24"/>
              </w:rPr>
              <w:t>Kegiatan</w:t>
            </w:r>
            <w:proofErr w:type="spellEnd"/>
            <w:r w:rsidRPr="00753466">
              <w:rPr>
                <w:sz w:val="22"/>
                <w:szCs w:val="24"/>
              </w:rPr>
              <w:t>]</w:t>
            </w:r>
          </w:p>
        </w:tc>
        <w:tc>
          <w:tcPr>
            <w:tcW w:w="2441" w:type="dxa"/>
          </w:tcPr>
          <w:p w14:paraId="328A580F" w14:textId="77777777" w:rsidR="006512E0" w:rsidRPr="00753466" w:rsidRDefault="0000000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[</w:t>
            </w:r>
            <w:proofErr w:type="spellStart"/>
            <w:r w:rsidRPr="00753466">
              <w:rPr>
                <w:sz w:val="22"/>
                <w:szCs w:val="24"/>
              </w:rPr>
              <w:t>Penjelasan</w:t>
            </w:r>
            <w:proofErr w:type="spellEnd"/>
            <w:r w:rsidRPr="00753466">
              <w:rPr>
                <w:sz w:val="22"/>
                <w:szCs w:val="24"/>
              </w:rPr>
              <w:t xml:space="preserve"> </w:t>
            </w:r>
            <w:proofErr w:type="spellStart"/>
            <w:r w:rsidRPr="00753466">
              <w:rPr>
                <w:sz w:val="22"/>
                <w:szCs w:val="24"/>
              </w:rPr>
              <w:t>Singkat</w:t>
            </w:r>
            <w:proofErr w:type="spellEnd"/>
            <w:r w:rsidRPr="00753466">
              <w:rPr>
                <w:sz w:val="22"/>
                <w:szCs w:val="24"/>
              </w:rPr>
              <w:t>]</w:t>
            </w:r>
          </w:p>
        </w:tc>
      </w:tr>
    </w:tbl>
    <w:p w14:paraId="26291DD5" w14:textId="77777777" w:rsidR="006512E0" w:rsidRDefault="00000000" w:rsidP="00753466">
      <w:pPr>
        <w:spacing w:line="240" w:lineRule="auto"/>
      </w:pPr>
      <w:proofErr w:type="spellStart"/>
      <w:r>
        <w:t>Sumber</w:t>
      </w:r>
      <w:proofErr w:type="spellEnd"/>
      <w:r>
        <w:t xml:space="preserve">: Data </w:t>
      </w:r>
      <w:proofErr w:type="spellStart"/>
      <w:r>
        <w:t>diolah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>, [</w:t>
      </w:r>
      <w:proofErr w:type="spellStart"/>
      <w:r>
        <w:t>tahun</w:t>
      </w:r>
      <w:proofErr w:type="spellEnd"/>
      <w:r>
        <w:t>]</w:t>
      </w:r>
    </w:p>
    <w:p w14:paraId="2E4D4CD3" w14:textId="77777777" w:rsidR="009144C8" w:rsidRDefault="009144C8">
      <w:pPr>
        <w:spacing w:line="240" w:lineRule="auto"/>
        <w:jc w:val="center"/>
      </w:pPr>
    </w:p>
    <w:p w14:paraId="126A48FA" w14:textId="77777777" w:rsidR="006512E0" w:rsidRDefault="00000000">
      <w:pPr>
        <w:pStyle w:val="Subbab"/>
      </w:pPr>
      <w:r>
        <w:t xml:space="preserve">4.2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Ditemukan</w:t>
      </w:r>
      <w:proofErr w:type="spellEnd"/>
    </w:p>
    <w:p w14:paraId="127E6375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persoalan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kendala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ditemukan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selama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pelaksanaan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. 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juga </w:t>
      </w:r>
      <w:proofErr w:type="spellStart"/>
      <w:r>
        <w:rPr>
          <w:i/>
          <w:color w:val="595959"/>
        </w:rPr>
        <w:t>dampak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dari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permasalahan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tersebut</w:t>
      </w:r>
      <w:proofErr w:type="spellEnd"/>
      <w:r>
        <w:rPr>
          <w:i/>
          <w:color w:val="595959"/>
        </w:rPr>
        <w:t>.]</w:t>
      </w:r>
    </w:p>
    <w:p w14:paraId="7AA32B22" w14:textId="77777777" w:rsidR="009144C8" w:rsidRDefault="009144C8">
      <w:pPr>
        <w:ind w:firstLine="567"/>
        <w:jc w:val="both"/>
      </w:pPr>
    </w:p>
    <w:p w14:paraId="15BA41AB" w14:textId="77777777" w:rsidR="006512E0" w:rsidRDefault="00000000">
      <w:pPr>
        <w:pStyle w:val="Subbab"/>
      </w:pPr>
      <w:r>
        <w:t xml:space="preserve">4.3 Metode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Masalah</w:t>
      </w:r>
      <w:proofErr w:type="spellEnd"/>
    </w:p>
    <w:p w14:paraId="2575FF82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langkah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cara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dilakukan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untuk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menyelesaikan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masalah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misalnya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observasi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diskusi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pembimbing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perbaikan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alur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kerja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pembuatan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dokumen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penggunaan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aplikasi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tertentu</w:t>
      </w:r>
      <w:proofErr w:type="spellEnd"/>
      <w:r>
        <w:rPr>
          <w:i/>
          <w:color w:val="595959"/>
        </w:rPr>
        <w:t>.]</w:t>
      </w:r>
    </w:p>
    <w:p w14:paraId="73FE6CE7" w14:textId="77777777" w:rsidR="009144C8" w:rsidRDefault="009144C8">
      <w:pPr>
        <w:ind w:firstLine="567"/>
        <w:jc w:val="both"/>
      </w:pPr>
    </w:p>
    <w:p w14:paraId="3AD7F585" w14:textId="77777777" w:rsidR="006512E0" w:rsidRDefault="00000000">
      <w:pPr>
        <w:pStyle w:val="Subbab"/>
      </w:pPr>
      <w:r>
        <w:t xml:space="preserve">4.4 Hasil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09F2BA40" w14:textId="4DCA3547" w:rsidR="006512E0" w:rsidRDefault="00000000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hasil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diperoleh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selama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kegiatan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. Hasil </w:t>
      </w:r>
      <w:proofErr w:type="spellStart"/>
      <w:r>
        <w:rPr>
          <w:i/>
          <w:color w:val="595959"/>
        </w:rPr>
        <w:t>dapat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berupa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pengalaman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kerja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peningkatan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keterampilan</w:t>
      </w:r>
      <w:proofErr w:type="spellEnd"/>
      <w:r>
        <w:rPr>
          <w:i/>
          <w:color w:val="595959"/>
        </w:rPr>
        <w:t xml:space="preserve">, data, </w:t>
      </w:r>
      <w:proofErr w:type="spellStart"/>
      <w:r>
        <w:rPr>
          <w:i/>
          <w:color w:val="595959"/>
        </w:rPr>
        <w:t>dokumen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aplikasi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solusi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berhasil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dilakukan</w:t>
      </w:r>
      <w:proofErr w:type="spellEnd"/>
      <w:r>
        <w:rPr>
          <w:i/>
          <w:color w:val="595959"/>
        </w:rPr>
        <w:t>.]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37"/>
      </w:tblGrid>
      <w:tr w:rsidR="006512E0" w14:paraId="0812B50B" w14:textId="77777777">
        <w:trPr>
          <w:jc w:val="center"/>
        </w:trPr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FCEF0" w14:textId="616AB3B1" w:rsidR="006512E0" w:rsidRDefault="00CF1606">
            <w:pPr>
              <w:spacing w:before="120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8A634E" wp14:editId="22177009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2540</wp:posOffset>
                      </wp:positionV>
                      <wp:extent cx="4353560" cy="766445"/>
                      <wp:effectExtent l="0" t="0" r="0" b="0"/>
                      <wp:wrapNone/>
                      <wp:docPr id="177608106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53560" cy="766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E94925" w14:textId="7831C728" w:rsidR="00CF1606" w:rsidRDefault="00CF1606" w:rsidP="00CF1606">
                                  <w:pPr>
                                    <w:jc w:val="both"/>
                                  </w:pPr>
                                  <w:r w:rsidRPr="00CF1606">
                                    <w:rPr>
                                      <w:i/>
                                      <w:iCs/>
                                    </w:rPr>
                                    <w:t>Kotak gambar/foto hanya sebagai penanda pada template. Pada laporan final, gambar atau foto dimasukkan tanpa menggunakan</w:t>
                                  </w:r>
                                  <w:r w:rsidRPr="00CF1606">
                                    <w:t xml:space="preserve"> </w:t>
                                  </w:r>
                                  <w:r w:rsidRPr="00CF1606">
                                    <w:rPr>
                                      <w:i/>
                                      <w:iCs/>
                                    </w:rPr>
                                    <w:t>border</w:t>
                                  </w:r>
                                  <w:r>
                                    <w:rPr>
                                      <w:i/>
                                      <w:iCs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8A63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0.2pt;margin-top:.2pt;width:342.8pt;height:60.3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" filled="f" stroked="f">
                      <v:textbox>
                        <w:txbxContent>
                          <w:p w14:paraId="72E94925" w14:textId="7831C728" w:rsidR="00CF1606" w:rsidRDefault="00CF1606" w:rsidP="00CF1606">
                            <w:pPr>
                              <w:jc w:val="both"/>
                            </w:pPr>
                            <w:r w:rsidRPr="00CF1606">
                              <w:rPr>
                                <w:i/>
                                <w:iCs/>
                              </w:rPr>
                              <w:t>Kotak gambar/foto hanya sebagai penanda pada template. Pada laporan final, gambar atau foto dimasukkan tanpa menggunakan</w:t>
                            </w:r>
                            <w:r w:rsidRPr="00CF1606">
                              <w:t xml:space="preserve"> </w:t>
                            </w:r>
                            <w:r w:rsidRPr="00CF1606">
                              <w:rPr>
                                <w:i/>
                                <w:iCs/>
                              </w:rPr>
                              <w:t>border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[</w:t>
            </w:r>
            <w:proofErr w:type="spellStart"/>
            <w:r>
              <w:t>Tempatkan</w:t>
            </w:r>
            <w:proofErr w:type="spellEnd"/>
            <w:r>
              <w:t xml:space="preserve"> </w:t>
            </w:r>
            <w:proofErr w:type="spellStart"/>
            <w:r>
              <w:t>gambar</w:t>
            </w:r>
            <w:proofErr w:type="spellEnd"/>
            <w:r>
              <w:t>/</w:t>
            </w:r>
            <w:proofErr w:type="spellStart"/>
            <w:r>
              <w:t>foto</w:t>
            </w:r>
            <w:proofErr w:type="spellEnd"/>
            <w:r>
              <w:t xml:space="preserve"> di </w:t>
            </w:r>
            <w:proofErr w:type="spellStart"/>
            <w:r>
              <w:t>sini</w:t>
            </w:r>
            <w:proofErr w:type="spellEnd"/>
            <w:r>
              <w:t>]</w:t>
            </w:r>
          </w:p>
        </w:tc>
      </w:tr>
    </w:tbl>
    <w:p w14:paraId="50B81108" w14:textId="2CEC7B95" w:rsidR="006512E0" w:rsidRDefault="00000000" w:rsidP="00CF1606">
      <w:pPr>
        <w:spacing w:line="240" w:lineRule="auto"/>
        <w:jc w:val="center"/>
      </w:pPr>
      <w:r>
        <w:t>Gambar 1</w:t>
      </w:r>
      <w:r w:rsidR="00753466">
        <w:t>.</w:t>
      </w:r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407235ED" w14:textId="77777777" w:rsidR="006512E0" w:rsidRDefault="00000000" w:rsidP="00CF1606">
      <w:pPr>
        <w:spacing w:line="240" w:lineRule="auto"/>
        <w:jc w:val="center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>, [</w:t>
      </w:r>
      <w:proofErr w:type="spellStart"/>
      <w:r>
        <w:t>tahun</w:t>
      </w:r>
      <w:proofErr w:type="spellEnd"/>
      <w:r>
        <w:t>]</w:t>
      </w:r>
    </w:p>
    <w:p w14:paraId="06E6A4BE" w14:textId="77777777" w:rsidR="009144C8" w:rsidRDefault="009144C8">
      <w:pPr>
        <w:spacing w:line="240" w:lineRule="auto"/>
        <w:jc w:val="center"/>
      </w:pPr>
    </w:p>
    <w:p w14:paraId="788B8CA7" w14:textId="77777777" w:rsidR="006512E0" w:rsidRDefault="00000000">
      <w:pPr>
        <w:pStyle w:val="Subbab"/>
      </w:pPr>
      <w:r>
        <w:t xml:space="preserve">4.5 </w:t>
      </w:r>
      <w:proofErr w:type="spellStart"/>
      <w:r>
        <w:t>Pembahasan</w:t>
      </w:r>
      <w:proofErr w:type="spellEnd"/>
    </w:p>
    <w:p w14:paraId="1C9FCE6B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lastRenderedPageBreak/>
        <w:t>[</w:t>
      </w:r>
      <w:proofErr w:type="spellStart"/>
      <w:r>
        <w:rPr>
          <w:i/>
          <w:color w:val="595959"/>
        </w:rPr>
        <w:t>Hubungkan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hasil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teori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sudah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dibahas</w:t>
      </w:r>
      <w:proofErr w:type="spellEnd"/>
      <w:r>
        <w:rPr>
          <w:i/>
          <w:color w:val="595959"/>
        </w:rPr>
        <w:t xml:space="preserve"> pada BAB II. </w:t>
      </w:r>
      <w:proofErr w:type="spellStart"/>
      <w:r>
        <w:rPr>
          <w:i/>
          <w:color w:val="595959"/>
        </w:rPr>
        <w:t>Jelaskan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apakah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hasil</w:t>
      </w:r>
      <w:proofErr w:type="spellEnd"/>
      <w:r>
        <w:rPr>
          <w:i/>
          <w:color w:val="595959"/>
        </w:rPr>
        <w:t xml:space="preserve"> di </w:t>
      </w:r>
      <w:proofErr w:type="spellStart"/>
      <w:r>
        <w:rPr>
          <w:i/>
          <w:color w:val="595959"/>
        </w:rPr>
        <w:t>lapangan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sesuai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teori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terdapat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perbedaan</w:t>
      </w:r>
      <w:proofErr w:type="spellEnd"/>
      <w:r>
        <w:rPr>
          <w:i/>
          <w:color w:val="595959"/>
        </w:rPr>
        <w:t>.]</w:t>
      </w:r>
    </w:p>
    <w:p w14:paraId="2443719B" w14:textId="77777777" w:rsidR="009144C8" w:rsidRDefault="009144C8">
      <w:pPr>
        <w:ind w:firstLine="567"/>
        <w:jc w:val="both"/>
      </w:pPr>
    </w:p>
    <w:p w14:paraId="39BE9A24" w14:textId="77777777" w:rsidR="006512E0" w:rsidRDefault="00000000">
      <w:pPr>
        <w:pStyle w:val="Subbab"/>
      </w:pPr>
      <w:r>
        <w:t xml:space="preserve">4.6 Pelajaran yang </w:t>
      </w:r>
      <w:proofErr w:type="spellStart"/>
      <w:r>
        <w:t>Diperoleh</w:t>
      </w:r>
      <w:proofErr w:type="spellEnd"/>
    </w:p>
    <w:p w14:paraId="602C248D" w14:textId="77777777" w:rsidR="006512E0" w:rsidRDefault="00000000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pengetahuan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keterampilan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sikap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kerja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komunikasi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kerja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sama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tim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kedisiplinan</w:t>
      </w:r>
      <w:proofErr w:type="spellEnd"/>
      <w:r>
        <w:rPr>
          <w:i/>
          <w:color w:val="595959"/>
        </w:rPr>
        <w:t xml:space="preserve">, dan </w:t>
      </w:r>
      <w:proofErr w:type="spellStart"/>
      <w:r>
        <w:rPr>
          <w:i/>
          <w:color w:val="595959"/>
        </w:rPr>
        <w:t>pengalaman</w:t>
      </w:r>
      <w:proofErr w:type="spellEnd"/>
      <w:r>
        <w:rPr>
          <w:i/>
          <w:color w:val="595959"/>
        </w:rPr>
        <w:t xml:space="preserve"> lain yang </w:t>
      </w:r>
      <w:proofErr w:type="spellStart"/>
      <w:r>
        <w:rPr>
          <w:i/>
          <w:color w:val="595959"/>
        </w:rPr>
        <w:t>diperoleh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selama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>.]</w:t>
      </w:r>
    </w:p>
    <w:p w14:paraId="7B97346C" w14:textId="62FF9210" w:rsidR="006512E0" w:rsidRDefault="006512E0" w:rsidP="009144C8"/>
    <w:p w14:paraId="72C316BB" w14:textId="77777777" w:rsidR="006512E0" w:rsidRDefault="006512E0"/>
    <w:p w14:paraId="0DECF5C5" w14:textId="77777777" w:rsidR="009144C8" w:rsidRDefault="009144C8">
      <w:pPr>
        <w:spacing w:after="200" w:line="276" w:lineRule="auto"/>
        <w:rPr>
          <w:b/>
        </w:rPr>
      </w:pPr>
      <w:r>
        <w:br w:type="page"/>
      </w:r>
    </w:p>
    <w:p w14:paraId="414BFBBF" w14:textId="01936095" w:rsidR="006512E0" w:rsidRDefault="00000000">
      <w:pPr>
        <w:pStyle w:val="BabTitle"/>
      </w:pPr>
      <w:r>
        <w:lastRenderedPageBreak/>
        <w:t>BAB V</w:t>
      </w:r>
      <w:r>
        <w:br/>
        <w:t>KESIMPULAN DAN SARAN</w:t>
      </w:r>
    </w:p>
    <w:p w14:paraId="69750D68" w14:textId="77777777" w:rsidR="009144C8" w:rsidRDefault="009144C8">
      <w:pPr>
        <w:pStyle w:val="BabTitle"/>
      </w:pPr>
    </w:p>
    <w:p w14:paraId="1CC2D044" w14:textId="77777777" w:rsidR="009144C8" w:rsidRDefault="009144C8">
      <w:pPr>
        <w:pStyle w:val="BabTitle"/>
      </w:pPr>
    </w:p>
    <w:p w14:paraId="1B0592F3" w14:textId="77777777" w:rsidR="006512E0" w:rsidRDefault="00000000">
      <w:pPr>
        <w:pStyle w:val="Subbab"/>
      </w:pPr>
      <w:r>
        <w:t>5.1 Kesimpulan</w:t>
      </w:r>
    </w:p>
    <w:p w14:paraId="3FE32F79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kesimpulan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berdasarkan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rumusan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masalah</w:t>
      </w:r>
      <w:proofErr w:type="spellEnd"/>
      <w:r>
        <w:rPr>
          <w:i/>
          <w:color w:val="595959"/>
        </w:rPr>
        <w:t xml:space="preserve">. Kesimpulan </w:t>
      </w:r>
      <w:proofErr w:type="spellStart"/>
      <w:r>
        <w:rPr>
          <w:i/>
          <w:color w:val="595959"/>
        </w:rPr>
        <w:t>harus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menjawab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masalah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telah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dirumuskan</w:t>
      </w:r>
      <w:proofErr w:type="spellEnd"/>
      <w:r>
        <w:rPr>
          <w:i/>
          <w:color w:val="595959"/>
        </w:rPr>
        <w:t xml:space="preserve"> pada BAB I.]</w:t>
      </w:r>
    </w:p>
    <w:p w14:paraId="71C76E9D" w14:textId="77777777" w:rsidR="009144C8" w:rsidRDefault="009144C8">
      <w:pPr>
        <w:ind w:firstLine="567"/>
        <w:jc w:val="both"/>
      </w:pPr>
    </w:p>
    <w:p w14:paraId="09A0FB78" w14:textId="77777777" w:rsidR="006512E0" w:rsidRDefault="00000000">
      <w:pPr>
        <w:pStyle w:val="Subbab"/>
      </w:pPr>
      <w:r>
        <w:t xml:space="preserve">5.2 </w:t>
      </w:r>
      <w:proofErr w:type="spellStart"/>
      <w:r>
        <w:t>Keterbatasan</w:t>
      </w:r>
      <w:proofErr w:type="spellEnd"/>
    </w:p>
    <w:p w14:paraId="7FDBDB25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keterbatasan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selama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pelaksanaan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seperti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waktu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akses</w:t>
      </w:r>
      <w:proofErr w:type="spellEnd"/>
      <w:r>
        <w:rPr>
          <w:i/>
          <w:color w:val="595959"/>
        </w:rPr>
        <w:t xml:space="preserve"> data, </w:t>
      </w:r>
      <w:proofErr w:type="spellStart"/>
      <w:r>
        <w:rPr>
          <w:i/>
          <w:color w:val="595959"/>
        </w:rPr>
        <w:t>fasilitas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pengalaman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penulis</w:t>
      </w:r>
      <w:proofErr w:type="spellEnd"/>
      <w:r>
        <w:rPr>
          <w:i/>
          <w:color w:val="595959"/>
        </w:rPr>
        <w:t>.]</w:t>
      </w:r>
    </w:p>
    <w:p w14:paraId="02ACD2E6" w14:textId="77777777" w:rsidR="009144C8" w:rsidRDefault="009144C8">
      <w:pPr>
        <w:ind w:firstLine="567"/>
        <w:jc w:val="both"/>
      </w:pPr>
    </w:p>
    <w:p w14:paraId="30730F42" w14:textId="77777777" w:rsidR="006512E0" w:rsidRDefault="00000000">
      <w:pPr>
        <w:pStyle w:val="Subbab"/>
      </w:pPr>
      <w:r>
        <w:t>5.3 Implikasi</w:t>
      </w:r>
    </w:p>
    <w:p w14:paraId="491D1158" w14:textId="77777777" w:rsidR="006512E0" w:rsidRDefault="00000000">
      <w:pPr>
        <w:ind w:firstLine="567"/>
        <w:jc w:val="both"/>
        <w:rPr>
          <w:i/>
          <w:color w:val="595959"/>
        </w:rPr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dampak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pengaruh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dari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hasil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bagi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mahasiswa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instansi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atau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pihak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kampus</w:t>
      </w:r>
      <w:proofErr w:type="spellEnd"/>
      <w:r>
        <w:rPr>
          <w:i/>
          <w:color w:val="595959"/>
        </w:rPr>
        <w:t>.]</w:t>
      </w:r>
    </w:p>
    <w:p w14:paraId="5C55CE2C" w14:textId="77777777" w:rsidR="009144C8" w:rsidRDefault="009144C8">
      <w:pPr>
        <w:ind w:firstLine="567"/>
        <w:jc w:val="both"/>
      </w:pPr>
    </w:p>
    <w:p w14:paraId="7B2F49E9" w14:textId="77777777" w:rsidR="006512E0" w:rsidRDefault="00000000">
      <w:pPr>
        <w:pStyle w:val="Subbab"/>
      </w:pPr>
      <w:r>
        <w:t>5.4 Saran</w:t>
      </w:r>
    </w:p>
    <w:p w14:paraId="603373E4" w14:textId="77777777" w:rsidR="006512E0" w:rsidRDefault="00000000">
      <w:pPr>
        <w:ind w:firstLine="567"/>
        <w:jc w:val="both"/>
      </w:pPr>
      <w:r>
        <w:rPr>
          <w:i/>
          <w:color w:val="595959"/>
        </w:rPr>
        <w:t>[</w:t>
      </w:r>
      <w:proofErr w:type="spellStart"/>
      <w:r>
        <w:rPr>
          <w:i/>
          <w:color w:val="595959"/>
        </w:rPr>
        <w:t>Tuliskan</w:t>
      </w:r>
      <w:proofErr w:type="spellEnd"/>
      <w:r>
        <w:rPr>
          <w:i/>
          <w:color w:val="595959"/>
        </w:rPr>
        <w:t xml:space="preserve"> saran </w:t>
      </w:r>
      <w:proofErr w:type="spellStart"/>
      <w:r>
        <w:rPr>
          <w:i/>
          <w:color w:val="595959"/>
        </w:rPr>
        <w:t>untuk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mahasiswa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instansi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tempat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, dan </w:t>
      </w:r>
      <w:proofErr w:type="spellStart"/>
      <w:r>
        <w:rPr>
          <w:i/>
          <w:color w:val="595959"/>
        </w:rPr>
        <w:t>pihak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kampus</w:t>
      </w:r>
      <w:proofErr w:type="spellEnd"/>
      <w:r>
        <w:rPr>
          <w:i/>
          <w:color w:val="595959"/>
        </w:rPr>
        <w:t>.]</w:t>
      </w:r>
    </w:p>
    <w:p w14:paraId="1DCED138" w14:textId="5F4BF1C1" w:rsidR="006512E0" w:rsidRDefault="006512E0" w:rsidP="009144C8"/>
    <w:p w14:paraId="223D0FB0" w14:textId="77777777" w:rsidR="006512E0" w:rsidRDefault="006512E0"/>
    <w:p w14:paraId="5F62A9B9" w14:textId="77777777" w:rsidR="009144C8" w:rsidRDefault="009144C8">
      <w:pPr>
        <w:spacing w:after="200" w:line="276" w:lineRule="auto"/>
        <w:rPr>
          <w:b/>
        </w:rPr>
      </w:pPr>
      <w:r>
        <w:br w:type="page"/>
      </w:r>
    </w:p>
    <w:p w14:paraId="1B8F8B36" w14:textId="7F865473" w:rsidR="006512E0" w:rsidRDefault="00000000">
      <w:pPr>
        <w:pStyle w:val="BabTitle"/>
      </w:pPr>
      <w:r>
        <w:lastRenderedPageBreak/>
        <w:t>DAFTAR PUSTAKA</w:t>
      </w:r>
    </w:p>
    <w:p w14:paraId="60BFDC6B" w14:textId="55B37E29" w:rsidR="006512E0" w:rsidRDefault="006512E0" w:rsidP="009144C8">
      <w:pPr>
        <w:rPr>
          <w:i/>
          <w:color w:val="595959"/>
        </w:rPr>
      </w:pPr>
    </w:p>
    <w:p w14:paraId="32357515" w14:textId="77777777" w:rsidR="00672DD1" w:rsidRPr="00672DD1" w:rsidRDefault="00672DD1" w:rsidP="00672DD1">
      <w:pPr>
        <w:jc w:val="both"/>
        <w:rPr>
          <w:iCs/>
        </w:rPr>
      </w:pPr>
      <w:r w:rsidRPr="00672DD1">
        <w:rPr>
          <w:iCs/>
        </w:rPr>
        <w:t xml:space="preserve">Daftar </w:t>
      </w:r>
      <w:proofErr w:type="spellStart"/>
      <w:r w:rsidRPr="00672DD1">
        <w:rPr>
          <w:iCs/>
        </w:rPr>
        <w:t>pustaka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menggunakan</w:t>
      </w:r>
      <w:proofErr w:type="spellEnd"/>
      <w:r w:rsidRPr="00672DD1">
        <w:rPr>
          <w:iCs/>
        </w:rPr>
        <w:t xml:space="preserve"> format IEEE. </w:t>
      </w:r>
      <w:proofErr w:type="spellStart"/>
      <w:r w:rsidRPr="00672DD1">
        <w:rPr>
          <w:iCs/>
        </w:rPr>
        <w:t>Sumber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ditulis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berdasarkan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urutan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kemunculan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sitasi</w:t>
      </w:r>
      <w:proofErr w:type="spellEnd"/>
      <w:r w:rsidRPr="00672DD1">
        <w:rPr>
          <w:iCs/>
        </w:rPr>
        <w:t xml:space="preserve"> di </w:t>
      </w:r>
      <w:proofErr w:type="spellStart"/>
      <w:r w:rsidRPr="00672DD1">
        <w:rPr>
          <w:iCs/>
        </w:rPr>
        <w:t>dalam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teks</w:t>
      </w:r>
      <w:proofErr w:type="spellEnd"/>
      <w:r w:rsidRPr="00672DD1">
        <w:rPr>
          <w:iCs/>
        </w:rPr>
        <w:t xml:space="preserve">, </w:t>
      </w:r>
      <w:proofErr w:type="spellStart"/>
      <w:r w:rsidRPr="00672DD1">
        <w:rPr>
          <w:iCs/>
        </w:rPr>
        <w:t>bukan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berdasarkan</w:t>
      </w:r>
      <w:proofErr w:type="spellEnd"/>
      <w:r w:rsidRPr="00672DD1">
        <w:rPr>
          <w:iCs/>
        </w:rPr>
        <w:t xml:space="preserve"> abjad. </w:t>
      </w:r>
      <w:proofErr w:type="spellStart"/>
      <w:r w:rsidRPr="00672DD1">
        <w:rPr>
          <w:iCs/>
        </w:rPr>
        <w:t>Contoh</w:t>
      </w:r>
      <w:proofErr w:type="spellEnd"/>
      <w:r w:rsidRPr="00672DD1">
        <w:rPr>
          <w:iCs/>
        </w:rPr>
        <w:t xml:space="preserve"> format:</w:t>
      </w:r>
    </w:p>
    <w:p w14:paraId="47D9698A" w14:textId="77777777" w:rsidR="00672DD1" w:rsidRPr="00672DD1" w:rsidRDefault="00672DD1" w:rsidP="00672DD1">
      <w:pPr>
        <w:jc w:val="both"/>
        <w:rPr>
          <w:iCs/>
        </w:rPr>
      </w:pPr>
      <w:r w:rsidRPr="00672DD1">
        <w:rPr>
          <w:iCs/>
        </w:rPr>
        <w:t>[1] R. S. Pressman, Software Engineering: A Practitioner’s Approach, 7th ed. New York: McGraw-Hill, 2010.</w:t>
      </w:r>
    </w:p>
    <w:p w14:paraId="7AB2B4D6" w14:textId="77777777" w:rsidR="00672DD1" w:rsidRPr="00672DD1" w:rsidRDefault="00672DD1" w:rsidP="00672DD1">
      <w:pPr>
        <w:jc w:val="both"/>
        <w:rPr>
          <w:iCs/>
        </w:rPr>
      </w:pPr>
      <w:r w:rsidRPr="00672DD1">
        <w:rPr>
          <w:iCs/>
        </w:rPr>
        <w:t xml:space="preserve">[2] A. Kadir, </w:t>
      </w:r>
      <w:proofErr w:type="spellStart"/>
      <w:r w:rsidRPr="00672DD1">
        <w:rPr>
          <w:iCs/>
        </w:rPr>
        <w:t>Pengenalan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Sistem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Informasi</w:t>
      </w:r>
      <w:proofErr w:type="spellEnd"/>
      <w:r w:rsidRPr="00672DD1">
        <w:rPr>
          <w:iCs/>
        </w:rPr>
        <w:t>. Yogyakarta: Andi, 2014.</w:t>
      </w:r>
    </w:p>
    <w:p w14:paraId="34D0708D" w14:textId="77777777" w:rsidR="00672DD1" w:rsidRPr="00672DD1" w:rsidRDefault="00672DD1" w:rsidP="00672DD1">
      <w:pPr>
        <w:jc w:val="both"/>
        <w:rPr>
          <w:iCs/>
        </w:rPr>
      </w:pPr>
      <w:r w:rsidRPr="00672DD1">
        <w:rPr>
          <w:iCs/>
        </w:rPr>
        <w:t>[3] N. Azizah, “</w:t>
      </w:r>
      <w:proofErr w:type="spellStart"/>
      <w:r w:rsidRPr="00672DD1">
        <w:rPr>
          <w:iCs/>
        </w:rPr>
        <w:t>Penerapan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sistem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informasi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administrasi</w:t>
      </w:r>
      <w:proofErr w:type="spellEnd"/>
      <w:r w:rsidRPr="00672DD1">
        <w:rPr>
          <w:iCs/>
        </w:rPr>
        <w:t xml:space="preserve"> pada </w:t>
      </w:r>
      <w:proofErr w:type="spellStart"/>
      <w:r w:rsidRPr="00672DD1">
        <w:rPr>
          <w:iCs/>
        </w:rPr>
        <w:t>instansi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pendidikan</w:t>
      </w:r>
      <w:proofErr w:type="spellEnd"/>
      <w:r w:rsidRPr="00672DD1">
        <w:rPr>
          <w:iCs/>
        </w:rPr>
        <w:t xml:space="preserve">,” </w:t>
      </w:r>
      <w:proofErr w:type="spellStart"/>
      <w:r w:rsidRPr="00672DD1">
        <w:rPr>
          <w:iCs/>
        </w:rPr>
        <w:t>Jurnal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Teknologi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Informasi</w:t>
      </w:r>
      <w:proofErr w:type="spellEnd"/>
      <w:r w:rsidRPr="00672DD1">
        <w:rPr>
          <w:iCs/>
        </w:rPr>
        <w:t>, vol. 5, no. 2, pp. 45-52, 2022.</w:t>
      </w:r>
    </w:p>
    <w:p w14:paraId="3B7A9FF9" w14:textId="77777777" w:rsidR="00672DD1" w:rsidRPr="00672DD1" w:rsidRDefault="00672DD1" w:rsidP="00672DD1">
      <w:pPr>
        <w:jc w:val="both"/>
        <w:rPr>
          <w:iCs/>
        </w:rPr>
      </w:pPr>
      <w:r w:rsidRPr="00672DD1">
        <w:rPr>
          <w:iCs/>
        </w:rPr>
        <w:t xml:space="preserve">[4] Nama </w:t>
      </w:r>
      <w:proofErr w:type="spellStart"/>
      <w:r w:rsidRPr="00672DD1">
        <w:rPr>
          <w:iCs/>
        </w:rPr>
        <w:t>Instansi</w:t>
      </w:r>
      <w:proofErr w:type="spellEnd"/>
      <w:r w:rsidRPr="00672DD1">
        <w:rPr>
          <w:iCs/>
        </w:rPr>
        <w:t xml:space="preserve">, </w:t>
      </w:r>
      <w:proofErr w:type="spellStart"/>
      <w:r w:rsidRPr="00672DD1">
        <w:rPr>
          <w:iCs/>
        </w:rPr>
        <w:t>Judul</w:t>
      </w:r>
      <w:proofErr w:type="spellEnd"/>
      <w:r w:rsidRPr="00672DD1">
        <w:rPr>
          <w:iCs/>
        </w:rPr>
        <w:t xml:space="preserve"> Dokumen </w:t>
      </w:r>
      <w:proofErr w:type="spellStart"/>
      <w:r w:rsidRPr="00672DD1">
        <w:rPr>
          <w:iCs/>
        </w:rPr>
        <w:t>atau</w:t>
      </w:r>
      <w:proofErr w:type="spellEnd"/>
      <w:r w:rsidRPr="00672DD1">
        <w:rPr>
          <w:iCs/>
        </w:rPr>
        <w:t xml:space="preserve"> </w:t>
      </w:r>
      <w:proofErr w:type="spellStart"/>
      <w:r w:rsidRPr="00672DD1">
        <w:rPr>
          <w:iCs/>
        </w:rPr>
        <w:t>Laporan</w:t>
      </w:r>
      <w:proofErr w:type="spellEnd"/>
      <w:r w:rsidRPr="00672DD1">
        <w:rPr>
          <w:iCs/>
        </w:rPr>
        <w:t xml:space="preserve">. Kota: Nama </w:t>
      </w:r>
      <w:proofErr w:type="spellStart"/>
      <w:r w:rsidRPr="00672DD1">
        <w:rPr>
          <w:iCs/>
        </w:rPr>
        <w:t>Instansi</w:t>
      </w:r>
      <w:proofErr w:type="spellEnd"/>
      <w:r w:rsidRPr="00672DD1">
        <w:rPr>
          <w:iCs/>
        </w:rPr>
        <w:t xml:space="preserve">, </w:t>
      </w:r>
      <w:proofErr w:type="spellStart"/>
      <w:r w:rsidRPr="00672DD1">
        <w:rPr>
          <w:iCs/>
        </w:rPr>
        <w:t>Tahun</w:t>
      </w:r>
      <w:proofErr w:type="spellEnd"/>
      <w:r w:rsidRPr="00672DD1">
        <w:rPr>
          <w:iCs/>
        </w:rPr>
        <w:t>.</w:t>
      </w:r>
    </w:p>
    <w:p w14:paraId="0724906F" w14:textId="77777777" w:rsidR="00672DD1" w:rsidRPr="00672DD1" w:rsidRDefault="00672DD1" w:rsidP="009144C8">
      <w:pPr>
        <w:rPr>
          <w:iCs/>
        </w:rPr>
      </w:pPr>
    </w:p>
    <w:p w14:paraId="160FCB6F" w14:textId="77777777" w:rsidR="009144C8" w:rsidRDefault="009144C8">
      <w:pPr>
        <w:spacing w:after="200" w:line="276" w:lineRule="auto"/>
        <w:rPr>
          <w:b/>
        </w:rPr>
      </w:pPr>
      <w:r>
        <w:br w:type="page"/>
      </w:r>
    </w:p>
    <w:p w14:paraId="3B77DCF2" w14:textId="61FBDB0F" w:rsidR="006512E0" w:rsidRDefault="00000000">
      <w:pPr>
        <w:pStyle w:val="BabTitle"/>
      </w:pPr>
      <w:r>
        <w:lastRenderedPageBreak/>
        <w:t>LAMPIRAN</w:t>
      </w:r>
    </w:p>
    <w:p w14:paraId="00641539" w14:textId="77777777" w:rsidR="006512E0" w:rsidRDefault="00000000">
      <w:pPr>
        <w:ind w:firstLine="567"/>
        <w:jc w:val="both"/>
      </w:pPr>
      <w:r>
        <w:rPr>
          <w:i/>
          <w:color w:val="595959"/>
        </w:rPr>
        <w:t xml:space="preserve">[Lampiran </w:t>
      </w:r>
      <w:proofErr w:type="spellStart"/>
      <w:r>
        <w:rPr>
          <w:i/>
          <w:color w:val="595959"/>
        </w:rPr>
        <w:t>berisi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dokumen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pendukung</w:t>
      </w:r>
      <w:proofErr w:type="spellEnd"/>
      <w:r>
        <w:rPr>
          <w:i/>
          <w:color w:val="595959"/>
        </w:rPr>
        <w:t xml:space="preserve"> yang </w:t>
      </w:r>
      <w:proofErr w:type="spellStart"/>
      <w:r>
        <w:rPr>
          <w:i/>
          <w:color w:val="595959"/>
        </w:rPr>
        <w:t>berkaitan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dengan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kegiatan</w:t>
      </w:r>
      <w:proofErr w:type="spellEnd"/>
      <w:r>
        <w:rPr>
          <w:i/>
          <w:color w:val="595959"/>
        </w:rPr>
        <w:t xml:space="preserve"> PKL/</w:t>
      </w:r>
      <w:proofErr w:type="spellStart"/>
      <w:r>
        <w:rPr>
          <w:i/>
          <w:color w:val="595959"/>
        </w:rPr>
        <w:t>Magang</w:t>
      </w:r>
      <w:proofErr w:type="spellEnd"/>
      <w:r>
        <w:rPr>
          <w:i/>
          <w:color w:val="595959"/>
        </w:rPr>
        <w:t xml:space="preserve">. Foto </w:t>
      </w:r>
      <w:proofErr w:type="spellStart"/>
      <w:r>
        <w:rPr>
          <w:i/>
          <w:color w:val="595959"/>
        </w:rPr>
        <w:t>kegiatan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sebaiknya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jelas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tidak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buram</w:t>
      </w:r>
      <w:proofErr w:type="spellEnd"/>
      <w:r>
        <w:rPr>
          <w:i/>
          <w:color w:val="595959"/>
        </w:rPr>
        <w:t xml:space="preserve">, </w:t>
      </w:r>
      <w:proofErr w:type="spellStart"/>
      <w:r>
        <w:rPr>
          <w:i/>
          <w:color w:val="595959"/>
        </w:rPr>
        <w:t>tidak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terpotong</w:t>
      </w:r>
      <w:proofErr w:type="spellEnd"/>
      <w:r>
        <w:rPr>
          <w:i/>
          <w:color w:val="595959"/>
        </w:rPr>
        <w:t xml:space="preserve">, dan </w:t>
      </w:r>
      <w:proofErr w:type="spellStart"/>
      <w:r>
        <w:rPr>
          <w:i/>
          <w:color w:val="595959"/>
        </w:rPr>
        <w:t>diberi</w:t>
      </w:r>
      <w:proofErr w:type="spellEnd"/>
      <w:r>
        <w:rPr>
          <w:i/>
          <w:color w:val="595959"/>
        </w:rPr>
        <w:t xml:space="preserve"> </w:t>
      </w:r>
      <w:proofErr w:type="spellStart"/>
      <w:r>
        <w:rPr>
          <w:i/>
          <w:color w:val="595959"/>
        </w:rPr>
        <w:t>keterangan</w:t>
      </w:r>
      <w:proofErr w:type="spellEnd"/>
      <w:r>
        <w:rPr>
          <w:i/>
          <w:color w:val="595959"/>
        </w:rPr>
        <w:t>.]</w:t>
      </w:r>
    </w:p>
    <w:p w14:paraId="240EE906" w14:textId="6B3919A7" w:rsidR="006512E0" w:rsidRDefault="006512E0">
      <w:pPr>
        <w:ind w:firstLine="567"/>
        <w:jc w:val="both"/>
      </w:pPr>
    </w:p>
    <w:sectPr w:rsidR="006512E0" w:rsidSect="00034616">
      <w:footerReference w:type="default" r:id="rId10"/>
      <w:pgSz w:w="11906" w:h="16838"/>
      <w:pgMar w:top="2268" w:right="1701" w:bottom="1701" w:left="2268" w:header="850" w:footer="8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FA213" w14:textId="77777777" w:rsidR="00E66FFF" w:rsidRDefault="00E66FFF">
      <w:pPr>
        <w:spacing w:line="240" w:lineRule="auto"/>
      </w:pPr>
      <w:r>
        <w:separator/>
      </w:r>
    </w:p>
  </w:endnote>
  <w:endnote w:type="continuationSeparator" w:id="0">
    <w:p w14:paraId="14B50DC1" w14:textId="77777777" w:rsidR="00E66FFF" w:rsidRDefault="00E66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BC34" w14:textId="77777777" w:rsidR="006512E0" w:rsidRDefault="00651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E432" w14:textId="1886464B" w:rsidR="006512E0" w:rsidRDefault="00000000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07110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11352" w14:textId="77777777" w:rsidR="00E66FFF" w:rsidRDefault="00E66FFF">
      <w:pPr>
        <w:spacing w:line="240" w:lineRule="auto"/>
      </w:pPr>
      <w:r>
        <w:separator/>
      </w:r>
    </w:p>
  </w:footnote>
  <w:footnote w:type="continuationSeparator" w:id="0">
    <w:p w14:paraId="546BCE36" w14:textId="77777777" w:rsidR="00E66FFF" w:rsidRDefault="00E66F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74140C"/>
    <w:multiLevelType w:val="hybridMultilevel"/>
    <w:tmpl w:val="AAA2A5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6E512C"/>
    <w:multiLevelType w:val="hybridMultilevel"/>
    <w:tmpl w:val="8BE8D692"/>
    <w:lvl w:ilvl="0" w:tplc="8DBA9E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AC54A76"/>
    <w:multiLevelType w:val="hybridMultilevel"/>
    <w:tmpl w:val="5FFE039E"/>
    <w:lvl w:ilvl="0" w:tplc="B7CE138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C2606E"/>
    <w:multiLevelType w:val="hybridMultilevel"/>
    <w:tmpl w:val="5588D406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E2973E7"/>
    <w:multiLevelType w:val="hybridMultilevel"/>
    <w:tmpl w:val="266A0D98"/>
    <w:lvl w:ilvl="0" w:tplc="B2560D8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8A6410E"/>
    <w:multiLevelType w:val="hybridMultilevel"/>
    <w:tmpl w:val="0EB22D0A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17F3F9E"/>
    <w:multiLevelType w:val="hybridMultilevel"/>
    <w:tmpl w:val="14BE069C"/>
    <w:lvl w:ilvl="0" w:tplc="C8B8DA6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6A07FD2"/>
    <w:multiLevelType w:val="hybridMultilevel"/>
    <w:tmpl w:val="D228FF7A"/>
    <w:lvl w:ilvl="0" w:tplc="8DBA9E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75246"/>
    <w:multiLevelType w:val="hybridMultilevel"/>
    <w:tmpl w:val="E51E773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C4289"/>
    <w:multiLevelType w:val="hybridMultilevel"/>
    <w:tmpl w:val="84482DB2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5030375"/>
    <w:multiLevelType w:val="hybridMultilevel"/>
    <w:tmpl w:val="A5F8C0E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7690A"/>
    <w:multiLevelType w:val="hybridMultilevel"/>
    <w:tmpl w:val="D71AB08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57DD0"/>
    <w:multiLevelType w:val="hybridMultilevel"/>
    <w:tmpl w:val="B7F0ED70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FDC6B02"/>
    <w:multiLevelType w:val="hybridMultilevel"/>
    <w:tmpl w:val="0E28718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961583">
    <w:abstractNumId w:val="8"/>
  </w:num>
  <w:num w:numId="2" w16cid:durableId="53116564">
    <w:abstractNumId w:val="6"/>
  </w:num>
  <w:num w:numId="3" w16cid:durableId="258876554">
    <w:abstractNumId w:val="5"/>
  </w:num>
  <w:num w:numId="4" w16cid:durableId="185488770">
    <w:abstractNumId w:val="4"/>
  </w:num>
  <w:num w:numId="5" w16cid:durableId="1899244821">
    <w:abstractNumId w:val="7"/>
  </w:num>
  <w:num w:numId="6" w16cid:durableId="674501845">
    <w:abstractNumId w:val="3"/>
  </w:num>
  <w:num w:numId="7" w16cid:durableId="262542153">
    <w:abstractNumId w:val="2"/>
  </w:num>
  <w:num w:numId="8" w16cid:durableId="390810013">
    <w:abstractNumId w:val="1"/>
  </w:num>
  <w:num w:numId="9" w16cid:durableId="1937208935">
    <w:abstractNumId w:val="0"/>
  </w:num>
  <w:num w:numId="10" w16cid:durableId="449204833">
    <w:abstractNumId w:val="9"/>
  </w:num>
  <w:num w:numId="11" w16cid:durableId="471093172">
    <w:abstractNumId w:val="22"/>
  </w:num>
  <w:num w:numId="12" w16cid:durableId="1306156564">
    <w:abstractNumId w:val="20"/>
  </w:num>
  <w:num w:numId="13" w16cid:durableId="306320488">
    <w:abstractNumId w:val="21"/>
  </w:num>
  <w:num w:numId="14" w16cid:durableId="1500196428">
    <w:abstractNumId w:val="10"/>
  </w:num>
  <w:num w:numId="15" w16cid:durableId="1176968275">
    <w:abstractNumId w:val="16"/>
  </w:num>
  <w:num w:numId="16" w16cid:durableId="350499788">
    <w:abstractNumId w:val="18"/>
  </w:num>
  <w:num w:numId="17" w16cid:durableId="902182684">
    <w:abstractNumId w:val="13"/>
  </w:num>
  <w:num w:numId="18" w16cid:durableId="1219786748">
    <w:abstractNumId w:val="14"/>
  </w:num>
  <w:num w:numId="19" w16cid:durableId="321931624">
    <w:abstractNumId w:val="11"/>
  </w:num>
  <w:num w:numId="20" w16cid:durableId="475496276">
    <w:abstractNumId w:val="12"/>
  </w:num>
  <w:num w:numId="21" w16cid:durableId="1421026775">
    <w:abstractNumId w:val="15"/>
  </w:num>
  <w:num w:numId="22" w16cid:durableId="196353384">
    <w:abstractNumId w:val="19"/>
  </w:num>
  <w:num w:numId="23" w16cid:durableId="13512245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10D"/>
    <w:rsid w:val="000B6B58"/>
    <w:rsid w:val="0015074B"/>
    <w:rsid w:val="00263EE2"/>
    <w:rsid w:val="0029639D"/>
    <w:rsid w:val="002E01F7"/>
    <w:rsid w:val="00326F90"/>
    <w:rsid w:val="00395BF0"/>
    <w:rsid w:val="006512E0"/>
    <w:rsid w:val="00672DD1"/>
    <w:rsid w:val="00753466"/>
    <w:rsid w:val="007F2CA3"/>
    <w:rsid w:val="0084600A"/>
    <w:rsid w:val="00861A29"/>
    <w:rsid w:val="009144C8"/>
    <w:rsid w:val="009326C3"/>
    <w:rsid w:val="009C08F8"/>
    <w:rsid w:val="00A93268"/>
    <w:rsid w:val="00AA1D8D"/>
    <w:rsid w:val="00B47730"/>
    <w:rsid w:val="00BF4BC4"/>
    <w:rsid w:val="00CB0664"/>
    <w:rsid w:val="00CB3FD4"/>
    <w:rsid w:val="00CF1606"/>
    <w:rsid w:val="00DC646A"/>
    <w:rsid w:val="00E66FFF"/>
    <w:rsid w:val="00F100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36C7C"/>
  <w14:defaultImageDpi w14:val="300"/>
  <w15:docId w15:val="{C20FFA16-0E98-4EEB-B969-1139D7B5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abTitle">
    <w:name w:val="BabTitle"/>
    <w:pPr>
      <w:spacing w:after="0" w:line="360" w:lineRule="auto"/>
      <w:jc w:val="center"/>
    </w:pPr>
    <w:rPr>
      <w:rFonts w:ascii="Times New Roman" w:eastAsia="Times New Roman" w:hAnsi="Times New Roman"/>
      <w:b/>
      <w:sz w:val="24"/>
    </w:rPr>
  </w:style>
  <w:style w:type="paragraph" w:customStyle="1" w:styleId="Subbab">
    <w:name w:val="Subbab"/>
    <w:pPr>
      <w:spacing w:after="0" w:line="360" w:lineRule="auto"/>
    </w:pPr>
    <w:rPr>
      <w:rFonts w:ascii="Times New Roman" w:eastAsia="Times New Roman" w:hAnsi="Times New Roman"/>
      <w:b/>
      <w:sz w:val="24"/>
    </w:rPr>
  </w:style>
  <w:style w:type="paragraph" w:customStyle="1" w:styleId="AnakSubbab">
    <w:name w:val="AnakSubbab"/>
    <w:pPr>
      <w:spacing w:after="0" w:line="360" w:lineRule="auto"/>
    </w:pPr>
    <w:rPr>
      <w:rFonts w:ascii="Times New Roman" w:eastAsia="Times New Roman" w:hAnsi="Times New Roman"/>
      <w:b/>
      <w:sz w:val="24"/>
    </w:rPr>
  </w:style>
  <w:style w:type="paragraph" w:customStyle="1" w:styleId="TemplateNote">
    <w:name w:val="TemplateNote"/>
    <w:pPr>
      <w:spacing w:after="120" w:line="360" w:lineRule="auto"/>
    </w:pPr>
    <w:rPr>
      <w:rFonts w:ascii="Times New Roman" w:eastAsia="Times New Roman" w:hAnsi="Times New Roman"/>
    </w:rPr>
  </w:style>
  <w:style w:type="table" w:styleId="PlainTable2">
    <w:name w:val="Plain Table 2"/>
    <w:basedOn w:val="TableNormal"/>
    <w:uiPriority w:val="99"/>
    <w:rsid w:val="007534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20</Pages>
  <Words>3099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Laporan Hasil PKL/Magang Fakultas Sains</vt:lpstr>
    </vt:vector>
  </TitlesOfParts>
  <Manager/>
  <Company/>
  <LinksUpToDate>false</LinksUpToDate>
  <CharactersWithSpaces>20723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Laporan Hasil PKL/Magang Fakultas Sains</dc:title>
  <dc:subject>Template laporan hasil PKL/Magang berdasarkan Pedoman PKL/Magang Fakultas Sains 2022</dc:subject>
  <dc:creator>OpenAI</dc:creator>
  <cp:keywords>PKL, Magang, Template Laporan, Fakultas Sains</cp:keywords>
  <dc:description>generated by python-docx</dc:description>
  <cp:lastModifiedBy>Hai Anggun</cp:lastModifiedBy>
  <cp:revision>5</cp:revision>
  <dcterms:created xsi:type="dcterms:W3CDTF">2013-12-23T23:15:00Z</dcterms:created>
  <dcterms:modified xsi:type="dcterms:W3CDTF">2026-06-17T18:40:00Z</dcterms:modified>
  <cp:category/>
</cp:coreProperties>
</file>