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C40A2" w14:textId="77777777" w:rsidR="00621206" w:rsidRPr="000E700C" w:rsidRDefault="00621206">
      <w:pPr>
        <w:rPr>
          <w:rFonts w:cs="Times New Roman"/>
          <w:szCs w:val="24"/>
        </w:rPr>
      </w:pPr>
    </w:p>
    <w:p w14:paraId="0BE84B0B" w14:textId="77777777" w:rsidR="00BE0AAA" w:rsidRPr="000E700C" w:rsidRDefault="00AF52F1">
      <w:pPr>
        <w:jc w:val="center"/>
        <w:rPr>
          <w:rFonts w:cs="Times New Roman"/>
          <w:b/>
          <w:szCs w:val="24"/>
        </w:rPr>
      </w:pPr>
      <w:r w:rsidRPr="000E700C">
        <w:rPr>
          <w:rFonts w:cs="Times New Roman"/>
          <w:b/>
          <w:szCs w:val="24"/>
        </w:rPr>
        <w:t>LAPORAN KEGIATAN BULANAN</w:t>
      </w:r>
    </w:p>
    <w:p w14:paraId="69938BBB" w14:textId="77777777" w:rsidR="00BE0AAA" w:rsidRPr="000E700C" w:rsidRDefault="00BE0AAA" w:rsidP="00BE0AAA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C64819D" w14:textId="77777777" w:rsidR="00621206" w:rsidRPr="000E700C" w:rsidRDefault="00BE0AAA" w:rsidP="00BE0AAA">
      <w:pPr>
        <w:spacing w:after="0" w:line="240" w:lineRule="auto"/>
        <w:jc w:val="center"/>
        <w:rPr>
          <w:rFonts w:cs="Times New Roman"/>
          <w:b/>
          <w:szCs w:val="24"/>
        </w:rPr>
      </w:pPr>
      <w:r w:rsidRPr="000E700C">
        <w:rPr>
          <w:rFonts w:cs="Times New Roman"/>
          <w:b/>
          <w:szCs w:val="24"/>
        </w:rPr>
        <w:t>PERIODE BULAN I</w:t>
      </w:r>
      <w:r w:rsidRPr="000E700C">
        <w:rPr>
          <w:rFonts w:cs="Times New Roman"/>
          <w:b/>
          <w:szCs w:val="24"/>
        </w:rPr>
        <w:br/>
      </w:r>
      <w:r w:rsidR="00AF52F1" w:rsidRPr="000E700C">
        <w:rPr>
          <w:rFonts w:cs="Times New Roman"/>
          <w:b/>
          <w:szCs w:val="24"/>
        </w:rPr>
        <w:t>MAGANG KERJA / PRAKTIK KERJA LAPANGAN (PKL)</w:t>
      </w:r>
    </w:p>
    <w:p w14:paraId="6BEBB233" w14:textId="77777777" w:rsidR="00336B23" w:rsidRDefault="00336B23" w:rsidP="00336B23">
      <w:pPr>
        <w:spacing w:after="80"/>
        <w:jc w:val="center"/>
      </w:pPr>
      <w:r>
        <w:rPr>
          <w:rFonts w:cs="Times New Roman"/>
          <w:b/>
          <w:bCs/>
          <w:color w:val="000000"/>
          <w:sz w:val="22"/>
        </w:rPr>
        <w:t>DI DINAS KOMUNIKASI, INFORMATIKA, STATISTIK DAN PERSANDIAN</w:t>
      </w:r>
    </w:p>
    <w:p w14:paraId="4C20449D" w14:textId="77777777" w:rsidR="00336B23" w:rsidRDefault="00336B23" w:rsidP="00336B23">
      <w:pPr>
        <w:spacing w:after="360"/>
        <w:jc w:val="center"/>
      </w:pPr>
      <w:r>
        <w:rPr>
          <w:rFonts w:cs="Times New Roman"/>
          <w:b/>
          <w:bCs/>
          <w:color w:val="000000"/>
          <w:sz w:val="22"/>
        </w:rPr>
        <w:t>PROVINSI BANTEN</w:t>
      </w:r>
    </w:p>
    <w:p w14:paraId="70FD73C0" w14:textId="77777777" w:rsidR="00621206" w:rsidRPr="000E700C" w:rsidRDefault="00621206">
      <w:pPr>
        <w:rPr>
          <w:rFonts w:cs="Times New Roman"/>
          <w:szCs w:val="24"/>
        </w:rPr>
      </w:pPr>
    </w:p>
    <w:p w14:paraId="464E8AEE" w14:textId="77777777" w:rsidR="00621206" w:rsidRPr="000E700C" w:rsidRDefault="00621206">
      <w:pPr>
        <w:rPr>
          <w:rFonts w:cs="Times New Roman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:rsidRPr="000E700C" w14:paraId="66B4D6F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34A1CE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bookmarkStart w:id="0" w:name="_Hlk233700620"/>
            <w:r w:rsidRPr="000E700C">
              <w:rPr>
                <w:rFonts w:cs="Times New Roman"/>
                <w:b/>
                <w:szCs w:val="24"/>
              </w:rPr>
              <w:t xml:space="preserve">Nama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303167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E426E4" w14:textId="6312AB67" w:rsidR="00621206" w:rsidRPr="000E700C" w:rsidRDefault="009C4519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>Muhammad Hilmy Ibrahim</w:t>
            </w:r>
          </w:p>
        </w:tc>
      </w:tr>
      <w:tr w:rsidR="00621206" w:rsidRPr="000E700C" w14:paraId="67670D5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2A6946C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98C7E8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39CC7E" w14:textId="458DF494" w:rsidR="00621206" w:rsidRPr="000E700C" w:rsidRDefault="00013C9C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>2317300</w:t>
            </w:r>
            <w:r w:rsidR="009C4519" w:rsidRPr="000E700C">
              <w:rPr>
                <w:rFonts w:cs="Times New Roman"/>
                <w:szCs w:val="24"/>
              </w:rPr>
              <w:t>42</w:t>
            </w:r>
          </w:p>
        </w:tc>
      </w:tr>
      <w:tr w:rsidR="00621206" w:rsidRPr="000E700C" w14:paraId="76AB742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7776FA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1C53C0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C5BB34" w14:textId="79F69FCE" w:rsidR="00621206" w:rsidRPr="000E700C" w:rsidRDefault="00013C9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Informatika</w:t>
            </w:r>
            <w:proofErr w:type="spellEnd"/>
          </w:p>
        </w:tc>
      </w:tr>
      <w:tr w:rsidR="00621206" w:rsidRPr="000E700C" w14:paraId="3FA6F57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95150E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Fakultas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558CBC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04C92F" w14:textId="64BB95EA" w:rsidR="00621206" w:rsidRPr="000E700C" w:rsidRDefault="00013C9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Sains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szCs w:val="24"/>
              </w:rPr>
              <w:t>Teknologi</w:t>
            </w:r>
            <w:proofErr w:type="spellEnd"/>
          </w:p>
        </w:tc>
      </w:tr>
      <w:tr w:rsidR="00621206" w:rsidRPr="000E700C" w14:paraId="5EB812A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32333C4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85AAC2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F4DC66" w14:textId="0C44F932" w:rsidR="00621206" w:rsidRPr="000E700C" w:rsidRDefault="008C52B0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0E700C">
              <w:rPr>
                <w:rFonts w:cs="Times New Roman"/>
                <w:szCs w:val="24"/>
              </w:rPr>
              <w:t>Komunikasi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szCs w:val="24"/>
              </w:rPr>
              <w:t>Informatika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szCs w:val="24"/>
              </w:rPr>
              <w:t>Statistik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szCs w:val="24"/>
              </w:rPr>
              <w:t>Persandian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szCs w:val="24"/>
              </w:rPr>
              <w:t>Provinsi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Banten (</w:t>
            </w:r>
            <w:proofErr w:type="spellStart"/>
            <w:r w:rsidRPr="000E700C">
              <w:rPr>
                <w:rFonts w:cs="Times New Roman"/>
                <w:szCs w:val="24"/>
              </w:rPr>
              <w:t>Diskominfo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SP)</w:t>
            </w:r>
          </w:p>
        </w:tc>
      </w:tr>
      <w:tr w:rsidR="00621206" w:rsidRPr="000E700C" w14:paraId="1520AB1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6AFF265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6F2FE35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0F1837" w14:textId="5EF87CE0" w:rsidR="00621206" w:rsidRPr="000E700C" w:rsidRDefault="00013C9C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>10</w:t>
            </w:r>
            <w:r w:rsidR="00AF52F1" w:rsidRPr="000E700C">
              <w:rPr>
                <w:rFonts w:cs="Times New Roman"/>
                <w:szCs w:val="24"/>
              </w:rPr>
              <w:t>/</w:t>
            </w:r>
            <w:proofErr w:type="spellStart"/>
            <w:r w:rsidRPr="000E700C">
              <w:rPr>
                <w:rFonts w:cs="Times New Roman"/>
                <w:szCs w:val="24"/>
              </w:rPr>
              <w:t>Februari</w:t>
            </w:r>
            <w:proofErr w:type="spellEnd"/>
            <w:r w:rsidR="00AF52F1" w:rsidRPr="000E700C">
              <w:rPr>
                <w:rFonts w:cs="Times New Roman"/>
                <w:szCs w:val="24"/>
              </w:rPr>
              <w:t>/</w:t>
            </w:r>
            <w:r w:rsidRPr="000E700C">
              <w:rPr>
                <w:rFonts w:cs="Times New Roman"/>
                <w:szCs w:val="24"/>
              </w:rPr>
              <w:t>2026</w:t>
            </w:r>
            <w:r w:rsidR="00AF52F1" w:rsidRPr="000E700C">
              <w:rPr>
                <w:rFonts w:cs="Times New Roman"/>
                <w:szCs w:val="24"/>
              </w:rPr>
              <w:t xml:space="preserve"> </w:t>
            </w:r>
            <w:proofErr w:type="spellStart"/>
            <w:r w:rsidR="00AF52F1" w:rsidRPr="000E700C">
              <w:rPr>
                <w:rFonts w:cs="Times New Roman"/>
                <w:szCs w:val="24"/>
              </w:rPr>
              <w:t>s.d.</w:t>
            </w:r>
            <w:proofErr w:type="spellEnd"/>
            <w:r w:rsidR="00AF52F1" w:rsidRPr="000E700C">
              <w:rPr>
                <w:rFonts w:cs="Times New Roman"/>
                <w:szCs w:val="24"/>
              </w:rPr>
              <w:t xml:space="preserve"> </w:t>
            </w:r>
            <w:r w:rsidRPr="000E700C">
              <w:rPr>
                <w:rFonts w:cs="Times New Roman"/>
                <w:szCs w:val="24"/>
              </w:rPr>
              <w:t>1</w:t>
            </w:r>
            <w:r w:rsidR="00AF52F1" w:rsidRPr="000E700C">
              <w:rPr>
                <w:rFonts w:cs="Times New Roman"/>
                <w:szCs w:val="24"/>
              </w:rPr>
              <w:t>/</w:t>
            </w:r>
            <w:r w:rsidRPr="000E700C">
              <w:rPr>
                <w:rFonts w:cs="Times New Roman"/>
                <w:szCs w:val="24"/>
              </w:rPr>
              <w:t>Juli</w:t>
            </w:r>
            <w:r w:rsidR="00AF52F1" w:rsidRPr="000E700C">
              <w:rPr>
                <w:rFonts w:cs="Times New Roman"/>
                <w:szCs w:val="24"/>
              </w:rPr>
              <w:t>/</w:t>
            </w:r>
            <w:r w:rsidRPr="000E700C">
              <w:rPr>
                <w:rFonts w:cs="Times New Roman"/>
                <w:szCs w:val="24"/>
              </w:rPr>
              <w:t>2026</w:t>
            </w:r>
          </w:p>
        </w:tc>
      </w:tr>
      <w:tr w:rsidR="00621206" w:rsidRPr="000E700C" w14:paraId="771F3C5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50FC55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Dosen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ED1455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31D759" w14:textId="5E9BC2E4" w:rsidR="00621206" w:rsidRPr="000E700C" w:rsidRDefault="00013C9C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 xml:space="preserve">Dr. </w:t>
            </w:r>
            <w:proofErr w:type="spellStart"/>
            <w:r w:rsidRPr="000E700C">
              <w:rPr>
                <w:rFonts w:cs="Times New Roman"/>
                <w:szCs w:val="24"/>
              </w:rPr>
              <w:t>Aan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szCs w:val="24"/>
              </w:rPr>
              <w:t>Ansori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, </w:t>
            </w:r>
            <w:proofErr w:type="spellStart"/>
            <w:proofErr w:type="gramStart"/>
            <w:r w:rsidRPr="000E700C">
              <w:rPr>
                <w:rFonts w:cs="Times New Roman"/>
                <w:szCs w:val="24"/>
              </w:rPr>
              <w:t>S.Kom</w:t>
            </w:r>
            <w:proofErr w:type="spellEnd"/>
            <w:proofErr w:type="gramEnd"/>
            <w:r w:rsidRPr="000E700C">
              <w:rPr>
                <w:rFonts w:cs="Times New Roman"/>
                <w:szCs w:val="24"/>
              </w:rPr>
              <w:t xml:space="preserve">., M.M., </w:t>
            </w:r>
            <w:proofErr w:type="spellStart"/>
            <w:r w:rsidRPr="000E700C">
              <w:rPr>
                <w:rFonts w:cs="Times New Roman"/>
                <w:szCs w:val="24"/>
              </w:rPr>
              <w:t>M.Kom</w:t>
            </w:r>
            <w:proofErr w:type="spellEnd"/>
          </w:p>
        </w:tc>
      </w:tr>
      <w:tr w:rsidR="00621206" w:rsidRPr="000E700C" w14:paraId="7338CE8E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5A8244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442812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C20B51" w14:textId="607F6E5A" w:rsidR="00621206" w:rsidRPr="000E700C" w:rsidRDefault="009C4519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 xml:space="preserve">Dino </w:t>
            </w:r>
            <w:proofErr w:type="spellStart"/>
            <w:r w:rsidRPr="000E700C">
              <w:rPr>
                <w:rFonts w:cs="Times New Roman"/>
                <w:szCs w:val="24"/>
              </w:rPr>
              <w:t>Pramono</w:t>
            </w:r>
            <w:proofErr w:type="spellEnd"/>
          </w:p>
        </w:tc>
      </w:tr>
      <w:bookmarkEnd w:id="0"/>
    </w:tbl>
    <w:p w14:paraId="65591D43" w14:textId="77777777" w:rsidR="00621206" w:rsidRPr="000E700C" w:rsidRDefault="00621206">
      <w:pPr>
        <w:rPr>
          <w:rFonts w:cs="Times New Roman"/>
          <w:szCs w:val="24"/>
        </w:rPr>
      </w:pPr>
    </w:p>
    <w:p w14:paraId="26C480F6" w14:textId="77777777" w:rsidR="00621206" w:rsidRPr="000E700C" w:rsidRDefault="00BE0AAA" w:rsidP="00BE0AAA">
      <w:pPr>
        <w:jc w:val="center"/>
        <w:rPr>
          <w:rFonts w:cs="Times New Roman"/>
          <w:szCs w:val="24"/>
        </w:rPr>
      </w:pPr>
      <w:proofErr w:type="spellStart"/>
      <w:r w:rsidRPr="000E700C">
        <w:rPr>
          <w:rFonts w:cs="Times New Roman"/>
          <w:b/>
          <w:szCs w:val="24"/>
        </w:rPr>
        <w:t>Serang</w:t>
      </w:r>
      <w:proofErr w:type="spellEnd"/>
      <w:r w:rsidRPr="000E700C">
        <w:rPr>
          <w:rFonts w:cs="Times New Roman"/>
          <w:b/>
          <w:szCs w:val="24"/>
        </w:rPr>
        <w:t xml:space="preserve"> - Banten</w:t>
      </w:r>
      <w:r w:rsidR="00AF52F1" w:rsidRPr="000E700C">
        <w:rPr>
          <w:rFonts w:cs="Times New Roman"/>
          <w:b/>
          <w:szCs w:val="24"/>
        </w:rPr>
        <w:br/>
        <w:t>2026</w:t>
      </w:r>
    </w:p>
    <w:p w14:paraId="5B942D3D" w14:textId="77777777" w:rsidR="00621206" w:rsidRPr="000E700C" w:rsidRDefault="00AF52F1">
      <w:pPr>
        <w:rPr>
          <w:rFonts w:cs="Times New Roman"/>
          <w:szCs w:val="24"/>
        </w:rPr>
      </w:pPr>
      <w:r w:rsidRPr="000E700C">
        <w:rPr>
          <w:rFonts w:cs="Times New Roman"/>
          <w:szCs w:val="24"/>
        </w:rPr>
        <w:br w:type="page"/>
      </w:r>
    </w:p>
    <w:p w14:paraId="5E986F20" w14:textId="77777777" w:rsidR="00621206" w:rsidRPr="000E700C" w:rsidRDefault="00AF52F1" w:rsidP="00BE0AAA">
      <w:pPr>
        <w:pStyle w:val="Heading1"/>
        <w:spacing w:before="2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LAPORAN PEKERJAAN BULAN KE-1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:rsidRPr="000E700C" w14:paraId="5C033A8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EC0308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Bulan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3D0CAB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1BCFE5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szCs w:val="24"/>
              </w:rPr>
              <w:t>Pertama</w:t>
            </w:r>
            <w:proofErr w:type="spellEnd"/>
          </w:p>
        </w:tc>
      </w:tr>
      <w:tr w:rsidR="00621206" w:rsidRPr="000E700C" w14:paraId="591A9D5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E8A7E2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27D38FB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8FFD1A7" w14:textId="79F8997D" w:rsidR="00621206" w:rsidRPr="000E700C" w:rsidRDefault="008C52B0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0E700C">
              <w:rPr>
                <w:rFonts w:cs="Times New Roman"/>
                <w:szCs w:val="24"/>
              </w:rPr>
              <w:t>Komunikasi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szCs w:val="24"/>
              </w:rPr>
              <w:t>Informatika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szCs w:val="24"/>
              </w:rPr>
              <w:t>Statistik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szCs w:val="24"/>
              </w:rPr>
              <w:t>Persandian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szCs w:val="24"/>
              </w:rPr>
              <w:t>Provinsi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Banten</w:t>
            </w:r>
          </w:p>
        </w:tc>
      </w:tr>
      <w:tr w:rsidR="00621206" w:rsidRPr="000E700C" w14:paraId="232E316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D12790D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Fokus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BAEA3F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B95CE9" w14:textId="4CF33DF9" w:rsidR="00621206" w:rsidRPr="000E700C" w:rsidRDefault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Orientasi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analisis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(system flow)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menggunakan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draw.io</w:t>
            </w:r>
          </w:p>
        </w:tc>
      </w:tr>
      <w:tr w:rsidR="00621206" w:rsidRPr="000E700C" w14:paraId="2B95E05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29552B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 xml:space="preserve">Status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B520EC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BCD075" w14:textId="45FA521E" w:rsidR="00621206" w:rsidRPr="000E700C" w:rsidRDefault="008C52B0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Selesai</w:t>
            </w:r>
            <w:proofErr w:type="spellEnd"/>
          </w:p>
        </w:tc>
      </w:tr>
    </w:tbl>
    <w:p w14:paraId="2FCD0AAE" w14:textId="77777777" w:rsidR="00621206" w:rsidRPr="000E700C" w:rsidRDefault="00AF52F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A.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p w14:paraId="73BA3FCE" w14:textId="77777777" w:rsidR="00C159E3" w:rsidRPr="000E700C" w:rsidRDefault="00C159E3" w:rsidP="00C159E3">
      <w:pPr>
        <w:pStyle w:val="Heading2"/>
        <w:spacing w:before="160" w:after="80"/>
        <w:jc w:val="both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Kegiatan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pada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bulan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pertama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magang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(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Februari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2026)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bertujuan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untuk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membangun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pemahaman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menyeluruh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mengenai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lingkungan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kerja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Diskominfo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Provinsi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Banten,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khususnya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terkait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tata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kelola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administrasi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program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magang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mahasiswa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yang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saat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ini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berlangsung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secara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manual.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Mahasiswa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juga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diarahkan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untuk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segera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melakukan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analisis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kebutuhan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sistem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melalui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observasi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dan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wawancara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dengan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staf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pengelola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serta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mulai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merancang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alur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sistem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(system flow)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awal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menggunakan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aplikasi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draw.io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sebagai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fondasi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perancangan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Sistem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Informasi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Manajemen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Magang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>Berbasis</w:t>
      </w:r>
      <w:proofErr w:type="spellEnd"/>
      <w:r w:rsidRPr="000E700C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  <w:t xml:space="preserve"> Web.</w:t>
      </w:r>
    </w:p>
    <w:p w14:paraId="1C6C86A8" w14:textId="055046D6" w:rsidR="00621206" w:rsidRPr="000E700C" w:rsidRDefault="00AF52F1" w:rsidP="008C52B0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B.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Rincian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:rsidRPr="000E700C" w14:paraId="6D52FE49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A76A7FC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color w:val="FFFFFF"/>
                <w:szCs w:val="24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51736EE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color w:val="FFFFFF"/>
                <w:szCs w:val="24"/>
              </w:rPr>
              <w:t>Jenis</w:t>
            </w:r>
            <w:proofErr w:type="spellEnd"/>
            <w:r w:rsidRPr="000E700C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color w:val="FFFFFF"/>
                <w:szCs w:val="24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66A30DC4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color w:val="FFFFFF"/>
                <w:szCs w:val="24"/>
              </w:rPr>
              <w:t>Uraian</w:t>
            </w:r>
            <w:proofErr w:type="spellEnd"/>
            <w:r w:rsidRPr="000E700C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color w:val="FFFFFF"/>
                <w:szCs w:val="24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18541915" w14:textId="77777777" w:rsidR="00621206" w:rsidRPr="000E700C" w:rsidRDefault="00AF52F1">
            <w:pPr>
              <w:jc w:val="center"/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color w:val="FFFFFF"/>
                <w:szCs w:val="24"/>
              </w:rPr>
              <w:t>Output/</w:t>
            </w:r>
            <w:proofErr w:type="spellStart"/>
            <w:r w:rsidRPr="000E700C">
              <w:rPr>
                <w:rFonts w:cs="Times New Roman"/>
                <w:b/>
                <w:color w:val="FFFFFF"/>
                <w:szCs w:val="24"/>
              </w:rPr>
              <w:t>Capaian</w:t>
            </w:r>
            <w:proofErr w:type="spellEnd"/>
          </w:p>
        </w:tc>
      </w:tr>
      <w:tr w:rsidR="00C159E3" w:rsidRPr="000E700C" w14:paraId="48394C33" w14:textId="77777777" w:rsidTr="006274C6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3F2378C" w14:textId="77777777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Minggu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49C79C" w14:textId="51975166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Orientasi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pengenalan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lingkungan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F7B65AB" w14:textId="36D7C49A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Mengikuti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pengarahan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Bapak Dino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Pramono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mengenal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struktur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organisasi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Diskominfo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memahami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tata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tertib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budaya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mengamati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proses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administrasi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berjalan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saat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ini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0BF81B3B" w14:textId="3CAE3E80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Mahasiswa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memahami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aturan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koordinasi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gambaran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permasalahan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administrasi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dihadapi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C159E3" w:rsidRPr="000E700C" w14:paraId="5CBF79D5" w14:textId="77777777" w:rsidTr="00FB0544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92D08FB" w14:textId="77777777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Minggu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FBE77D3" w14:textId="775AD906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Observasi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&amp;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analisis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907B00C" w14:textId="27755590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Melakukan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observasi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langsung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terhadap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proses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pengumpulan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berkas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/CV,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pencatatan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aktivitas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masih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dilakukan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manual.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Melakukan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wawancara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staf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pengelola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menggali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mendalam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6F98064" w14:textId="64DE902C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Tersusun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daftar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permasalahan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(pain points)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fungsional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: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manajemen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CV,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harian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lastRenderedPageBreak/>
              <w:t>penilaian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sertifikat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C159E3" w:rsidRPr="000E700C" w14:paraId="5EC58DA5" w14:textId="77777777" w:rsidTr="000F6231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8B1C3CF" w14:textId="77777777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lastRenderedPageBreak/>
              <w:t>Minggu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6B1B777" w14:textId="2D696D48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(system flow) di draw.io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AD80CD9" w14:textId="668AAF80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Mulai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merancang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diagram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menggunakan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draw.io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berdasarkan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hasil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analisis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Fokus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pada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pengguna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(login &amp;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registrasi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)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pengisian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verifikasi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CV/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berkas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Mendiskusikan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draft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melakukan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revisi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sesuai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masukan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0D71B8A7" w14:textId="5F93EC21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Tersusun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draft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CV yang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telah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disetujui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sebagai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dasar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pengerjaan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berikutnya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C159E3" w:rsidRPr="000E700C" w14:paraId="73C5BEF2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BD7EEDF" w14:textId="77777777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szCs w:val="24"/>
              </w:rPr>
              <w:t>Minggu</w:t>
            </w:r>
            <w:proofErr w:type="spellEnd"/>
            <w:r w:rsidRPr="000E700C">
              <w:rPr>
                <w:rFonts w:cs="Times New Roman"/>
                <w:szCs w:val="24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5F3CB7D" w14:textId="06CE8B3B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Evaluasi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rekap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&amp;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penyusunan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pertama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4D23227" w14:textId="131AD58D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Merekap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seluruh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kegiatan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pertama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mendokumentasikan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hasil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observasi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analisis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menyusun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catatan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revisi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menyiapkan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rencana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berikutnya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Maret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2026).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EDB07C4" w14:textId="59DFA5C4" w:rsidR="00C159E3" w:rsidRPr="000E700C" w:rsidRDefault="00C159E3" w:rsidP="00C159E3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Tersusun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laporan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ke-1 dan daftar target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pengerjaan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bulan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ke-2 yang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diserahkan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kepada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</w:tbl>
    <w:p w14:paraId="043B3477" w14:textId="77777777" w:rsidR="00621206" w:rsidRPr="000E700C" w:rsidRDefault="00AF52F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C.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Uraian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Pelaksanaan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</w:p>
    <w:p w14:paraId="32AF23BD" w14:textId="77777777" w:rsidR="00C159E3" w:rsidRPr="000E700C" w:rsidRDefault="00C159E3" w:rsidP="00C159E3">
      <w:pPr>
        <w:spacing w:before="80" w:after="80"/>
        <w:ind w:firstLine="720"/>
        <w:jc w:val="both"/>
        <w:rPr>
          <w:rFonts w:cs="Times New Roman"/>
          <w:szCs w:val="24"/>
        </w:rPr>
      </w:pPr>
      <w:r w:rsidRPr="000E700C">
        <w:rPr>
          <w:rFonts w:cs="Times New Roman"/>
          <w:color w:val="000000"/>
          <w:szCs w:val="24"/>
        </w:rPr>
        <w:t xml:space="preserve">Pada </w:t>
      </w:r>
      <w:proofErr w:type="spellStart"/>
      <w:r w:rsidRPr="000E700C">
        <w:rPr>
          <w:rFonts w:cs="Times New Roman"/>
          <w:color w:val="000000"/>
          <w:szCs w:val="24"/>
        </w:rPr>
        <w:t>bulan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pertama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magang</w:t>
      </w:r>
      <w:proofErr w:type="spellEnd"/>
      <w:r w:rsidRPr="000E700C">
        <w:rPr>
          <w:rFonts w:cs="Times New Roman"/>
          <w:color w:val="000000"/>
          <w:szCs w:val="24"/>
        </w:rPr>
        <w:t xml:space="preserve"> (</w:t>
      </w:r>
      <w:proofErr w:type="spellStart"/>
      <w:r w:rsidRPr="000E700C">
        <w:rPr>
          <w:rFonts w:cs="Times New Roman"/>
          <w:color w:val="000000"/>
          <w:szCs w:val="24"/>
        </w:rPr>
        <w:t>Februari</w:t>
      </w:r>
      <w:proofErr w:type="spellEnd"/>
      <w:r w:rsidRPr="000E700C">
        <w:rPr>
          <w:rFonts w:cs="Times New Roman"/>
          <w:color w:val="000000"/>
          <w:szCs w:val="24"/>
        </w:rPr>
        <w:t xml:space="preserve"> 2026), </w:t>
      </w:r>
      <w:proofErr w:type="spellStart"/>
      <w:r w:rsidRPr="000E700C">
        <w:rPr>
          <w:rFonts w:cs="Times New Roman"/>
          <w:color w:val="000000"/>
          <w:szCs w:val="24"/>
        </w:rPr>
        <w:t>kegiatan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diawali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dengan</w:t>
      </w:r>
      <w:proofErr w:type="spellEnd"/>
      <w:r w:rsidRPr="000E700C">
        <w:rPr>
          <w:rFonts w:cs="Times New Roman"/>
          <w:color w:val="000000"/>
          <w:szCs w:val="24"/>
        </w:rPr>
        <w:t xml:space="preserve"> masa </w:t>
      </w:r>
      <w:proofErr w:type="spellStart"/>
      <w:r w:rsidRPr="000E700C">
        <w:rPr>
          <w:rFonts w:cs="Times New Roman"/>
          <w:color w:val="000000"/>
          <w:szCs w:val="24"/>
        </w:rPr>
        <w:t>orientasi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selama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satu</w:t>
      </w:r>
      <w:proofErr w:type="spellEnd"/>
      <w:r w:rsidRPr="000E700C">
        <w:rPr>
          <w:rFonts w:cs="Times New Roman"/>
          <w:color w:val="000000"/>
          <w:szCs w:val="24"/>
        </w:rPr>
        <w:t xml:space="preserve"> pekan </w:t>
      </w:r>
      <w:proofErr w:type="spellStart"/>
      <w:r w:rsidRPr="000E700C">
        <w:rPr>
          <w:rFonts w:cs="Times New Roman"/>
          <w:color w:val="000000"/>
          <w:szCs w:val="24"/>
        </w:rPr>
        <w:t>penuh</w:t>
      </w:r>
      <w:proofErr w:type="spellEnd"/>
      <w:r w:rsidRPr="000E700C">
        <w:rPr>
          <w:rFonts w:cs="Times New Roman"/>
          <w:color w:val="000000"/>
          <w:szCs w:val="24"/>
        </w:rPr>
        <w:t xml:space="preserve"> di </w:t>
      </w:r>
      <w:proofErr w:type="spellStart"/>
      <w:r w:rsidRPr="000E700C">
        <w:rPr>
          <w:rFonts w:cs="Times New Roman"/>
          <w:color w:val="000000"/>
          <w:szCs w:val="24"/>
        </w:rPr>
        <w:t>lingkungan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Diskominfo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Provinsi</w:t>
      </w:r>
      <w:proofErr w:type="spellEnd"/>
      <w:r w:rsidRPr="000E700C">
        <w:rPr>
          <w:rFonts w:cs="Times New Roman"/>
          <w:color w:val="000000"/>
          <w:szCs w:val="24"/>
        </w:rPr>
        <w:t xml:space="preserve"> Banten. </w:t>
      </w:r>
      <w:proofErr w:type="spellStart"/>
      <w:r w:rsidRPr="000E700C">
        <w:rPr>
          <w:rFonts w:cs="Times New Roman"/>
          <w:color w:val="000000"/>
          <w:szCs w:val="24"/>
        </w:rPr>
        <w:t>Selama</w:t>
      </w:r>
      <w:proofErr w:type="spellEnd"/>
      <w:r w:rsidRPr="000E700C">
        <w:rPr>
          <w:rFonts w:cs="Times New Roman"/>
          <w:color w:val="000000"/>
          <w:szCs w:val="24"/>
        </w:rPr>
        <w:t xml:space="preserve"> masa </w:t>
      </w:r>
      <w:proofErr w:type="spellStart"/>
      <w:r w:rsidRPr="000E700C">
        <w:rPr>
          <w:rFonts w:cs="Times New Roman"/>
          <w:color w:val="000000"/>
          <w:szCs w:val="24"/>
        </w:rPr>
        <w:t>orientasi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mahasiswa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mendapatkan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penjelasan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langsung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dari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pembimbing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lapangan</w:t>
      </w:r>
      <w:proofErr w:type="spellEnd"/>
      <w:r w:rsidRPr="000E700C">
        <w:rPr>
          <w:rFonts w:cs="Times New Roman"/>
          <w:color w:val="000000"/>
          <w:szCs w:val="24"/>
        </w:rPr>
        <w:t xml:space="preserve">, Bapak Dino </w:t>
      </w:r>
      <w:proofErr w:type="spellStart"/>
      <w:r w:rsidRPr="000E700C">
        <w:rPr>
          <w:rFonts w:cs="Times New Roman"/>
          <w:color w:val="000000"/>
          <w:szCs w:val="24"/>
        </w:rPr>
        <w:t>Pramono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mengenai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profil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instansi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struktur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organisasi</w:t>
      </w:r>
      <w:proofErr w:type="spellEnd"/>
      <w:r w:rsidRPr="000E700C">
        <w:rPr>
          <w:rFonts w:cs="Times New Roman"/>
          <w:color w:val="000000"/>
          <w:szCs w:val="24"/>
        </w:rPr>
        <w:t xml:space="preserve">, tata </w:t>
      </w:r>
      <w:proofErr w:type="spellStart"/>
      <w:r w:rsidRPr="000E700C">
        <w:rPr>
          <w:rFonts w:cs="Times New Roman"/>
          <w:color w:val="000000"/>
          <w:szCs w:val="24"/>
        </w:rPr>
        <w:t>tertib</w:t>
      </w:r>
      <w:proofErr w:type="spellEnd"/>
      <w:r w:rsidRPr="000E700C">
        <w:rPr>
          <w:rFonts w:cs="Times New Roman"/>
          <w:color w:val="000000"/>
          <w:szCs w:val="24"/>
        </w:rPr>
        <w:t xml:space="preserve">, jam </w:t>
      </w:r>
      <w:proofErr w:type="spellStart"/>
      <w:r w:rsidRPr="000E700C">
        <w:rPr>
          <w:rFonts w:cs="Times New Roman"/>
          <w:color w:val="000000"/>
          <w:szCs w:val="24"/>
        </w:rPr>
        <w:t>kerja</w:t>
      </w:r>
      <w:proofErr w:type="spellEnd"/>
      <w:r w:rsidRPr="000E700C">
        <w:rPr>
          <w:rFonts w:cs="Times New Roman"/>
          <w:color w:val="000000"/>
          <w:szCs w:val="24"/>
        </w:rPr>
        <w:t xml:space="preserve">, dan </w:t>
      </w:r>
      <w:proofErr w:type="spellStart"/>
      <w:r w:rsidRPr="000E700C">
        <w:rPr>
          <w:rFonts w:cs="Times New Roman"/>
          <w:color w:val="000000"/>
          <w:szCs w:val="24"/>
        </w:rPr>
        <w:t>etika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komunikasi</w:t>
      </w:r>
      <w:proofErr w:type="spellEnd"/>
      <w:r w:rsidRPr="000E700C">
        <w:rPr>
          <w:rFonts w:cs="Times New Roman"/>
          <w:color w:val="000000"/>
          <w:szCs w:val="24"/>
        </w:rPr>
        <w:t xml:space="preserve"> di </w:t>
      </w:r>
      <w:proofErr w:type="spellStart"/>
      <w:r w:rsidRPr="000E700C">
        <w:rPr>
          <w:rFonts w:cs="Times New Roman"/>
          <w:color w:val="000000"/>
          <w:szCs w:val="24"/>
        </w:rPr>
        <w:t>lingkungan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Diskominfo</w:t>
      </w:r>
      <w:proofErr w:type="spellEnd"/>
      <w:r w:rsidRPr="000E700C">
        <w:rPr>
          <w:rFonts w:cs="Times New Roman"/>
          <w:color w:val="000000"/>
          <w:szCs w:val="24"/>
        </w:rPr>
        <w:t xml:space="preserve">. </w:t>
      </w:r>
      <w:proofErr w:type="spellStart"/>
      <w:r w:rsidRPr="000E700C">
        <w:rPr>
          <w:rFonts w:cs="Times New Roman"/>
          <w:color w:val="000000"/>
          <w:szCs w:val="24"/>
        </w:rPr>
        <w:t>Mahasiswa</w:t>
      </w:r>
      <w:proofErr w:type="spellEnd"/>
      <w:r w:rsidRPr="000E700C">
        <w:rPr>
          <w:rFonts w:cs="Times New Roman"/>
          <w:color w:val="000000"/>
          <w:szCs w:val="24"/>
        </w:rPr>
        <w:t xml:space="preserve"> juga </w:t>
      </w:r>
      <w:proofErr w:type="spellStart"/>
      <w:r w:rsidRPr="000E700C">
        <w:rPr>
          <w:rFonts w:cs="Times New Roman"/>
          <w:color w:val="000000"/>
          <w:szCs w:val="24"/>
        </w:rPr>
        <w:t>diperkenalkan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dengan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rekan-rekan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staf</w:t>
      </w:r>
      <w:proofErr w:type="spellEnd"/>
      <w:r w:rsidRPr="000E700C">
        <w:rPr>
          <w:rFonts w:cs="Times New Roman"/>
          <w:color w:val="000000"/>
          <w:szCs w:val="24"/>
        </w:rPr>
        <w:t xml:space="preserve"> di </w:t>
      </w:r>
      <w:proofErr w:type="spellStart"/>
      <w:r w:rsidRPr="000E700C">
        <w:rPr>
          <w:rFonts w:cs="Times New Roman"/>
          <w:color w:val="000000"/>
          <w:szCs w:val="24"/>
        </w:rPr>
        <w:t>bidang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relevan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serta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memperoleh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gambaran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awal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mengenai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proyek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akan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dikerjakan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selama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periode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magang</w:t>
      </w:r>
      <w:proofErr w:type="spellEnd"/>
      <w:r w:rsidRPr="000E700C">
        <w:rPr>
          <w:rFonts w:cs="Times New Roman"/>
          <w:color w:val="000000"/>
          <w:szCs w:val="24"/>
        </w:rPr>
        <w:t>.</w:t>
      </w:r>
    </w:p>
    <w:p w14:paraId="03FACF46" w14:textId="77777777" w:rsidR="00C159E3" w:rsidRPr="000E700C" w:rsidRDefault="00C159E3" w:rsidP="00C159E3">
      <w:pPr>
        <w:spacing w:before="80" w:after="80"/>
        <w:ind w:firstLine="720"/>
        <w:jc w:val="both"/>
        <w:rPr>
          <w:rFonts w:cs="Times New Roman"/>
          <w:szCs w:val="24"/>
        </w:rPr>
      </w:pPr>
      <w:proofErr w:type="spellStart"/>
      <w:r w:rsidRPr="000E700C">
        <w:rPr>
          <w:rFonts w:cs="Times New Roman"/>
          <w:color w:val="000000"/>
          <w:szCs w:val="24"/>
        </w:rPr>
        <w:t>Memasuki</w:t>
      </w:r>
      <w:proofErr w:type="spellEnd"/>
      <w:r w:rsidRPr="000E700C">
        <w:rPr>
          <w:rFonts w:cs="Times New Roman"/>
          <w:color w:val="000000"/>
          <w:szCs w:val="24"/>
        </w:rPr>
        <w:t xml:space="preserve"> pekan </w:t>
      </w:r>
      <w:proofErr w:type="spellStart"/>
      <w:r w:rsidRPr="000E700C">
        <w:rPr>
          <w:rFonts w:cs="Times New Roman"/>
          <w:color w:val="000000"/>
          <w:szCs w:val="24"/>
        </w:rPr>
        <w:t>kedua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mahasiswa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beralih</w:t>
      </w:r>
      <w:proofErr w:type="spellEnd"/>
      <w:r w:rsidRPr="000E700C">
        <w:rPr>
          <w:rFonts w:cs="Times New Roman"/>
          <w:color w:val="000000"/>
          <w:szCs w:val="24"/>
        </w:rPr>
        <w:t xml:space="preserve"> pada </w:t>
      </w:r>
      <w:proofErr w:type="spellStart"/>
      <w:r w:rsidRPr="000E700C">
        <w:rPr>
          <w:rFonts w:cs="Times New Roman"/>
          <w:color w:val="000000"/>
          <w:szCs w:val="24"/>
        </w:rPr>
        <w:t>kegiatan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observasi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analisis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kebutuhan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sistem</w:t>
      </w:r>
      <w:proofErr w:type="spellEnd"/>
      <w:r w:rsidRPr="000E700C">
        <w:rPr>
          <w:rFonts w:cs="Times New Roman"/>
          <w:color w:val="000000"/>
          <w:szCs w:val="24"/>
        </w:rPr>
        <w:t xml:space="preserve">. </w:t>
      </w:r>
      <w:proofErr w:type="spellStart"/>
      <w:r w:rsidRPr="000E700C">
        <w:rPr>
          <w:rFonts w:cs="Times New Roman"/>
          <w:color w:val="000000"/>
          <w:szCs w:val="24"/>
        </w:rPr>
        <w:t>Observasi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dilakukan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secara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langsung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terhadap</w:t>
      </w:r>
      <w:proofErr w:type="spellEnd"/>
      <w:r w:rsidRPr="000E700C">
        <w:rPr>
          <w:rFonts w:cs="Times New Roman"/>
          <w:color w:val="000000"/>
          <w:szCs w:val="24"/>
        </w:rPr>
        <w:t xml:space="preserve"> proses </w:t>
      </w:r>
      <w:proofErr w:type="spellStart"/>
      <w:r w:rsidRPr="000E700C">
        <w:rPr>
          <w:rFonts w:cs="Times New Roman"/>
          <w:color w:val="000000"/>
          <w:szCs w:val="24"/>
        </w:rPr>
        <w:t>administrasi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magang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berjalan</w:t>
      </w:r>
      <w:proofErr w:type="spellEnd"/>
      <w:r w:rsidRPr="000E700C">
        <w:rPr>
          <w:rFonts w:cs="Times New Roman"/>
          <w:color w:val="000000"/>
          <w:szCs w:val="24"/>
        </w:rPr>
        <w:t>—</w:t>
      </w:r>
      <w:proofErr w:type="spellStart"/>
      <w:r w:rsidRPr="000E700C">
        <w:rPr>
          <w:rFonts w:cs="Times New Roman"/>
          <w:color w:val="000000"/>
          <w:szCs w:val="24"/>
        </w:rPr>
        <w:t>mulai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dari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pendaftaran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peserta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pengumpulan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berkas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pencatatan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aktivitas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harian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hingga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mekanisme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penilaian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penerbitan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sertifikat</w:t>
      </w:r>
      <w:proofErr w:type="spellEnd"/>
      <w:r w:rsidRPr="000E700C">
        <w:rPr>
          <w:rFonts w:cs="Times New Roman"/>
          <w:color w:val="000000"/>
          <w:szCs w:val="24"/>
        </w:rPr>
        <w:t xml:space="preserve">—yang </w:t>
      </w:r>
      <w:proofErr w:type="spellStart"/>
      <w:r w:rsidRPr="000E700C">
        <w:rPr>
          <w:rFonts w:cs="Times New Roman"/>
          <w:color w:val="000000"/>
          <w:szCs w:val="24"/>
        </w:rPr>
        <w:t>seluruhnya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masih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dikelola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secara</w:t>
      </w:r>
      <w:proofErr w:type="spellEnd"/>
      <w:r w:rsidRPr="000E700C">
        <w:rPr>
          <w:rFonts w:cs="Times New Roman"/>
          <w:color w:val="000000"/>
          <w:szCs w:val="24"/>
        </w:rPr>
        <w:t xml:space="preserve"> manual </w:t>
      </w:r>
      <w:proofErr w:type="spellStart"/>
      <w:r w:rsidRPr="000E700C">
        <w:rPr>
          <w:rFonts w:cs="Times New Roman"/>
          <w:color w:val="000000"/>
          <w:szCs w:val="24"/>
        </w:rPr>
        <w:t>melalui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berkas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fisik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surat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elektronik</w:t>
      </w:r>
      <w:proofErr w:type="spellEnd"/>
      <w:r w:rsidRPr="000E700C">
        <w:rPr>
          <w:rFonts w:cs="Times New Roman"/>
          <w:color w:val="000000"/>
          <w:szCs w:val="24"/>
        </w:rPr>
        <w:t xml:space="preserve">. </w:t>
      </w:r>
      <w:proofErr w:type="spellStart"/>
      <w:r w:rsidRPr="000E700C">
        <w:rPr>
          <w:rFonts w:cs="Times New Roman"/>
          <w:color w:val="000000"/>
          <w:szCs w:val="24"/>
        </w:rPr>
        <w:t>Wawancara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dengan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staf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pengelola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magang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dilakukan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untuk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memperoleh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pemahaman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lebih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mendalam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mengenai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titik-titik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permasalahan</w:t>
      </w:r>
      <w:proofErr w:type="spellEnd"/>
      <w:r w:rsidRPr="000E700C">
        <w:rPr>
          <w:rFonts w:cs="Times New Roman"/>
          <w:color w:val="000000"/>
          <w:szCs w:val="24"/>
        </w:rPr>
        <w:t xml:space="preserve"> (pain points) yang </w:t>
      </w:r>
      <w:proofErr w:type="spellStart"/>
      <w:r w:rsidRPr="000E700C">
        <w:rPr>
          <w:rFonts w:cs="Times New Roman"/>
          <w:color w:val="000000"/>
          <w:szCs w:val="24"/>
        </w:rPr>
        <w:t>selama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ini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dirasakan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seperti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sulitnya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pemantauan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perkembangan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peserta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secara</w:t>
      </w:r>
      <w:proofErr w:type="spellEnd"/>
      <w:r w:rsidRPr="000E700C">
        <w:rPr>
          <w:rFonts w:cs="Times New Roman"/>
          <w:color w:val="000000"/>
          <w:szCs w:val="24"/>
        </w:rPr>
        <w:t xml:space="preserve"> real-time dan </w:t>
      </w:r>
      <w:proofErr w:type="spellStart"/>
      <w:r w:rsidRPr="000E700C">
        <w:rPr>
          <w:rFonts w:cs="Times New Roman"/>
          <w:color w:val="000000"/>
          <w:szCs w:val="24"/>
        </w:rPr>
        <w:t>potensi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kehilangan</w:t>
      </w:r>
      <w:proofErr w:type="spellEnd"/>
      <w:r w:rsidRPr="000E700C">
        <w:rPr>
          <w:rFonts w:cs="Times New Roman"/>
          <w:color w:val="000000"/>
          <w:szCs w:val="24"/>
        </w:rPr>
        <w:t xml:space="preserve"> data. Hasil </w:t>
      </w:r>
      <w:proofErr w:type="spellStart"/>
      <w:r w:rsidRPr="000E700C">
        <w:rPr>
          <w:rFonts w:cs="Times New Roman"/>
          <w:color w:val="000000"/>
          <w:szCs w:val="24"/>
        </w:rPr>
        <w:t>observasi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wawancara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ini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kemudian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dirangkum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menjadi</w:t>
      </w:r>
      <w:proofErr w:type="spellEnd"/>
      <w:r w:rsidRPr="000E700C">
        <w:rPr>
          <w:rFonts w:cs="Times New Roman"/>
          <w:color w:val="000000"/>
          <w:szCs w:val="24"/>
        </w:rPr>
        <w:t xml:space="preserve"> daftar </w:t>
      </w:r>
      <w:proofErr w:type="spellStart"/>
      <w:r w:rsidRPr="000E700C">
        <w:rPr>
          <w:rFonts w:cs="Times New Roman"/>
          <w:color w:val="000000"/>
          <w:szCs w:val="24"/>
        </w:rPr>
        <w:t>kebutuhan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fungsional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sistem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menjadi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acuan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perancangan</w:t>
      </w:r>
      <w:proofErr w:type="spellEnd"/>
      <w:r w:rsidRPr="000E700C">
        <w:rPr>
          <w:rFonts w:cs="Times New Roman"/>
          <w:color w:val="000000"/>
          <w:szCs w:val="24"/>
        </w:rPr>
        <w:t>.</w:t>
      </w:r>
    </w:p>
    <w:p w14:paraId="47EE5A17" w14:textId="77777777" w:rsidR="00C159E3" w:rsidRPr="000E700C" w:rsidRDefault="00C159E3" w:rsidP="00C159E3">
      <w:pPr>
        <w:spacing w:before="80" w:after="80"/>
        <w:ind w:firstLine="720"/>
        <w:jc w:val="both"/>
        <w:rPr>
          <w:rFonts w:cs="Times New Roman"/>
          <w:szCs w:val="24"/>
        </w:rPr>
      </w:pPr>
      <w:r w:rsidRPr="000E700C">
        <w:rPr>
          <w:rFonts w:cs="Times New Roman"/>
          <w:color w:val="000000"/>
          <w:szCs w:val="24"/>
        </w:rPr>
        <w:t xml:space="preserve">Pada pekan </w:t>
      </w:r>
      <w:proofErr w:type="spellStart"/>
      <w:r w:rsidRPr="000E700C">
        <w:rPr>
          <w:rFonts w:cs="Times New Roman"/>
          <w:color w:val="000000"/>
          <w:szCs w:val="24"/>
        </w:rPr>
        <w:t>ketiga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mahasiswa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mulai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menuangkan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hasil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analisis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kebutuhan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dalam</w:t>
      </w:r>
      <w:proofErr w:type="spellEnd"/>
      <w:r w:rsidRPr="000E700C">
        <w:rPr>
          <w:rFonts w:cs="Times New Roman"/>
          <w:color w:val="000000"/>
          <w:szCs w:val="24"/>
        </w:rPr>
        <w:t xml:space="preserve"> diagram </w:t>
      </w:r>
      <w:proofErr w:type="spellStart"/>
      <w:r w:rsidRPr="000E700C">
        <w:rPr>
          <w:rFonts w:cs="Times New Roman"/>
          <w:color w:val="000000"/>
          <w:szCs w:val="24"/>
        </w:rPr>
        <w:t>alur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sistem</w:t>
      </w:r>
      <w:proofErr w:type="spellEnd"/>
      <w:r w:rsidRPr="000E700C">
        <w:rPr>
          <w:rFonts w:cs="Times New Roman"/>
          <w:color w:val="000000"/>
          <w:szCs w:val="24"/>
        </w:rPr>
        <w:t xml:space="preserve"> (system flow) </w:t>
      </w:r>
      <w:proofErr w:type="spellStart"/>
      <w:r w:rsidRPr="000E700C">
        <w:rPr>
          <w:rFonts w:cs="Times New Roman"/>
          <w:color w:val="000000"/>
          <w:szCs w:val="24"/>
        </w:rPr>
        <w:t>menggunakan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aplikasi</w:t>
      </w:r>
      <w:proofErr w:type="spellEnd"/>
      <w:r w:rsidRPr="000E700C">
        <w:rPr>
          <w:rFonts w:cs="Times New Roman"/>
          <w:color w:val="000000"/>
          <w:szCs w:val="24"/>
        </w:rPr>
        <w:t xml:space="preserve"> draw.io. </w:t>
      </w:r>
      <w:proofErr w:type="spellStart"/>
      <w:r w:rsidRPr="000E700C">
        <w:rPr>
          <w:rFonts w:cs="Times New Roman"/>
          <w:color w:val="000000"/>
          <w:szCs w:val="24"/>
        </w:rPr>
        <w:t>Perancangan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difokuskan</w:t>
      </w:r>
      <w:proofErr w:type="spellEnd"/>
      <w:r w:rsidRPr="000E700C">
        <w:rPr>
          <w:rFonts w:cs="Times New Roman"/>
          <w:color w:val="000000"/>
          <w:szCs w:val="24"/>
        </w:rPr>
        <w:t xml:space="preserve"> pada </w:t>
      </w:r>
      <w:proofErr w:type="spellStart"/>
      <w:r w:rsidRPr="000E700C">
        <w:rPr>
          <w:rFonts w:cs="Times New Roman"/>
          <w:color w:val="000000"/>
          <w:szCs w:val="24"/>
        </w:rPr>
        <w:t>dua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modul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pertama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yaitu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modul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autentikasi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pengguna</w:t>
      </w:r>
      <w:proofErr w:type="spellEnd"/>
      <w:r w:rsidRPr="000E700C">
        <w:rPr>
          <w:rFonts w:cs="Times New Roman"/>
          <w:color w:val="000000"/>
          <w:szCs w:val="24"/>
        </w:rPr>
        <w:t xml:space="preserve"> (login dan </w:t>
      </w:r>
      <w:proofErr w:type="spellStart"/>
      <w:r w:rsidRPr="000E700C">
        <w:rPr>
          <w:rFonts w:cs="Times New Roman"/>
          <w:color w:val="000000"/>
          <w:szCs w:val="24"/>
        </w:rPr>
        <w:lastRenderedPageBreak/>
        <w:t>registrasi</w:t>
      </w:r>
      <w:proofErr w:type="spellEnd"/>
      <w:r w:rsidRPr="000E700C">
        <w:rPr>
          <w:rFonts w:cs="Times New Roman"/>
          <w:color w:val="000000"/>
          <w:szCs w:val="24"/>
        </w:rPr>
        <w:t xml:space="preserve">) </w:t>
      </w:r>
      <w:proofErr w:type="spellStart"/>
      <w:r w:rsidRPr="000E700C">
        <w:rPr>
          <w:rFonts w:cs="Times New Roman"/>
          <w:color w:val="000000"/>
          <w:szCs w:val="24"/>
        </w:rPr>
        <w:t>serta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modul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pengisian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verifikasi</w:t>
      </w:r>
      <w:proofErr w:type="spellEnd"/>
      <w:r w:rsidRPr="000E700C">
        <w:rPr>
          <w:rFonts w:cs="Times New Roman"/>
          <w:color w:val="000000"/>
          <w:szCs w:val="24"/>
        </w:rPr>
        <w:t xml:space="preserve"> CV/</w:t>
      </w:r>
      <w:proofErr w:type="spellStart"/>
      <w:r w:rsidRPr="000E700C">
        <w:rPr>
          <w:rFonts w:cs="Times New Roman"/>
          <w:color w:val="000000"/>
          <w:szCs w:val="24"/>
        </w:rPr>
        <w:t>berkas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pendaftaran</w:t>
      </w:r>
      <w:proofErr w:type="spellEnd"/>
      <w:r w:rsidRPr="000E700C">
        <w:rPr>
          <w:rFonts w:cs="Times New Roman"/>
          <w:color w:val="000000"/>
          <w:szCs w:val="24"/>
        </w:rPr>
        <w:t xml:space="preserve">. Draft </w:t>
      </w:r>
      <w:proofErr w:type="spellStart"/>
      <w:r w:rsidRPr="000E700C">
        <w:rPr>
          <w:rFonts w:cs="Times New Roman"/>
          <w:color w:val="000000"/>
          <w:szCs w:val="24"/>
        </w:rPr>
        <w:t>alur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sistem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telah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dibuat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kemudian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didiskusikan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bersama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pembimbing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lapangan</w:t>
      </w:r>
      <w:proofErr w:type="spellEnd"/>
      <w:r w:rsidRPr="000E700C">
        <w:rPr>
          <w:rFonts w:cs="Times New Roman"/>
          <w:color w:val="000000"/>
          <w:szCs w:val="24"/>
        </w:rPr>
        <w:t xml:space="preserve">, dan </w:t>
      </w:r>
      <w:proofErr w:type="spellStart"/>
      <w:r w:rsidRPr="000E700C">
        <w:rPr>
          <w:rFonts w:cs="Times New Roman"/>
          <w:color w:val="000000"/>
          <w:szCs w:val="24"/>
        </w:rPr>
        <w:t>mahasiswa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melakukan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revisi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sesuai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arahan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diterima</w:t>
      </w:r>
      <w:proofErr w:type="spellEnd"/>
      <w:r w:rsidRPr="000E700C">
        <w:rPr>
          <w:rFonts w:cs="Times New Roman"/>
          <w:color w:val="000000"/>
          <w:szCs w:val="24"/>
        </w:rPr>
        <w:t xml:space="preserve">. Proses </w:t>
      </w:r>
      <w:proofErr w:type="spellStart"/>
      <w:r w:rsidRPr="000E700C">
        <w:rPr>
          <w:rFonts w:cs="Times New Roman"/>
          <w:color w:val="000000"/>
          <w:szCs w:val="24"/>
        </w:rPr>
        <w:t>iteratif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ini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menjadi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pola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kerja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utama</w:t>
      </w:r>
      <w:proofErr w:type="spellEnd"/>
      <w:r w:rsidRPr="000E700C">
        <w:rPr>
          <w:rFonts w:cs="Times New Roman"/>
          <w:color w:val="000000"/>
          <w:szCs w:val="24"/>
        </w:rPr>
        <w:t xml:space="preserve"> yang </w:t>
      </w:r>
      <w:proofErr w:type="spellStart"/>
      <w:r w:rsidRPr="000E700C">
        <w:rPr>
          <w:rFonts w:cs="Times New Roman"/>
          <w:color w:val="000000"/>
          <w:szCs w:val="24"/>
        </w:rPr>
        <w:t>akan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terus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diterapkan</w:t>
      </w:r>
      <w:proofErr w:type="spellEnd"/>
      <w:r w:rsidRPr="000E700C">
        <w:rPr>
          <w:rFonts w:cs="Times New Roman"/>
          <w:color w:val="000000"/>
          <w:szCs w:val="24"/>
        </w:rPr>
        <w:t xml:space="preserve"> pada </w:t>
      </w:r>
      <w:proofErr w:type="spellStart"/>
      <w:r w:rsidRPr="000E700C">
        <w:rPr>
          <w:rFonts w:cs="Times New Roman"/>
          <w:color w:val="000000"/>
          <w:szCs w:val="24"/>
        </w:rPr>
        <w:t>bulan-bulan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berikutnya</w:t>
      </w:r>
      <w:proofErr w:type="spellEnd"/>
      <w:r w:rsidRPr="000E700C">
        <w:rPr>
          <w:rFonts w:cs="Times New Roman"/>
          <w:color w:val="000000"/>
          <w:szCs w:val="24"/>
        </w:rPr>
        <w:t>.</w:t>
      </w:r>
    </w:p>
    <w:p w14:paraId="1E02FDE6" w14:textId="77777777" w:rsidR="00C159E3" w:rsidRPr="000E700C" w:rsidRDefault="00C159E3" w:rsidP="00C159E3">
      <w:pPr>
        <w:spacing w:before="80" w:after="80"/>
        <w:ind w:firstLine="720"/>
        <w:jc w:val="both"/>
        <w:rPr>
          <w:rFonts w:cs="Times New Roman"/>
          <w:szCs w:val="24"/>
        </w:rPr>
      </w:pPr>
      <w:r w:rsidRPr="000E700C">
        <w:rPr>
          <w:rFonts w:cs="Times New Roman"/>
          <w:color w:val="000000"/>
          <w:szCs w:val="24"/>
        </w:rPr>
        <w:t xml:space="preserve">Pada </w:t>
      </w:r>
      <w:proofErr w:type="spellStart"/>
      <w:r w:rsidRPr="000E700C">
        <w:rPr>
          <w:rFonts w:cs="Times New Roman"/>
          <w:color w:val="000000"/>
          <w:szCs w:val="24"/>
        </w:rPr>
        <w:t>hari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terakhir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Februari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mahasiswa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melakukan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rekap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evaluasi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seluruh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kegiatan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pertama</w:t>
      </w:r>
      <w:proofErr w:type="spellEnd"/>
      <w:r w:rsidRPr="000E700C">
        <w:rPr>
          <w:rFonts w:cs="Times New Roman"/>
          <w:color w:val="000000"/>
          <w:szCs w:val="24"/>
        </w:rPr>
        <w:t xml:space="preserve">, </w:t>
      </w:r>
      <w:proofErr w:type="spellStart"/>
      <w:r w:rsidRPr="000E700C">
        <w:rPr>
          <w:rFonts w:cs="Times New Roman"/>
          <w:color w:val="000000"/>
          <w:szCs w:val="24"/>
        </w:rPr>
        <w:t>mendokumentasikan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catatan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revisi</w:t>
      </w:r>
      <w:proofErr w:type="spellEnd"/>
      <w:r w:rsidRPr="000E700C">
        <w:rPr>
          <w:rFonts w:cs="Times New Roman"/>
          <w:color w:val="000000"/>
          <w:szCs w:val="24"/>
        </w:rPr>
        <w:t xml:space="preserve"> pada draw.io, </w:t>
      </w:r>
      <w:proofErr w:type="spellStart"/>
      <w:r w:rsidRPr="000E700C">
        <w:rPr>
          <w:rFonts w:cs="Times New Roman"/>
          <w:color w:val="000000"/>
          <w:szCs w:val="24"/>
        </w:rPr>
        <w:t>serta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menyusun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laporan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bulanan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ini</w:t>
      </w:r>
      <w:proofErr w:type="spellEnd"/>
      <w:r w:rsidRPr="000E700C">
        <w:rPr>
          <w:rFonts w:cs="Times New Roman"/>
          <w:color w:val="000000"/>
          <w:szCs w:val="24"/>
        </w:rPr>
        <w:t xml:space="preserve">. </w:t>
      </w:r>
      <w:proofErr w:type="spellStart"/>
      <w:r w:rsidRPr="000E700C">
        <w:rPr>
          <w:rFonts w:cs="Times New Roman"/>
          <w:color w:val="000000"/>
          <w:szCs w:val="24"/>
        </w:rPr>
        <w:t>Rencana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kerja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berikutnya</w:t>
      </w:r>
      <w:proofErr w:type="spellEnd"/>
      <w:r w:rsidRPr="000E700C">
        <w:rPr>
          <w:rFonts w:cs="Times New Roman"/>
          <w:color w:val="000000"/>
          <w:szCs w:val="24"/>
        </w:rPr>
        <w:t xml:space="preserve"> pun </w:t>
      </w:r>
      <w:proofErr w:type="spellStart"/>
      <w:r w:rsidRPr="000E700C">
        <w:rPr>
          <w:rFonts w:cs="Times New Roman"/>
          <w:color w:val="000000"/>
          <w:szCs w:val="24"/>
        </w:rPr>
        <w:t>disiapkan</w:t>
      </w:r>
      <w:proofErr w:type="spellEnd"/>
      <w:r w:rsidRPr="000E700C">
        <w:rPr>
          <w:rFonts w:cs="Times New Roman"/>
          <w:color w:val="000000"/>
          <w:szCs w:val="24"/>
        </w:rPr>
        <w:t xml:space="preserve"> dan </w:t>
      </w:r>
      <w:proofErr w:type="spellStart"/>
      <w:r w:rsidRPr="000E700C">
        <w:rPr>
          <w:rFonts w:cs="Times New Roman"/>
          <w:color w:val="000000"/>
          <w:szCs w:val="24"/>
        </w:rPr>
        <w:t>dikonsultasikan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kepada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pembimbing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lapangan</w:t>
      </w:r>
      <w:proofErr w:type="spellEnd"/>
      <w:r w:rsidRPr="000E700C">
        <w:rPr>
          <w:rFonts w:cs="Times New Roman"/>
          <w:color w:val="000000"/>
          <w:szCs w:val="24"/>
        </w:rPr>
        <w:t xml:space="preserve"> agar </w:t>
      </w:r>
      <w:proofErr w:type="spellStart"/>
      <w:r w:rsidRPr="000E700C">
        <w:rPr>
          <w:rFonts w:cs="Times New Roman"/>
          <w:color w:val="000000"/>
          <w:szCs w:val="24"/>
        </w:rPr>
        <w:t>pengerjaan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bulan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Maret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dapat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segera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dimulai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secara</w:t>
      </w:r>
      <w:proofErr w:type="spellEnd"/>
      <w:r w:rsidRPr="000E700C">
        <w:rPr>
          <w:rFonts w:cs="Times New Roman"/>
          <w:color w:val="000000"/>
          <w:szCs w:val="24"/>
        </w:rPr>
        <w:t xml:space="preserve"> </w:t>
      </w:r>
      <w:proofErr w:type="spellStart"/>
      <w:r w:rsidRPr="000E700C">
        <w:rPr>
          <w:rFonts w:cs="Times New Roman"/>
          <w:color w:val="000000"/>
          <w:szCs w:val="24"/>
        </w:rPr>
        <w:t>terarah</w:t>
      </w:r>
      <w:proofErr w:type="spellEnd"/>
      <w:r w:rsidRPr="000E700C">
        <w:rPr>
          <w:rFonts w:cs="Times New Roman"/>
          <w:color w:val="000000"/>
          <w:szCs w:val="24"/>
        </w:rPr>
        <w:t>.</w:t>
      </w:r>
    </w:p>
    <w:p w14:paraId="1D5921B3" w14:textId="77777777" w:rsidR="00621206" w:rsidRPr="000E700C" w:rsidRDefault="00AF52F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D. Hasil dan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Evaluasi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:rsidRPr="000E700C" w14:paraId="22657C2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7F6E9555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Aspek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063DEC1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Uraian</w:t>
            </w:r>
            <w:proofErr w:type="spellEnd"/>
          </w:p>
        </w:tc>
      </w:tr>
      <w:tr w:rsidR="000E700C" w:rsidRPr="000E700C" w14:paraId="70FEA329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A582561" w14:textId="77777777" w:rsidR="000E700C" w:rsidRPr="000E700C" w:rsidRDefault="000E700C" w:rsidP="000E700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Capaian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29ECBD7" w14:textId="60A4B8D3" w:rsidR="000E700C" w:rsidRPr="000E700C" w:rsidRDefault="000E700C" w:rsidP="000E700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Mahasiswa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berhasil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memahami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lingkungan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Diskominfo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Provinsi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Banten,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mengidentifikasi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permasalahan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administrasi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magang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yang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berjalan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menyusun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daftar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fungsional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menyelesaikan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draft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(system flow)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modul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autentikasi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pendaftaran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CV di draw.io.</w:t>
            </w:r>
          </w:p>
        </w:tc>
      </w:tr>
      <w:tr w:rsidR="000E700C" w:rsidRPr="000E700C" w14:paraId="4EB9D46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3C6549A" w14:textId="77777777" w:rsidR="000E700C" w:rsidRPr="000E700C" w:rsidRDefault="000E700C" w:rsidP="000E700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Kendala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AA889C4" w14:textId="5B630B00" w:rsidR="000E700C" w:rsidRPr="000E700C" w:rsidRDefault="000E700C" w:rsidP="000E700C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color w:val="000000"/>
                <w:szCs w:val="24"/>
              </w:rPr>
              <w:t xml:space="preserve">Proses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analisis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memerlukan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waktu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lebih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lama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dari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perkiraan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karena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beberapa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administrasi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internal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belum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terdokumentasi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secara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tertulis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sehingga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mahasiswa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harus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mengandalkan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observasi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langsung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wawancara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berulang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.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Selain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itu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draft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awal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di draw.io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perlu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direvisi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beberapa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kali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setelah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diskusi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621206" w:rsidRPr="000E700C" w14:paraId="6B9A9913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A158593" w14:textId="77777777" w:rsidR="00621206" w:rsidRPr="000E700C" w:rsidRDefault="00AF52F1">
            <w:pPr>
              <w:rPr>
                <w:rFonts w:cs="Times New Roman"/>
                <w:szCs w:val="24"/>
              </w:rPr>
            </w:pPr>
            <w:r w:rsidRPr="000E700C">
              <w:rPr>
                <w:rFonts w:cs="Times New Roman"/>
                <w:b/>
                <w:szCs w:val="24"/>
              </w:rPr>
              <w:t>Solusi/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Tindak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6B2274D" w14:textId="373AB84F" w:rsidR="00621206" w:rsidRPr="000E700C" w:rsidRDefault="000E700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Mahasiswa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melakukan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pencatatan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aktif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di logbook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selama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setiap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observasi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memanfaatkan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fitur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komentar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pada draw.io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untuk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melacak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revisi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membangun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komunikasi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rutin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agar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setiap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perubahan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dapat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segera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diantisipasi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ditindaklanjuti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  <w:tr w:rsidR="000E700C" w:rsidRPr="000E700C" w14:paraId="690E514F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4EF6185" w14:textId="77777777" w:rsidR="000E700C" w:rsidRPr="000E700C" w:rsidRDefault="000E700C" w:rsidP="000E700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b/>
                <w:szCs w:val="24"/>
              </w:rPr>
              <w:t>Kompetensi</w:t>
            </w:r>
            <w:proofErr w:type="spellEnd"/>
            <w:r w:rsidRPr="000E700C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0E700C">
              <w:rPr>
                <w:rFonts w:cs="Times New Roman"/>
                <w:b/>
                <w:szCs w:val="24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7CE949" w14:textId="42F84A05" w:rsidR="000E700C" w:rsidRPr="000E700C" w:rsidRDefault="000E700C" w:rsidP="000E700C">
            <w:pPr>
              <w:rPr>
                <w:rFonts w:cs="Times New Roman"/>
                <w:szCs w:val="24"/>
              </w:rPr>
            </w:pP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Analisis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kebutuhan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(requirements analysis),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perancangan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alur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sistem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(system flow)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menggunakan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draw.io,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komunikasi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profesional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dengan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pembimbing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lapangan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dan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staf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pencatatan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logbook,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serta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adaptasi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terhadap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lingkungan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kerja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instansi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0E700C">
              <w:rPr>
                <w:rFonts w:cs="Times New Roman"/>
                <w:color w:val="000000"/>
                <w:szCs w:val="24"/>
              </w:rPr>
              <w:t>pemerintahan</w:t>
            </w:r>
            <w:proofErr w:type="spellEnd"/>
            <w:r w:rsidRPr="000E700C">
              <w:rPr>
                <w:rFonts w:cs="Times New Roman"/>
                <w:color w:val="000000"/>
                <w:szCs w:val="24"/>
              </w:rPr>
              <w:t>.</w:t>
            </w:r>
          </w:p>
        </w:tc>
      </w:tr>
    </w:tbl>
    <w:p w14:paraId="655241F4" w14:textId="77777777" w:rsidR="005373A1" w:rsidRPr="000E700C" w:rsidRDefault="005373A1">
      <w:pPr>
        <w:pStyle w:val="Heading2"/>
        <w:spacing w:before="160" w:after="80"/>
        <w:rPr>
          <w:rFonts w:ascii="Times New Roman" w:eastAsia="Times New Roman" w:hAnsi="Times New Roman" w:cs="Times New Roman"/>
          <w:color w:val="1F4E79"/>
          <w:sz w:val="24"/>
          <w:szCs w:val="24"/>
        </w:rPr>
      </w:pPr>
    </w:p>
    <w:p w14:paraId="1FB909F4" w14:textId="77777777" w:rsidR="00621206" w:rsidRPr="000E700C" w:rsidRDefault="00AF52F1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E.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Catatan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Pembimbing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Lapangan</w:t>
      </w:r>
      <w:proofErr w:type="spellEnd"/>
    </w:p>
    <w:p w14:paraId="18BFA717" w14:textId="77777777" w:rsidR="00621206" w:rsidRPr="000E700C" w:rsidRDefault="00AF52F1">
      <w:pPr>
        <w:spacing w:after="40"/>
        <w:rPr>
          <w:rFonts w:cs="Times New Roman"/>
          <w:szCs w:val="24"/>
        </w:rPr>
      </w:pPr>
      <w:proofErr w:type="spellStart"/>
      <w:r w:rsidRPr="000E700C">
        <w:rPr>
          <w:rFonts w:cs="Times New Roman"/>
          <w:szCs w:val="24"/>
        </w:rPr>
        <w:t>Catatan</w:t>
      </w:r>
      <w:proofErr w:type="spellEnd"/>
      <w:r w:rsidRPr="000E700C">
        <w:rPr>
          <w:rFonts w:cs="Times New Roman"/>
          <w:szCs w:val="24"/>
        </w:rPr>
        <w:t>: ........................................................................................................................................................................................</w:t>
      </w:r>
    </w:p>
    <w:p w14:paraId="0B79E1D8" w14:textId="77777777" w:rsidR="00621206" w:rsidRPr="000E700C" w:rsidRDefault="00AF52F1">
      <w:pPr>
        <w:spacing w:after="40"/>
        <w:rPr>
          <w:rFonts w:cs="Times New Roman"/>
          <w:szCs w:val="24"/>
        </w:rPr>
      </w:pPr>
      <w:r w:rsidRPr="000E700C">
        <w:rPr>
          <w:rFonts w:cs="Times New Roman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</w:t>
      </w:r>
    </w:p>
    <w:p w14:paraId="5DD9CFB1" w14:textId="77777777" w:rsidR="00621206" w:rsidRPr="000E700C" w:rsidRDefault="00AF52F1">
      <w:pPr>
        <w:spacing w:after="40"/>
        <w:rPr>
          <w:rFonts w:cs="Times New Roman"/>
          <w:szCs w:val="24"/>
        </w:rPr>
      </w:pPr>
      <w:r w:rsidRPr="000E700C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801AA4C" w14:textId="77777777" w:rsidR="00621206" w:rsidRPr="000E700C" w:rsidRDefault="00AF52F1">
      <w:pPr>
        <w:spacing w:after="40"/>
        <w:rPr>
          <w:rFonts w:cs="Times New Roman"/>
          <w:szCs w:val="24"/>
        </w:rPr>
      </w:pPr>
      <w:r w:rsidRPr="000E700C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2EED5CA" w14:textId="77777777" w:rsidR="00621206" w:rsidRPr="000E700C" w:rsidRDefault="00621206">
      <w:pPr>
        <w:rPr>
          <w:rFonts w:cs="Times New Roman"/>
          <w:szCs w:val="24"/>
        </w:rPr>
      </w:pPr>
    </w:p>
    <w:p w14:paraId="5F8C785A" w14:textId="77777777" w:rsidR="005373A1" w:rsidRPr="000E700C" w:rsidRDefault="005373A1">
      <w:pPr>
        <w:rPr>
          <w:rFonts w:cs="Times New Roman"/>
          <w:b/>
          <w:bCs/>
          <w:color w:val="1F4E79"/>
          <w:szCs w:val="24"/>
        </w:rPr>
      </w:pPr>
      <w:r w:rsidRPr="000E700C">
        <w:rPr>
          <w:rFonts w:cs="Times New Roman"/>
          <w:color w:val="1F4E79"/>
          <w:szCs w:val="24"/>
        </w:rPr>
        <w:br w:type="page"/>
      </w:r>
    </w:p>
    <w:p w14:paraId="2AF209F6" w14:textId="77777777" w:rsidR="005373A1" w:rsidRPr="000E700C" w:rsidRDefault="005373A1" w:rsidP="005373A1">
      <w:pPr>
        <w:pStyle w:val="Heading2"/>
        <w:spacing w:before="16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F. Lampiran 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Dokumentasi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Foto</w:t>
      </w:r>
      <w:proofErr w:type="spellEnd"/>
      <w:r w:rsidRPr="000E700C">
        <w:rPr>
          <w:rFonts w:ascii="Times New Roman" w:eastAsia="Times New Roman" w:hAnsi="Times New Roman" w:cs="Times New Roman"/>
          <w:color w:val="auto"/>
          <w:sz w:val="24"/>
          <w:szCs w:val="24"/>
        </w:rPr>
        <w:t>/Gambar/Form)</w:t>
      </w:r>
    </w:p>
    <w:p w14:paraId="2274E01C" w14:textId="1CBD5A87" w:rsidR="005373A1" w:rsidRPr="000E700C" w:rsidRDefault="005373A1" w:rsidP="005373A1">
      <w:pPr>
        <w:pStyle w:val="Heading2"/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E7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04566" w14:textId="1FBA87A4" w:rsidR="008F1574" w:rsidRPr="000E700C" w:rsidRDefault="000E700C" w:rsidP="008F1574">
      <w:pPr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51F27040" wp14:editId="3AB00797">
            <wp:extent cx="5472430" cy="7296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729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A65F" w14:textId="0CBFB4F3" w:rsidR="008F1574" w:rsidRPr="000E700C" w:rsidRDefault="008F1574" w:rsidP="008F1574">
      <w:pPr>
        <w:rPr>
          <w:rFonts w:cs="Times New Roman"/>
          <w:szCs w:val="24"/>
        </w:rPr>
      </w:pPr>
    </w:p>
    <w:p w14:paraId="375D7900" w14:textId="4A3C7776" w:rsidR="008F1574" w:rsidRPr="000E700C" w:rsidRDefault="008F1574" w:rsidP="008F1574">
      <w:pPr>
        <w:rPr>
          <w:rFonts w:cs="Times New Roman"/>
          <w:szCs w:val="24"/>
        </w:rPr>
      </w:pPr>
    </w:p>
    <w:sectPr w:rsidR="008F1574" w:rsidRPr="000E700C" w:rsidSect="00034616">
      <w:headerReference w:type="default" r:id="rId9"/>
      <w:footerReference w:type="default" r:id="rId10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309F" w14:textId="77777777" w:rsidR="001D3BCF" w:rsidRDefault="001D3BCF">
      <w:pPr>
        <w:spacing w:after="0" w:line="240" w:lineRule="auto"/>
      </w:pPr>
      <w:r>
        <w:separator/>
      </w:r>
    </w:p>
  </w:endnote>
  <w:endnote w:type="continuationSeparator" w:id="0">
    <w:p w14:paraId="45D1EA05" w14:textId="77777777" w:rsidR="001D3BCF" w:rsidRDefault="001D3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83CA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3F9CE" w14:textId="77777777" w:rsidR="001D3BCF" w:rsidRDefault="001D3BCF">
      <w:pPr>
        <w:spacing w:after="0" w:line="240" w:lineRule="auto"/>
      </w:pPr>
      <w:r>
        <w:separator/>
      </w:r>
    </w:p>
  </w:footnote>
  <w:footnote w:type="continuationSeparator" w:id="0">
    <w:p w14:paraId="2840C38C" w14:textId="77777777" w:rsidR="001D3BCF" w:rsidRDefault="001D3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7F7A" w14:textId="77777777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C9C"/>
    <w:rsid w:val="00034616"/>
    <w:rsid w:val="0006063C"/>
    <w:rsid w:val="000E700C"/>
    <w:rsid w:val="0015074B"/>
    <w:rsid w:val="001D3BCF"/>
    <w:rsid w:val="0029639D"/>
    <w:rsid w:val="00326F90"/>
    <w:rsid w:val="00336B23"/>
    <w:rsid w:val="00503A4F"/>
    <w:rsid w:val="005373A1"/>
    <w:rsid w:val="005C2A1A"/>
    <w:rsid w:val="00621206"/>
    <w:rsid w:val="007F7F53"/>
    <w:rsid w:val="008C52B0"/>
    <w:rsid w:val="008F1574"/>
    <w:rsid w:val="00916D2A"/>
    <w:rsid w:val="009C4519"/>
    <w:rsid w:val="00A44F07"/>
    <w:rsid w:val="00AA1D8D"/>
    <w:rsid w:val="00AF52F1"/>
    <w:rsid w:val="00B47730"/>
    <w:rsid w:val="00BE0AAA"/>
    <w:rsid w:val="00C159E3"/>
    <w:rsid w:val="00C63445"/>
    <w:rsid w:val="00CA510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9F117"/>
  <w14:defaultImageDpi w14:val="300"/>
  <w15:docId w15:val="{780AD8B3-42B3-448B-AED1-16A68979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hilmy ibrahim</cp:lastModifiedBy>
  <cp:revision>3</cp:revision>
  <dcterms:created xsi:type="dcterms:W3CDTF">2026-06-30T01:43:00Z</dcterms:created>
  <dcterms:modified xsi:type="dcterms:W3CDTF">2026-06-30T01:52:00Z</dcterms:modified>
</cp:coreProperties>
</file>