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8F763" w14:textId="77777777" w:rsidR="00621206" w:rsidRDefault="00621206"/>
    <w:p w14:paraId="35E774B2" w14:textId="77777777" w:rsidR="00BE0AAA" w:rsidRDefault="00AF52F1">
      <w:pPr>
        <w:jc w:val="center"/>
        <w:rPr>
          <w:b/>
          <w:color w:val="1F4E79"/>
          <w:sz w:val="32"/>
        </w:rPr>
      </w:pPr>
      <w:r>
        <w:rPr>
          <w:b/>
          <w:color w:val="1F4E79"/>
          <w:sz w:val="32"/>
        </w:rPr>
        <w:t>LAPORAN KEGIATAN BULANAN</w:t>
      </w:r>
    </w:p>
    <w:p w14:paraId="0B74A171" w14:textId="77777777" w:rsidR="00BE0AAA" w:rsidRDefault="00BE0AAA" w:rsidP="00BE0AAA">
      <w:pPr>
        <w:spacing w:after="0" w:line="240" w:lineRule="auto"/>
        <w:jc w:val="center"/>
        <w:rPr>
          <w:b/>
          <w:sz w:val="28"/>
        </w:rPr>
      </w:pPr>
    </w:p>
    <w:p w14:paraId="14621830" w14:textId="157655B0" w:rsidR="00621206" w:rsidRPr="00BE0AAA" w:rsidRDefault="00BE0AAA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PERIODE BULAN </w:t>
      </w:r>
      <w:r w:rsidR="003E0B8D">
        <w:rPr>
          <w:b/>
          <w:sz w:val="28"/>
        </w:rPr>
        <w:t>V</w:t>
      </w:r>
      <w:r>
        <w:rPr>
          <w:b/>
          <w:sz w:val="28"/>
        </w:rPr>
        <w:br/>
      </w:r>
      <w:r w:rsidR="00AF52F1" w:rsidRPr="00BE0AAA">
        <w:rPr>
          <w:b/>
          <w:sz w:val="28"/>
        </w:rPr>
        <w:t>MAGANG KERJA / PRAKTIK KERJA LAPANGAN (PKL)</w:t>
      </w:r>
    </w:p>
    <w:p w14:paraId="12469C64" w14:textId="77777777" w:rsidR="00BE0AAA" w:rsidRDefault="00BE0AAA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DI FAKULTAS SAINS DAN TEKNOLOGI</w:t>
      </w:r>
    </w:p>
    <w:p w14:paraId="39EA6F96" w14:textId="77777777" w:rsidR="00621206" w:rsidRPr="00BE0AAA" w:rsidRDefault="00AF52F1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UIN SULTAN MAULANA HASANUDDIN BANTEN</w:t>
      </w:r>
    </w:p>
    <w:p w14:paraId="71C79D5D" w14:textId="77777777" w:rsidR="00621206" w:rsidRDefault="00621206"/>
    <w:p w14:paraId="11ECEAC1" w14:textId="77777777" w:rsidR="00621206" w:rsidRDefault="00621206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14:paraId="0905D859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8F6AC3B" w14:textId="77777777" w:rsidR="00621206" w:rsidRDefault="00AF52F1">
            <w:r>
              <w:rPr>
                <w:b/>
                <w:sz w:val="22"/>
              </w:rPr>
              <w:t xml:space="preserve">Nama </w:t>
            </w:r>
            <w:proofErr w:type="spellStart"/>
            <w:r>
              <w:rPr>
                <w:b/>
                <w:sz w:val="22"/>
              </w:rPr>
              <w:t>Mahasiswa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A3A1D2A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27DA3E8" w14:textId="07A672AD" w:rsidR="00621206" w:rsidRDefault="00792EDB">
            <w:r>
              <w:rPr>
                <w:sz w:val="22"/>
              </w:rPr>
              <w:t>Maydi Safikri</w:t>
            </w:r>
          </w:p>
        </w:tc>
      </w:tr>
      <w:tr w:rsidR="00621206" w14:paraId="0F3AF2E0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049725F" w14:textId="77777777" w:rsidR="00621206" w:rsidRDefault="00AF52F1">
            <w:r>
              <w:rPr>
                <w:b/>
                <w:sz w:val="22"/>
              </w:rPr>
              <w:t>NIM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CB58E83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C2915ED" w14:textId="220FB08D" w:rsidR="00621206" w:rsidRDefault="00792EDB">
            <w:r>
              <w:rPr>
                <w:sz w:val="22"/>
              </w:rPr>
              <w:t>231730032</w:t>
            </w:r>
          </w:p>
        </w:tc>
      </w:tr>
      <w:tr w:rsidR="00621206" w14:paraId="76E98E39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38443AE" w14:textId="77777777" w:rsidR="00621206" w:rsidRDefault="00AF52F1">
            <w:r>
              <w:rPr>
                <w:b/>
                <w:sz w:val="22"/>
              </w:rPr>
              <w:t>Program Studi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4254EEA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65145A5" w14:textId="03DADD15" w:rsidR="00621206" w:rsidRDefault="00792EDB">
            <w:proofErr w:type="spellStart"/>
            <w:r>
              <w:rPr>
                <w:sz w:val="22"/>
              </w:rPr>
              <w:t>Informatika</w:t>
            </w:r>
            <w:proofErr w:type="spellEnd"/>
          </w:p>
        </w:tc>
      </w:tr>
      <w:tr w:rsidR="00621206" w14:paraId="168C5DAD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9022541" w14:textId="77777777" w:rsidR="00621206" w:rsidRDefault="00AF52F1">
            <w:proofErr w:type="spellStart"/>
            <w:r>
              <w:rPr>
                <w:b/>
                <w:sz w:val="22"/>
              </w:rPr>
              <w:t>Fakultas</w:t>
            </w:r>
            <w:proofErr w:type="spellEnd"/>
            <w:r>
              <w:rPr>
                <w:b/>
                <w:sz w:val="22"/>
              </w:rPr>
              <w:t>/Universitas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25C14E3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19A466C" w14:textId="668685D2" w:rsidR="00621206" w:rsidRDefault="00792EDB">
            <w:r>
              <w:rPr>
                <w:sz w:val="22"/>
              </w:rPr>
              <w:t>Sains</w:t>
            </w:r>
          </w:p>
        </w:tc>
      </w:tr>
      <w:tr w:rsidR="00621206" w14:paraId="1905767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1F2716B" w14:textId="77777777" w:rsidR="00621206" w:rsidRDefault="00AF52F1">
            <w:proofErr w:type="spellStart"/>
            <w:r>
              <w:rPr>
                <w:b/>
                <w:sz w:val="22"/>
              </w:rPr>
              <w:t>Instansi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Tempat</w:t>
            </w:r>
            <w:proofErr w:type="spellEnd"/>
            <w:r>
              <w:rPr>
                <w:b/>
                <w:sz w:val="22"/>
              </w:rPr>
              <w:t xml:space="preserve"> PKL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CF5E45B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0466E62" w14:textId="102203F6" w:rsidR="00621206" w:rsidRDefault="00792EDB">
            <w:proofErr w:type="spellStart"/>
            <w:r>
              <w:rPr>
                <w:sz w:val="22"/>
              </w:rPr>
              <w:t>Diskominfo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Provinsi</w:t>
            </w:r>
            <w:proofErr w:type="spellEnd"/>
            <w:r>
              <w:rPr>
                <w:sz w:val="22"/>
              </w:rPr>
              <w:t xml:space="preserve"> Banten</w:t>
            </w:r>
          </w:p>
        </w:tc>
      </w:tr>
      <w:tr w:rsidR="00621206" w14:paraId="6752E82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19DF33F" w14:textId="77777777" w:rsidR="00621206" w:rsidRDefault="00AF52F1">
            <w:proofErr w:type="spellStart"/>
            <w:r>
              <w:rPr>
                <w:b/>
                <w:sz w:val="22"/>
              </w:rPr>
              <w:t>Periode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38966B8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9366879" w14:textId="1E95D703" w:rsidR="00621206" w:rsidRDefault="00792EDB">
            <w:r>
              <w:rPr>
                <w:sz w:val="22"/>
              </w:rPr>
              <w:t xml:space="preserve">9 </w:t>
            </w:r>
            <w:proofErr w:type="spellStart"/>
            <w:r>
              <w:rPr>
                <w:sz w:val="22"/>
              </w:rPr>
              <w:t>Februari</w:t>
            </w:r>
            <w:proofErr w:type="spellEnd"/>
            <w:r>
              <w:rPr>
                <w:sz w:val="22"/>
              </w:rPr>
              <w:t xml:space="preserve"> 2026 – 14 Juli 2026</w:t>
            </w:r>
          </w:p>
        </w:tc>
      </w:tr>
      <w:tr w:rsidR="00621206" w14:paraId="1ADEB5DE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2A1CC07" w14:textId="77777777" w:rsidR="00621206" w:rsidRDefault="00AF52F1">
            <w:r>
              <w:rPr>
                <w:b/>
                <w:sz w:val="22"/>
              </w:rPr>
              <w:t xml:space="preserve">Dosen </w:t>
            </w:r>
            <w:proofErr w:type="spellStart"/>
            <w:r>
              <w:rPr>
                <w:b/>
                <w:sz w:val="22"/>
              </w:rPr>
              <w:t>Pembimbing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41D25E6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D43BE0D" w14:textId="4E9CF1BD" w:rsidR="00621206" w:rsidRDefault="00792EDB">
            <w:r w:rsidRPr="00C37196">
              <w:t xml:space="preserve">Dr. Aan </w:t>
            </w:r>
            <w:proofErr w:type="spellStart"/>
            <w:r w:rsidRPr="00C37196">
              <w:t>Ansori</w:t>
            </w:r>
            <w:proofErr w:type="spellEnd"/>
            <w:r w:rsidRPr="00C37196">
              <w:t xml:space="preserve">, </w:t>
            </w:r>
            <w:proofErr w:type="spellStart"/>
            <w:proofErr w:type="gramStart"/>
            <w:r w:rsidRPr="00C37196">
              <w:t>S.Kom</w:t>
            </w:r>
            <w:proofErr w:type="spellEnd"/>
            <w:proofErr w:type="gramEnd"/>
            <w:r w:rsidRPr="00C37196">
              <w:t xml:space="preserve">., M.M., </w:t>
            </w:r>
            <w:proofErr w:type="spellStart"/>
            <w:proofErr w:type="gramStart"/>
            <w:r w:rsidRPr="00C37196">
              <w:t>M.Kom</w:t>
            </w:r>
            <w:proofErr w:type="spellEnd"/>
            <w:proofErr w:type="gramEnd"/>
          </w:p>
        </w:tc>
      </w:tr>
      <w:tr w:rsidR="00621206" w14:paraId="6659AFAD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CF3C184" w14:textId="77777777" w:rsidR="00621206" w:rsidRDefault="00AF52F1">
            <w:proofErr w:type="spellStart"/>
            <w:r>
              <w:rPr>
                <w:b/>
                <w:sz w:val="22"/>
              </w:rPr>
              <w:t>Pembimbing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Lapangan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E53C3D0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E8BDAE7" w14:textId="227B1A1A" w:rsidR="00621206" w:rsidRDefault="00792EDB">
            <w:r>
              <w:rPr>
                <w:sz w:val="22"/>
              </w:rPr>
              <w:t>Dino Pramono</w:t>
            </w:r>
          </w:p>
        </w:tc>
      </w:tr>
    </w:tbl>
    <w:p w14:paraId="19B55EEF" w14:textId="77777777" w:rsidR="00621206" w:rsidRDefault="00621206"/>
    <w:p w14:paraId="5E07BD8E" w14:textId="77777777" w:rsidR="00621206" w:rsidRDefault="00BE0AAA" w:rsidP="00BE0AAA">
      <w:pPr>
        <w:jc w:val="center"/>
      </w:pPr>
      <w:proofErr w:type="spellStart"/>
      <w:r>
        <w:rPr>
          <w:b/>
        </w:rPr>
        <w:t>Serang</w:t>
      </w:r>
      <w:proofErr w:type="spellEnd"/>
      <w:r>
        <w:rPr>
          <w:b/>
        </w:rPr>
        <w:t xml:space="preserve"> - Banten</w:t>
      </w:r>
      <w:r w:rsidR="00AF52F1">
        <w:rPr>
          <w:b/>
        </w:rPr>
        <w:br/>
        <w:t>2026</w:t>
      </w:r>
    </w:p>
    <w:p w14:paraId="69FFDC68" w14:textId="77777777" w:rsidR="00621206" w:rsidRDefault="00AF52F1">
      <w:r>
        <w:br w:type="page"/>
      </w:r>
    </w:p>
    <w:p w14:paraId="17B76A3C" w14:textId="07321BA5" w:rsidR="00621206" w:rsidRDefault="00AF52F1" w:rsidP="00BE0AAA">
      <w:pPr>
        <w:pStyle w:val="Heading1"/>
        <w:spacing w:before="200" w:after="120"/>
        <w:jc w:val="center"/>
      </w:pPr>
      <w:r>
        <w:rPr>
          <w:rFonts w:ascii="Times New Roman" w:eastAsia="Times New Roman" w:hAnsi="Times New Roman"/>
          <w:color w:val="1F4E79"/>
        </w:rPr>
        <w:lastRenderedPageBreak/>
        <w:t>LAPORAN PEKERJAAN BULAN KE-</w:t>
      </w:r>
      <w:r w:rsidR="003E0B8D">
        <w:rPr>
          <w:rFonts w:ascii="Times New Roman" w:eastAsia="Times New Roman" w:hAnsi="Times New Roman"/>
          <w:color w:val="1F4E79"/>
        </w:rPr>
        <w:t>5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14:paraId="7AC72175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2733B36" w14:textId="77777777" w:rsidR="00621206" w:rsidRDefault="00AF52F1">
            <w:proofErr w:type="spellStart"/>
            <w:r>
              <w:rPr>
                <w:b/>
                <w:sz w:val="22"/>
              </w:rPr>
              <w:t>Periode</w:t>
            </w:r>
            <w:proofErr w:type="spellEnd"/>
            <w:r>
              <w:rPr>
                <w:b/>
                <w:sz w:val="22"/>
              </w:rPr>
              <w:t xml:space="preserve"> Bulan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9B38865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7845540" w14:textId="4C7F136B" w:rsidR="00621206" w:rsidRDefault="00AF52F1">
            <w:r>
              <w:rPr>
                <w:sz w:val="22"/>
              </w:rPr>
              <w:t xml:space="preserve">Bulan </w:t>
            </w:r>
            <w:r w:rsidR="003E0B8D">
              <w:rPr>
                <w:sz w:val="22"/>
              </w:rPr>
              <w:t>Kelima</w:t>
            </w:r>
          </w:p>
        </w:tc>
      </w:tr>
      <w:tr w:rsidR="00621206" w14:paraId="25F9FFE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45B81F6" w14:textId="77777777" w:rsidR="00621206" w:rsidRDefault="00AF52F1">
            <w:proofErr w:type="spellStart"/>
            <w:r>
              <w:rPr>
                <w:b/>
                <w:sz w:val="22"/>
              </w:rPr>
              <w:t>Tempat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59588F9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4B45A53" w14:textId="7C6A1B30" w:rsidR="00621206" w:rsidRDefault="00405D31">
            <w:proofErr w:type="spellStart"/>
            <w:r>
              <w:rPr>
                <w:sz w:val="22"/>
              </w:rPr>
              <w:t>Diskominfo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Provinsi</w:t>
            </w:r>
            <w:proofErr w:type="spellEnd"/>
            <w:r>
              <w:rPr>
                <w:sz w:val="22"/>
              </w:rPr>
              <w:t xml:space="preserve"> Banten</w:t>
            </w:r>
          </w:p>
        </w:tc>
      </w:tr>
      <w:tr w:rsidR="00621206" w14:paraId="5D3A1141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2DA8A39" w14:textId="77777777" w:rsidR="00621206" w:rsidRDefault="00AF52F1">
            <w:proofErr w:type="spellStart"/>
            <w:r>
              <w:rPr>
                <w:b/>
                <w:sz w:val="22"/>
              </w:rPr>
              <w:t>Fokus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Kegiatan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4F56F9F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6C7E21C" w14:textId="1E6522A9" w:rsidR="00621206" w:rsidRDefault="003E0B8D">
            <w:r>
              <w:rPr>
                <w:sz w:val="22"/>
              </w:rPr>
              <w:t xml:space="preserve">Membuat </w:t>
            </w:r>
            <w:proofErr w:type="spellStart"/>
            <w:r>
              <w:rPr>
                <w:sz w:val="22"/>
              </w:rPr>
              <w:t>desain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halaman</w:t>
            </w:r>
            <w:proofErr w:type="spellEnd"/>
            <w:r>
              <w:rPr>
                <w:sz w:val="22"/>
              </w:rPr>
              <w:t xml:space="preserve"> login, register, </w:t>
            </w:r>
            <w:proofErr w:type="spellStart"/>
            <w:r>
              <w:rPr>
                <w:sz w:val="22"/>
              </w:rPr>
              <w:t>lupa</w:t>
            </w:r>
            <w:proofErr w:type="spellEnd"/>
            <w:r>
              <w:rPr>
                <w:sz w:val="22"/>
              </w:rPr>
              <w:t xml:space="preserve"> password dan dashboard </w:t>
            </w:r>
            <w:proofErr w:type="spellStart"/>
            <w:r>
              <w:rPr>
                <w:sz w:val="22"/>
              </w:rPr>
              <w:t>untuk</w:t>
            </w:r>
            <w:proofErr w:type="spellEnd"/>
            <w:r>
              <w:rPr>
                <w:sz w:val="22"/>
              </w:rPr>
              <w:t xml:space="preserve"> admin</w:t>
            </w:r>
          </w:p>
        </w:tc>
      </w:tr>
      <w:tr w:rsidR="00621206" w14:paraId="7FEF82EF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7B4D696" w14:textId="77777777" w:rsidR="00621206" w:rsidRDefault="00AF52F1">
            <w:r>
              <w:rPr>
                <w:b/>
                <w:sz w:val="22"/>
              </w:rPr>
              <w:t xml:space="preserve">Status </w:t>
            </w:r>
            <w:proofErr w:type="spellStart"/>
            <w:r>
              <w:rPr>
                <w:b/>
                <w:sz w:val="22"/>
              </w:rPr>
              <w:t>Dokumen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F990885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CE8897D" w14:textId="2C7113FE" w:rsidR="00621206" w:rsidRDefault="00405D31">
            <w:proofErr w:type="spellStart"/>
            <w:r>
              <w:rPr>
                <w:sz w:val="22"/>
              </w:rPr>
              <w:t>Selesai</w:t>
            </w:r>
            <w:proofErr w:type="spellEnd"/>
          </w:p>
        </w:tc>
      </w:tr>
    </w:tbl>
    <w:p w14:paraId="227EF4DA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A. Tujuan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Kegiatan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Bulanan</w:t>
      </w:r>
      <w:proofErr w:type="spellEnd"/>
    </w:p>
    <w:p w14:paraId="7B840391" w14:textId="778ADA61" w:rsidR="00621206" w:rsidRDefault="00405D31" w:rsidP="00405D31">
      <w:pPr>
        <w:spacing w:after="120"/>
        <w:ind w:firstLine="709"/>
        <w:jc w:val="both"/>
      </w:pPr>
      <w:proofErr w:type="spellStart"/>
      <w:r>
        <w:t>Kegiatan</w:t>
      </w:r>
      <w:proofErr w:type="spellEnd"/>
      <w:r>
        <w:t xml:space="preserve"> pada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keempat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agar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dan </w:t>
      </w:r>
      <w:proofErr w:type="spellStart"/>
      <w:r>
        <w:t>menguasai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UI/UX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figma</w:t>
      </w:r>
      <w:proofErr w:type="spellEnd"/>
      <w:r>
        <w:t>.</w:t>
      </w:r>
    </w:p>
    <w:p w14:paraId="1289D09B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B.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Rincian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Pekerjaan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Mingguan</w:t>
      </w:r>
      <w:proofErr w:type="spellEnd"/>
    </w:p>
    <w:tbl>
      <w:tblPr>
        <w:tblW w:w="911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715"/>
        <w:gridCol w:w="3798"/>
        <w:gridCol w:w="2324"/>
      </w:tblGrid>
      <w:tr w:rsidR="00621206" w14:paraId="4379BBA2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4C1498C2" w14:textId="77777777" w:rsidR="00621206" w:rsidRDefault="00AF52F1">
            <w:pPr>
              <w:jc w:val="center"/>
            </w:pPr>
            <w:proofErr w:type="spellStart"/>
            <w:r>
              <w:rPr>
                <w:b/>
                <w:color w:val="FFFFFF"/>
                <w:sz w:val="21"/>
              </w:rPr>
              <w:t>Minggu</w:t>
            </w:r>
            <w:proofErr w:type="spellEnd"/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4D352B22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 xml:space="preserve">Jenis </w:t>
            </w:r>
            <w:proofErr w:type="spellStart"/>
            <w:r>
              <w:rPr>
                <w:b/>
                <w:color w:val="FFFFFF"/>
                <w:sz w:val="21"/>
              </w:rPr>
              <w:t>Pekerjaan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BC49D55" w14:textId="77777777" w:rsidR="00621206" w:rsidRDefault="00AF52F1">
            <w:pPr>
              <w:jc w:val="center"/>
            </w:pPr>
            <w:proofErr w:type="spellStart"/>
            <w:r>
              <w:rPr>
                <w:b/>
                <w:color w:val="FFFFFF"/>
                <w:sz w:val="21"/>
              </w:rPr>
              <w:t>Uraian</w:t>
            </w:r>
            <w:proofErr w:type="spellEnd"/>
            <w:r>
              <w:rPr>
                <w:b/>
                <w:color w:val="FFFFFF"/>
                <w:sz w:val="21"/>
              </w:rPr>
              <w:t xml:space="preserve"> </w:t>
            </w:r>
            <w:proofErr w:type="spellStart"/>
            <w:r>
              <w:rPr>
                <w:b/>
                <w:color w:val="FFFFFF"/>
                <w:sz w:val="21"/>
              </w:rPr>
              <w:t>Pelaksanaan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10D48186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>Output/</w:t>
            </w:r>
            <w:proofErr w:type="spellStart"/>
            <w:r>
              <w:rPr>
                <w:b/>
                <w:color w:val="FFFFFF"/>
                <w:sz w:val="21"/>
              </w:rPr>
              <w:t>Capaian</w:t>
            </w:r>
            <w:proofErr w:type="spellEnd"/>
          </w:p>
        </w:tc>
      </w:tr>
      <w:tr w:rsidR="00621206" w14:paraId="6B49A2F7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0201A68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1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AA1D87A" w14:textId="70EDFF29" w:rsidR="00621206" w:rsidRDefault="003E0B8D">
            <w:r>
              <w:rPr>
                <w:sz w:val="20"/>
              </w:rPr>
              <w:t xml:space="preserve">Membuat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  <w:r w:rsidR="00405D31">
              <w:rPr>
                <w:sz w:val="20"/>
              </w:rPr>
              <w:t xml:space="preserve"> 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DFAB237" w14:textId="6FC0E269" w:rsidR="00621206" w:rsidRDefault="00AF52F1">
            <w:proofErr w:type="spellStart"/>
            <w:r>
              <w:rPr>
                <w:sz w:val="20"/>
              </w:rPr>
              <w:t>M</w:t>
            </w:r>
            <w:r w:rsidR="00405D31">
              <w:rPr>
                <w:sz w:val="20"/>
              </w:rPr>
              <w:t>ahasiswa</w:t>
            </w:r>
            <w:proofErr w:type="spellEnd"/>
            <w:r w:rsidR="00405D31">
              <w:rPr>
                <w:sz w:val="20"/>
              </w:rPr>
              <w:t xml:space="preserve"> </w:t>
            </w:r>
            <w:proofErr w:type="spellStart"/>
            <w:r w:rsidR="00405D31">
              <w:rPr>
                <w:sz w:val="20"/>
              </w:rPr>
              <w:t>m</w:t>
            </w:r>
            <w:r w:rsidR="003E0B8D">
              <w:rPr>
                <w:sz w:val="20"/>
              </w:rPr>
              <w:t>embuat</w:t>
            </w:r>
            <w:proofErr w:type="spellEnd"/>
            <w:r w:rsidR="003E0B8D">
              <w:rPr>
                <w:sz w:val="20"/>
              </w:rPr>
              <w:t xml:space="preserve"> </w:t>
            </w:r>
            <w:proofErr w:type="spellStart"/>
            <w:r w:rsidR="003E0B8D">
              <w:rPr>
                <w:sz w:val="20"/>
              </w:rPr>
              <w:t>desain</w:t>
            </w:r>
            <w:proofErr w:type="spellEnd"/>
            <w:r w:rsidR="003E0B8D">
              <w:rPr>
                <w:sz w:val="20"/>
              </w:rPr>
              <w:t xml:space="preserve"> </w:t>
            </w:r>
            <w:proofErr w:type="spellStart"/>
            <w:r w:rsidR="003E0B8D">
              <w:rPr>
                <w:sz w:val="20"/>
              </w:rPr>
              <w:t>halaman</w:t>
            </w:r>
            <w:proofErr w:type="spellEnd"/>
            <w:r w:rsidR="003E0B8D">
              <w:rPr>
                <w:sz w:val="20"/>
              </w:rPr>
              <w:t xml:space="preserve"> login, register dan </w:t>
            </w:r>
            <w:proofErr w:type="spellStart"/>
            <w:r w:rsidR="003E0B8D">
              <w:rPr>
                <w:sz w:val="20"/>
              </w:rPr>
              <w:t>lupa</w:t>
            </w:r>
            <w:proofErr w:type="spellEnd"/>
            <w:r w:rsidR="003E0B8D">
              <w:rPr>
                <w:sz w:val="20"/>
              </w:rPr>
              <w:t xml:space="preserve"> password </w:t>
            </w:r>
            <w:proofErr w:type="spellStart"/>
            <w:r w:rsidR="003E0B8D">
              <w:rPr>
                <w:sz w:val="20"/>
              </w:rPr>
              <w:t>untuk</w:t>
            </w:r>
            <w:proofErr w:type="spellEnd"/>
            <w:r w:rsidR="003E0B8D">
              <w:rPr>
                <w:sz w:val="20"/>
              </w:rPr>
              <w:t xml:space="preserve"> admin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5939F0D" w14:textId="1C665319" w:rsidR="00621206" w:rsidRDefault="00405D31"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menyelesaikan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  <w:r w:rsidR="003E0B8D">
              <w:rPr>
                <w:sz w:val="20"/>
              </w:rPr>
              <w:t xml:space="preserve">login, register dan </w:t>
            </w:r>
            <w:proofErr w:type="spellStart"/>
            <w:r w:rsidR="003E0B8D">
              <w:rPr>
                <w:sz w:val="20"/>
              </w:rPr>
              <w:t>lupa</w:t>
            </w:r>
            <w:proofErr w:type="spellEnd"/>
            <w:r w:rsidR="003E0B8D">
              <w:rPr>
                <w:sz w:val="20"/>
              </w:rPr>
              <w:t xml:space="preserve"> password</w:t>
            </w:r>
            <w:r w:rsidR="00AF52F1">
              <w:rPr>
                <w:sz w:val="20"/>
              </w:rPr>
              <w:t>.</w:t>
            </w:r>
          </w:p>
        </w:tc>
      </w:tr>
      <w:tr w:rsidR="00621206" w14:paraId="1FF81696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2FDD77E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2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F40B6B1" w14:textId="6AB68C0B" w:rsidR="00621206" w:rsidRDefault="003E0B8D">
            <w:proofErr w:type="spellStart"/>
            <w:r>
              <w:rPr>
                <w:sz w:val="20"/>
              </w:rPr>
              <w:t>Revisi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haaman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0AD8DCD" w14:textId="5E039232" w:rsidR="00621206" w:rsidRDefault="003E0B8D"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merevisi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lupa</w:t>
            </w:r>
            <w:proofErr w:type="spellEnd"/>
            <w:r>
              <w:rPr>
                <w:sz w:val="20"/>
              </w:rPr>
              <w:t xml:space="preserve"> password </w:t>
            </w:r>
            <w:proofErr w:type="spellStart"/>
            <w:r>
              <w:rPr>
                <w:sz w:val="20"/>
              </w:rPr>
              <w:t>sesuai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arahan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pembimbing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D25D8BA" w14:textId="36EBC4A1" w:rsidR="00621206" w:rsidRDefault="00405D31"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792EDB">
              <w:rPr>
                <w:sz w:val="20"/>
              </w:rPr>
              <w:t>nyelesaikan</w:t>
            </w:r>
            <w:proofErr w:type="spellEnd"/>
            <w:r w:rsidR="00792EDB">
              <w:rPr>
                <w:sz w:val="20"/>
              </w:rPr>
              <w:t xml:space="preserve"> </w:t>
            </w:r>
            <w:proofErr w:type="spellStart"/>
            <w:r w:rsidR="00792EDB">
              <w:rPr>
                <w:sz w:val="20"/>
              </w:rPr>
              <w:t>desain</w:t>
            </w:r>
            <w:proofErr w:type="spellEnd"/>
            <w:r w:rsidR="00792EDB">
              <w:rPr>
                <w:sz w:val="20"/>
              </w:rPr>
              <w:t xml:space="preserve"> </w:t>
            </w:r>
            <w:proofErr w:type="spellStart"/>
            <w:r w:rsidR="00792EDB">
              <w:rPr>
                <w:sz w:val="20"/>
              </w:rPr>
              <w:t>halaman</w:t>
            </w:r>
            <w:proofErr w:type="spellEnd"/>
            <w:r w:rsidR="00792EDB">
              <w:rPr>
                <w:sz w:val="20"/>
              </w:rPr>
              <w:t xml:space="preserve"> </w:t>
            </w:r>
            <w:proofErr w:type="spellStart"/>
            <w:r w:rsidR="003E0B8D">
              <w:rPr>
                <w:sz w:val="20"/>
              </w:rPr>
              <w:t>lupa</w:t>
            </w:r>
            <w:proofErr w:type="spellEnd"/>
            <w:r w:rsidR="003E0B8D">
              <w:rPr>
                <w:sz w:val="20"/>
              </w:rPr>
              <w:t xml:space="preserve"> password</w:t>
            </w:r>
            <w:r w:rsidR="00792EDB">
              <w:rPr>
                <w:sz w:val="20"/>
              </w:rPr>
              <w:t>.</w:t>
            </w:r>
          </w:p>
        </w:tc>
      </w:tr>
      <w:tr w:rsidR="00621206" w14:paraId="39C73EB5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B87491E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3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00CC875" w14:textId="0960C2A7" w:rsidR="00621206" w:rsidRPr="00792EDB" w:rsidRDefault="003E0B8D">
            <w:pPr>
              <w:rPr>
                <w:sz w:val="20"/>
              </w:rPr>
            </w:pPr>
            <w:r>
              <w:rPr>
                <w:sz w:val="20"/>
              </w:rPr>
              <w:t xml:space="preserve">Membuat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573120F" w14:textId="794BCE7D" w:rsidR="00621206" w:rsidRDefault="003E0B8D"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dashboard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admin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A88B653" w14:textId="634A2F76" w:rsidR="00621206" w:rsidRPr="00792EDB" w:rsidRDefault="003E0B8D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nyelesaikan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dashboard.</w:t>
            </w:r>
          </w:p>
        </w:tc>
      </w:tr>
      <w:tr w:rsidR="00621206" w14:paraId="23DFC1B5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BBD7435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4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891AC58" w14:textId="3F998223" w:rsidR="00792EDB" w:rsidRDefault="00792EDB" w:rsidP="00792E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Revisi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</w:p>
          <w:p w14:paraId="1E1FCF8D" w14:textId="3D267CE2" w:rsidR="00621206" w:rsidRDefault="00621206"/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56A13D6" w14:textId="4D309608" w:rsidR="00621206" w:rsidRPr="00792EDB" w:rsidRDefault="00792E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Mahasiwa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merevisi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3E0B8D">
              <w:rPr>
                <w:sz w:val="20"/>
              </w:rPr>
              <w:t>halaman</w:t>
            </w:r>
            <w:proofErr w:type="spellEnd"/>
            <w:r w:rsidR="003E0B8D">
              <w:rPr>
                <w:sz w:val="20"/>
              </w:rPr>
              <w:t xml:space="preserve"> dashboard </w:t>
            </w:r>
            <w:proofErr w:type="spellStart"/>
            <w:r>
              <w:rPr>
                <w:sz w:val="20"/>
              </w:rPr>
              <w:t>sesuai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arahan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pembimbing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lapangan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187DAC0" w14:textId="3C24A6D8" w:rsidR="00621206" w:rsidRPr="00792EDB" w:rsidRDefault="00792E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Mahasiswa</w:t>
            </w:r>
            <w:proofErr w:type="spellEnd"/>
            <w:r w:rsidR="003E0B8D">
              <w:rPr>
                <w:sz w:val="20"/>
              </w:rPr>
              <w:t xml:space="preserve"> </w:t>
            </w:r>
            <w:proofErr w:type="spellStart"/>
            <w:r w:rsidR="003E0B8D">
              <w:rPr>
                <w:sz w:val="20"/>
              </w:rPr>
              <w:t>nyelesaikan</w:t>
            </w:r>
            <w:proofErr w:type="spellEnd"/>
            <w:r w:rsidR="003E0B8D">
              <w:rPr>
                <w:sz w:val="20"/>
              </w:rPr>
              <w:t xml:space="preserve"> </w:t>
            </w:r>
            <w:proofErr w:type="spellStart"/>
            <w:r w:rsidR="003E0B8D">
              <w:rPr>
                <w:sz w:val="20"/>
              </w:rPr>
              <w:t>desain</w:t>
            </w:r>
            <w:proofErr w:type="spellEnd"/>
            <w:r w:rsidR="003E0B8D">
              <w:rPr>
                <w:sz w:val="20"/>
              </w:rPr>
              <w:t xml:space="preserve"> </w:t>
            </w:r>
            <w:proofErr w:type="spellStart"/>
            <w:r w:rsidR="003E0B8D">
              <w:rPr>
                <w:sz w:val="20"/>
              </w:rPr>
              <w:t>halaman</w:t>
            </w:r>
            <w:proofErr w:type="spellEnd"/>
            <w:r w:rsidR="003E0B8D">
              <w:rPr>
                <w:sz w:val="20"/>
              </w:rPr>
              <w:t xml:space="preserve"> dashboard.</w:t>
            </w:r>
          </w:p>
        </w:tc>
      </w:tr>
    </w:tbl>
    <w:p w14:paraId="7A1B77E9" w14:textId="3E92D866" w:rsidR="008C2CE0" w:rsidRPr="00792EDB" w:rsidRDefault="00AF52F1" w:rsidP="00792EDB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  <w:r>
        <w:rPr>
          <w:rFonts w:ascii="Times New Roman" w:eastAsia="Times New Roman" w:hAnsi="Times New Roman"/>
          <w:color w:val="1F4E79"/>
          <w:sz w:val="25"/>
        </w:rPr>
        <w:t xml:space="preserve">C.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Uraian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Pelaksanaan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Pekerjaan</w:t>
      </w:r>
      <w:proofErr w:type="spellEnd"/>
    </w:p>
    <w:p w14:paraId="4108E933" w14:textId="66711AD1" w:rsidR="008C2CE0" w:rsidRDefault="008C2CE0" w:rsidP="008C2CE0">
      <w:pPr>
        <w:spacing w:after="120"/>
        <w:ind w:firstLine="709"/>
        <w:jc w:val="both"/>
      </w:pPr>
      <w:r>
        <w:t xml:space="preserve">Pada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keempat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/PKL </w:t>
      </w:r>
      <w:proofErr w:type="spellStart"/>
      <w:r>
        <w:t>difokuskan</w:t>
      </w:r>
      <w:proofErr w:type="spellEnd"/>
      <w:r>
        <w:t xml:space="preserve"> pada </w:t>
      </w:r>
      <w:proofErr w:type="spellStart"/>
      <w:r>
        <w:t>desain</w:t>
      </w:r>
      <w:proofErr w:type="spellEnd"/>
      <w:r>
        <w:t xml:space="preserve"> UI/UX,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mempelajari</w:t>
      </w:r>
      <w:proofErr w:type="spellEnd"/>
      <w:r>
        <w:t xml:space="preserve"> dan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UI/UX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figma</w:t>
      </w:r>
      <w:proofErr w:type="spellEnd"/>
      <w:r>
        <w:t xml:space="preserve">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agar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dan </w:t>
      </w:r>
      <w:proofErr w:type="spellStart"/>
      <w:r>
        <w:t>menguasai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UI/UX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figma</w:t>
      </w:r>
      <w:proofErr w:type="spellEnd"/>
      <w:r>
        <w:t>.</w:t>
      </w:r>
    </w:p>
    <w:p w14:paraId="5EBC6CAF" w14:textId="77777777" w:rsidR="008C2CE0" w:rsidRDefault="008C2CE0" w:rsidP="008C2CE0">
      <w:pPr>
        <w:spacing w:after="120"/>
        <w:ind w:firstLine="709"/>
        <w:jc w:val="both"/>
      </w:pPr>
    </w:p>
    <w:p w14:paraId="56FB651C" w14:textId="77777777" w:rsidR="008C2CE0" w:rsidRDefault="008C2CE0" w:rsidP="008C2CE0">
      <w:pPr>
        <w:spacing w:after="120"/>
        <w:ind w:firstLine="709"/>
        <w:jc w:val="both"/>
      </w:pPr>
    </w:p>
    <w:p w14:paraId="54B7D80B" w14:textId="77777777" w:rsidR="00792EDB" w:rsidRDefault="00792EDB" w:rsidP="008C2CE0">
      <w:pPr>
        <w:spacing w:after="120"/>
        <w:ind w:firstLine="709"/>
        <w:jc w:val="both"/>
      </w:pPr>
    </w:p>
    <w:p w14:paraId="398C5BA8" w14:textId="77777777" w:rsidR="008C2CE0" w:rsidRDefault="008C2CE0" w:rsidP="008C2CE0">
      <w:pPr>
        <w:spacing w:after="120"/>
        <w:ind w:firstLine="709"/>
        <w:jc w:val="both"/>
      </w:pPr>
    </w:p>
    <w:p w14:paraId="486E79B5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lastRenderedPageBreak/>
        <w:t xml:space="preserve">D. Hasil dan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Evaluasi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Kegiatan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Bulanan</w:t>
      </w:r>
      <w:proofErr w:type="spellEnd"/>
    </w:p>
    <w:tbl>
      <w:tblPr>
        <w:tblW w:w="8986" w:type="dxa"/>
        <w:jc w:val="center"/>
        <w:tblLayout w:type="fixed"/>
        <w:tblLook w:val="04A0" w:firstRow="1" w:lastRow="0" w:firstColumn="1" w:lastColumn="0" w:noHBand="0" w:noVBand="1"/>
      </w:tblPr>
      <w:tblGrid>
        <w:gridCol w:w="2013"/>
        <w:gridCol w:w="6973"/>
      </w:tblGrid>
      <w:tr w:rsidR="00621206" w14:paraId="5381FF74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513FEF1E" w14:textId="77777777" w:rsidR="00621206" w:rsidRDefault="00AF52F1">
            <w:proofErr w:type="spellStart"/>
            <w:r>
              <w:rPr>
                <w:b/>
                <w:sz w:val="21"/>
              </w:rPr>
              <w:t>Aspek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Evaluasi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1CC52DFD" w14:textId="77777777" w:rsidR="00621206" w:rsidRDefault="00AF52F1">
            <w:proofErr w:type="spellStart"/>
            <w:r>
              <w:rPr>
                <w:b/>
                <w:sz w:val="21"/>
              </w:rPr>
              <w:t>Uraian</w:t>
            </w:r>
            <w:proofErr w:type="spellEnd"/>
          </w:p>
        </w:tc>
      </w:tr>
      <w:tr w:rsidR="00621206" w14:paraId="46DF4C12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D31D5FD" w14:textId="77777777" w:rsidR="00621206" w:rsidRDefault="00AF52F1">
            <w:proofErr w:type="spellStart"/>
            <w:r>
              <w:rPr>
                <w:b/>
                <w:sz w:val="21"/>
              </w:rPr>
              <w:t>Capaian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Bulanan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BEB2460" w14:textId="0DAEDB37" w:rsidR="00621206" w:rsidRDefault="008C2CE0">
            <w:proofErr w:type="spellStart"/>
            <w:r>
              <w:rPr>
                <w:sz w:val="21"/>
              </w:rPr>
              <w:t>Sedikitnya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mahasiswa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memahami</w:t>
            </w:r>
            <w:proofErr w:type="spellEnd"/>
            <w:r>
              <w:rPr>
                <w:sz w:val="21"/>
              </w:rPr>
              <w:t xml:space="preserve"> dan </w:t>
            </w:r>
            <w:proofErr w:type="spellStart"/>
            <w:r>
              <w:rPr>
                <w:sz w:val="21"/>
              </w:rPr>
              <w:t>menguasai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UI/UX </w:t>
            </w:r>
            <w:proofErr w:type="spellStart"/>
            <w:r>
              <w:rPr>
                <w:sz w:val="21"/>
              </w:rPr>
              <w:t>menggunakan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figma</w:t>
            </w:r>
            <w:proofErr w:type="spellEnd"/>
            <w:r w:rsidR="003E0B8D">
              <w:rPr>
                <w:sz w:val="21"/>
              </w:rPr>
              <w:t xml:space="preserve"> dan </w:t>
            </w:r>
            <w:proofErr w:type="spellStart"/>
            <w:r w:rsidR="003E0B8D">
              <w:rPr>
                <w:sz w:val="21"/>
              </w:rPr>
              <w:t>mahasiswa</w:t>
            </w:r>
            <w:proofErr w:type="spellEnd"/>
            <w:r w:rsidR="003E0B8D">
              <w:rPr>
                <w:sz w:val="21"/>
              </w:rPr>
              <w:t xml:space="preserve"> </w:t>
            </w:r>
            <w:proofErr w:type="spellStart"/>
            <w:r w:rsidR="003E0B8D">
              <w:rPr>
                <w:sz w:val="21"/>
              </w:rPr>
              <w:t>mengetahui</w:t>
            </w:r>
            <w:proofErr w:type="spellEnd"/>
            <w:r w:rsidR="003E0B8D">
              <w:rPr>
                <w:sz w:val="21"/>
              </w:rPr>
              <w:t xml:space="preserve"> </w:t>
            </w:r>
            <w:proofErr w:type="spellStart"/>
            <w:r w:rsidR="003E0B8D">
              <w:rPr>
                <w:sz w:val="21"/>
              </w:rPr>
              <w:t>antara</w:t>
            </w:r>
            <w:proofErr w:type="spellEnd"/>
            <w:r w:rsidR="003E0B8D">
              <w:rPr>
                <w:sz w:val="21"/>
              </w:rPr>
              <w:t xml:space="preserve"> user dan admin </w:t>
            </w:r>
            <w:proofErr w:type="spellStart"/>
            <w:r w:rsidR="003E0B8D">
              <w:rPr>
                <w:sz w:val="21"/>
              </w:rPr>
              <w:t>itu</w:t>
            </w:r>
            <w:proofErr w:type="spellEnd"/>
            <w:r w:rsidR="003E0B8D">
              <w:rPr>
                <w:sz w:val="21"/>
              </w:rPr>
              <w:t xml:space="preserve"> </w:t>
            </w:r>
            <w:proofErr w:type="spellStart"/>
            <w:r w:rsidR="003E0B8D">
              <w:rPr>
                <w:sz w:val="21"/>
              </w:rPr>
              <w:t>beda</w:t>
            </w:r>
            <w:proofErr w:type="spellEnd"/>
            <w:r w:rsidR="003E0B8D">
              <w:rPr>
                <w:sz w:val="21"/>
              </w:rPr>
              <w:t xml:space="preserve"> </w:t>
            </w:r>
            <w:proofErr w:type="spellStart"/>
            <w:r w:rsidR="003E0B8D">
              <w:rPr>
                <w:sz w:val="21"/>
              </w:rPr>
              <w:t>desain</w:t>
            </w:r>
            <w:proofErr w:type="spellEnd"/>
            <w:r w:rsidR="003E0B8D">
              <w:rPr>
                <w:sz w:val="21"/>
              </w:rPr>
              <w:t>.</w:t>
            </w:r>
          </w:p>
        </w:tc>
      </w:tr>
      <w:tr w:rsidR="00621206" w14:paraId="7DF25AAD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F76162B" w14:textId="77777777" w:rsidR="00621206" w:rsidRDefault="00AF52F1">
            <w:r>
              <w:rPr>
                <w:b/>
                <w:sz w:val="21"/>
              </w:rPr>
              <w:t xml:space="preserve">Kendala yang </w:t>
            </w:r>
            <w:proofErr w:type="spellStart"/>
            <w:r>
              <w:rPr>
                <w:b/>
                <w:sz w:val="21"/>
              </w:rPr>
              <w:t>Dihadapi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03D6255" w14:textId="4C88F7D5" w:rsidR="00621206" w:rsidRDefault="008C2CE0">
            <w:r>
              <w:rPr>
                <w:sz w:val="21"/>
              </w:rPr>
              <w:t xml:space="preserve">Masih </w:t>
            </w:r>
            <w:proofErr w:type="spellStart"/>
            <w:r>
              <w:rPr>
                <w:sz w:val="21"/>
              </w:rPr>
              <w:t>ada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refisi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untuk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yang </w:t>
            </w:r>
            <w:proofErr w:type="spellStart"/>
            <w:r>
              <w:rPr>
                <w:sz w:val="21"/>
              </w:rPr>
              <w:t>dibuat</w:t>
            </w:r>
            <w:proofErr w:type="spellEnd"/>
            <w:r>
              <w:rPr>
                <w:sz w:val="21"/>
              </w:rPr>
              <w:t xml:space="preserve"> oleh </w:t>
            </w:r>
            <w:proofErr w:type="spellStart"/>
            <w:r>
              <w:rPr>
                <w:sz w:val="21"/>
              </w:rPr>
              <w:t>mahasiswa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dari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pembimbing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lapangan</w:t>
            </w:r>
            <w:proofErr w:type="spellEnd"/>
            <w:r>
              <w:rPr>
                <w:sz w:val="21"/>
              </w:rPr>
              <w:t>.</w:t>
            </w:r>
          </w:p>
        </w:tc>
      </w:tr>
      <w:tr w:rsidR="00621206" w14:paraId="6ED8AA80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58D8C2B" w14:textId="77777777" w:rsidR="00621206" w:rsidRDefault="00AF52F1">
            <w:r>
              <w:rPr>
                <w:b/>
                <w:sz w:val="21"/>
              </w:rPr>
              <w:t>Solusi/</w:t>
            </w:r>
            <w:proofErr w:type="spellStart"/>
            <w:r>
              <w:rPr>
                <w:b/>
                <w:sz w:val="21"/>
              </w:rPr>
              <w:t>Tindak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Lanjut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2472810" w14:textId="59024B6B" w:rsidR="00621206" w:rsidRDefault="008C2CE0">
            <w:proofErr w:type="spellStart"/>
            <w:r>
              <w:rPr>
                <w:sz w:val="21"/>
              </w:rPr>
              <w:t>Mahasiswa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bertanya</w:t>
            </w:r>
            <w:proofErr w:type="spellEnd"/>
            <w:r>
              <w:rPr>
                <w:sz w:val="21"/>
              </w:rPr>
              <w:t xml:space="preserve"> dan </w:t>
            </w:r>
            <w:proofErr w:type="spellStart"/>
            <w:r>
              <w:rPr>
                <w:sz w:val="21"/>
              </w:rPr>
              <w:t>terus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mempelajari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sesuai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arahan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pembimbing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proofErr w:type="gramStart"/>
            <w:r>
              <w:rPr>
                <w:sz w:val="21"/>
              </w:rPr>
              <w:t>lapangan.asiswa</w:t>
            </w:r>
            <w:proofErr w:type="spellEnd"/>
            <w:proofErr w:type="gram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melakukan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pencatatan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bertanya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kepada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pembimbing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lapangan</w:t>
            </w:r>
            <w:proofErr w:type="spellEnd"/>
            <w:r>
              <w:rPr>
                <w:sz w:val="21"/>
              </w:rPr>
              <w:t>.</w:t>
            </w:r>
          </w:p>
        </w:tc>
      </w:tr>
      <w:tr w:rsidR="00621206" w14:paraId="3C159ADB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911F5A7" w14:textId="77777777" w:rsidR="00621206" w:rsidRDefault="00AF52F1">
            <w:proofErr w:type="spellStart"/>
            <w:r>
              <w:rPr>
                <w:b/>
                <w:sz w:val="21"/>
              </w:rPr>
              <w:t>Kompetensi</w:t>
            </w:r>
            <w:proofErr w:type="spellEnd"/>
            <w:r>
              <w:rPr>
                <w:b/>
                <w:sz w:val="21"/>
              </w:rPr>
              <w:t xml:space="preserve"> yang </w:t>
            </w:r>
            <w:proofErr w:type="spellStart"/>
            <w:r>
              <w:rPr>
                <w:b/>
                <w:sz w:val="21"/>
              </w:rPr>
              <w:t>Dikembangkan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109B29B" w14:textId="63812534" w:rsidR="00621206" w:rsidRDefault="008C2CE0">
            <w:proofErr w:type="spellStart"/>
            <w:r>
              <w:rPr>
                <w:sz w:val="21"/>
              </w:rPr>
              <w:t>Disiplin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kerja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komunikasi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organisasi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adaptasi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lingkungan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kerja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etika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pemahaman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UI/UX.</w:t>
            </w:r>
          </w:p>
        </w:tc>
      </w:tr>
    </w:tbl>
    <w:p w14:paraId="23E2A664" w14:textId="77777777" w:rsidR="005373A1" w:rsidRDefault="005373A1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</w:p>
    <w:p w14:paraId="49161435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E.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Catatan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Pembimbing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Lapangan</w:t>
      </w:r>
      <w:proofErr w:type="spellEnd"/>
    </w:p>
    <w:p w14:paraId="6F1212D6" w14:textId="77777777" w:rsidR="00621206" w:rsidRDefault="00AF52F1">
      <w:pPr>
        <w:spacing w:after="40"/>
      </w:pPr>
      <w:proofErr w:type="spellStart"/>
      <w:r>
        <w:rPr>
          <w:sz w:val="22"/>
        </w:rPr>
        <w:t>Catatan</w:t>
      </w:r>
      <w:proofErr w:type="spellEnd"/>
      <w:r>
        <w:rPr>
          <w:sz w:val="22"/>
        </w:rPr>
        <w:t>: ........................................................................................................................................................................................</w:t>
      </w:r>
    </w:p>
    <w:p w14:paraId="236996ED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24CFCD41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5301F135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0C8F59BF" w14:textId="77777777" w:rsidR="00621206" w:rsidRDefault="00621206"/>
    <w:p w14:paraId="72729F8B" w14:textId="77777777" w:rsidR="005373A1" w:rsidRDefault="005373A1">
      <w:pPr>
        <w:rPr>
          <w:rFonts w:cstheme="majorBidi"/>
          <w:b/>
          <w:bCs/>
          <w:color w:val="1F4E79"/>
          <w:sz w:val="25"/>
          <w:szCs w:val="26"/>
        </w:rPr>
      </w:pPr>
      <w:r>
        <w:rPr>
          <w:color w:val="1F4E79"/>
          <w:sz w:val="25"/>
        </w:rPr>
        <w:br w:type="page"/>
      </w:r>
    </w:p>
    <w:p w14:paraId="325F8950" w14:textId="77777777" w:rsidR="005373A1" w:rsidRDefault="005373A1" w:rsidP="005373A1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  <w:r>
        <w:rPr>
          <w:rFonts w:ascii="Times New Roman" w:eastAsia="Times New Roman" w:hAnsi="Times New Roman"/>
          <w:color w:val="1F4E79"/>
          <w:sz w:val="25"/>
        </w:rPr>
        <w:lastRenderedPageBreak/>
        <w:t xml:space="preserve">F. Lampiran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Dokumentasi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(Foto/Gambar/Form)</w:t>
      </w:r>
    </w:p>
    <w:p w14:paraId="1623989C" w14:textId="47951E0B" w:rsidR="005373A1" w:rsidRDefault="005373A1" w:rsidP="005373A1">
      <w:pPr>
        <w:pStyle w:val="Heading2"/>
        <w:spacing w:before="160" w:after="80"/>
      </w:pPr>
      <w:r>
        <w:t xml:space="preserve"> </w:t>
      </w:r>
      <w:r w:rsidR="003E0B8D" w:rsidRPr="003E0B8D">
        <w:drawing>
          <wp:inline distT="0" distB="0" distL="0" distR="0" wp14:anchorId="3EAE757F" wp14:editId="208CE384">
            <wp:extent cx="5472430" cy="3550285"/>
            <wp:effectExtent l="0" t="0" r="0" b="0"/>
            <wp:docPr id="18125529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55299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35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695C1" w14:textId="3B6EC9B1" w:rsidR="00792EDB" w:rsidRDefault="003E0B8D" w:rsidP="00792EDB">
      <w:r w:rsidRPr="003E0B8D">
        <w:drawing>
          <wp:inline distT="0" distB="0" distL="0" distR="0" wp14:anchorId="243C5110" wp14:editId="5AF5FC68">
            <wp:extent cx="5472430" cy="3888105"/>
            <wp:effectExtent l="0" t="0" r="0" b="0"/>
            <wp:docPr id="565008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00800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388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18DF8" w14:textId="40BDF114" w:rsidR="003E0B8D" w:rsidRDefault="003E0B8D" w:rsidP="00792EDB">
      <w:r w:rsidRPr="003E0B8D">
        <w:lastRenderedPageBreak/>
        <w:drawing>
          <wp:inline distT="0" distB="0" distL="0" distR="0" wp14:anchorId="51D65BEA" wp14:editId="5EDAD31C">
            <wp:extent cx="5472430" cy="3862070"/>
            <wp:effectExtent l="0" t="0" r="0" b="5080"/>
            <wp:docPr id="13103860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38607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47015" w14:textId="10CF3E80" w:rsidR="003E0B8D" w:rsidRDefault="003E0B8D" w:rsidP="00792EDB">
      <w:r w:rsidRPr="003E0B8D">
        <w:drawing>
          <wp:inline distT="0" distB="0" distL="0" distR="0" wp14:anchorId="799D7084" wp14:editId="6FE69AC8">
            <wp:extent cx="5472430" cy="3756025"/>
            <wp:effectExtent l="0" t="0" r="0" b="0"/>
            <wp:docPr id="1538265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265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375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F5A0D" w14:textId="5A559D9F" w:rsidR="00792EDB" w:rsidRPr="00792EDB" w:rsidRDefault="003E0B8D" w:rsidP="00792EDB">
      <w:r>
        <w:rPr>
          <w:noProof/>
        </w:rPr>
        <w:lastRenderedPageBreak/>
        <w:drawing>
          <wp:inline distT="0" distB="0" distL="0" distR="0" wp14:anchorId="00C59B53" wp14:editId="7A4C98A4">
            <wp:extent cx="5472430" cy="7273290"/>
            <wp:effectExtent l="0" t="0" r="0" b="3810"/>
            <wp:docPr id="4437548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727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2EDB" w:rsidRPr="00792EDB" w:rsidSect="00034616">
      <w:headerReference w:type="default" r:id="rId13"/>
      <w:footerReference w:type="default" r:id="rId14"/>
      <w:pgSz w:w="11906" w:h="16838"/>
      <w:pgMar w:top="1587" w:right="1474" w:bottom="1474" w:left="181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75823" w14:textId="77777777" w:rsidR="00C92AD9" w:rsidRDefault="00C92AD9">
      <w:pPr>
        <w:spacing w:after="0" w:line="240" w:lineRule="auto"/>
      </w:pPr>
      <w:r>
        <w:separator/>
      </w:r>
    </w:p>
  </w:endnote>
  <w:endnote w:type="continuationSeparator" w:id="0">
    <w:p w14:paraId="3A0B0E90" w14:textId="77777777" w:rsidR="00C92AD9" w:rsidRDefault="00C92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0392A" w14:textId="77777777" w:rsidR="00621206" w:rsidRDefault="00AF52F1">
    <w:pPr>
      <w:pStyle w:val="Footer"/>
      <w:jc w:val="center"/>
    </w:pPr>
    <w:proofErr w:type="spellStart"/>
    <w:r>
      <w:rPr>
        <w:color w:val="595959"/>
        <w:sz w:val="18"/>
      </w:rPr>
      <w:t>Dokumen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ini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dapat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disesuaikan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dengan</w:t>
    </w:r>
    <w:proofErr w:type="spellEnd"/>
    <w:r>
      <w:rPr>
        <w:color w:val="595959"/>
        <w:sz w:val="18"/>
      </w:rPr>
      <w:t xml:space="preserve"> data </w:t>
    </w:r>
    <w:proofErr w:type="spellStart"/>
    <w:r>
      <w:rPr>
        <w:color w:val="595959"/>
        <w:sz w:val="18"/>
      </w:rPr>
      <w:t>mahasiswa</w:t>
    </w:r>
    <w:proofErr w:type="spellEnd"/>
    <w:r>
      <w:rPr>
        <w:color w:val="595959"/>
        <w:sz w:val="18"/>
      </w:rPr>
      <w:t xml:space="preserve">, program </w:t>
    </w:r>
    <w:proofErr w:type="spellStart"/>
    <w:r>
      <w:rPr>
        <w:color w:val="595959"/>
        <w:sz w:val="18"/>
      </w:rPr>
      <w:t>studi</w:t>
    </w:r>
    <w:proofErr w:type="spellEnd"/>
    <w:r>
      <w:rPr>
        <w:color w:val="595959"/>
        <w:sz w:val="18"/>
      </w:rPr>
      <w:t xml:space="preserve">, dan </w:t>
    </w:r>
    <w:proofErr w:type="spellStart"/>
    <w:r>
      <w:rPr>
        <w:color w:val="595959"/>
        <w:sz w:val="18"/>
      </w:rPr>
      <w:t>periode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pelaksanaan</w:t>
    </w:r>
    <w:proofErr w:type="spellEnd"/>
    <w:r>
      <w:rPr>
        <w:color w:val="595959"/>
        <w:sz w:val="18"/>
      </w:rPr>
      <w:t xml:space="preserve"> PKL.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03C56" w14:textId="77777777" w:rsidR="00C92AD9" w:rsidRDefault="00C92AD9">
      <w:pPr>
        <w:spacing w:after="0" w:line="240" w:lineRule="auto"/>
      </w:pPr>
      <w:r>
        <w:separator/>
      </w:r>
    </w:p>
  </w:footnote>
  <w:footnote w:type="continuationSeparator" w:id="0">
    <w:p w14:paraId="7406D551" w14:textId="77777777" w:rsidR="00C92AD9" w:rsidRDefault="00C92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B99C" w14:textId="777B8790" w:rsidR="00621206" w:rsidRDefault="00AF52F1">
    <w:pPr>
      <w:pStyle w:val="Header"/>
      <w:jc w:val="right"/>
    </w:pPr>
    <w:proofErr w:type="spellStart"/>
    <w:r>
      <w:rPr>
        <w:color w:val="595959"/>
        <w:sz w:val="18"/>
      </w:rPr>
      <w:t>Laporan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Kegiatan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Bulanan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Magang</w:t>
    </w:r>
    <w:proofErr w:type="spellEnd"/>
    <w:r>
      <w:rPr>
        <w:color w:val="595959"/>
        <w:sz w:val="18"/>
      </w:rPr>
      <w:t xml:space="preserve">/PKL | </w:t>
    </w:r>
    <w:proofErr w:type="spellStart"/>
    <w:r w:rsidR="00792EDB">
      <w:rPr>
        <w:color w:val="595959"/>
        <w:sz w:val="18"/>
      </w:rPr>
      <w:t>Diskominfo</w:t>
    </w:r>
    <w:proofErr w:type="spellEnd"/>
    <w:r w:rsidR="00792EDB">
      <w:rPr>
        <w:color w:val="595959"/>
        <w:sz w:val="18"/>
      </w:rPr>
      <w:t xml:space="preserve"> </w:t>
    </w:r>
    <w:proofErr w:type="spellStart"/>
    <w:r w:rsidR="00792EDB">
      <w:rPr>
        <w:color w:val="595959"/>
        <w:sz w:val="18"/>
      </w:rPr>
      <w:t>Provinsi</w:t>
    </w:r>
    <w:proofErr w:type="spellEnd"/>
    <w:r w:rsidR="00792EDB">
      <w:rPr>
        <w:color w:val="595959"/>
        <w:sz w:val="18"/>
      </w:rPr>
      <w:t xml:space="preserve"> </w:t>
    </w:r>
    <w:r>
      <w:rPr>
        <w:color w:val="595959"/>
        <w:sz w:val="18"/>
      </w:rPr>
      <w:t>Banten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9620668">
    <w:abstractNumId w:val="8"/>
  </w:num>
  <w:num w:numId="2" w16cid:durableId="784429179">
    <w:abstractNumId w:val="6"/>
  </w:num>
  <w:num w:numId="3" w16cid:durableId="2023624414">
    <w:abstractNumId w:val="5"/>
  </w:num>
  <w:num w:numId="4" w16cid:durableId="2009362603">
    <w:abstractNumId w:val="4"/>
  </w:num>
  <w:num w:numId="5" w16cid:durableId="794907649">
    <w:abstractNumId w:val="7"/>
  </w:num>
  <w:num w:numId="6" w16cid:durableId="1178888272">
    <w:abstractNumId w:val="3"/>
  </w:num>
  <w:num w:numId="7" w16cid:durableId="1191916471">
    <w:abstractNumId w:val="2"/>
  </w:num>
  <w:num w:numId="8" w16cid:durableId="776486180">
    <w:abstractNumId w:val="1"/>
  </w:num>
  <w:num w:numId="9" w16cid:durableId="1719818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046A"/>
    <w:rsid w:val="0015074B"/>
    <w:rsid w:val="0029639D"/>
    <w:rsid w:val="00326F90"/>
    <w:rsid w:val="003E0B8D"/>
    <w:rsid w:val="00405D31"/>
    <w:rsid w:val="005373A1"/>
    <w:rsid w:val="00621206"/>
    <w:rsid w:val="00792EDB"/>
    <w:rsid w:val="008C2CE0"/>
    <w:rsid w:val="00AA1D8D"/>
    <w:rsid w:val="00AF52F1"/>
    <w:rsid w:val="00B47730"/>
    <w:rsid w:val="00BE0AAA"/>
    <w:rsid w:val="00C35CE1"/>
    <w:rsid w:val="00C92AD9"/>
    <w:rsid w:val="00CB0664"/>
    <w:rsid w:val="00CF3C2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22A6C1"/>
  <w14:defaultImageDpi w14:val="300"/>
  <w15:docId w15:val="{3C35C34F-3EB6-4106-BA27-C4615950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CD781F-46EA-45B8-BC93-57601DB1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maydi safikri</cp:lastModifiedBy>
  <cp:revision>2</cp:revision>
  <dcterms:created xsi:type="dcterms:W3CDTF">2026-06-29T07:57:00Z</dcterms:created>
  <dcterms:modified xsi:type="dcterms:W3CDTF">2026-06-29T07:57:00Z</dcterms:modified>
</cp:coreProperties>
</file>