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7E535" w14:textId="77777777" w:rsidR="00621206" w:rsidRDefault="00621206"/>
    <w:p w14:paraId="7CD0D6DA" w14:textId="77777777" w:rsidR="00BE0AAA" w:rsidRPr="00A126B4" w:rsidRDefault="00AF52F1">
      <w:pPr>
        <w:jc w:val="center"/>
        <w:rPr>
          <w:b/>
          <w:color w:val="1F4E79"/>
          <w:sz w:val="32"/>
          <w:lang w:val="nb-NO"/>
        </w:rPr>
      </w:pPr>
      <w:r w:rsidRPr="00A126B4">
        <w:rPr>
          <w:b/>
          <w:color w:val="1F4E79"/>
          <w:sz w:val="32"/>
          <w:lang w:val="nb-NO"/>
        </w:rPr>
        <w:t>LAPORAN KEGIATAN BULANAN</w:t>
      </w:r>
    </w:p>
    <w:p w14:paraId="72CF56AA" w14:textId="77777777" w:rsidR="00BE0AAA" w:rsidRPr="00A126B4" w:rsidRDefault="00BE0AAA" w:rsidP="00BE0AAA">
      <w:pPr>
        <w:spacing w:after="0" w:line="240" w:lineRule="auto"/>
        <w:jc w:val="center"/>
        <w:rPr>
          <w:b/>
          <w:sz w:val="28"/>
          <w:lang w:val="nb-NO"/>
        </w:rPr>
      </w:pPr>
    </w:p>
    <w:p w14:paraId="173CA023" w14:textId="643DB6D1" w:rsidR="00621206" w:rsidRPr="00A126B4" w:rsidRDefault="00BE0AAA" w:rsidP="00BE0AAA">
      <w:pPr>
        <w:spacing w:after="0" w:line="240" w:lineRule="auto"/>
        <w:jc w:val="center"/>
        <w:rPr>
          <w:b/>
          <w:sz w:val="28"/>
          <w:lang w:val="nb-NO"/>
        </w:rPr>
      </w:pPr>
      <w:r w:rsidRPr="00A126B4">
        <w:rPr>
          <w:b/>
          <w:sz w:val="28"/>
          <w:lang w:val="nb-NO"/>
        </w:rPr>
        <w:t xml:space="preserve">PERIODE BULAN </w:t>
      </w:r>
      <w:r w:rsidR="00B23ECE">
        <w:rPr>
          <w:b/>
          <w:sz w:val="28"/>
          <w:lang w:val="nb-NO"/>
        </w:rPr>
        <w:t>IV</w:t>
      </w:r>
      <w:r w:rsidRPr="00A126B4">
        <w:rPr>
          <w:b/>
          <w:sz w:val="28"/>
          <w:lang w:val="nb-NO"/>
        </w:rPr>
        <w:br/>
      </w:r>
      <w:r w:rsidR="00AF52F1" w:rsidRPr="00A126B4">
        <w:rPr>
          <w:b/>
          <w:sz w:val="28"/>
          <w:lang w:val="nb-NO"/>
        </w:rPr>
        <w:t>MAGANG KERJA / PRAKTIK KERJA LAPANGAN (PKL)</w:t>
      </w:r>
    </w:p>
    <w:p w14:paraId="7B66F1A9" w14:textId="1B985548" w:rsidR="00621206" w:rsidRPr="00A126B4" w:rsidRDefault="00BE0AAA" w:rsidP="00A126B4">
      <w:pPr>
        <w:spacing w:after="0" w:line="240" w:lineRule="auto"/>
        <w:jc w:val="center"/>
        <w:rPr>
          <w:b/>
          <w:sz w:val="28"/>
          <w:lang w:val="nb-NO"/>
        </w:rPr>
      </w:pPr>
      <w:r w:rsidRPr="00A126B4">
        <w:rPr>
          <w:b/>
          <w:sz w:val="28"/>
          <w:lang w:val="nb-NO"/>
        </w:rPr>
        <w:t xml:space="preserve">DI </w:t>
      </w:r>
      <w:r w:rsidR="00A126B4">
        <w:rPr>
          <w:b/>
          <w:sz w:val="28"/>
          <w:lang w:val="nb-NO"/>
        </w:rPr>
        <w:t>DINAS KOMUNIKASI, INFORMATIKA, STATISTIK DAN PERSANDIAN PROVINSI BANTEN</w:t>
      </w:r>
    </w:p>
    <w:p w14:paraId="3751CCD1" w14:textId="77777777" w:rsidR="00621206" w:rsidRPr="00A126B4" w:rsidRDefault="00621206">
      <w:pPr>
        <w:rPr>
          <w:lang w:val="nb-NO"/>
        </w:rPr>
      </w:pPr>
    </w:p>
    <w:p w14:paraId="582B4178" w14:textId="77777777" w:rsidR="00621206" w:rsidRPr="00A126B4" w:rsidRDefault="00621206">
      <w:pPr>
        <w:rPr>
          <w:lang w:val="nb-NO"/>
        </w:rPr>
      </w:pPr>
    </w:p>
    <w:tbl>
      <w:tblPr>
        <w:tblW w:w="0" w:type="auto"/>
        <w:jc w:val="center"/>
        <w:tblLayout w:type="fixed"/>
        <w:tblLook w:val="04A0" w:firstRow="1" w:lastRow="0" w:firstColumn="1" w:lastColumn="0" w:noHBand="0" w:noVBand="1"/>
      </w:tblPr>
      <w:tblGrid>
        <w:gridCol w:w="2438"/>
        <w:gridCol w:w="236"/>
        <w:gridCol w:w="5953"/>
      </w:tblGrid>
      <w:tr w:rsidR="00621206" w14:paraId="134316B9"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0E7B86BE" w14:textId="77777777" w:rsidR="00621206" w:rsidRDefault="00AF52F1">
            <w:r>
              <w:rPr>
                <w:b/>
                <w:sz w:val="22"/>
              </w:rPr>
              <w:t xml:space="preserve">Nama </w:t>
            </w:r>
            <w:proofErr w:type="spellStart"/>
            <w:r>
              <w:rPr>
                <w:b/>
                <w:sz w:val="22"/>
              </w:rPr>
              <w:t>Mahasiswa</w:t>
            </w:r>
            <w:proofErr w:type="spellEnd"/>
          </w:p>
        </w:tc>
        <w:tc>
          <w:tcPr>
            <w:tcW w:w="170" w:type="dxa"/>
            <w:tcBorders>
              <w:top w:val="single" w:sz="6" w:space="0" w:color="FFFFFF"/>
              <w:left w:val="single" w:sz="6" w:space="0" w:color="FFFFFF"/>
              <w:bottom w:val="single" w:sz="6" w:space="0" w:color="FFFFFF"/>
              <w:right w:val="single" w:sz="6" w:space="0" w:color="FFFFFF"/>
            </w:tcBorders>
          </w:tcPr>
          <w:p w14:paraId="33ECDAF3"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20987166" w14:textId="7828E112" w:rsidR="00621206" w:rsidRDefault="00A126B4">
            <w:r>
              <w:rPr>
                <w:sz w:val="22"/>
              </w:rPr>
              <w:t>Alfi Muiz</w:t>
            </w:r>
          </w:p>
        </w:tc>
      </w:tr>
      <w:tr w:rsidR="00621206" w14:paraId="1678DFAD"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0FCB6152" w14:textId="77777777" w:rsidR="00621206" w:rsidRDefault="00AF52F1">
            <w:r>
              <w:rPr>
                <w:b/>
                <w:sz w:val="22"/>
              </w:rPr>
              <w:t>NIM</w:t>
            </w:r>
          </w:p>
        </w:tc>
        <w:tc>
          <w:tcPr>
            <w:tcW w:w="170" w:type="dxa"/>
            <w:tcBorders>
              <w:top w:val="single" w:sz="6" w:space="0" w:color="FFFFFF"/>
              <w:left w:val="single" w:sz="6" w:space="0" w:color="FFFFFF"/>
              <w:bottom w:val="single" w:sz="6" w:space="0" w:color="FFFFFF"/>
              <w:right w:val="single" w:sz="6" w:space="0" w:color="FFFFFF"/>
            </w:tcBorders>
          </w:tcPr>
          <w:p w14:paraId="08613D6A"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157DCEF2" w14:textId="540B2EC7" w:rsidR="00621206" w:rsidRDefault="00A126B4">
            <w:r>
              <w:rPr>
                <w:sz w:val="22"/>
              </w:rPr>
              <w:t>231730001</w:t>
            </w:r>
          </w:p>
        </w:tc>
      </w:tr>
      <w:tr w:rsidR="00621206" w14:paraId="23647F60"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3629A772" w14:textId="77777777" w:rsidR="00621206" w:rsidRDefault="00AF52F1">
            <w:r>
              <w:rPr>
                <w:b/>
                <w:sz w:val="22"/>
              </w:rPr>
              <w:t>Program Studi</w:t>
            </w:r>
          </w:p>
        </w:tc>
        <w:tc>
          <w:tcPr>
            <w:tcW w:w="170" w:type="dxa"/>
            <w:tcBorders>
              <w:top w:val="single" w:sz="6" w:space="0" w:color="FFFFFF"/>
              <w:left w:val="single" w:sz="6" w:space="0" w:color="FFFFFF"/>
              <w:bottom w:val="single" w:sz="6" w:space="0" w:color="FFFFFF"/>
              <w:right w:val="single" w:sz="6" w:space="0" w:color="FFFFFF"/>
            </w:tcBorders>
          </w:tcPr>
          <w:p w14:paraId="770991B5"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4527D007" w14:textId="2E4B1C8C" w:rsidR="00621206" w:rsidRDefault="00A126B4">
            <w:proofErr w:type="spellStart"/>
            <w:r>
              <w:rPr>
                <w:sz w:val="22"/>
              </w:rPr>
              <w:t>Informatika</w:t>
            </w:r>
            <w:proofErr w:type="spellEnd"/>
          </w:p>
        </w:tc>
      </w:tr>
      <w:tr w:rsidR="00621206" w14:paraId="399F56FC"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61774FC1" w14:textId="77777777" w:rsidR="00621206" w:rsidRDefault="00AF52F1">
            <w:proofErr w:type="spellStart"/>
            <w:r>
              <w:rPr>
                <w:b/>
                <w:sz w:val="22"/>
              </w:rPr>
              <w:t>Fakultas</w:t>
            </w:r>
            <w:proofErr w:type="spellEnd"/>
            <w:r>
              <w:rPr>
                <w:b/>
                <w:sz w:val="22"/>
              </w:rPr>
              <w:t>/Universitas</w:t>
            </w:r>
          </w:p>
        </w:tc>
        <w:tc>
          <w:tcPr>
            <w:tcW w:w="170" w:type="dxa"/>
            <w:tcBorders>
              <w:top w:val="single" w:sz="6" w:space="0" w:color="FFFFFF"/>
              <w:left w:val="single" w:sz="6" w:space="0" w:color="FFFFFF"/>
              <w:bottom w:val="single" w:sz="6" w:space="0" w:color="FFFFFF"/>
              <w:right w:val="single" w:sz="6" w:space="0" w:color="FFFFFF"/>
            </w:tcBorders>
          </w:tcPr>
          <w:p w14:paraId="393B7CB3"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3A2BB3D9" w14:textId="08617C93" w:rsidR="00621206" w:rsidRDefault="00A126B4">
            <w:r>
              <w:rPr>
                <w:sz w:val="22"/>
              </w:rPr>
              <w:t>Sains / Universitas Islam Negeri Sultan Maulana Hasanuddin Banten</w:t>
            </w:r>
          </w:p>
        </w:tc>
      </w:tr>
      <w:tr w:rsidR="00621206" w:rsidRPr="00CE3A24" w14:paraId="65B99FCB"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30D8E281" w14:textId="77777777" w:rsidR="00621206" w:rsidRDefault="00AF52F1">
            <w:proofErr w:type="spellStart"/>
            <w:r>
              <w:rPr>
                <w:b/>
                <w:sz w:val="22"/>
              </w:rPr>
              <w:t>Instansi</w:t>
            </w:r>
            <w:proofErr w:type="spellEnd"/>
            <w:r>
              <w:rPr>
                <w:b/>
                <w:sz w:val="22"/>
              </w:rPr>
              <w:t xml:space="preserve"> </w:t>
            </w:r>
            <w:proofErr w:type="spellStart"/>
            <w:r>
              <w:rPr>
                <w:b/>
                <w:sz w:val="22"/>
              </w:rPr>
              <w:t>Tempat</w:t>
            </w:r>
            <w:proofErr w:type="spellEnd"/>
            <w:r>
              <w:rPr>
                <w:b/>
                <w:sz w:val="22"/>
              </w:rPr>
              <w:t xml:space="preserve"> PKL</w:t>
            </w:r>
          </w:p>
        </w:tc>
        <w:tc>
          <w:tcPr>
            <w:tcW w:w="170" w:type="dxa"/>
            <w:tcBorders>
              <w:top w:val="single" w:sz="6" w:space="0" w:color="FFFFFF"/>
              <w:left w:val="single" w:sz="6" w:space="0" w:color="FFFFFF"/>
              <w:bottom w:val="single" w:sz="6" w:space="0" w:color="FFFFFF"/>
              <w:right w:val="single" w:sz="6" w:space="0" w:color="FFFFFF"/>
            </w:tcBorders>
          </w:tcPr>
          <w:p w14:paraId="0B764A5B"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540F3037" w14:textId="5D84A71E" w:rsidR="00621206" w:rsidRPr="00A126B4" w:rsidRDefault="00A126B4">
            <w:pPr>
              <w:rPr>
                <w:lang w:val="nb-NO"/>
              </w:rPr>
            </w:pPr>
            <w:r w:rsidRPr="00A126B4">
              <w:rPr>
                <w:sz w:val="22"/>
                <w:lang w:val="nb-NO"/>
              </w:rPr>
              <w:t>Dinas Komunikasi, Informatika, Statistik d</w:t>
            </w:r>
            <w:r>
              <w:rPr>
                <w:sz w:val="22"/>
                <w:lang w:val="nb-NO"/>
              </w:rPr>
              <w:t>an Persandian Provinsi Banten</w:t>
            </w:r>
          </w:p>
        </w:tc>
      </w:tr>
      <w:tr w:rsidR="00621206" w:rsidRPr="00A126B4" w14:paraId="2EBEE539"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1D342B94" w14:textId="77777777" w:rsidR="00621206" w:rsidRDefault="00AF52F1">
            <w:proofErr w:type="spellStart"/>
            <w:r>
              <w:rPr>
                <w:b/>
                <w:sz w:val="22"/>
              </w:rPr>
              <w:t>Periode</w:t>
            </w:r>
            <w:proofErr w:type="spellEnd"/>
            <w:r>
              <w:rPr>
                <w:b/>
                <w:sz w:val="22"/>
              </w:rPr>
              <w:t xml:space="preserve"> </w:t>
            </w:r>
            <w:proofErr w:type="spellStart"/>
            <w:r>
              <w:rPr>
                <w:b/>
                <w:sz w:val="22"/>
              </w:rPr>
              <w:t>Pelaksanaan</w:t>
            </w:r>
            <w:proofErr w:type="spellEnd"/>
          </w:p>
        </w:tc>
        <w:tc>
          <w:tcPr>
            <w:tcW w:w="170" w:type="dxa"/>
            <w:tcBorders>
              <w:top w:val="single" w:sz="6" w:space="0" w:color="FFFFFF"/>
              <w:left w:val="single" w:sz="6" w:space="0" w:color="FFFFFF"/>
              <w:bottom w:val="single" w:sz="6" w:space="0" w:color="FFFFFF"/>
              <w:right w:val="single" w:sz="6" w:space="0" w:color="FFFFFF"/>
            </w:tcBorders>
          </w:tcPr>
          <w:p w14:paraId="757897C4"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2E633397" w14:textId="0DE0F299" w:rsidR="00621206" w:rsidRPr="00A126B4" w:rsidRDefault="00A126B4">
            <w:pPr>
              <w:rPr>
                <w:lang w:val="nb-NO"/>
              </w:rPr>
            </w:pPr>
            <w:r>
              <w:rPr>
                <w:sz w:val="22"/>
                <w:lang w:val="nb-NO"/>
              </w:rPr>
              <w:t>09 Februari 2026</w:t>
            </w:r>
            <w:r w:rsidR="00AF52F1" w:rsidRPr="00A126B4">
              <w:rPr>
                <w:sz w:val="22"/>
                <w:lang w:val="nb-NO"/>
              </w:rPr>
              <w:t xml:space="preserve"> s.d. </w:t>
            </w:r>
            <w:r>
              <w:rPr>
                <w:sz w:val="22"/>
                <w:lang w:val="nb-NO"/>
              </w:rPr>
              <w:t>13 Juli 2026</w:t>
            </w:r>
          </w:p>
        </w:tc>
      </w:tr>
      <w:tr w:rsidR="00621206" w:rsidRPr="00CE3A24" w14:paraId="0C767EAD"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6C6C8C7A" w14:textId="77777777" w:rsidR="00621206" w:rsidRDefault="00AF52F1">
            <w:r>
              <w:rPr>
                <w:b/>
                <w:sz w:val="22"/>
              </w:rPr>
              <w:t xml:space="preserve">Dosen </w:t>
            </w:r>
            <w:proofErr w:type="spellStart"/>
            <w:r>
              <w:rPr>
                <w:b/>
                <w:sz w:val="22"/>
              </w:rPr>
              <w:t>Pembimbing</w:t>
            </w:r>
            <w:proofErr w:type="spellEnd"/>
          </w:p>
        </w:tc>
        <w:tc>
          <w:tcPr>
            <w:tcW w:w="170" w:type="dxa"/>
            <w:tcBorders>
              <w:top w:val="single" w:sz="6" w:space="0" w:color="FFFFFF"/>
              <w:left w:val="single" w:sz="6" w:space="0" w:color="FFFFFF"/>
              <w:bottom w:val="single" w:sz="6" w:space="0" w:color="FFFFFF"/>
              <w:right w:val="single" w:sz="6" w:space="0" w:color="FFFFFF"/>
            </w:tcBorders>
          </w:tcPr>
          <w:p w14:paraId="1B561D2F"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51AA471A" w14:textId="28E9FD7D" w:rsidR="00621206" w:rsidRPr="00426A92" w:rsidRDefault="00426A92">
            <w:pPr>
              <w:rPr>
                <w:lang w:val="nb-NO"/>
              </w:rPr>
            </w:pPr>
            <w:r w:rsidRPr="00426A92">
              <w:rPr>
                <w:lang w:val="nb-NO"/>
              </w:rPr>
              <w:t>Dr. Aan Ansori, S.Kom., M.M., M.Kom</w:t>
            </w:r>
          </w:p>
        </w:tc>
      </w:tr>
      <w:tr w:rsidR="00621206" w14:paraId="40FC2D2D"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38E6583D" w14:textId="77777777" w:rsidR="00621206" w:rsidRDefault="00AF52F1">
            <w:proofErr w:type="spellStart"/>
            <w:r>
              <w:rPr>
                <w:b/>
                <w:sz w:val="22"/>
              </w:rPr>
              <w:t>Pembimbing</w:t>
            </w:r>
            <w:proofErr w:type="spellEnd"/>
            <w:r>
              <w:rPr>
                <w:b/>
                <w:sz w:val="22"/>
              </w:rPr>
              <w:t xml:space="preserve"> </w:t>
            </w:r>
            <w:proofErr w:type="spellStart"/>
            <w:r>
              <w:rPr>
                <w:b/>
                <w:sz w:val="22"/>
              </w:rPr>
              <w:t>Lapangan</w:t>
            </w:r>
            <w:proofErr w:type="spellEnd"/>
          </w:p>
        </w:tc>
        <w:tc>
          <w:tcPr>
            <w:tcW w:w="170" w:type="dxa"/>
            <w:tcBorders>
              <w:top w:val="single" w:sz="6" w:space="0" w:color="FFFFFF"/>
              <w:left w:val="single" w:sz="6" w:space="0" w:color="FFFFFF"/>
              <w:bottom w:val="single" w:sz="6" w:space="0" w:color="FFFFFF"/>
              <w:right w:val="single" w:sz="6" w:space="0" w:color="FFFFFF"/>
            </w:tcBorders>
          </w:tcPr>
          <w:p w14:paraId="77D3E822"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177D679A" w14:textId="669ED76C" w:rsidR="00621206" w:rsidRDefault="00DB0A6D">
            <w:r w:rsidRPr="00C641E4">
              <w:t xml:space="preserve">Moh. Fattah </w:t>
            </w:r>
            <w:proofErr w:type="spellStart"/>
            <w:r w:rsidRPr="00C641E4">
              <w:t>Suprapto</w:t>
            </w:r>
            <w:proofErr w:type="spellEnd"/>
            <w:r>
              <w:t xml:space="preserve">, </w:t>
            </w:r>
            <w:proofErr w:type="spellStart"/>
            <w:proofErr w:type="gramStart"/>
            <w:r>
              <w:t>S.Kom</w:t>
            </w:r>
            <w:proofErr w:type="spellEnd"/>
            <w:proofErr w:type="gramEnd"/>
          </w:p>
        </w:tc>
      </w:tr>
    </w:tbl>
    <w:p w14:paraId="255DF3F6" w14:textId="77777777" w:rsidR="00621206" w:rsidRDefault="00621206"/>
    <w:p w14:paraId="2064EB54" w14:textId="77777777" w:rsidR="00621206" w:rsidRPr="002F3053" w:rsidRDefault="00BE0AAA" w:rsidP="00BE0AAA">
      <w:pPr>
        <w:jc w:val="center"/>
        <w:rPr>
          <w:lang w:val="nb-NO"/>
        </w:rPr>
      </w:pPr>
      <w:r w:rsidRPr="002F3053">
        <w:rPr>
          <w:b/>
          <w:lang w:val="nb-NO"/>
        </w:rPr>
        <w:t>Serang - Banten</w:t>
      </w:r>
      <w:r w:rsidR="00AF52F1" w:rsidRPr="002F3053">
        <w:rPr>
          <w:b/>
          <w:lang w:val="nb-NO"/>
        </w:rPr>
        <w:br/>
        <w:t>2026</w:t>
      </w:r>
    </w:p>
    <w:p w14:paraId="5AA4A984" w14:textId="77777777" w:rsidR="00621206" w:rsidRPr="002F3053" w:rsidRDefault="00AF52F1">
      <w:pPr>
        <w:rPr>
          <w:lang w:val="nb-NO"/>
        </w:rPr>
      </w:pPr>
      <w:r w:rsidRPr="002F3053">
        <w:rPr>
          <w:lang w:val="nb-NO"/>
        </w:rPr>
        <w:br w:type="page"/>
      </w:r>
    </w:p>
    <w:p w14:paraId="7A080909" w14:textId="278B83A5" w:rsidR="00621206" w:rsidRPr="002F3053" w:rsidRDefault="00AF52F1" w:rsidP="00BE0AAA">
      <w:pPr>
        <w:pStyle w:val="Heading1"/>
        <w:spacing w:before="200" w:after="120"/>
        <w:jc w:val="center"/>
        <w:rPr>
          <w:lang w:val="nb-NO"/>
        </w:rPr>
      </w:pPr>
      <w:r w:rsidRPr="002F3053">
        <w:rPr>
          <w:rFonts w:ascii="Times New Roman" w:eastAsia="Times New Roman" w:hAnsi="Times New Roman"/>
          <w:color w:val="1F4E79"/>
          <w:lang w:val="nb-NO"/>
        </w:rPr>
        <w:lastRenderedPageBreak/>
        <w:t>LAPORAN PEKERJAAN BULAN KE-</w:t>
      </w:r>
      <w:r w:rsidR="002F3053" w:rsidRPr="002F3053">
        <w:rPr>
          <w:rFonts w:ascii="Times New Roman" w:eastAsia="Times New Roman" w:hAnsi="Times New Roman"/>
          <w:color w:val="1F4E79"/>
          <w:lang w:val="nb-NO"/>
        </w:rPr>
        <w:t>2</w:t>
      </w:r>
    </w:p>
    <w:tbl>
      <w:tblPr>
        <w:tblW w:w="0" w:type="auto"/>
        <w:jc w:val="center"/>
        <w:tblLayout w:type="fixed"/>
        <w:tblLook w:val="04A0" w:firstRow="1" w:lastRow="0" w:firstColumn="1" w:lastColumn="0" w:noHBand="0" w:noVBand="1"/>
      </w:tblPr>
      <w:tblGrid>
        <w:gridCol w:w="2438"/>
        <w:gridCol w:w="236"/>
        <w:gridCol w:w="5953"/>
      </w:tblGrid>
      <w:tr w:rsidR="00621206" w14:paraId="0956C480"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214FA78A" w14:textId="77777777" w:rsidR="00621206" w:rsidRDefault="00AF52F1">
            <w:proofErr w:type="spellStart"/>
            <w:r>
              <w:rPr>
                <w:b/>
                <w:sz w:val="22"/>
              </w:rPr>
              <w:t>Periode</w:t>
            </w:r>
            <w:proofErr w:type="spellEnd"/>
            <w:r>
              <w:rPr>
                <w:b/>
                <w:sz w:val="22"/>
              </w:rPr>
              <w:t xml:space="preserve"> Bulan</w:t>
            </w:r>
          </w:p>
        </w:tc>
        <w:tc>
          <w:tcPr>
            <w:tcW w:w="170" w:type="dxa"/>
            <w:tcBorders>
              <w:top w:val="single" w:sz="6" w:space="0" w:color="FFFFFF"/>
              <w:left w:val="single" w:sz="6" w:space="0" w:color="FFFFFF"/>
              <w:bottom w:val="single" w:sz="6" w:space="0" w:color="FFFFFF"/>
              <w:right w:val="single" w:sz="6" w:space="0" w:color="FFFFFF"/>
            </w:tcBorders>
          </w:tcPr>
          <w:p w14:paraId="07DB29FC"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7DE65BA5" w14:textId="40903DD4" w:rsidR="00621206" w:rsidRDefault="00AF52F1">
            <w:r>
              <w:rPr>
                <w:sz w:val="22"/>
              </w:rPr>
              <w:t xml:space="preserve">Bulan </w:t>
            </w:r>
            <w:proofErr w:type="spellStart"/>
            <w:r w:rsidR="002F3053">
              <w:rPr>
                <w:sz w:val="22"/>
              </w:rPr>
              <w:t>Ke</w:t>
            </w:r>
            <w:r w:rsidR="00B23ECE">
              <w:rPr>
                <w:sz w:val="22"/>
              </w:rPr>
              <w:t>empat</w:t>
            </w:r>
            <w:proofErr w:type="spellEnd"/>
          </w:p>
        </w:tc>
      </w:tr>
      <w:tr w:rsidR="00621206" w:rsidRPr="00CE3A24" w14:paraId="4294903B"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60BD2A34" w14:textId="77777777" w:rsidR="00621206" w:rsidRDefault="00AF52F1">
            <w:proofErr w:type="spellStart"/>
            <w:r>
              <w:rPr>
                <w:b/>
                <w:sz w:val="22"/>
              </w:rPr>
              <w:t>Tempat</w:t>
            </w:r>
            <w:proofErr w:type="spellEnd"/>
            <w:r>
              <w:rPr>
                <w:b/>
                <w:sz w:val="22"/>
              </w:rPr>
              <w:t xml:space="preserve"> </w:t>
            </w:r>
            <w:proofErr w:type="spellStart"/>
            <w:r>
              <w:rPr>
                <w:b/>
                <w:sz w:val="22"/>
              </w:rPr>
              <w:t>Pelaksanaan</w:t>
            </w:r>
            <w:proofErr w:type="spellEnd"/>
          </w:p>
        </w:tc>
        <w:tc>
          <w:tcPr>
            <w:tcW w:w="170" w:type="dxa"/>
            <w:tcBorders>
              <w:top w:val="single" w:sz="6" w:space="0" w:color="FFFFFF"/>
              <w:left w:val="single" w:sz="6" w:space="0" w:color="FFFFFF"/>
              <w:bottom w:val="single" w:sz="6" w:space="0" w:color="FFFFFF"/>
              <w:right w:val="single" w:sz="6" w:space="0" w:color="FFFFFF"/>
            </w:tcBorders>
          </w:tcPr>
          <w:p w14:paraId="54090693"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794E0EA4" w14:textId="5762674F" w:rsidR="00621206" w:rsidRPr="00DB0A6D" w:rsidRDefault="00DB0A6D">
            <w:pPr>
              <w:rPr>
                <w:lang w:val="nb-NO"/>
              </w:rPr>
            </w:pPr>
            <w:r w:rsidRPr="00DB0A6D">
              <w:rPr>
                <w:sz w:val="22"/>
                <w:lang w:val="nb-NO"/>
              </w:rPr>
              <w:t>Dinas Komunikasi Informatika, Statistik dan Persandian Provinsi Banten</w:t>
            </w:r>
          </w:p>
        </w:tc>
      </w:tr>
      <w:tr w:rsidR="00621206" w:rsidRPr="00CE3A24" w14:paraId="5B5C228E"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586DFB94" w14:textId="77777777" w:rsidR="00621206" w:rsidRDefault="00AF52F1">
            <w:proofErr w:type="spellStart"/>
            <w:r>
              <w:rPr>
                <w:b/>
                <w:sz w:val="22"/>
              </w:rPr>
              <w:t>Fokus</w:t>
            </w:r>
            <w:proofErr w:type="spellEnd"/>
            <w:r>
              <w:rPr>
                <w:b/>
                <w:sz w:val="22"/>
              </w:rPr>
              <w:t xml:space="preserve"> </w:t>
            </w:r>
            <w:proofErr w:type="spellStart"/>
            <w:r>
              <w:rPr>
                <w:b/>
                <w:sz w:val="22"/>
              </w:rPr>
              <w:t>Kegiatan</w:t>
            </w:r>
            <w:proofErr w:type="spellEnd"/>
          </w:p>
        </w:tc>
        <w:tc>
          <w:tcPr>
            <w:tcW w:w="170" w:type="dxa"/>
            <w:tcBorders>
              <w:top w:val="single" w:sz="6" w:space="0" w:color="FFFFFF"/>
              <w:left w:val="single" w:sz="6" w:space="0" w:color="FFFFFF"/>
              <w:bottom w:val="single" w:sz="6" w:space="0" w:color="FFFFFF"/>
              <w:right w:val="single" w:sz="6" w:space="0" w:color="FFFFFF"/>
            </w:tcBorders>
          </w:tcPr>
          <w:p w14:paraId="0E5935EF"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0F76CB26" w14:textId="4C5C2938" w:rsidR="00621206" w:rsidRPr="00A6066C" w:rsidRDefault="00B23ECE">
            <w:pPr>
              <w:rPr>
                <w:lang w:val="nb-NO"/>
              </w:rPr>
            </w:pPr>
            <w:r w:rsidRPr="00B23ECE">
              <w:rPr>
                <w:sz w:val="22"/>
                <w:lang w:val="nb-NO"/>
              </w:rPr>
              <w:t>Tugas administrasi, rapat DISKOMINFO SP, dan pengembangan tugas bidang statistik</w:t>
            </w:r>
          </w:p>
        </w:tc>
      </w:tr>
      <w:tr w:rsidR="00621206" w14:paraId="1DB94BBC"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78A692CD" w14:textId="77777777" w:rsidR="00621206" w:rsidRDefault="00AF52F1">
            <w:r>
              <w:rPr>
                <w:b/>
                <w:sz w:val="22"/>
              </w:rPr>
              <w:t xml:space="preserve">Status </w:t>
            </w:r>
            <w:proofErr w:type="spellStart"/>
            <w:r>
              <w:rPr>
                <w:b/>
                <w:sz w:val="22"/>
              </w:rPr>
              <w:t>Dokumen</w:t>
            </w:r>
            <w:proofErr w:type="spellEnd"/>
          </w:p>
        </w:tc>
        <w:tc>
          <w:tcPr>
            <w:tcW w:w="170" w:type="dxa"/>
            <w:tcBorders>
              <w:top w:val="single" w:sz="6" w:space="0" w:color="FFFFFF"/>
              <w:left w:val="single" w:sz="6" w:space="0" w:color="FFFFFF"/>
              <w:bottom w:val="single" w:sz="6" w:space="0" w:color="FFFFFF"/>
              <w:right w:val="single" w:sz="6" w:space="0" w:color="FFFFFF"/>
            </w:tcBorders>
          </w:tcPr>
          <w:p w14:paraId="295AADEC"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16CEFC7F" w14:textId="77777777" w:rsidR="00621206" w:rsidRDefault="00AF52F1">
            <w:r>
              <w:rPr>
                <w:sz w:val="22"/>
              </w:rPr>
              <w:t xml:space="preserve">Dapat </w:t>
            </w:r>
            <w:proofErr w:type="spellStart"/>
            <w:r>
              <w:rPr>
                <w:sz w:val="22"/>
              </w:rPr>
              <w:t>disesuaikan</w:t>
            </w:r>
            <w:proofErr w:type="spellEnd"/>
            <w:r>
              <w:rPr>
                <w:sz w:val="22"/>
              </w:rPr>
              <w:t xml:space="preserve"> </w:t>
            </w:r>
            <w:proofErr w:type="spellStart"/>
            <w:r>
              <w:rPr>
                <w:sz w:val="22"/>
              </w:rPr>
              <w:t>dengan</w:t>
            </w:r>
            <w:proofErr w:type="spellEnd"/>
            <w:r>
              <w:rPr>
                <w:sz w:val="22"/>
              </w:rPr>
              <w:t xml:space="preserve"> </w:t>
            </w:r>
            <w:proofErr w:type="spellStart"/>
            <w:r>
              <w:rPr>
                <w:sz w:val="22"/>
              </w:rPr>
              <w:t>tanggal</w:t>
            </w:r>
            <w:proofErr w:type="spellEnd"/>
            <w:r>
              <w:rPr>
                <w:sz w:val="22"/>
              </w:rPr>
              <w:t xml:space="preserve">, unit </w:t>
            </w:r>
            <w:proofErr w:type="spellStart"/>
            <w:r>
              <w:rPr>
                <w:sz w:val="22"/>
              </w:rPr>
              <w:t>kerja</w:t>
            </w:r>
            <w:proofErr w:type="spellEnd"/>
            <w:r>
              <w:rPr>
                <w:sz w:val="22"/>
              </w:rPr>
              <w:t xml:space="preserve">, dan </w:t>
            </w:r>
            <w:proofErr w:type="spellStart"/>
            <w:r>
              <w:rPr>
                <w:sz w:val="22"/>
              </w:rPr>
              <w:t>arahan</w:t>
            </w:r>
            <w:proofErr w:type="spellEnd"/>
            <w:r>
              <w:rPr>
                <w:sz w:val="22"/>
              </w:rPr>
              <w:t xml:space="preserve"> </w:t>
            </w:r>
            <w:proofErr w:type="spellStart"/>
            <w:r>
              <w:rPr>
                <w:sz w:val="22"/>
              </w:rPr>
              <w:t>pembimbing</w:t>
            </w:r>
            <w:proofErr w:type="spellEnd"/>
            <w:r>
              <w:rPr>
                <w:sz w:val="22"/>
              </w:rPr>
              <w:t xml:space="preserve"> </w:t>
            </w:r>
            <w:proofErr w:type="spellStart"/>
            <w:r>
              <w:rPr>
                <w:sz w:val="22"/>
              </w:rPr>
              <w:t>lapangan</w:t>
            </w:r>
            <w:proofErr w:type="spellEnd"/>
          </w:p>
        </w:tc>
      </w:tr>
    </w:tbl>
    <w:p w14:paraId="689B3C98" w14:textId="77777777" w:rsidR="00621206" w:rsidRDefault="00AF52F1">
      <w:pPr>
        <w:pStyle w:val="Heading2"/>
        <w:spacing w:before="160" w:after="80"/>
      </w:pPr>
      <w:r>
        <w:rPr>
          <w:rFonts w:ascii="Times New Roman" w:eastAsia="Times New Roman" w:hAnsi="Times New Roman"/>
          <w:color w:val="1F4E79"/>
          <w:sz w:val="25"/>
        </w:rPr>
        <w:t xml:space="preserve">A. Tujuan </w:t>
      </w:r>
      <w:proofErr w:type="spellStart"/>
      <w:r>
        <w:rPr>
          <w:rFonts w:ascii="Times New Roman" w:eastAsia="Times New Roman" w:hAnsi="Times New Roman"/>
          <w:color w:val="1F4E79"/>
          <w:sz w:val="25"/>
        </w:rPr>
        <w:t>Kegiatan</w:t>
      </w:r>
      <w:proofErr w:type="spellEnd"/>
      <w:r>
        <w:rPr>
          <w:rFonts w:ascii="Times New Roman" w:eastAsia="Times New Roman" w:hAnsi="Times New Roman"/>
          <w:color w:val="1F4E79"/>
          <w:sz w:val="25"/>
        </w:rPr>
        <w:t xml:space="preserve"> </w:t>
      </w:r>
      <w:proofErr w:type="spellStart"/>
      <w:r>
        <w:rPr>
          <w:rFonts w:ascii="Times New Roman" w:eastAsia="Times New Roman" w:hAnsi="Times New Roman"/>
          <w:color w:val="1F4E79"/>
          <w:sz w:val="25"/>
        </w:rPr>
        <w:t>Bulanan</w:t>
      </w:r>
      <w:proofErr w:type="spellEnd"/>
    </w:p>
    <w:p w14:paraId="66357713" w14:textId="77777777" w:rsidR="00B23ECE" w:rsidRDefault="00B23ECE" w:rsidP="00B23ECE">
      <w:pPr>
        <w:pStyle w:val="Heading2"/>
        <w:spacing w:before="160" w:after="80"/>
        <w:ind w:firstLine="720"/>
        <w:rPr>
          <w:rFonts w:ascii="Times New Roman" w:eastAsia="Times New Roman" w:hAnsi="Times New Roman" w:cstheme="minorBidi"/>
          <w:b w:val="0"/>
          <w:bCs w:val="0"/>
          <w:color w:val="auto"/>
          <w:sz w:val="24"/>
          <w:szCs w:val="22"/>
        </w:rPr>
      </w:pPr>
      <w:proofErr w:type="spellStart"/>
      <w:r w:rsidRPr="00B23ECE">
        <w:rPr>
          <w:rFonts w:ascii="Times New Roman" w:eastAsia="Times New Roman" w:hAnsi="Times New Roman" w:cstheme="minorBidi"/>
          <w:b w:val="0"/>
          <w:bCs w:val="0"/>
          <w:color w:val="auto"/>
          <w:sz w:val="24"/>
          <w:szCs w:val="22"/>
        </w:rPr>
        <w:t>Kegiatan</w:t>
      </w:r>
      <w:proofErr w:type="spellEnd"/>
      <w:r w:rsidRPr="00B23ECE">
        <w:rPr>
          <w:rFonts w:ascii="Times New Roman" w:eastAsia="Times New Roman" w:hAnsi="Times New Roman" w:cstheme="minorBidi"/>
          <w:b w:val="0"/>
          <w:bCs w:val="0"/>
          <w:color w:val="auto"/>
          <w:sz w:val="24"/>
          <w:szCs w:val="22"/>
        </w:rPr>
        <w:t xml:space="preserve"> pada </w:t>
      </w:r>
      <w:proofErr w:type="spellStart"/>
      <w:r w:rsidRPr="00B23ECE">
        <w:rPr>
          <w:rFonts w:ascii="Times New Roman" w:eastAsia="Times New Roman" w:hAnsi="Times New Roman" w:cstheme="minorBidi"/>
          <w:b w:val="0"/>
          <w:bCs w:val="0"/>
          <w:color w:val="auto"/>
          <w:sz w:val="24"/>
          <w:szCs w:val="22"/>
        </w:rPr>
        <w:t>bulan</w:t>
      </w:r>
      <w:proofErr w:type="spellEnd"/>
      <w:r w:rsidRPr="00B23ECE">
        <w:rPr>
          <w:rFonts w:ascii="Times New Roman" w:eastAsia="Times New Roman" w:hAnsi="Times New Roman" w:cstheme="minorBidi"/>
          <w:b w:val="0"/>
          <w:bCs w:val="0"/>
          <w:color w:val="auto"/>
          <w:sz w:val="24"/>
          <w:szCs w:val="22"/>
        </w:rPr>
        <w:t xml:space="preserve"> </w:t>
      </w:r>
      <w:proofErr w:type="spellStart"/>
      <w:r w:rsidRPr="00B23ECE">
        <w:rPr>
          <w:rFonts w:ascii="Times New Roman" w:eastAsia="Times New Roman" w:hAnsi="Times New Roman" w:cstheme="minorBidi"/>
          <w:b w:val="0"/>
          <w:bCs w:val="0"/>
          <w:color w:val="auto"/>
          <w:sz w:val="24"/>
          <w:szCs w:val="22"/>
        </w:rPr>
        <w:t>keempat</w:t>
      </w:r>
      <w:proofErr w:type="spellEnd"/>
      <w:r w:rsidRPr="00B23ECE">
        <w:rPr>
          <w:rFonts w:ascii="Times New Roman" w:eastAsia="Times New Roman" w:hAnsi="Times New Roman" w:cstheme="minorBidi"/>
          <w:b w:val="0"/>
          <w:bCs w:val="0"/>
          <w:color w:val="auto"/>
          <w:sz w:val="24"/>
          <w:szCs w:val="22"/>
        </w:rPr>
        <w:t xml:space="preserve"> </w:t>
      </w:r>
      <w:proofErr w:type="spellStart"/>
      <w:r w:rsidRPr="00B23ECE">
        <w:rPr>
          <w:rFonts w:ascii="Times New Roman" w:eastAsia="Times New Roman" w:hAnsi="Times New Roman" w:cstheme="minorBidi"/>
          <w:b w:val="0"/>
          <w:bCs w:val="0"/>
          <w:color w:val="auto"/>
          <w:sz w:val="24"/>
          <w:szCs w:val="22"/>
        </w:rPr>
        <w:t>bertujuan</w:t>
      </w:r>
      <w:proofErr w:type="spellEnd"/>
      <w:r w:rsidRPr="00B23ECE">
        <w:rPr>
          <w:rFonts w:ascii="Times New Roman" w:eastAsia="Times New Roman" w:hAnsi="Times New Roman" w:cstheme="minorBidi"/>
          <w:b w:val="0"/>
          <w:bCs w:val="0"/>
          <w:color w:val="auto"/>
          <w:sz w:val="24"/>
          <w:szCs w:val="22"/>
        </w:rPr>
        <w:t xml:space="preserve"> </w:t>
      </w:r>
      <w:proofErr w:type="spellStart"/>
      <w:r w:rsidRPr="00B23ECE">
        <w:rPr>
          <w:rFonts w:ascii="Times New Roman" w:eastAsia="Times New Roman" w:hAnsi="Times New Roman" w:cstheme="minorBidi"/>
          <w:b w:val="0"/>
          <w:bCs w:val="0"/>
          <w:color w:val="auto"/>
          <w:sz w:val="24"/>
          <w:szCs w:val="22"/>
        </w:rPr>
        <w:t>untuk</w:t>
      </w:r>
      <w:proofErr w:type="spellEnd"/>
      <w:r w:rsidRPr="00B23ECE">
        <w:rPr>
          <w:rFonts w:ascii="Times New Roman" w:eastAsia="Times New Roman" w:hAnsi="Times New Roman" w:cstheme="minorBidi"/>
          <w:b w:val="0"/>
          <w:bCs w:val="0"/>
          <w:color w:val="auto"/>
          <w:sz w:val="24"/>
          <w:szCs w:val="22"/>
        </w:rPr>
        <w:t xml:space="preserve"> </w:t>
      </w:r>
      <w:proofErr w:type="spellStart"/>
      <w:r w:rsidRPr="00B23ECE">
        <w:rPr>
          <w:rFonts w:ascii="Times New Roman" w:eastAsia="Times New Roman" w:hAnsi="Times New Roman" w:cstheme="minorBidi"/>
          <w:b w:val="0"/>
          <w:bCs w:val="0"/>
          <w:color w:val="auto"/>
          <w:sz w:val="24"/>
          <w:szCs w:val="22"/>
        </w:rPr>
        <w:t>memperdalam</w:t>
      </w:r>
      <w:proofErr w:type="spellEnd"/>
      <w:r w:rsidRPr="00B23ECE">
        <w:rPr>
          <w:rFonts w:ascii="Times New Roman" w:eastAsia="Times New Roman" w:hAnsi="Times New Roman" w:cstheme="minorBidi"/>
          <w:b w:val="0"/>
          <w:bCs w:val="0"/>
          <w:color w:val="auto"/>
          <w:sz w:val="24"/>
          <w:szCs w:val="22"/>
        </w:rPr>
        <w:t xml:space="preserve"> </w:t>
      </w:r>
      <w:proofErr w:type="spellStart"/>
      <w:r w:rsidRPr="00B23ECE">
        <w:rPr>
          <w:rFonts w:ascii="Times New Roman" w:eastAsia="Times New Roman" w:hAnsi="Times New Roman" w:cstheme="minorBidi"/>
          <w:b w:val="0"/>
          <w:bCs w:val="0"/>
          <w:color w:val="auto"/>
          <w:sz w:val="24"/>
          <w:szCs w:val="22"/>
        </w:rPr>
        <w:t>keterlibatan</w:t>
      </w:r>
      <w:proofErr w:type="spellEnd"/>
      <w:r w:rsidRPr="00B23ECE">
        <w:rPr>
          <w:rFonts w:ascii="Times New Roman" w:eastAsia="Times New Roman" w:hAnsi="Times New Roman" w:cstheme="minorBidi"/>
          <w:b w:val="0"/>
          <w:bCs w:val="0"/>
          <w:color w:val="auto"/>
          <w:sz w:val="24"/>
          <w:szCs w:val="22"/>
        </w:rPr>
        <w:t xml:space="preserve"> </w:t>
      </w:r>
      <w:proofErr w:type="spellStart"/>
      <w:r w:rsidRPr="00B23ECE">
        <w:rPr>
          <w:rFonts w:ascii="Times New Roman" w:eastAsia="Times New Roman" w:hAnsi="Times New Roman" w:cstheme="minorBidi"/>
          <w:b w:val="0"/>
          <w:bCs w:val="0"/>
          <w:color w:val="auto"/>
          <w:sz w:val="24"/>
          <w:szCs w:val="22"/>
        </w:rPr>
        <w:t>mahasiswa</w:t>
      </w:r>
      <w:proofErr w:type="spellEnd"/>
      <w:r w:rsidRPr="00B23ECE">
        <w:rPr>
          <w:rFonts w:ascii="Times New Roman" w:eastAsia="Times New Roman" w:hAnsi="Times New Roman" w:cstheme="minorBidi"/>
          <w:b w:val="0"/>
          <w:bCs w:val="0"/>
          <w:color w:val="auto"/>
          <w:sz w:val="24"/>
          <w:szCs w:val="22"/>
        </w:rPr>
        <w:t xml:space="preserve"> </w:t>
      </w:r>
      <w:proofErr w:type="spellStart"/>
      <w:r w:rsidRPr="00B23ECE">
        <w:rPr>
          <w:rFonts w:ascii="Times New Roman" w:eastAsia="Times New Roman" w:hAnsi="Times New Roman" w:cstheme="minorBidi"/>
          <w:b w:val="0"/>
          <w:bCs w:val="0"/>
          <w:color w:val="auto"/>
          <w:sz w:val="24"/>
          <w:szCs w:val="22"/>
        </w:rPr>
        <w:t>dalam</w:t>
      </w:r>
      <w:proofErr w:type="spellEnd"/>
      <w:r w:rsidRPr="00B23ECE">
        <w:rPr>
          <w:rFonts w:ascii="Times New Roman" w:eastAsia="Times New Roman" w:hAnsi="Times New Roman" w:cstheme="minorBidi"/>
          <w:b w:val="0"/>
          <w:bCs w:val="0"/>
          <w:color w:val="auto"/>
          <w:sz w:val="24"/>
          <w:szCs w:val="22"/>
        </w:rPr>
        <w:t xml:space="preserve"> </w:t>
      </w:r>
      <w:proofErr w:type="spellStart"/>
      <w:r w:rsidRPr="00B23ECE">
        <w:rPr>
          <w:rFonts w:ascii="Times New Roman" w:eastAsia="Times New Roman" w:hAnsi="Times New Roman" w:cstheme="minorBidi"/>
          <w:b w:val="0"/>
          <w:bCs w:val="0"/>
          <w:color w:val="auto"/>
          <w:sz w:val="24"/>
          <w:szCs w:val="22"/>
        </w:rPr>
        <w:t>pekerjaan</w:t>
      </w:r>
      <w:proofErr w:type="spellEnd"/>
      <w:r w:rsidRPr="00B23ECE">
        <w:rPr>
          <w:rFonts w:ascii="Times New Roman" w:eastAsia="Times New Roman" w:hAnsi="Times New Roman" w:cstheme="minorBidi"/>
          <w:b w:val="0"/>
          <w:bCs w:val="0"/>
          <w:color w:val="auto"/>
          <w:sz w:val="24"/>
          <w:szCs w:val="22"/>
        </w:rPr>
        <w:t xml:space="preserve"> rutin Divisi </w:t>
      </w:r>
      <w:proofErr w:type="spellStart"/>
      <w:r w:rsidRPr="00B23ECE">
        <w:rPr>
          <w:rFonts w:ascii="Times New Roman" w:eastAsia="Times New Roman" w:hAnsi="Times New Roman" w:cstheme="minorBidi"/>
          <w:b w:val="0"/>
          <w:bCs w:val="0"/>
          <w:color w:val="auto"/>
          <w:sz w:val="24"/>
          <w:szCs w:val="22"/>
        </w:rPr>
        <w:t>Statistik</w:t>
      </w:r>
      <w:proofErr w:type="spellEnd"/>
      <w:r w:rsidRPr="00B23ECE">
        <w:rPr>
          <w:rFonts w:ascii="Times New Roman" w:eastAsia="Times New Roman" w:hAnsi="Times New Roman" w:cstheme="minorBidi"/>
          <w:b w:val="0"/>
          <w:bCs w:val="0"/>
          <w:color w:val="auto"/>
          <w:sz w:val="24"/>
          <w:szCs w:val="22"/>
        </w:rPr>
        <w:t xml:space="preserve">, </w:t>
      </w:r>
      <w:proofErr w:type="spellStart"/>
      <w:r w:rsidRPr="00B23ECE">
        <w:rPr>
          <w:rFonts w:ascii="Times New Roman" w:eastAsia="Times New Roman" w:hAnsi="Times New Roman" w:cstheme="minorBidi"/>
          <w:b w:val="0"/>
          <w:bCs w:val="0"/>
          <w:color w:val="auto"/>
          <w:sz w:val="24"/>
          <w:szCs w:val="22"/>
        </w:rPr>
        <w:t>termasuk</w:t>
      </w:r>
      <w:proofErr w:type="spellEnd"/>
      <w:r w:rsidRPr="00B23ECE">
        <w:rPr>
          <w:rFonts w:ascii="Times New Roman" w:eastAsia="Times New Roman" w:hAnsi="Times New Roman" w:cstheme="minorBidi"/>
          <w:b w:val="0"/>
          <w:bCs w:val="0"/>
          <w:color w:val="auto"/>
          <w:sz w:val="24"/>
          <w:szCs w:val="22"/>
        </w:rPr>
        <w:t xml:space="preserve"> </w:t>
      </w:r>
      <w:proofErr w:type="spellStart"/>
      <w:r w:rsidRPr="00B23ECE">
        <w:rPr>
          <w:rFonts w:ascii="Times New Roman" w:eastAsia="Times New Roman" w:hAnsi="Times New Roman" w:cstheme="minorBidi"/>
          <w:b w:val="0"/>
          <w:bCs w:val="0"/>
          <w:color w:val="auto"/>
          <w:sz w:val="24"/>
          <w:szCs w:val="22"/>
        </w:rPr>
        <w:t>pelaksanaan</w:t>
      </w:r>
      <w:proofErr w:type="spellEnd"/>
      <w:r w:rsidRPr="00B23ECE">
        <w:rPr>
          <w:rFonts w:ascii="Times New Roman" w:eastAsia="Times New Roman" w:hAnsi="Times New Roman" w:cstheme="minorBidi"/>
          <w:b w:val="0"/>
          <w:bCs w:val="0"/>
          <w:color w:val="auto"/>
          <w:sz w:val="24"/>
          <w:szCs w:val="22"/>
        </w:rPr>
        <w:t xml:space="preserve"> </w:t>
      </w:r>
      <w:proofErr w:type="spellStart"/>
      <w:r w:rsidRPr="00B23ECE">
        <w:rPr>
          <w:rFonts w:ascii="Times New Roman" w:eastAsia="Times New Roman" w:hAnsi="Times New Roman" w:cstheme="minorBidi"/>
          <w:b w:val="0"/>
          <w:bCs w:val="0"/>
          <w:color w:val="auto"/>
          <w:sz w:val="24"/>
          <w:szCs w:val="22"/>
        </w:rPr>
        <w:t>tugas</w:t>
      </w:r>
      <w:proofErr w:type="spellEnd"/>
      <w:r w:rsidRPr="00B23ECE">
        <w:rPr>
          <w:rFonts w:ascii="Times New Roman" w:eastAsia="Times New Roman" w:hAnsi="Times New Roman" w:cstheme="minorBidi"/>
          <w:b w:val="0"/>
          <w:bCs w:val="0"/>
          <w:color w:val="auto"/>
          <w:sz w:val="24"/>
          <w:szCs w:val="22"/>
        </w:rPr>
        <w:t xml:space="preserve"> </w:t>
      </w:r>
      <w:proofErr w:type="spellStart"/>
      <w:r w:rsidRPr="00B23ECE">
        <w:rPr>
          <w:rFonts w:ascii="Times New Roman" w:eastAsia="Times New Roman" w:hAnsi="Times New Roman" w:cstheme="minorBidi"/>
          <w:b w:val="0"/>
          <w:bCs w:val="0"/>
          <w:color w:val="auto"/>
          <w:sz w:val="24"/>
          <w:szCs w:val="22"/>
        </w:rPr>
        <w:t>administrasi</w:t>
      </w:r>
      <w:proofErr w:type="spellEnd"/>
      <w:r w:rsidRPr="00B23ECE">
        <w:rPr>
          <w:rFonts w:ascii="Times New Roman" w:eastAsia="Times New Roman" w:hAnsi="Times New Roman" w:cstheme="minorBidi"/>
          <w:b w:val="0"/>
          <w:bCs w:val="0"/>
          <w:color w:val="auto"/>
          <w:sz w:val="24"/>
          <w:szCs w:val="22"/>
        </w:rPr>
        <w:t xml:space="preserve">, </w:t>
      </w:r>
      <w:proofErr w:type="spellStart"/>
      <w:r w:rsidRPr="00B23ECE">
        <w:rPr>
          <w:rFonts w:ascii="Times New Roman" w:eastAsia="Times New Roman" w:hAnsi="Times New Roman" w:cstheme="minorBidi"/>
          <w:b w:val="0"/>
          <w:bCs w:val="0"/>
          <w:color w:val="auto"/>
          <w:sz w:val="24"/>
          <w:szCs w:val="22"/>
        </w:rPr>
        <w:t>partisipasi</w:t>
      </w:r>
      <w:proofErr w:type="spellEnd"/>
      <w:r w:rsidRPr="00B23ECE">
        <w:rPr>
          <w:rFonts w:ascii="Times New Roman" w:eastAsia="Times New Roman" w:hAnsi="Times New Roman" w:cstheme="minorBidi"/>
          <w:b w:val="0"/>
          <w:bCs w:val="0"/>
          <w:color w:val="auto"/>
          <w:sz w:val="24"/>
          <w:szCs w:val="22"/>
        </w:rPr>
        <w:t xml:space="preserve"> </w:t>
      </w:r>
      <w:proofErr w:type="spellStart"/>
      <w:r w:rsidRPr="00B23ECE">
        <w:rPr>
          <w:rFonts w:ascii="Times New Roman" w:eastAsia="Times New Roman" w:hAnsi="Times New Roman" w:cstheme="minorBidi"/>
          <w:b w:val="0"/>
          <w:bCs w:val="0"/>
          <w:color w:val="auto"/>
          <w:sz w:val="24"/>
          <w:szCs w:val="22"/>
        </w:rPr>
        <w:t>dalam</w:t>
      </w:r>
      <w:proofErr w:type="spellEnd"/>
      <w:r w:rsidRPr="00B23ECE">
        <w:rPr>
          <w:rFonts w:ascii="Times New Roman" w:eastAsia="Times New Roman" w:hAnsi="Times New Roman" w:cstheme="minorBidi"/>
          <w:b w:val="0"/>
          <w:bCs w:val="0"/>
          <w:color w:val="auto"/>
          <w:sz w:val="24"/>
          <w:szCs w:val="22"/>
        </w:rPr>
        <w:t xml:space="preserve"> </w:t>
      </w:r>
      <w:proofErr w:type="spellStart"/>
      <w:r w:rsidRPr="00B23ECE">
        <w:rPr>
          <w:rFonts w:ascii="Times New Roman" w:eastAsia="Times New Roman" w:hAnsi="Times New Roman" w:cstheme="minorBidi"/>
          <w:b w:val="0"/>
          <w:bCs w:val="0"/>
          <w:color w:val="auto"/>
          <w:sz w:val="24"/>
          <w:szCs w:val="22"/>
        </w:rPr>
        <w:t>rapat</w:t>
      </w:r>
      <w:proofErr w:type="spellEnd"/>
      <w:r w:rsidRPr="00B23ECE">
        <w:rPr>
          <w:rFonts w:ascii="Times New Roman" w:eastAsia="Times New Roman" w:hAnsi="Times New Roman" w:cstheme="minorBidi"/>
          <w:b w:val="0"/>
          <w:bCs w:val="0"/>
          <w:color w:val="auto"/>
          <w:sz w:val="24"/>
          <w:szCs w:val="22"/>
        </w:rPr>
        <w:t xml:space="preserve"> </w:t>
      </w:r>
      <w:proofErr w:type="spellStart"/>
      <w:r w:rsidRPr="00B23ECE">
        <w:rPr>
          <w:rFonts w:ascii="Times New Roman" w:eastAsia="Times New Roman" w:hAnsi="Times New Roman" w:cstheme="minorBidi"/>
          <w:b w:val="0"/>
          <w:bCs w:val="0"/>
          <w:color w:val="auto"/>
          <w:sz w:val="24"/>
          <w:szCs w:val="22"/>
        </w:rPr>
        <w:t>dinas</w:t>
      </w:r>
      <w:proofErr w:type="spellEnd"/>
      <w:r w:rsidRPr="00B23ECE">
        <w:rPr>
          <w:rFonts w:ascii="Times New Roman" w:eastAsia="Times New Roman" w:hAnsi="Times New Roman" w:cstheme="minorBidi"/>
          <w:b w:val="0"/>
          <w:bCs w:val="0"/>
          <w:color w:val="auto"/>
          <w:sz w:val="24"/>
          <w:szCs w:val="22"/>
        </w:rPr>
        <w:t xml:space="preserve">, </w:t>
      </w:r>
      <w:proofErr w:type="spellStart"/>
      <w:r w:rsidRPr="00B23ECE">
        <w:rPr>
          <w:rFonts w:ascii="Times New Roman" w:eastAsia="Times New Roman" w:hAnsi="Times New Roman" w:cstheme="minorBidi"/>
          <w:b w:val="0"/>
          <w:bCs w:val="0"/>
          <w:color w:val="auto"/>
          <w:sz w:val="24"/>
          <w:szCs w:val="22"/>
        </w:rPr>
        <w:t>serta</w:t>
      </w:r>
      <w:proofErr w:type="spellEnd"/>
      <w:r w:rsidRPr="00B23ECE">
        <w:rPr>
          <w:rFonts w:ascii="Times New Roman" w:eastAsia="Times New Roman" w:hAnsi="Times New Roman" w:cstheme="minorBidi"/>
          <w:b w:val="0"/>
          <w:bCs w:val="0"/>
          <w:color w:val="auto"/>
          <w:sz w:val="24"/>
          <w:szCs w:val="22"/>
        </w:rPr>
        <w:t xml:space="preserve"> </w:t>
      </w:r>
      <w:proofErr w:type="spellStart"/>
      <w:r w:rsidRPr="00B23ECE">
        <w:rPr>
          <w:rFonts w:ascii="Times New Roman" w:eastAsia="Times New Roman" w:hAnsi="Times New Roman" w:cstheme="minorBidi"/>
          <w:b w:val="0"/>
          <w:bCs w:val="0"/>
          <w:color w:val="auto"/>
          <w:sz w:val="24"/>
          <w:szCs w:val="22"/>
        </w:rPr>
        <w:t>penyelesaian</w:t>
      </w:r>
      <w:proofErr w:type="spellEnd"/>
      <w:r w:rsidRPr="00B23ECE">
        <w:rPr>
          <w:rFonts w:ascii="Times New Roman" w:eastAsia="Times New Roman" w:hAnsi="Times New Roman" w:cstheme="minorBidi"/>
          <w:b w:val="0"/>
          <w:bCs w:val="0"/>
          <w:color w:val="auto"/>
          <w:sz w:val="24"/>
          <w:szCs w:val="22"/>
        </w:rPr>
        <w:t xml:space="preserve"> </w:t>
      </w:r>
      <w:proofErr w:type="spellStart"/>
      <w:r w:rsidRPr="00B23ECE">
        <w:rPr>
          <w:rFonts w:ascii="Times New Roman" w:eastAsia="Times New Roman" w:hAnsi="Times New Roman" w:cstheme="minorBidi"/>
          <w:b w:val="0"/>
          <w:bCs w:val="0"/>
          <w:color w:val="auto"/>
          <w:sz w:val="24"/>
          <w:szCs w:val="22"/>
        </w:rPr>
        <w:t>tugas</w:t>
      </w:r>
      <w:proofErr w:type="spellEnd"/>
      <w:r w:rsidRPr="00B23ECE">
        <w:rPr>
          <w:rFonts w:ascii="Times New Roman" w:eastAsia="Times New Roman" w:hAnsi="Times New Roman" w:cstheme="minorBidi"/>
          <w:b w:val="0"/>
          <w:bCs w:val="0"/>
          <w:color w:val="auto"/>
          <w:sz w:val="24"/>
          <w:szCs w:val="22"/>
        </w:rPr>
        <w:t xml:space="preserve"> yang </w:t>
      </w:r>
      <w:proofErr w:type="spellStart"/>
      <w:r w:rsidRPr="00B23ECE">
        <w:rPr>
          <w:rFonts w:ascii="Times New Roman" w:eastAsia="Times New Roman" w:hAnsi="Times New Roman" w:cstheme="minorBidi"/>
          <w:b w:val="0"/>
          <w:bCs w:val="0"/>
          <w:color w:val="auto"/>
          <w:sz w:val="24"/>
          <w:szCs w:val="22"/>
        </w:rPr>
        <w:t>diberikan</w:t>
      </w:r>
      <w:proofErr w:type="spellEnd"/>
      <w:r w:rsidRPr="00B23ECE">
        <w:rPr>
          <w:rFonts w:ascii="Times New Roman" w:eastAsia="Times New Roman" w:hAnsi="Times New Roman" w:cstheme="minorBidi"/>
          <w:b w:val="0"/>
          <w:bCs w:val="0"/>
          <w:color w:val="auto"/>
          <w:sz w:val="24"/>
          <w:szCs w:val="22"/>
        </w:rPr>
        <w:t xml:space="preserve"> oleh </w:t>
      </w:r>
      <w:proofErr w:type="spellStart"/>
      <w:r w:rsidRPr="00B23ECE">
        <w:rPr>
          <w:rFonts w:ascii="Times New Roman" w:eastAsia="Times New Roman" w:hAnsi="Times New Roman" w:cstheme="minorBidi"/>
          <w:b w:val="0"/>
          <w:bCs w:val="0"/>
          <w:color w:val="auto"/>
          <w:sz w:val="24"/>
          <w:szCs w:val="22"/>
        </w:rPr>
        <w:t>pembimbing</w:t>
      </w:r>
      <w:proofErr w:type="spellEnd"/>
      <w:r w:rsidRPr="00B23ECE">
        <w:rPr>
          <w:rFonts w:ascii="Times New Roman" w:eastAsia="Times New Roman" w:hAnsi="Times New Roman" w:cstheme="minorBidi"/>
          <w:b w:val="0"/>
          <w:bCs w:val="0"/>
          <w:color w:val="auto"/>
          <w:sz w:val="24"/>
          <w:szCs w:val="22"/>
        </w:rPr>
        <w:t xml:space="preserve"> </w:t>
      </w:r>
      <w:proofErr w:type="spellStart"/>
      <w:r w:rsidRPr="00B23ECE">
        <w:rPr>
          <w:rFonts w:ascii="Times New Roman" w:eastAsia="Times New Roman" w:hAnsi="Times New Roman" w:cstheme="minorBidi"/>
          <w:b w:val="0"/>
          <w:bCs w:val="0"/>
          <w:color w:val="auto"/>
          <w:sz w:val="24"/>
          <w:szCs w:val="22"/>
        </w:rPr>
        <w:t>lapangan</w:t>
      </w:r>
      <w:proofErr w:type="spellEnd"/>
      <w:r w:rsidRPr="00B23ECE">
        <w:rPr>
          <w:rFonts w:ascii="Times New Roman" w:eastAsia="Times New Roman" w:hAnsi="Times New Roman" w:cstheme="minorBidi"/>
          <w:b w:val="0"/>
          <w:bCs w:val="0"/>
          <w:color w:val="auto"/>
          <w:sz w:val="24"/>
          <w:szCs w:val="22"/>
        </w:rPr>
        <w:t>.</w:t>
      </w:r>
    </w:p>
    <w:p w14:paraId="428A84D2" w14:textId="2645FE31" w:rsidR="00621206" w:rsidRDefault="00AF52F1">
      <w:pPr>
        <w:pStyle w:val="Heading2"/>
        <w:spacing w:before="160" w:after="80"/>
      </w:pPr>
      <w:r>
        <w:rPr>
          <w:rFonts w:ascii="Times New Roman" w:eastAsia="Times New Roman" w:hAnsi="Times New Roman"/>
          <w:color w:val="1F4E79"/>
          <w:sz w:val="25"/>
        </w:rPr>
        <w:t xml:space="preserve">B. </w:t>
      </w:r>
      <w:proofErr w:type="spellStart"/>
      <w:r>
        <w:rPr>
          <w:rFonts w:ascii="Times New Roman" w:eastAsia="Times New Roman" w:hAnsi="Times New Roman"/>
          <w:color w:val="1F4E79"/>
          <w:sz w:val="25"/>
        </w:rPr>
        <w:t>Rincian</w:t>
      </w:r>
      <w:proofErr w:type="spellEnd"/>
      <w:r>
        <w:rPr>
          <w:rFonts w:ascii="Times New Roman" w:eastAsia="Times New Roman" w:hAnsi="Times New Roman"/>
          <w:color w:val="1F4E79"/>
          <w:sz w:val="25"/>
        </w:rPr>
        <w:t xml:space="preserve"> </w:t>
      </w:r>
      <w:proofErr w:type="spellStart"/>
      <w:r>
        <w:rPr>
          <w:rFonts w:ascii="Times New Roman" w:eastAsia="Times New Roman" w:hAnsi="Times New Roman"/>
          <w:color w:val="1F4E79"/>
          <w:sz w:val="25"/>
        </w:rPr>
        <w:t>Pekerjaan</w:t>
      </w:r>
      <w:proofErr w:type="spellEnd"/>
      <w:r>
        <w:rPr>
          <w:rFonts w:ascii="Times New Roman" w:eastAsia="Times New Roman" w:hAnsi="Times New Roman"/>
          <w:color w:val="1F4E79"/>
          <w:sz w:val="25"/>
        </w:rPr>
        <w:t xml:space="preserve"> </w:t>
      </w:r>
      <w:proofErr w:type="spellStart"/>
      <w:r>
        <w:rPr>
          <w:rFonts w:ascii="Times New Roman" w:eastAsia="Times New Roman" w:hAnsi="Times New Roman"/>
          <w:color w:val="1F4E79"/>
          <w:sz w:val="25"/>
        </w:rPr>
        <w:t>Mingguan</w:t>
      </w:r>
      <w:proofErr w:type="spellEnd"/>
    </w:p>
    <w:tbl>
      <w:tblPr>
        <w:tblW w:w="9113" w:type="dxa"/>
        <w:jc w:val="center"/>
        <w:tblLayout w:type="fixed"/>
        <w:tblLook w:val="04A0" w:firstRow="1" w:lastRow="0" w:firstColumn="1" w:lastColumn="0" w:noHBand="0" w:noVBand="1"/>
      </w:tblPr>
      <w:tblGrid>
        <w:gridCol w:w="1276"/>
        <w:gridCol w:w="1715"/>
        <w:gridCol w:w="3798"/>
        <w:gridCol w:w="2324"/>
      </w:tblGrid>
      <w:tr w:rsidR="00621206" w14:paraId="1887A50C" w14:textId="77777777" w:rsidTr="00BE0AAA">
        <w:trPr>
          <w:jc w:val="center"/>
        </w:trPr>
        <w:tc>
          <w:tcPr>
            <w:tcW w:w="1276" w:type="dxa"/>
            <w:tcBorders>
              <w:top w:val="single" w:sz="6" w:space="0" w:color="9E9E9E"/>
              <w:left w:val="single" w:sz="6" w:space="0" w:color="9E9E9E"/>
              <w:bottom w:val="single" w:sz="6" w:space="0" w:color="9E9E9E"/>
              <w:right w:val="single" w:sz="6" w:space="0" w:color="9E9E9E"/>
            </w:tcBorders>
            <w:shd w:val="clear" w:color="auto" w:fill="1F4E79"/>
          </w:tcPr>
          <w:p w14:paraId="5716362B" w14:textId="77777777" w:rsidR="00621206" w:rsidRDefault="00AF52F1">
            <w:pPr>
              <w:jc w:val="center"/>
            </w:pPr>
            <w:proofErr w:type="spellStart"/>
            <w:r>
              <w:rPr>
                <w:b/>
                <w:color w:val="FFFFFF"/>
                <w:sz w:val="21"/>
              </w:rPr>
              <w:t>Minggu</w:t>
            </w:r>
            <w:proofErr w:type="spellEnd"/>
          </w:p>
        </w:tc>
        <w:tc>
          <w:tcPr>
            <w:tcW w:w="1715" w:type="dxa"/>
            <w:tcBorders>
              <w:top w:val="single" w:sz="6" w:space="0" w:color="9E9E9E"/>
              <w:left w:val="single" w:sz="6" w:space="0" w:color="9E9E9E"/>
              <w:bottom w:val="single" w:sz="6" w:space="0" w:color="9E9E9E"/>
              <w:right w:val="single" w:sz="6" w:space="0" w:color="9E9E9E"/>
            </w:tcBorders>
            <w:shd w:val="clear" w:color="auto" w:fill="1F4E79"/>
          </w:tcPr>
          <w:p w14:paraId="0A28ED36" w14:textId="77777777" w:rsidR="00621206" w:rsidRDefault="00AF52F1">
            <w:pPr>
              <w:jc w:val="center"/>
            </w:pPr>
            <w:r>
              <w:rPr>
                <w:b/>
                <w:color w:val="FFFFFF"/>
                <w:sz w:val="21"/>
              </w:rPr>
              <w:t xml:space="preserve">Jenis </w:t>
            </w:r>
            <w:proofErr w:type="spellStart"/>
            <w:r>
              <w:rPr>
                <w:b/>
                <w:color w:val="FFFFFF"/>
                <w:sz w:val="21"/>
              </w:rPr>
              <w:t>Pekerjaan</w:t>
            </w:r>
            <w:proofErr w:type="spellEnd"/>
          </w:p>
        </w:tc>
        <w:tc>
          <w:tcPr>
            <w:tcW w:w="3798" w:type="dxa"/>
            <w:tcBorders>
              <w:top w:val="single" w:sz="6" w:space="0" w:color="9E9E9E"/>
              <w:left w:val="single" w:sz="6" w:space="0" w:color="9E9E9E"/>
              <w:bottom w:val="single" w:sz="6" w:space="0" w:color="9E9E9E"/>
              <w:right w:val="single" w:sz="6" w:space="0" w:color="9E9E9E"/>
            </w:tcBorders>
            <w:shd w:val="clear" w:color="auto" w:fill="1F4E79"/>
          </w:tcPr>
          <w:p w14:paraId="5F20DF12" w14:textId="77777777" w:rsidR="00621206" w:rsidRDefault="00AF52F1">
            <w:pPr>
              <w:jc w:val="center"/>
            </w:pPr>
            <w:proofErr w:type="spellStart"/>
            <w:r>
              <w:rPr>
                <w:b/>
                <w:color w:val="FFFFFF"/>
                <w:sz w:val="21"/>
              </w:rPr>
              <w:t>Uraian</w:t>
            </w:r>
            <w:proofErr w:type="spellEnd"/>
            <w:r>
              <w:rPr>
                <w:b/>
                <w:color w:val="FFFFFF"/>
                <w:sz w:val="21"/>
              </w:rPr>
              <w:t xml:space="preserve"> </w:t>
            </w:r>
            <w:proofErr w:type="spellStart"/>
            <w:r>
              <w:rPr>
                <w:b/>
                <w:color w:val="FFFFFF"/>
                <w:sz w:val="21"/>
              </w:rPr>
              <w:t>Pelaksanaan</w:t>
            </w:r>
            <w:proofErr w:type="spellEnd"/>
          </w:p>
        </w:tc>
        <w:tc>
          <w:tcPr>
            <w:tcW w:w="2324" w:type="dxa"/>
            <w:tcBorders>
              <w:top w:val="single" w:sz="6" w:space="0" w:color="9E9E9E"/>
              <w:left w:val="single" w:sz="6" w:space="0" w:color="9E9E9E"/>
              <w:bottom w:val="single" w:sz="6" w:space="0" w:color="9E9E9E"/>
              <w:right w:val="single" w:sz="6" w:space="0" w:color="9E9E9E"/>
            </w:tcBorders>
            <w:shd w:val="clear" w:color="auto" w:fill="1F4E79"/>
          </w:tcPr>
          <w:p w14:paraId="0B1AA70F" w14:textId="77777777" w:rsidR="00621206" w:rsidRDefault="00AF52F1">
            <w:pPr>
              <w:jc w:val="center"/>
            </w:pPr>
            <w:r>
              <w:rPr>
                <w:b/>
                <w:color w:val="FFFFFF"/>
                <w:sz w:val="21"/>
              </w:rPr>
              <w:t>Output/</w:t>
            </w:r>
            <w:proofErr w:type="spellStart"/>
            <w:r>
              <w:rPr>
                <w:b/>
                <w:color w:val="FFFFFF"/>
                <w:sz w:val="21"/>
              </w:rPr>
              <w:t>Capaian</w:t>
            </w:r>
            <w:proofErr w:type="spellEnd"/>
          </w:p>
        </w:tc>
      </w:tr>
      <w:tr w:rsidR="00621206" w:rsidRPr="00CE3A24" w14:paraId="0CEC0988" w14:textId="77777777" w:rsidTr="00BE0AAA">
        <w:trPr>
          <w:jc w:val="center"/>
        </w:trPr>
        <w:tc>
          <w:tcPr>
            <w:tcW w:w="1276" w:type="dxa"/>
            <w:tcBorders>
              <w:top w:val="single" w:sz="6" w:space="0" w:color="9E9E9E"/>
              <w:left w:val="single" w:sz="6" w:space="0" w:color="9E9E9E"/>
              <w:bottom w:val="single" w:sz="6" w:space="0" w:color="9E9E9E"/>
              <w:right w:val="single" w:sz="6" w:space="0" w:color="9E9E9E"/>
            </w:tcBorders>
          </w:tcPr>
          <w:p w14:paraId="26D3727C" w14:textId="77777777" w:rsidR="00621206" w:rsidRDefault="00AF52F1">
            <w:proofErr w:type="spellStart"/>
            <w:r>
              <w:rPr>
                <w:sz w:val="20"/>
              </w:rPr>
              <w:t>Minggu</w:t>
            </w:r>
            <w:proofErr w:type="spellEnd"/>
            <w:r>
              <w:rPr>
                <w:sz w:val="20"/>
              </w:rPr>
              <w:t xml:space="preserve"> 1</w:t>
            </w:r>
          </w:p>
        </w:tc>
        <w:tc>
          <w:tcPr>
            <w:tcW w:w="1715" w:type="dxa"/>
            <w:tcBorders>
              <w:top w:val="single" w:sz="6" w:space="0" w:color="9E9E9E"/>
              <w:left w:val="single" w:sz="6" w:space="0" w:color="9E9E9E"/>
              <w:bottom w:val="single" w:sz="6" w:space="0" w:color="9E9E9E"/>
              <w:right w:val="single" w:sz="6" w:space="0" w:color="9E9E9E"/>
            </w:tcBorders>
          </w:tcPr>
          <w:p w14:paraId="18DBD092" w14:textId="0FB7FBBE" w:rsidR="00621206" w:rsidRPr="00A126B4" w:rsidRDefault="00A6066C">
            <w:pPr>
              <w:rPr>
                <w:lang w:val="nb-NO"/>
              </w:rPr>
            </w:pPr>
            <w:proofErr w:type="spellStart"/>
            <w:r w:rsidRPr="00A6066C">
              <w:rPr>
                <w:sz w:val="20"/>
              </w:rPr>
              <w:t>Tugas</w:t>
            </w:r>
            <w:proofErr w:type="spellEnd"/>
            <w:r w:rsidRPr="00A6066C">
              <w:rPr>
                <w:sz w:val="20"/>
              </w:rPr>
              <w:t xml:space="preserve"> </w:t>
            </w:r>
            <w:proofErr w:type="spellStart"/>
            <w:r w:rsidRPr="00A6066C">
              <w:rPr>
                <w:sz w:val="20"/>
              </w:rPr>
              <w:t>Administrasi</w:t>
            </w:r>
            <w:proofErr w:type="spellEnd"/>
          </w:p>
        </w:tc>
        <w:tc>
          <w:tcPr>
            <w:tcW w:w="3798" w:type="dxa"/>
            <w:tcBorders>
              <w:top w:val="single" w:sz="6" w:space="0" w:color="9E9E9E"/>
              <w:left w:val="single" w:sz="6" w:space="0" w:color="9E9E9E"/>
              <w:bottom w:val="single" w:sz="6" w:space="0" w:color="9E9E9E"/>
              <w:right w:val="single" w:sz="6" w:space="0" w:color="9E9E9E"/>
            </w:tcBorders>
          </w:tcPr>
          <w:p w14:paraId="43DD3C7E" w14:textId="184A9AE2" w:rsidR="00621206" w:rsidRPr="002F3053" w:rsidRDefault="00B23ECE">
            <w:pPr>
              <w:rPr>
                <w:lang w:val="nb-NO"/>
              </w:rPr>
            </w:pPr>
            <w:r w:rsidRPr="00B23ECE">
              <w:rPr>
                <w:sz w:val="20"/>
                <w:lang w:val="nb-NO"/>
              </w:rPr>
              <w:t>Melaksanakan tugas administrasi rutin di Divisi Statistik.</w:t>
            </w:r>
          </w:p>
        </w:tc>
        <w:tc>
          <w:tcPr>
            <w:tcW w:w="2324" w:type="dxa"/>
            <w:tcBorders>
              <w:top w:val="single" w:sz="6" w:space="0" w:color="9E9E9E"/>
              <w:left w:val="single" w:sz="6" w:space="0" w:color="9E9E9E"/>
              <w:bottom w:val="single" w:sz="6" w:space="0" w:color="9E9E9E"/>
              <w:right w:val="single" w:sz="6" w:space="0" w:color="9E9E9E"/>
            </w:tcBorders>
          </w:tcPr>
          <w:p w14:paraId="1966843E" w14:textId="1D39C3EE" w:rsidR="00621206" w:rsidRPr="00426A92" w:rsidRDefault="00B23ECE">
            <w:pPr>
              <w:rPr>
                <w:lang w:val="nb-NO"/>
              </w:rPr>
            </w:pPr>
            <w:r w:rsidRPr="00B23ECE">
              <w:rPr>
                <w:sz w:val="20"/>
                <w:lang w:val="nb-NO"/>
              </w:rPr>
              <w:t>Pekerjaan administrasi terselesaikan sesuai target.</w:t>
            </w:r>
          </w:p>
        </w:tc>
      </w:tr>
      <w:tr w:rsidR="00621206" w:rsidRPr="00A126B4" w14:paraId="62F6CF71" w14:textId="77777777" w:rsidTr="00BE0AAA">
        <w:trPr>
          <w:jc w:val="center"/>
        </w:trPr>
        <w:tc>
          <w:tcPr>
            <w:tcW w:w="1276" w:type="dxa"/>
            <w:tcBorders>
              <w:top w:val="single" w:sz="6" w:space="0" w:color="9E9E9E"/>
              <w:left w:val="single" w:sz="6" w:space="0" w:color="9E9E9E"/>
              <w:bottom w:val="single" w:sz="6" w:space="0" w:color="9E9E9E"/>
              <w:right w:val="single" w:sz="6" w:space="0" w:color="9E9E9E"/>
            </w:tcBorders>
          </w:tcPr>
          <w:p w14:paraId="56365310" w14:textId="77777777" w:rsidR="00621206" w:rsidRDefault="00AF52F1">
            <w:proofErr w:type="spellStart"/>
            <w:r>
              <w:rPr>
                <w:sz w:val="20"/>
              </w:rPr>
              <w:t>Minggu</w:t>
            </w:r>
            <w:proofErr w:type="spellEnd"/>
            <w:r>
              <w:rPr>
                <w:sz w:val="20"/>
              </w:rPr>
              <w:t xml:space="preserve"> 2</w:t>
            </w:r>
          </w:p>
        </w:tc>
        <w:tc>
          <w:tcPr>
            <w:tcW w:w="1715" w:type="dxa"/>
            <w:tcBorders>
              <w:top w:val="single" w:sz="6" w:space="0" w:color="9E9E9E"/>
              <w:left w:val="single" w:sz="6" w:space="0" w:color="9E9E9E"/>
              <w:bottom w:val="single" w:sz="6" w:space="0" w:color="9E9E9E"/>
              <w:right w:val="single" w:sz="6" w:space="0" w:color="9E9E9E"/>
            </w:tcBorders>
          </w:tcPr>
          <w:p w14:paraId="7D1D708A" w14:textId="651F792B" w:rsidR="00621206" w:rsidRPr="002F3053" w:rsidRDefault="00B23ECE">
            <w:pPr>
              <w:rPr>
                <w:lang w:val="nb-NO"/>
              </w:rPr>
            </w:pPr>
            <w:proofErr w:type="spellStart"/>
            <w:r w:rsidRPr="00B23ECE">
              <w:rPr>
                <w:sz w:val="20"/>
              </w:rPr>
              <w:t>Mengikuti</w:t>
            </w:r>
            <w:proofErr w:type="spellEnd"/>
            <w:r w:rsidRPr="00B23ECE">
              <w:rPr>
                <w:sz w:val="20"/>
              </w:rPr>
              <w:t xml:space="preserve"> Rapat DISKOMINFO SP</w:t>
            </w:r>
          </w:p>
        </w:tc>
        <w:tc>
          <w:tcPr>
            <w:tcW w:w="3798" w:type="dxa"/>
            <w:tcBorders>
              <w:top w:val="single" w:sz="6" w:space="0" w:color="9E9E9E"/>
              <w:left w:val="single" w:sz="6" w:space="0" w:color="9E9E9E"/>
              <w:bottom w:val="single" w:sz="6" w:space="0" w:color="9E9E9E"/>
              <w:right w:val="single" w:sz="6" w:space="0" w:color="9E9E9E"/>
            </w:tcBorders>
          </w:tcPr>
          <w:p w14:paraId="6D735544" w14:textId="288BCF87" w:rsidR="00621206" w:rsidRPr="00426A92" w:rsidRDefault="00B23ECE">
            <w:pPr>
              <w:rPr>
                <w:lang w:val="nb-NO"/>
              </w:rPr>
            </w:pPr>
            <w:r w:rsidRPr="00B23ECE">
              <w:rPr>
                <w:sz w:val="20"/>
                <w:lang w:val="nb-NO"/>
              </w:rPr>
              <w:t>Mengikuti kegiatan rapat dinas yang diselenggarakan oleh DISKOMINFO SP dan menyusun notulensi hasil rapat.</w:t>
            </w:r>
          </w:p>
        </w:tc>
        <w:tc>
          <w:tcPr>
            <w:tcW w:w="2324" w:type="dxa"/>
            <w:tcBorders>
              <w:top w:val="single" w:sz="6" w:space="0" w:color="9E9E9E"/>
              <w:left w:val="single" w:sz="6" w:space="0" w:color="9E9E9E"/>
              <w:bottom w:val="single" w:sz="6" w:space="0" w:color="9E9E9E"/>
              <w:right w:val="single" w:sz="6" w:space="0" w:color="9E9E9E"/>
            </w:tcBorders>
          </w:tcPr>
          <w:p w14:paraId="7C9B0AB5" w14:textId="293A5D7A" w:rsidR="00621206" w:rsidRPr="00426A92" w:rsidRDefault="00B23ECE">
            <w:pPr>
              <w:rPr>
                <w:lang w:val="nb-NO"/>
              </w:rPr>
            </w:pPr>
            <w:proofErr w:type="spellStart"/>
            <w:r w:rsidRPr="00B23ECE">
              <w:rPr>
                <w:sz w:val="20"/>
              </w:rPr>
              <w:t>Notulensi</w:t>
            </w:r>
            <w:proofErr w:type="spellEnd"/>
            <w:r w:rsidRPr="00B23ECE">
              <w:rPr>
                <w:sz w:val="20"/>
              </w:rPr>
              <w:t xml:space="preserve"> </w:t>
            </w:r>
            <w:proofErr w:type="spellStart"/>
            <w:r w:rsidRPr="00B23ECE">
              <w:rPr>
                <w:sz w:val="20"/>
              </w:rPr>
              <w:t>rapat</w:t>
            </w:r>
            <w:proofErr w:type="spellEnd"/>
            <w:r w:rsidRPr="00B23ECE">
              <w:rPr>
                <w:sz w:val="20"/>
              </w:rPr>
              <w:t xml:space="preserve"> </w:t>
            </w:r>
            <w:proofErr w:type="spellStart"/>
            <w:r w:rsidRPr="00B23ECE">
              <w:rPr>
                <w:sz w:val="20"/>
              </w:rPr>
              <w:t>tersusun</w:t>
            </w:r>
            <w:proofErr w:type="spellEnd"/>
            <w:r w:rsidRPr="00B23ECE">
              <w:rPr>
                <w:sz w:val="20"/>
              </w:rPr>
              <w:t>.</w:t>
            </w:r>
          </w:p>
        </w:tc>
      </w:tr>
      <w:tr w:rsidR="00621206" w:rsidRPr="00A126B4" w14:paraId="2A4B535A" w14:textId="77777777" w:rsidTr="00BE0AAA">
        <w:trPr>
          <w:jc w:val="center"/>
        </w:trPr>
        <w:tc>
          <w:tcPr>
            <w:tcW w:w="1276" w:type="dxa"/>
            <w:tcBorders>
              <w:top w:val="single" w:sz="6" w:space="0" w:color="9E9E9E"/>
              <w:left w:val="single" w:sz="6" w:space="0" w:color="9E9E9E"/>
              <w:bottom w:val="single" w:sz="6" w:space="0" w:color="9E9E9E"/>
              <w:right w:val="single" w:sz="6" w:space="0" w:color="9E9E9E"/>
            </w:tcBorders>
          </w:tcPr>
          <w:p w14:paraId="31810E79" w14:textId="77777777" w:rsidR="00621206" w:rsidRDefault="00AF52F1">
            <w:proofErr w:type="spellStart"/>
            <w:r>
              <w:rPr>
                <w:sz w:val="20"/>
              </w:rPr>
              <w:t>Minggu</w:t>
            </w:r>
            <w:proofErr w:type="spellEnd"/>
            <w:r>
              <w:rPr>
                <w:sz w:val="20"/>
              </w:rPr>
              <w:t xml:space="preserve"> 3</w:t>
            </w:r>
          </w:p>
        </w:tc>
        <w:tc>
          <w:tcPr>
            <w:tcW w:w="1715" w:type="dxa"/>
            <w:tcBorders>
              <w:top w:val="single" w:sz="6" w:space="0" w:color="9E9E9E"/>
              <w:left w:val="single" w:sz="6" w:space="0" w:color="9E9E9E"/>
              <w:bottom w:val="single" w:sz="6" w:space="0" w:color="9E9E9E"/>
              <w:right w:val="single" w:sz="6" w:space="0" w:color="9E9E9E"/>
            </w:tcBorders>
          </w:tcPr>
          <w:p w14:paraId="3F150B6D" w14:textId="4FA0A54F" w:rsidR="00621206" w:rsidRDefault="00B23ECE">
            <w:proofErr w:type="spellStart"/>
            <w:r w:rsidRPr="00B23ECE">
              <w:rPr>
                <w:sz w:val="20"/>
              </w:rPr>
              <w:t>Tugas</w:t>
            </w:r>
            <w:proofErr w:type="spellEnd"/>
            <w:r w:rsidRPr="00B23ECE">
              <w:rPr>
                <w:sz w:val="20"/>
              </w:rPr>
              <w:t xml:space="preserve"> </w:t>
            </w:r>
            <w:proofErr w:type="spellStart"/>
            <w:r w:rsidRPr="00B23ECE">
              <w:rPr>
                <w:sz w:val="20"/>
              </w:rPr>
              <w:t>Administrasi</w:t>
            </w:r>
            <w:proofErr w:type="spellEnd"/>
          </w:p>
        </w:tc>
        <w:tc>
          <w:tcPr>
            <w:tcW w:w="3798" w:type="dxa"/>
            <w:tcBorders>
              <w:top w:val="single" w:sz="6" w:space="0" w:color="9E9E9E"/>
              <w:left w:val="single" w:sz="6" w:space="0" w:color="9E9E9E"/>
              <w:bottom w:val="single" w:sz="6" w:space="0" w:color="9E9E9E"/>
              <w:right w:val="single" w:sz="6" w:space="0" w:color="9E9E9E"/>
            </w:tcBorders>
          </w:tcPr>
          <w:p w14:paraId="25643BC7" w14:textId="03304CD3" w:rsidR="00621206" w:rsidRPr="00426A92" w:rsidRDefault="00B23ECE">
            <w:pPr>
              <w:rPr>
                <w:lang w:val="nb-NO"/>
              </w:rPr>
            </w:pPr>
            <w:r w:rsidRPr="00B23ECE">
              <w:rPr>
                <w:sz w:val="20"/>
                <w:lang w:val="nb-NO"/>
              </w:rPr>
              <w:t>Melanjutkan tugas administrasi kantor di Divisi Statistik.</w:t>
            </w:r>
          </w:p>
        </w:tc>
        <w:tc>
          <w:tcPr>
            <w:tcW w:w="2324" w:type="dxa"/>
            <w:tcBorders>
              <w:top w:val="single" w:sz="6" w:space="0" w:color="9E9E9E"/>
              <w:left w:val="single" w:sz="6" w:space="0" w:color="9E9E9E"/>
              <w:bottom w:val="single" w:sz="6" w:space="0" w:color="9E9E9E"/>
              <w:right w:val="single" w:sz="6" w:space="0" w:color="9E9E9E"/>
            </w:tcBorders>
          </w:tcPr>
          <w:p w14:paraId="1155F958" w14:textId="36D211C5" w:rsidR="00621206" w:rsidRPr="00426A92" w:rsidRDefault="00B23ECE">
            <w:pPr>
              <w:rPr>
                <w:lang w:val="nb-NO"/>
              </w:rPr>
            </w:pPr>
            <w:proofErr w:type="spellStart"/>
            <w:r w:rsidRPr="00B23ECE">
              <w:rPr>
                <w:sz w:val="20"/>
              </w:rPr>
              <w:t>Dokumen</w:t>
            </w:r>
            <w:proofErr w:type="spellEnd"/>
            <w:r w:rsidRPr="00B23ECE">
              <w:rPr>
                <w:sz w:val="20"/>
              </w:rPr>
              <w:t xml:space="preserve"> </w:t>
            </w:r>
            <w:proofErr w:type="spellStart"/>
            <w:r w:rsidRPr="00B23ECE">
              <w:rPr>
                <w:sz w:val="20"/>
              </w:rPr>
              <w:t>administrasi</w:t>
            </w:r>
            <w:proofErr w:type="spellEnd"/>
            <w:r w:rsidRPr="00B23ECE">
              <w:rPr>
                <w:sz w:val="20"/>
              </w:rPr>
              <w:t xml:space="preserve"> </w:t>
            </w:r>
            <w:proofErr w:type="spellStart"/>
            <w:r w:rsidRPr="00B23ECE">
              <w:rPr>
                <w:sz w:val="20"/>
              </w:rPr>
              <w:t>terselesaikan</w:t>
            </w:r>
            <w:proofErr w:type="spellEnd"/>
            <w:r w:rsidRPr="00B23ECE">
              <w:rPr>
                <w:sz w:val="20"/>
              </w:rPr>
              <w:t>.</w:t>
            </w:r>
          </w:p>
        </w:tc>
      </w:tr>
      <w:tr w:rsidR="002F3053" w:rsidRPr="00CE3A24" w14:paraId="0563BE4E" w14:textId="77777777" w:rsidTr="00BE0AAA">
        <w:trPr>
          <w:jc w:val="center"/>
        </w:trPr>
        <w:tc>
          <w:tcPr>
            <w:tcW w:w="1276" w:type="dxa"/>
            <w:tcBorders>
              <w:top w:val="single" w:sz="6" w:space="0" w:color="9E9E9E"/>
              <w:left w:val="single" w:sz="6" w:space="0" w:color="9E9E9E"/>
              <w:bottom w:val="single" w:sz="6" w:space="0" w:color="9E9E9E"/>
              <w:right w:val="single" w:sz="6" w:space="0" w:color="9E9E9E"/>
            </w:tcBorders>
          </w:tcPr>
          <w:p w14:paraId="311D5E96" w14:textId="61D684AB" w:rsidR="002F3053" w:rsidRDefault="002F3053" w:rsidP="002F3053">
            <w:pPr>
              <w:rPr>
                <w:sz w:val="20"/>
              </w:rPr>
            </w:pPr>
            <w:proofErr w:type="spellStart"/>
            <w:r>
              <w:rPr>
                <w:sz w:val="20"/>
              </w:rPr>
              <w:t>Minggu</w:t>
            </w:r>
            <w:proofErr w:type="spellEnd"/>
            <w:r>
              <w:rPr>
                <w:sz w:val="20"/>
              </w:rPr>
              <w:t xml:space="preserve"> 4</w:t>
            </w:r>
          </w:p>
        </w:tc>
        <w:tc>
          <w:tcPr>
            <w:tcW w:w="1715" w:type="dxa"/>
            <w:tcBorders>
              <w:top w:val="single" w:sz="6" w:space="0" w:color="9E9E9E"/>
              <w:left w:val="single" w:sz="6" w:space="0" w:color="9E9E9E"/>
              <w:bottom w:val="single" w:sz="6" w:space="0" w:color="9E9E9E"/>
              <w:right w:val="single" w:sz="6" w:space="0" w:color="9E9E9E"/>
            </w:tcBorders>
          </w:tcPr>
          <w:p w14:paraId="4EC26B32" w14:textId="78041F62" w:rsidR="002F3053" w:rsidRPr="00B23ECE" w:rsidRDefault="00B23ECE" w:rsidP="002F3053">
            <w:pPr>
              <w:rPr>
                <w:sz w:val="20"/>
                <w:lang w:val="nb-NO"/>
              </w:rPr>
            </w:pPr>
            <w:r w:rsidRPr="00B23ECE">
              <w:rPr>
                <w:sz w:val="20"/>
                <w:lang w:val="nb-NO"/>
              </w:rPr>
              <w:t>Libur Idul Adha / Tidak ada kegiatan</w:t>
            </w:r>
          </w:p>
        </w:tc>
        <w:tc>
          <w:tcPr>
            <w:tcW w:w="3798" w:type="dxa"/>
            <w:tcBorders>
              <w:top w:val="single" w:sz="6" w:space="0" w:color="9E9E9E"/>
              <w:left w:val="single" w:sz="6" w:space="0" w:color="9E9E9E"/>
              <w:bottom w:val="single" w:sz="6" w:space="0" w:color="9E9E9E"/>
              <w:right w:val="single" w:sz="6" w:space="0" w:color="9E9E9E"/>
            </w:tcBorders>
          </w:tcPr>
          <w:p w14:paraId="13973AAD" w14:textId="40548401" w:rsidR="002F3053" w:rsidRPr="00426A92" w:rsidRDefault="00B23ECE" w:rsidP="002F3053">
            <w:pPr>
              <w:rPr>
                <w:sz w:val="20"/>
                <w:lang w:val="nb-NO"/>
              </w:rPr>
            </w:pPr>
            <w:r w:rsidRPr="00B23ECE">
              <w:rPr>
                <w:sz w:val="20"/>
                <w:lang w:val="nb-NO"/>
              </w:rPr>
              <w:t>Tidak ada kegiatan magang karena libur Idul Adha.</w:t>
            </w:r>
          </w:p>
        </w:tc>
        <w:tc>
          <w:tcPr>
            <w:tcW w:w="2324" w:type="dxa"/>
            <w:tcBorders>
              <w:top w:val="single" w:sz="6" w:space="0" w:color="9E9E9E"/>
              <w:left w:val="single" w:sz="6" w:space="0" w:color="9E9E9E"/>
              <w:bottom w:val="single" w:sz="6" w:space="0" w:color="9E9E9E"/>
              <w:right w:val="single" w:sz="6" w:space="0" w:color="9E9E9E"/>
            </w:tcBorders>
          </w:tcPr>
          <w:p w14:paraId="2BB2CCB3" w14:textId="33A4C0A7" w:rsidR="002F3053" w:rsidRPr="00426A92" w:rsidRDefault="00B23ECE" w:rsidP="002F3053">
            <w:pPr>
              <w:rPr>
                <w:sz w:val="20"/>
                <w:lang w:val="nb-NO"/>
              </w:rPr>
            </w:pPr>
            <w:r w:rsidRPr="00B23ECE">
              <w:rPr>
                <w:sz w:val="20"/>
                <w:lang w:val="nb-NO"/>
              </w:rPr>
              <w:t>Tidak ada kegiatan magang karena libur Idul Adha.</w:t>
            </w:r>
          </w:p>
        </w:tc>
      </w:tr>
    </w:tbl>
    <w:p w14:paraId="1EC240E1" w14:textId="77777777" w:rsidR="00621206" w:rsidRPr="00426A92" w:rsidRDefault="00AF52F1">
      <w:pPr>
        <w:pStyle w:val="Heading2"/>
        <w:spacing w:before="160" w:after="80"/>
        <w:rPr>
          <w:lang w:val="nb-NO"/>
        </w:rPr>
      </w:pPr>
      <w:r w:rsidRPr="00426A92">
        <w:rPr>
          <w:rFonts w:ascii="Times New Roman" w:eastAsia="Times New Roman" w:hAnsi="Times New Roman"/>
          <w:color w:val="1F4E79"/>
          <w:sz w:val="25"/>
          <w:lang w:val="nb-NO"/>
        </w:rPr>
        <w:lastRenderedPageBreak/>
        <w:t>C. Uraian Pelaksanaan Pekerjaan</w:t>
      </w:r>
    </w:p>
    <w:p w14:paraId="6673BB7C" w14:textId="77777777" w:rsidR="00170692" w:rsidRPr="00170692" w:rsidRDefault="00170692" w:rsidP="00170692">
      <w:pPr>
        <w:pStyle w:val="Heading2"/>
        <w:spacing w:before="160" w:after="80"/>
        <w:ind w:firstLine="720"/>
        <w:rPr>
          <w:rFonts w:ascii="Times New Roman" w:eastAsia="Times New Roman" w:hAnsi="Times New Roman" w:cstheme="minorBidi"/>
          <w:b w:val="0"/>
          <w:bCs w:val="0"/>
          <w:color w:val="auto"/>
          <w:sz w:val="24"/>
          <w:szCs w:val="22"/>
          <w:lang w:val="nb-NO"/>
        </w:rPr>
      </w:pPr>
      <w:r w:rsidRPr="00170692">
        <w:rPr>
          <w:rFonts w:ascii="Times New Roman" w:eastAsia="Times New Roman" w:hAnsi="Times New Roman" w:cstheme="minorBidi"/>
          <w:b w:val="0"/>
          <w:bCs w:val="0"/>
          <w:color w:val="auto"/>
          <w:sz w:val="24"/>
          <w:szCs w:val="22"/>
          <w:lang w:val="nb-NO"/>
        </w:rPr>
        <w:t>Pada bulan keempat, mahasiswa menjalankan kegiatan rutin di Divisi Statistik DISKOMINFO SP. Awal bulan diisi dengan pelaksanaan tugas administrasi (4 Mei 2026). Pada tanggal 13 Mei 2026, mahasiswa turut serta dalam kegiatan Rapat DISKOMINFO SP dan berkontribusi dalam penyusunan notulensi rapat.</w:t>
      </w:r>
    </w:p>
    <w:p w14:paraId="2B5FE7E1" w14:textId="77777777" w:rsidR="00170692" w:rsidRDefault="00170692" w:rsidP="00170692">
      <w:pPr>
        <w:pStyle w:val="Heading2"/>
        <w:spacing w:before="160" w:after="80"/>
        <w:ind w:firstLine="720"/>
        <w:rPr>
          <w:rFonts w:ascii="Times New Roman" w:eastAsia="Times New Roman" w:hAnsi="Times New Roman" w:cstheme="minorBidi"/>
          <w:b w:val="0"/>
          <w:bCs w:val="0"/>
          <w:color w:val="auto"/>
          <w:sz w:val="24"/>
          <w:szCs w:val="22"/>
          <w:lang w:val="nb-NO"/>
        </w:rPr>
      </w:pPr>
      <w:r w:rsidRPr="00170692">
        <w:rPr>
          <w:rFonts w:ascii="Times New Roman" w:eastAsia="Times New Roman" w:hAnsi="Times New Roman" w:cstheme="minorBidi"/>
          <w:b w:val="0"/>
          <w:bCs w:val="0"/>
          <w:color w:val="auto"/>
          <w:sz w:val="24"/>
          <w:szCs w:val="22"/>
          <w:lang w:val="nb-NO"/>
        </w:rPr>
        <w:t>Minggu ketiga kembali diisi dengan tugas administrasi lanjutan (18 Mei 2026). Pada akhir bulan, kegiatan tidak terlaksana karena bertepatan dengan libur Idul Adha (25 Mei 2026).</w:t>
      </w:r>
    </w:p>
    <w:p w14:paraId="528B232D" w14:textId="08366F7E" w:rsidR="00621206" w:rsidRPr="002F3053" w:rsidRDefault="00AF52F1" w:rsidP="00170692">
      <w:pPr>
        <w:pStyle w:val="Heading2"/>
        <w:spacing w:before="160" w:after="80"/>
        <w:rPr>
          <w:lang w:val="nb-NO"/>
        </w:rPr>
      </w:pPr>
      <w:r w:rsidRPr="002F3053">
        <w:rPr>
          <w:rFonts w:ascii="Times New Roman" w:eastAsia="Times New Roman" w:hAnsi="Times New Roman"/>
          <w:color w:val="1F4E79"/>
          <w:sz w:val="25"/>
          <w:lang w:val="nb-NO"/>
        </w:rPr>
        <w:t>D. Hasil dan Evaluasi Kegiatan Bulanan</w:t>
      </w:r>
    </w:p>
    <w:tbl>
      <w:tblPr>
        <w:tblW w:w="8986" w:type="dxa"/>
        <w:jc w:val="center"/>
        <w:tblLayout w:type="fixed"/>
        <w:tblLook w:val="04A0" w:firstRow="1" w:lastRow="0" w:firstColumn="1" w:lastColumn="0" w:noHBand="0" w:noVBand="1"/>
      </w:tblPr>
      <w:tblGrid>
        <w:gridCol w:w="2013"/>
        <w:gridCol w:w="6973"/>
      </w:tblGrid>
      <w:tr w:rsidR="00621206" w14:paraId="53BA3655" w14:textId="77777777" w:rsidTr="00BE0AAA">
        <w:trPr>
          <w:jc w:val="center"/>
        </w:trPr>
        <w:tc>
          <w:tcPr>
            <w:tcW w:w="2013" w:type="dxa"/>
            <w:tcBorders>
              <w:top w:val="single" w:sz="6" w:space="0" w:color="9E9E9E"/>
              <w:left w:val="single" w:sz="6" w:space="0" w:color="9E9E9E"/>
              <w:bottom w:val="single" w:sz="6" w:space="0" w:color="9E9E9E"/>
              <w:right w:val="single" w:sz="6" w:space="0" w:color="9E9E9E"/>
            </w:tcBorders>
            <w:shd w:val="clear" w:color="auto" w:fill="D9EAF7"/>
          </w:tcPr>
          <w:p w14:paraId="3ED15841" w14:textId="77777777" w:rsidR="00621206" w:rsidRDefault="00AF52F1">
            <w:proofErr w:type="spellStart"/>
            <w:r>
              <w:rPr>
                <w:b/>
                <w:sz w:val="21"/>
              </w:rPr>
              <w:t>Aspek</w:t>
            </w:r>
            <w:proofErr w:type="spellEnd"/>
            <w:r>
              <w:rPr>
                <w:b/>
                <w:sz w:val="21"/>
              </w:rPr>
              <w:t xml:space="preserve"> </w:t>
            </w:r>
            <w:proofErr w:type="spellStart"/>
            <w:r>
              <w:rPr>
                <w:b/>
                <w:sz w:val="21"/>
              </w:rPr>
              <w:t>Evaluasi</w:t>
            </w:r>
            <w:proofErr w:type="spellEnd"/>
          </w:p>
        </w:tc>
        <w:tc>
          <w:tcPr>
            <w:tcW w:w="6973" w:type="dxa"/>
            <w:tcBorders>
              <w:top w:val="single" w:sz="6" w:space="0" w:color="9E9E9E"/>
              <w:left w:val="single" w:sz="6" w:space="0" w:color="9E9E9E"/>
              <w:bottom w:val="single" w:sz="6" w:space="0" w:color="9E9E9E"/>
              <w:right w:val="single" w:sz="6" w:space="0" w:color="9E9E9E"/>
            </w:tcBorders>
            <w:shd w:val="clear" w:color="auto" w:fill="D9EAF7"/>
          </w:tcPr>
          <w:p w14:paraId="00338677" w14:textId="77777777" w:rsidR="00621206" w:rsidRDefault="00AF52F1">
            <w:proofErr w:type="spellStart"/>
            <w:r>
              <w:rPr>
                <w:b/>
                <w:sz w:val="21"/>
              </w:rPr>
              <w:t>Uraian</w:t>
            </w:r>
            <w:proofErr w:type="spellEnd"/>
          </w:p>
        </w:tc>
      </w:tr>
      <w:tr w:rsidR="00621206" w:rsidRPr="00CE3A24" w14:paraId="78670B4A" w14:textId="77777777" w:rsidTr="00BE0AAA">
        <w:trPr>
          <w:jc w:val="center"/>
        </w:trPr>
        <w:tc>
          <w:tcPr>
            <w:tcW w:w="2013" w:type="dxa"/>
            <w:tcBorders>
              <w:top w:val="single" w:sz="6" w:space="0" w:color="9E9E9E"/>
              <w:left w:val="single" w:sz="6" w:space="0" w:color="9E9E9E"/>
              <w:bottom w:val="single" w:sz="6" w:space="0" w:color="9E9E9E"/>
              <w:right w:val="single" w:sz="6" w:space="0" w:color="9E9E9E"/>
            </w:tcBorders>
          </w:tcPr>
          <w:p w14:paraId="29C33013" w14:textId="77777777" w:rsidR="00621206" w:rsidRDefault="00AF52F1">
            <w:proofErr w:type="spellStart"/>
            <w:r>
              <w:rPr>
                <w:b/>
                <w:sz w:val="21"/>
              </w:rPr>
              <w:t>Capaian</w:t>
            </w:r>
            <w:proofErr w:type="spellEnd"/>
            <w:r>
              <w:rPr>
                <w:b/>
                <w:sz w:val="21"/>
              </w:rPr>
              <w:t xml:space="preserve"> </w:t>
            </w:r>
            <w:proofErr w:type="spellStart"/>
            <w:r>
              <w:rPr>
                <w:b/>
                <w:sz w:val="21"/>
              </w:rPr>
              <w:t>Bulanan</w:t>
            </w:r>
            <w:proofErr w:type="spellEnd"/>
          </w:p>
        </w:tc>
        <w:tc>
          <w:tcPr>
            <w:tcW w:w="6973" w:type="dxa"/>
            <w:tcBorders>
              <w:top w:val="single" w:sz="6" w:space="0" w:color="9E9E9E"/>
              <w:left w:val="single" w:sz="6" w:space="0" w:color="9E9E9E"/>
              <w:bottom w:val="single" w:sz="6" w:space="0" w:color="9E9E9E"/>
              <w:right w:val="single" w:sz="6" w:space="0" w:color="9E9E9E"/>
            </w:tcBorders>
          </w:tcPr>
          <w:p w14:paraId="40181EEC" w14:textId="3D78E6F3" w:rsidR="00621206" w:rsidRPr="00426A92" w:rsidRDefault="00170692">
            <w:pPr>
              <w:rPr>
                <w:lang w:val="nb-NO"/>
              </w:rPr>
            </w:pPr>
            <w:r w:rsidRPr="00170692">
              <w:rPr>
                <w:sz w:val="21"/>
                <w:lang w:val="nb-NO"/>
              </w:rPr>
              <w:t>Mahasiswa aktif menjalankan tugas administrasi dan berpartisipasi dalam rapat dinas DISKOMINFO SP dengan menghasilkan notulensi.</w:t>
            </w:r>
          </w:p>
        </w:tc>
      </w:tr>
      <w:tr w:rsidR="00621206" w:rsidRPr="00CE3A24" w14:paraId="5EBDF5BC" w14:textId="77777777" w:rsidTr="00BE0AAA">
        <w:trPr>
          <w:jc w:val="center"/>
        </w:trPr>
        <w:tc>
          <w:tcPr>
            <w:tcW w:w="2013" w:type="dxa"/>
            <w:tcBorders>
              <w:top w:val="single" w:sz="6" w:space="0" w:color="9E9E9E"/>
              <w:left w:val="single" w:sz="6" w:space="0" w:color="9E9E9E"/>
              <w:bottom w:val="single" w:sz="6" w:space="0" w:color="9E9E9E"/>
              <w:right w:val="single" w:sz="6" w:space="0" w:color="9E9E9E"/>
            </w:tcBorders>
          </w:tcPr>
          <w:p w14:paraId="242901A2" w14:textId="77777777" w:rsidR="00621206" w:rsidRDefault="00AF52F1">
            <w:r>
              <w:rPr>
                <w:b/>
                <w:sz w:val="21"/>
              </w:rPr>
              <w:t xml:space="preserve">Kendala yang </w:t>
            </w:r>
            <w:proofErr w:type="spellStart"/>
            <w:r>
              <w:rPr>
                <w:b/>
                <w:sz w:val="21"/>
              </w:rPr>
              <w:t>Dihadapi</w:t>
            </w:r>
            <w:proofErr w:type="spellEnd"/>
          </w:p>
        </w:tc>
        <w:tc>
          <w:tcPr>
            <w:tcW w:w="6973" w:type="dxa"/>
            <w:tcBorders>
              <w:top w:val="single" w:sz="6" w:space="0" w:color="9E9E9E"/>
              <w:left w:val="single" w:sz="6" w:space="0" w:color="9E9E9E"/>
              <w:bottom w:val="single" w:sz="6" w:space="0" w:color="9E9E9E"/>
              <w:right w:val="single" w:sz="6" w:space="0" w:color="9E9E9E"/>
            </w:tcBorders>
          </w:tcPr>
          <w:p w14:paraId="54305F1E" w14:textId="4C12930E" w:rsidR="00621206" w:rsidRPr="00426A92" w:rsidRDefault="00170692">
            <w:pPr>
              <w:rPr>
                <w:lang w:val="nb-NO"/>
              </w:rPr>
            </w:pPr>
            <w:r w:rsidRPr="00170692">
              <w:rPr>
                <w:sz w:val="21"/>
                <w:lang w:val="nb-NO"/>
              </w:rPr>
              <w:t>Tidak ada kendala signifikan. Kegiatan berjalan sesuai arahan pembimbing lapangan.</w:t>
            </w:r>
          </w:p>
        </w:tc>
      </w:tr>
      <w:tr w:rsidR="00621206" w:rsidRPr="00CE3A24" w14:paraId="74C5E4A6" w14:textId="77777777" w:rsidTr="00BE0AAA">
        <w:trPr>
          <w:jc w:val="center"/>
        </w:trPr>
        <w:tc>
          <w:tcPr>
            <w:tcW w:w="2013" w:type="dxa"/>
            <w:tcBorders>
              <w:top w:val="single" w:sz="6" w:space="0" w:color="9E9E9E"/>
              <w:left w:val="single" w:sz="6" w:space="0" w:color="9E9E9E"/>
              <w:bottom w:val="single" w:sz="6" w:space="0" w:color="9E9E9E"/>
              <w:right w:val="single" w:sz="6" w:space="0" w:color="9E9E9E"/>
            </w:tcBorders>
          </w:tcPr>
          <w:p w14:paraId="38892675" w14:textId="77777777" w:rsidR="00621206" w:rsidRDefault="00AF52F1">
            <w:r>
              <w:rPr>
                <w:b/>
                <w:sz w:val="21"/>
              </w:rPr>
              <w:t>Solusi/</w:t>
            </w:r>
            <w:proofErr w:type="spellStart"/>
            <w:r>
              <w:rPr>
                <w:b/>
                <w:sz w:val="21"/>
              </w:rPr>
              <w:t>Tindak</w:t>
            </w:r>
            <w:proofErr w:type="spellEnd"/>
            <w:r>
              <w:rPr>
                <w:b/>
                <w:sz w:val="21"/>
              </w:rPr>
              <w:t xml:space="preserve"> </w:t>
            </w:r>
            <w:proofErr w:type="spellStart"/>
            <w:r>
              <w:rPr>
                <w:b/>
                <w:sz w:val="21"/>
              </w:rPr>
              <w:t>Lanjut</w:t>
            </w:r>
            <w:proofErr w:type="spellEnd"/>
          </w:p>
        </w:tc>
        <w:tc>
          <w:tcPr>
            <w:tcW w:w="6973" w:type="dxa"/>
            <w:tcBorders>
              <w:top w:val="single" w:sz="6" w:space="0" w:color="9E9E9E"/>
              <w:left w:val="single" w:sz="6" w:space="0" w:color="9E9E9E"/>
              <w:bottom w:val="single" w:sz="6" w:space="0" w:color="9E9E9E"/>
              <w:right w:val="single" w:sz="6" w:space="0" w:color="9E9E9E"/>
            </w:tcBorders>
          </w:tcPr>
          <w:p w14:paraId="00952555" w14:textId="713D3C65" w:rsidR="00621206" w:rsidRPr="00170692" w:rsidRDefault="00170692">
            <w:pPr>
              <w:rPr>
                <w:lang w:val="nb-NO"/>
              </w:rPr>
            </w:pPr>
            <w:r w:rsidRPr="00170692">
              <w:rPr>
                <w:sz w:val="21"/>
                <w:lang w:val="nb-NO"/>
              </w:rPr>
              <w:t>Mahasiswa bersiap menerima penugasan yang lebih spesifik terkait bidang statistik pada bulan berikutnya.</w:t>
            </w:r>
          </w:p>
        </w:tc>
      </w:tr>
      <w:tr w:rsidR="00621206" w:rsidRPr="00CE3A24" w14:paraId="4AF32F62" w14:textId="77777777" w:rsidTr="00BE0AAA">
        <w:trPr>
          <w:jc w:val="center"/>
        </w:trPr>
        <w:tc>
          <w:tcPr>
            <w:tcW w:w="2013" w:type="dxa"/>
            <w:tcBorders>
              <w:top w:val="single" w:sz="6" w:space="0" w:color="9E9E9E"/>
              <w:left w:val="single" w:sz="6" w:space="0" w:color="9E9E9E"/>
              <w:bottom w:val="single" w:sz="6" w:space="0" w:color="9E9E9E"/>
              <w:right w:val="single" w:sz="6" w:space="0" w:color="9E9E9E"/>
            </w:tcBorders>
          </w:tcPr>
          <w:p w14:paraId="66E1AC0A" w14:textId="77777777" w:rsidR="00621206" w:rsidRDefault="00AF52F1">
            <w:proofErr w:type="spellStart"/>
            <w:r>
              <w:rPr>
                <w:b/>
                <w:sz w:val="21"/>
              </w:rPr>
              <w:t>Kompetensi</w:t>
            </w:r>
            <w:proofErr w:type="spellEnd"/>
            <w:r>
              <w:rPr>
                <w:b/>
                <w:sz w:val="21"/>
              </w:rPr>
              <w:t xml:space="preserve"> yang </w:t>
            </w:r>
            <w:proofErr w:type="spellStart"/>
            <w:r>
              <w:rPr>
                <w:b/>
                <w:sz w:val="21"/>
              </w:rPr>
              <w:t>Dikembangkan</w:t>
            </w:r>
            <w:proofErr w:type="spellEnd"/>
          </w:p>
        </w:tc>
        <w:tc>
          <w:tcPr>
            <w:tcW w:w="6973" w:type="dxa"/>
            <w:tcBorders>
              <w:top w:val="single" w:sz="6" w:space="0" w:color="9E9E9E"/>
              <w:left w:val="single" w:sz="6" w:space="0" w:color="9E9E9E"/>
              <w:bottom w:val="single" w:sz="6" w:space="0" w:color="9E9E9E"/>
              <w:right w:val="single" w:sz="6" w:space="0" w:color="9E9E9E"/>
            </w:tcBorders>
          </w:tcPr>
          <w:p w14:paraId="7A91EB0C" w14:textId="130252F0" w:rsidR="00621206" w:rsidRPr="00426A92" w:rsidRDefault="00170692">
            <w:pPr>
              <w:rPr>
                <w:lang w:val="nb-NO"/>
              </w:rPr>
            </w:pPr>
            <w:r w:rsidRPr="00CE3A24">
              <w:rPr>
                <w:sz w:val="21"/>
                <w:lang w:val="nb-NO"/>
              </w:rPr>
              <w:t>Administrasi perkantoran, pencatatan dan pelaporan rapat, manajemen waktu kerja, dan pemahaman prosedur dinas pemerintah.</w:t>
            </w:r>
          </w:p>
        </w:tc>
      </w:tr>
    </w:tbl>
    <w:p w14:paraId="6E6D9E89" w14:textId="77777777" w:rsidR="005373A1" w:rsidRPr="00A126B4" w:rsidRDefault="005373A1">
      <w:pPr>
        <w:pStyle w:val="Heading2"/>
        <w:spacing w:before="160" w:after="80"/>
        <w:rPr>
          <w:rFonts w:ascii="Times New Roman" w:eastAsia="Times New Roman" w:hAnsi="Times New Roman"/>
          <w:color w:val="1F4E79"/>
          <w:sz w:val="25"/>
          <w:lang w:val="nb-NO"/>
        </w:rPr>
      </w:pPr>
    </w:p>
    <w:p w14:paraId="7E67E919" w14:textId="77777777" w:rsidR="00621206" w:rsidRDefault="00AF52F1">
      <w:pPr>
        <w:pStyle w:val="Heading2"/>
        <w:spacing w:before="160" w:after="80"/>
      </w:pPr>
      <w:r>
        <w:rPr>
          <w:rFonts w:ascii="Times New Roman" w:eastAsia="Times New Roman" w:hAnsi="Times New Roman"/>
          <w:color w:val="1F4E79"/>
          <w:sz w:val="25"/>
        </w:rPr>
        <w:t xml:space="preserve">E. </w:t>
      </w:r>
      <w:proofErr w:type="spellStart"/>
      <w:r>
        <w:rPr>
          <w:rFonts w:ascii="Times New Roman" w:eastAsia="Times New Roman" w:hAnsi="Times New Roman"/>
          <w:color w:val="1F4E79"/>
          <w:sz w:val="25"/>
        </w:rPr>
        <w:t>Catatan</w:t>
      </w:r>
      <w:proofErr w:type="spellEnd"/>
      <w:r>
        <w:rPr>
          <w:rFonts w:ascii="Times New Roman" w:eastAsia="Times New Roman" w:hAnsi="Times New Roman"/>
          <w:color w:val="1F4E79"/>
          <w:sz w:val="25"/>
        </w:rPr>
        <w:t xml:space="preserve"> Pembimbing Lapangan</w:t>
      </w:r>
    </w:p>
    <w:p w14:paraId="736663AF" w14:textId="77777777" w:rsidR="00621206" w:rsidRDefault="00AF52F1">
      <w:pPr>
        <w:spacing w:after="40"/>
      </w:pPr>
      <w:proofErr w:type="spellStart"/>
      <w:r>
        <w:rPr>
          <w:sz w:val="22"/>
        </w:rPr>
        <w:t>Catatan</w:t>
      </w:r>
      <w:proofErr w:type="spellEnd"/>
      <w:r>
        <w:rPr>
          <w:sz w:val="22"/>
        </w:rPr>
        <w:t>: ........................................................................................................................................................................................</w:t>
      </w:r>
    </w:p>
    <w:p w14:paraId="3A0B174D" w14:textId="77777777" w:rsidR="00621206" w:rsidRDefault="00AF52F1">
      <w:pPr>
        <w:spacing w:after="40"/>
      </w:pPr>
      <w:r>
        <w:rPr>
          <w:sz w:val="22"/>
        </w:rPr>
        <w:t>......................................................................................................................................................................................................</w:t>
      </w:r>
    </w:p>
    <w:p w14:paraId="5689C002" w14:textId="77777777" w:rsidR="00621206" w:rsidRDefault="00AF52F1">
      <w:pPr>
        <w:spacing w:after="40"/>
      </w:pPr>
      <w:r>
        <w:rPr>
          <w:sz w:val="22"/>
        </w:rPr>
        <w:t>......................................................................................................................................................................................................</w:t>
      </w:r>
    </w:p>
    <w:p w14:paraId="7D980129" w14:textId="77777777" w:rsidR="00621206" w:rsidRDefault="00AF52F1">
      <w:pPr>
        <w:spacing w:after="40"/>
      </w:pPr>
      <w:r>
        <w:rPr>
          <w:sz w:val="22"/>
        </w:rPr>
        <w:t>......................................................................................................................................................................................................</w:t>
      </w:r>
    </w:p>
    <w:p w14:paraId="4B718C70" w14:textId="77777777" w:rsidR="00621206" w:rsidRDefault="00621206"/>
    <w:p w14:paraId="5E2578FB" w14:textId="77777777" w:rsidR="005373A1" w:rsidRDefault="005373A1">
      <w:pPr>
        <w:rPr>
          <w:rFonts w:cstheme="majorBidi"/>
          <w:b/>
          <w:bCs/>
          <w:color w:val="1F4E79"/>
          <w:sz w:val="25"/>
          <w:szCs w:val="26"/>
        </w:rPr>
      </w:pPr>
      <w:r>
        <w:rPr>
          <w:color w:val="1F4E79"/>
          <w:sz w:val="25"/>
        </w:rPr>
        <w:br w:type="page"/>
      </w:r>
    </w:p>
    <w:p w14:paraId="5E9F1C49" w14:textId="77777777" w:rsidR="005373A1" w:rsidRDefault="005373A1" w:rsidP="005373A1">
      <w:pPr>
        <w:pStyle w:val="Heading2"/>
        <w:spacing w:before="160" w:after="80"/>
        <w:rPr>
          <w:rFonts w:ascii="Times New Roman" w:eastAsia="Times New Roman" w:hAnsi="Times New Roman"/>
          <w:color w:val="1F4E79"/>
          <w:sz w:val="25"/>
          <w:lang w:val="nb-NO"/>
        </w:rPr>
      </w:pPr>
      <w:r w:rsidRPr="00A126B4">
        <w:rPr>
          <w:rFonts w:ascii="Times New Roman" w:eastAsia="Times New Roman" w:hAnsi="Times New Roman"/>
          <w:color w:val="1F4E79"/>
          <w:sz w:val="25"/>
          <w:lang w:val="nb-NO"/>
        </w:rPr>
        <w:lastRenderedPageBreak/>
        <w:t>F. Lampiran Dokumentasi (Foto/Gambar/Form)</w:t>
      </w:r>
    </w:p>
    <w:p w14:paraId="3B24B6E8" w14:textId="3A55C1E9" w:rsidR="00CE3A24" w:rsidRPr="00CE3A24" w:rsidRDefault="00CE3A24" w:rsidP="00CE3A24">
      <w:pPr>
        <w:rPr>
          <w:lang w:val="nb-NO"/>
        </w:rPr>
      </w:pPr>
      <w:r>
        <w:rPr>
          <w:noProof/>
          <w:lang w:val="nb-NO"/>
        </w:rPr>
        <w:lastRenderedPageBreak/>
        <w:drawing>
          <wp:inline distT="0" distB="0" distL="0" distR="0" wp14:anchorId="296F0098" wp14:editId="7DA91B13">
            <wp:extent cx="5472430" cy="7296785"/>
            <wp:effectExtent l="0" t="0" r="0" b="0"/>
            <wp:docPr id="632102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102696" name="Picture 632102696"/>
                    <pic:cNvPicPr/>
                  </pic:nvPicPr>
                  <pic:blipFill>
                    <a:blip r:embed="rId8"/>
                    <a:stretch>
                      <a:fillRect/>
                    </a:stretch>
                  </pic:blipFill>
                  <pic:spPr>
                    <a:xfrm>
                      <a:off x="0" y="0"/>
                      <a:ext cx="5472430" cy="7296785"/>
                    </a:xfrm>
                    <a:prstGeom prst="rect">
                      <a:avLst/>
                    </a:prstGeom>
                  </pic:spPr>
                </pic:pic>
              </a:graphicData>
            </a:graphic>
          </wp:inline>
        </w:drawing>
      </w:r>
      <w:r>
        <w:rPr>
          <w:noProof/>
          <w:lang w:val="nb-NO"/>
        </w:rPr>
        <w:lastRenderedPageBreak/>
        <w:drawing>
          <wp:inline distT="0" distB="0" distL="0" distR="0" wp14:anchorId="06FCCB62" wp14:editId="5B80AB66">
            <wp:extent cx="5472430" cy="7296785"/>
            <wp:effectExtent l="0" t="0" r="0" b="0"/>
            <wp:docPr id="19653245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324541" name="Picture 1965324541"/>
                    <pic:cNvPicPr/>
                  </pic:nvPicPr>
                  <pic:blipFill>
                    <a:blip r:embed="rId9"/>
                    <a:stretch>
                      <a:fillRect/>
                    </a:stretch>
                  </pic:blipFill>
                  <pic:spPr>
                    <a:xfrm>
                      <a:off x="0" y="0"/>
                      <a:ext cx="5472430" cy="7296785"/>
                    </a:xfrm>
                    <a:prstGeom prst="rect">
                      <a:avLst/>
                    </a:prstGeom>
                  </pic:spPr>
                </pic:pic>
              </a:graphicData>
            </a:graphic>
          </wp:inline>
        </w:drawing>
      </w:r>
    </w:p>
    <w:p w14:paraId="6E7475F0" w14:textId="77777777" w:rsidR="00CE3A24" w:rsidRPr="00CE3A24" w:rsidRDefault="00CE3A24" w:rsidP="00CE3A24">
      <w:pPr>
        <w:rPr>
          <w:lang w:val="nb-NO"/>
        </w:rPr>
      </w:pPr>
    </w:p>
    <w:p w14:paraId="190CF3F7" w14:textId="77777777" w:rsidR="005373A1" w:rsidRPr="00A126B4" w:rsidRDefault="005373A1" w:rsidP="005373A1">
      <w:pPr>
        <w:pStyle w:val="Heading2"/>
        <w:spacing w:before="160" w:after="80"/>
        <w:rPr>
          <w:lang w:val="nb-NO"/>
        </w:rPr>
      </w:pPr>
      <w:r w:rsidRPr="00A126B4">
        <w:rPr>
          <w:lang w:val="nb-NO"/>
        </w:rPr>
        <w:t xml:space="preserve"> </w:t>
      </w:r>
    </w:p>
    <w:sectPr w:rsidR="005373A1" w:rsidRPr="00A126B4" w:rsidSect="00034616">
      <w:headerReference w:type="default" r:id="rId10"/>
      <w:footerReference w:type="default" r:id="rId11"/>
      <w:pgSz w:w="11906" w:h="16838"/>
      <w:pgMar w:top="1587" w:right="1474" w:bottom="1474" w:left="181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6A47A" w14:textId="77777777" w:rsidR="00031737" w:rsidRDefault="00031737">
      <w:pPr>
        <w:spacing w:after="0" w:line="240" w:lineRule="auto"/>
      </w:pPr>
      <w:r>
        <w:separator/>
      </w:r>
    </w:p>
  </w:endnote>
  <w:endnote w:type="continuationSeparator" w:id="0">
    <w:p w14:paraId="575D33A9" w14:textId="77777777" w:rsidR="00031737" w:rsidRDefault="00031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8DED4" w14:textId="224F760F" w:rsidR="00621206" w:rsidRPr="00A126B4" w:rsidRDefault="00621206">
    <w:pPr>
      <w:pStyle w:val="Footer"/>
      <w:jc w:val="center"/>
      <w:rPr>
        <w:lang w:val="nb-N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CA089" w14:textId="77777777" w:rsidR="00031737" w:rsidRDefault="00031737">
      <w:pPr>
        <w:spacing w:after="0" w:line="240" w:lineRule="auto"/>
      </w:pPr>
      <w:r>
        <w:separator/>
      </w:r>
    </w:p>
  </w:footnote>
  <w:footnote w:type="continuationSeparator" w:id="0">
    <w:p w14:paraId="2FA2A49C" w14:textId="77777777" w:rsidR="00031737" w:rsidRDefault="000317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56A3F" w14:textId="77777777" w:rsidR="00621206" w:rsidRPr="00A126B4" w:rsidRDefault="00AF52F1">
    <w:pPr>
      <w:pStyle w:val="Header"/>
      <w:jc w:val="right"/>
      <w:rPr>
        <w:lang w:val="nb-NO"/>
      </w:rPr>
    </w:pPr>
    <w:r w:rsidRPr="00A126B4">
      <w:rPr>
        <w:color w:val="595959"/>
        <w:sz w:val="18"/>
        <w:lang w:val="nb-NO"/>
      </w:rPr>
      <w:t>Laporan Kegiatan Bulanan Magang/PKL | FST-UIN SMH Banten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17326498">
    <w:abstractNumId w:val="8"/>
  </w:num>
  <w:num w:numId="2" w16cid:durableId="1720124666">
    <w:abstractNumId w:val="6"/>
  </w:num>
  <w:num w:numId="3" w16cid:durableId="435562514">
    <w:abstractNumId w:val="5"/>
  </w:num>
  <w:num w:numId="4" w16cid:durableId="182938386">
    <w:abstractNumId w:val="4"/>
  </w:num>
  <w:num w:numId="5" w16cid:durableId="1219777764">
    <w:abstractNumId w:val="7"/>
  </w:num>
  <w:num w:numId="6" w16cid:durableId="1912427591">
    <w:abstractNumId w:val="3"/>
  </w:num>
  <w:num w:numId="7" w16cid:durableId="1593779332">
    <w:abstractNumId w:val="2"/>
  </w:num>
  <w:num w:numId="8" w16cid:durableId="1767263296">
    <w:abstractNumId w:val="1"/>
  </w:num>
  <w:num w:numId="9" w16cid:durableId="858280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1737"/>
    <w:rsid w:val="00034616"/>
    <w:rsid w:val="0006063C"/>
    <w:rsid w:val="0015074B"/>
    <w:rsid w:val="00170692"/>
    <w:rsid w:val="0029639D"/>
    <w:rsid w:val="002F3053"/>
    <w:rsid w:val="00326F90"/>
    <w:rsid w:val="00426A92"/>
    <w:rsid w:val="005373A1"/>
    <w:rsid w:val="005B50C5"/>
    <w:rsid w:val="00621206"/>
    <w:rsid w:val="00A126B4"/>
    <w:rsid w:val="00A6066C"/>
    <w:rsid w:val="00AA1D8D"/>
    <w:rsid w:val="00AF52F1"/>
    <w:rsid w:val="00B1380E"/>
    <w:rsid w:val="00B23ECE"/>
    <w:rsid w:val="00B47730"/>
    <w:rsid w:val="00BE0AAA"/>
    <w:rsid w:val="00CB0664"/>
    <w:rsid w:val="00CE3A24"/>
    <w:rsid w:val="00DB0A6D"/>
    <w:rsid w:val="00F06CD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9F89FF"/>
  <w14:defaultImageDpi w14:val="300"/>
  <w15:docId w15:val="{76FCE725-A2E1-4AE7-BBDF-B8FAB90BF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D781F-46EA-45B8-BC93-57601DB1C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580</Words>
  <Characters>3310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3883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alfi muiz</cp:lastModifiedBy>
  <cp:revision>3</cp:revision>
  <dcterms:created xsi:type="dcterms:W3CDTF">2026-06-29T16:16:00Z</dcterms:created>
  <dcterms:modified xsi:type="dcterms:W3CDTF">2026-06-29T16:44:00Z</dcterms:modified>
</cp:coreProperties>
</file>