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A0EB" w14:textId="77777777" w:rsidR="00621206" w:rsidRDefault="00621206"/>
    <w:p w14:paraId="116A44EB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34E2B46D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78309741" w14:textId="77777777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III</w:t>
      </w:r>
      <w:r>
        <w:rPr>
          <w:b/>
          <w:sz w:val="28"/>
        </w:rPr>
        <w:br/>
        <w:t>MAGANG KERJA / PRAKTIK KERJA LAPANGAN (PKL)</w:t>
      </w:r>
    </w:p>
    <w:p w14:paraId="7B279AC3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691850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0FD67714" w14:textId="77777777" w:rsidR="00621206" w:rsidRDefault="00621206"/>
    <w:p w14:paraId="31A2EEB7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0EAC89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ACC203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9BDDA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9262F3" w14:textId="06CC756A" w:rsidR="00621206" w:rsidRDefault="00D73054">
            <w:proofErr w:type="spellStart"/>
            <w:r>
              <w:rPr>
                <w:sz w:val="22"/>
              </w:rPr>
              <w:t>Fakhori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Sabiqie</w:t>
            </w:r>
            <w:proofErr w:type="spellEnd"/>
            <w:r>
              <w:rPr>
                <w:sz w:val="22"/>
              </w:rPr>
              <w:t xml:space="preserve"> Iskandar</w:t>
            </w:r>
          </w:p>
        </w:tc>
      </w:tr>
      <w:tr w:rsidR="00621206" w14:paraId="72298E0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1EFBA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AA61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79F7F0" w14:textId="5440CB4B" w:rsidR="00621206" w:rsidRDefault="00D73054">
            <w:r>
              <w:rPr>
                <w:sz w:val="22"/>
              </w:rPr>
              <w:t>231730048</w:t>
            </w:r>
          </w:p>
        </w:tc>
      </w:tr>
      <w:tr w:rsidR="00621206" w14:paraId="5933924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3B56B9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AD47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36C516" w14:textId="3B7DA089" w:rsidR="00621206" w:rsidRDefault="00D73054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5CA1B98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7F1A2A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1B807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1C52CF" w14:textId="0CD8FF1B" w:rsidR="00621206" w:rsidRDefault="00D73054">
            <w:r>
              <w:rPr>
                <w:sz w:val="22"/>
              </w:rPr>
              <w:t xml:space="preserve">Sains Dan </w:t>
            </w:r>
            <w:proofErr w:type="spellStart"/>
            <w:r>
              <w:rPr>
                <w:sz w:val="22"/>
              </w:rPr>
              <w:t>teknologi</w:t>
            </w:r>
            <w:proofErr w:type="spellEnd"/>
          </w:p>
        </w:tc>
      </w:tr>
      <w:tr w:rsidR="00621206" w14:paraId="13CB6B0B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5719DA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87A7A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384568" w14:textId="6C7F4220" w:rsidR="00621206" w:rsidRDefault="00D73054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banten</w:t>
            </w:r>
            <w:proofErr w:type="spellEnd"/>
          </w:p>
        </w:tc>
      </w:tr>
      <w:tr w:rsidR="00621206" w14:paraId="00A8DF1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D64AAD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FBCC34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D5BC61" w14:textId="4BFC92A4" w:rsidR="00621206" w:rsidRDefault="00B22C88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</w:t>
            </w:r>
            <w:proofErr w:type="spellStart"/>
            <w:r>
              <w:rPr>
                <w:sz w:val="22"/>
              </w:rPr>
              <w:t>s.d.</w:t>
            </w:r>
            <w:proofErr w:type="spellEnd"/>
            <w:r>
              <w:rPr>
                <w:sz w:val="22"/>
              </w:rPr>
              <w:t xml:space="preserve"> 22 </w:t>
            </w:r>
            <w:proofErr w:type="spellStart"/>
            <w:r>
              <w:rPr>
                <w:sz w:val="22"/>
              </w:rPr>
              <w:t>juni</w:t>
            </w:r>
            <w:proofErr w:type="spellEnd"/>
            <w:r>
              <w:rPr>
                <w:sz w:val="22"/>
              </w:rPr>
              <w:t xml:space="preserve"> 2026</w:t>
            </w:r>
          </w:p>
        </w:tc>
      </w:tr>
      <w:tr w:rsidR="00621206" w14:paraId="6F6F59C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83F10A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C2EB7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D1246E" w14:textId="6E18084E" w:rsidR="00621206" w:rsidRDefault="00B22C88">
            <w:r>
              <w:t xml:space="preserve">Dr. Aan </w:t>
            </w:r>
            <w:proofErr w:type="spellStart"/>
            <w:r>
              <w:t>Ansori</w:t>
            </w:r>
            <w:proofErr w:type="spellEnd"/>
            <w:r>
              <w:t xml:space="preserve">, M.M., </w:t>
            </w:r>
            <w:proofErr w:type="spellStart"/>
            <w:proofErr w:type="gramStart"/>
            <w:r>
              <w:t>M.Kom</w:t>
            </w:r>
            <w:proofErr w:type="spellEnd"/>
            <w:proofErr w:type="gramEnd"/>
          </w:p>
        </w:tc>
      </w:tr>
      <w:tr w:rsidR="00621206" w14:paraId="3B87211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D38AD3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81733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2E6937" w14:textId="2787785E" w:rsidR="00621206" w:rsidRDefault="00B22C88">
            <w:r>
              <w:t>Dino Pramono</w:t>
            </w:r>
          </w:p>
        </w:tc>
      </w:tr>
    </w:tbl>
    <w:p w14:paraId="4A0D85D0" w14:textId="77777777" w:rsidR="00621206" w:rsidRDefault="00621206"/>
    <w:p w14:paraId="03D34C37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>
        <w:rPr>
          <w:b/>
        </w:rPr>
        <w:br/>
        <w:t>2026</w:t>
      </w:r>
    </w:p>
    <w:p w14:paraId="5C1F90AD" w14:textId="77777777" w:rsidR="00621206" w:rsidRDefault="00AF52F1">
      <w:r>
        <w:br w:type="page"/>
      </w:r>
    </w:p>
    <w:p w14:paraId="41FE2D9D" w14:textId="77777777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KE-3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5627134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28C809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8EDF9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250B17" w14:textId="77777777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>
              <w:rPr>
                <w:sz w:val="22"/>
              </w:rPr>
              <w:t>Ketiga</w:t>
            </w:r>
            <w:proofErr w:type="spellEnd"/>
          </w:p>
        </w:tc>
      </w:tr>
      <w:tr w:rsidR="00621206" w14:paraId="2436374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1C2F50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4FEEB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D850C4F" w14:textId="77777777" w:rsidR="00621206" w:rsidRDefault="00AF52F1">
            <w:r>
              <w:rPr>
                <w:sz w:val="22"/>
              </w:rPr>
              <w:t xml:space="preserve">Dinas </w:t>
            </w:r>
            <w:proofErr w:type="spellStart"/>
            <w:r>
              <w:rPr>
                <w:sz w:val="22"/>
              </w:rPr>
              <w:t>Komunikasi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Informatika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7B2BE9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F2522A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46ECC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F647C3" w14:textId="77777777" w:rsidR="00621206" w:rsidRDefault="00AF52F1">
            <w:proofErr w:type="spellStart"/>
            <w:r>
              <w:rPr>
                <w:sz w:val="22"/>
              </w:rPr>
              <w:t>Perancangan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high-fidelity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login, register, dashboard </w:t>
            </w:r>
            <w:proofErr w:type="spellStart"/>
            <w:r>
              <w:rPr>
                <w:sz w:val="22"/>
              </w:rPr>
              <w:t>pendaftar</w:t>
            </w:r>
            <w:proofErr w:type="spellEnd"/>
            <w:r>
              <w:rPr>
                <w:sz w:val="22"/>
              </w:rPr>
              <w:t xml:space="preserve">, form </w:t>
            </w:r>
            <w:proofErr w:type="spellStart"/>
            <w:r>
              <w:rPr>
                <w:sz w:val="22"/>
              </w:rPr>
              <w:t>pendaftaran</w:t>
            </w:r>
            <w:proofErr w:type="spellEnd"/>
            <w:r>
              <w:rPr>
                <w:sz w:val="22"/>
              </w:rPr>
              <w:t xml:space="preserve">, dan dashboard admin, </w:t>
            </w:r>
            <w:proofErr w:type="spellStart"/>
            <w:r>
              <w:rPr>
                <w:sz w:val="22"/>
              </w:rPr>
              <w:t>serta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pembuatan</w:t>
            </w:r>
            <w:proofErr w:type="spellEnd"/>
            <w:r>
              <w:rPr>
                <w:sz w:val="22"/>
              </w:rPr>
              <w:t xml:space="preserve"> prototype </w:t>
            </w:r>
            <w:proofErr w:type="spellStart"/>
            <w:r>
              <w:rPr>
                <w:sz w:val="22"/>
              </w:rPr>
              <w:t>interaktif</w:t>
            </w:r>
            <w:proofErr w:type="spellEnd"/>
            <w:r>
              <w:rPr>
                <w:sz w:val="22"/>
              </w:rPr>
              <w:t xml:space="preserve"> di Figma</w:t>
            </w:r>
          </w:p>
        </w:tc>
      </w:tr>
      <w:tr w:rsidR="00621206" w14:paraId="58C4D6C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B8B8CD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967CB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3C70EB" w14:textId="77777777" w:rsidR="00621206" w:rsidRDefault="00AF52F1">
            <w:proofErr w:type="spellStart"/>
            <w:r>
              <w:rPr>
                <w:sz w:val="22"/>
              </w:rPr>
              <w:t>Dapat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disesuaikan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tanggal</w:t>
            </w:r>
            <w:proofErr w:type="spellEnd"/>
            <w:r>
              <w:rPr>
                <w:sz w:val="22"/>
              </w:rPr>
              <w:t xml:space="preserve">, unit </w:t>
            </w:r>
            <w:proofErr w:type="spellStart"/>
            <w:r>
              <w:rPr>
                <w:sz w:val="22"/>
              </w:rPr>
              <w:t>kerja</w:t>
            </w:r>
            <w:proofErr w:type="spellEnd"/>
            <w:r>
              <w:rPr>
                <w:sz w:val="22"/>
              </w:rPr>
              <w:t xml:space="preserve">, dan </w:t>
            </w:r>
            <w:proofErr w:type="spellStart"/>
            <w:r>
              <w:rPr>
                <w:sz w:val="22"/>
              </w:rPr>
              <w:t>arahan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</w:p>
        </w:tc>
      </w:tr>
    </w:tbl>
    <w:p w14:paraId="1270E11F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0F791EA8" w14:textId="77777777" w:rsidR="00621206" w:rsidRDefault="00AF52F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high-fidelity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pendaftar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admin,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prototype </w:t>
      </w:r>
      <w:proofErr w:type="spellStart"/>
      <w:r>
        <w:t>interaktif</w:t>
      </w:r>
      <w:proofErr w:type="spellEnd"/>
      <w:r>
        <w:t xml:space="preserve"> di Figma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mensimulasikan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(coding).</w:t>
      </w:r>
    </w:p>
    <w:p w14:paraId="3499D5F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2E260A1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CB16043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6986D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5CD235E8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76AFAD9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3DA4BB6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5DAAC3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86CBA3B" w14:textId="77777777" w:rsidR="00621206" w:rsidRDefault="00AF52F1">
            <w:r>
              <w:rPr>
                <w:sz w:val="20"/>
              </w:rPr>
              <w:t>Desain high-fidelity login, register, dashboard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31368A" w14:textId="77777777" w:rsidR="00621206" w:rsidRDefault="00AF52F1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high-fidelity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login, register, dan dashboard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komponen</w:t>
            </w:r>
            <w:proofErr w:type="spellEnd"/>
            <w:r>
              <w:rPr>
                <w:sz w:val="20"/>
              </w:rPr>
              <w:t xml:space="preserve"> design system yang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sebelumnya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105FC16" w14:textId="77777777" w:rsidR="00621206" w:rsidRDefault="00AF52F1">
            <w:r>
              <w:rPr>
                <w:sz w:val="20"/>
              </w:rPr>
              <w:t xml:space="preserve">Mockup high-fidelity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login, register, dan dashboard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769AE11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3B6F97F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D8E601E" w14:textId="77777777" w:rsidR="00621206" w:rsidRDefault="00AF52F1">
            <w:r>
              <w:rPr>
                <w:sz w:val="20"/>
              </w:rPr>
              <w:t xml:space="preserve">Desain high-fidelity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A0A36C9" w14:textId="77777777" w:rsidR="00621206" w:rsidRDefault="00AF52F1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high-fidelity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(data </w:t>
            </w:r>
            <w:proofErr w:type="spellStart"/>
            <w:r>
              <w:rPr>
                <w:sz w:val="20"/>
              </w:rPr>
              <w:t>diri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unggah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dokumen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riwayat</w:t>
            </w:r>
            <w:proofErr w:type="spellEnd"/>
            <w:r>
              <w:rPr>
                <w:sz w:val="20"/>
              </w:rPr>
              <w:t xml:space="preserve"> status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4E4BFB2" w14:textId="77777777" w:rsidR="00621206" w:rsidRDefault="00AF52F1">
            <w:r>
              <w:rPr>
                <w:sz w:val="20"/>
              </w:rPr>
              <w:t xml:space="preserve">Mockup high-fidelity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status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3ECA3851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EBADA0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14ACC8E" w14:textId="77777777" w:rsidR="00621206" w:rsidRDefault="00AF52F1">
            <w:r>
              <w:rPr>
                <w:sz w:val="20"/>
              </w:rPr>
              <w:t xml:space="preserve">Desain dashboard admin </w:t>
            </w:r>
            <w:proofErr w:type="spellStart"/>
            <w:r>
              <w:rPr>
                <w:sz w:val="20"/>
              </w:rPr>
              <w:t>pengelolaan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963C27" w14:textId="77777777" w:rsidR="00621206" w:rsidRDefault="00AF52F1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dashboard admin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pengelolaan</w:t>
            </w:r>
            <w:proofErr w:type="spellEnd"/>
            <w:r>
              <w:rPr>
                <w:sz w:val="20"/>
              </w:rPr>
              <w:t xml:space="preserve"> data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termasuk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tabel</w:t>
            </w:r>
            <w:proofErr w:type="spellEnd"/>
            <w:r>
              <w:rPr>
                <w:sz w:val="20"/>
              </w:rPr>
              <w:t xml:space="preserve"> daftar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fitur</w:t>
            </w:r>
            <w:proofErr w:type="spellEnd"/>
            <w:r>
              <w:rPr>
                <w:sz w:val="20"/>
              </w:rPr>
              <w:t xml:space="preserve"> filter, dan detail </w:t>
            </w:r>
            <w:proofErr w:type="spellStart"/>
            <w:r>
              <w:rPr>
                <w:sz w:val="20"/>
              </w:rPr>
              <w:t>verifikasi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berkas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E7278" w14:textId="77777777" w:rsidR="00621206" w:rsidRDefault="00AF52F1">
            <w:r>
              <w:rPr>
                <w:sz w:val="20"/>
              </w:rPr>
              <w:t xml:space="preserve">Mockup high-fidelity dashboard admin </w:t>
            </w:r>
            <w:proofErr w:type="spellStart"/>
            <w:r>
              <w:rPr>
                <w:sz w:val="20"/>
              </w:rPr>
              <w:t>pengelolaan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503A326F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EDF434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625026B" w14:textId="77777777" w:rsidR="00621206" w:rsidRDefault="00AF52F1">
            <w:proofErr w:type="spellStart"/>
            <w:r>
              <w:rPr>
                <w:sz w:val="20"/>
              </w:rPr>
              <w:t>Pembuatan</w:t>
            </w:r>
            <w:proofErr w:type="spellEnd"/>
            <w:r>
              <w:rPr>
                <w:sz w:val="20"/>
              </w:rPr>
              <w:t xml:space="preserve"> prototype </w:t>
            </w:r>
            <w:proofErr w:type="spellStart"/>
            <w:r>
              <w:rPr>
                <w:sz w:val="20"/>
              </w:rPr>
              <w:t>interaktif</w:t>
            </w:r>
            <w:proofErr w:type="spellEnd"/>
            <w:r>
              <w:rPr>
                <w:sz w:val="20"/>
              </w:rPr>
              <w:t xml:space="preserve"> di Figma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4DA6DA7" w14:textId="77777777" w:rsidR="00621206" w:rsidRDefault="00AF52F1">
            <w:r>
              <w:rPr>
                <w:sz w:val="20"/>
              </w:rPr>
              <w:t xml:space="preserve">Membuat prototype </w:t>
            </w:r>
            <w:proofErr w:type="spellStart"/>
            <w:r>
              <w:rPr>
                <w:sz w:val="20"/>
              </w:rPr>
              <w:t>interaktif</w:t>
            </w:r>
            <w:proofErr w:type="spellEnd"/>
            <w:r>
              <w:rPr>
                <w:sz w:val="20"/>
              </w:rPr>
              <w:t xml:space="preserve"> di Figma yang </w:t>
            </w:r>
            <w:proofErr w:type="spellStart"/>
            <w:r>
              <w:rPr>
                <w:sz w:val="20"/>
              </w:rPr>
              <w:t>menghubungkan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seluruh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didesain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sehingga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disimulasikan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D9501" w14:textId="77777777" w:rsidR="00621206" w:rsidRDefault="00AF52F1">
            <w:r>
              <w:rPr>
                <w:sz w:val="20"/>
              </w:rPr>
              <w:t xml:space="preserve">Prototype </w:t>
            </w:r>
            <w:proofErr w:type="spellStart"/>
            <w:r>
              <w:rPr>
                <w:sz w:val="20"/>
              </w:rPr>
              <w:t>interaktif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online.</w:t>
            </w:r>
          </w:p>
        </w:tc>
      </w:tr>
    </w:tbl>
    <w:p w14:paraId="63ADBBD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1B0B258F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high-fidelity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halaman-halaman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online.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high-fidelity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login, register, dan dashboard </w:t>
      </w:r>
      <w:proofErr w:type="spellStart"/>
      <w:r>
        <w:lastRenderedPageBreak/>
        <w:t>pendaftar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design system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>.</w:t>
      </w:r>
    </w:p>
    <w:p w14:paraId="15AC9041" w14:textId="77777777" w:rsidR="00621206" w:rsidRDefault="00AF52F1">
      <w:pPr>
        <w:spacing w:after="120"/>
        <w:ind w:firstLine="709"/>
        <w:jc w:val="both"/>
      </w:pPr>
      <w:proofErr w:type="spellStart"/>
      <w:r>
        <w:t>Selanjutnya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high-fidelity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form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data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unggah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 status </w:t>
      </w:r>
      <w:proofErr w:type="spellStart"/>
      <w:r>
        <w:t>pendaftaran</w:t>
      </w:r>
      <w:proofErr w:type="spellEnd"/>
      <w:r>
        <w:t xml:space="preserve">. Karena form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field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, form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step (multi-step form)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oleh </w:t>
      </w:r>
      <w:proofErr w:type="spellStart"/>
      <w:r>
        <w:t>pendaftar</w:t>
      </w:r>
      <w:proofErr w:type="spellEnd"/>
      <w:r>
        <w:t>.</w:t>
      </w:r>
    </w:p>
    <w:p w14:paraId="1826D506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minggu-minggu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dashboard admin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data </w:t>
      </w:r>
      <w:proofErr w:type="spellStart"/>
      <w:r>
        <w:t>pendaftar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daftar </w:t>
      </w:r>
      <w:proofErr w:type="spellStart"/>
      <w:r>
        <w:t>pendaftar</w:t>
      </w:r>
      <w:proofErr w:type="spellEnd"/>
      <w:r>
        <w:t xml:space="preserve">, </w:t>
      </w:r>
      <w:proofErr w:type="spellStart"/>
      <w:r>
        <w:t>fitur</w:t>
      </w:r>
      <w:proofErr w:type="spellEnd"/>
      <w:r>
        <w:t xml:space="preserve"> filter, dan detail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prototype </w:t>
      </w:r>
      <w:proofErr w:type="spellStart"/>
      <w:r>
        <w:t>interaktif</w:t>
      </w:r>
      <w:proofErr w:type="spellEnd"/>
      <w:r>
        <w:t xml:space="preserve"> di Figma yang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didesain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disimulasikan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(coding).</w:t>
      </w:r>
    </w:p>
    <w:p w14:paraId="24C6FEA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927FBA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012329DA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3D094EFC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6B93141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DED2BDF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B908CB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menghasilkan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high-fidelity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login, register, dashboard </w:t>
            </w:r>
            <w:proofErr w:type="spellStart"/>
            <w:r>
              <w:rPr>
                <w:sz w:val="21"/>
              </w:rPr>
              <w:t>pendaftar</w:t>
            </w:r>
            <w:proofErr w:type="spellEnd"/>
            <w:r>
              <w:rPr>
                <w:sz w:val="21"/>
              </w:rPr>
              <w:t xml:space="preserve">, form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multi-step,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status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, dan dashboard admin,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prototype </w:t>
            </w:r>
            <w:proofErr w:type="spellStart"/>
            <w:r>
              <w:rPr>
                <w:sz w:val="21"/>
              </w:rPr>
              <w:t>interaktif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menghubungkan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seluruh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tersebut</w:t>
            </w:r>
            <w:proofErr w:type="spellEnd"/>
            <w:r>
              <w:rPr>
                <w:sz w:val="21"/>
              </w:rPr>
              <w:t xml:space="preserve"> di Figma.</w:t>
            </w:r>
          </w:p>
        </w:tc>
      </w:tr>
      <w:tr w:rsidR="00621206" w14:paraId="24F78A5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775124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7072F8" w14:textId="77777777" w:rsidR="00621206" w:rsidRDefault="00AF52F1">
            <w:r>
              <w:rPr>
                <w:sz w:val="21"/>
              </w:rPr>
              <w:t xml:space="preserve">Form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memiliki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banyak</w:t>
            </w:r>
            <w:proofErr w:type="spellEnd"/>
            <w:r>
              <w:rPr>
                <w:sz w:val="21"/>
              </w:rPr>
              <w:t xml:space="preserve"> field </w:t>
            </w:r>
            <w:proofErr w:type="spellStart"/>
            <w:r>
              <w:rPr>
                <w:sz w:val="21"/>
              </w:rPr>
              <w:t>sehingga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tampilan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terlihat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penuh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kurang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nyaman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dibaca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apabila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ditampilkan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dalam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satu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penuh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6B69A9E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2AAA2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AD8D4D3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membagi</w:t>
            </w:r>
            <w:proofErr w:type="spellEnd"/>
            <w:r>
              <w:rPr>
                <w:sz w:val="21"/>
              </w:rPr>
              <w:t xml:space="preserve"> form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menjadi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beberapa</w:t>
            </w:r>
            <w:proofErr w:type="spellEnd"/>
            <w:r>
              <w:rPr>
                <w:sz w:val="21"/>
              </w:rPr>
              <w:t xml:space="preserve"> step (multi-step form) agar </w:t>
            </w:r>
            <w:proofErr w:type="spellStart"/>
            <w:r>
              <w:rPr>
                <w:sz w:val="21"/>
              </w:rPr>
              <w:t>tampilan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lebih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rapi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ringkas</w:t>
            </w:r>
            <w:proofErr w:type="spellEnd"/>
            <w:r>
              <w:rPr>
                <w:sz w:val="21"/>
              </w:rPr>
              <w:t xml:space="preserve">, dan </w:t>
            </w:r>
            <w:proofErr w:type="spellStart"/>
            <w:r>
              <w:rPr>
                <w:sz w:val="21"/>
              </w:rPr>
              <w:t>mudah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diisi</w:t>
            </w:r>
            <w:proofErr w:type="spellEnd"/>
            <w:r>
              <w:rPr>
                <w:sz w:val="21"/>
              </w:rPr>
              <w:t xml:space="preserve"> oleh </w:t>
            </w:r>
            <w:proofErr w:type="spellStart"/>
            <w:r>
              <w:rPr>
                <w:sz w:val="21"/>
              </w:rPr>
              <w:t>pendaftar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19483EB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FA7B126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F43DB7D" w14:textId="77777777" w:rsidR="00621206" w:rsidRDefault="00AF52F1">
            <w:proofErr w:type="spellStart"/>
            <w:r>
              <w:rPr>
                <w:sz w:val="21"/>
              </w:rPr>
              <w:t>Perancangan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 high-fidelity, </w:t>
            </w:r>
            <w:proofErr w:type="spellStart"/>
            <w:r>
              <w:rPr>
                <w:sz w:val="21"/>
              </w:rPr>
              <w:t>penerapan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konsistensi</w:t>
            </w:r>
            <w:proofErr w:type="spellEnd"/>
            <w:r>
              <w:rPr>
                <w:sz w:val="21"/>
              </w:rPr>
              <w:t xml:space="preserve"> design system, </w:t>
            </w:r>
            <w:proofErr w:type="spellStart"/>
            <w:r>
              <w:rPr>
                <w:sz w:val="21"/>
              </w:rPr>
              <w:t>perancangan</w:t>
            </w:r>
            <w:proofErr w:type="spellEnd"/>
            <w:r>
              <w:rPr>
                <w:sz w:val="21"/>
              </w:rPr>
              <w:t xml:space="preserve"> form multi-step,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pembuatan</w:t>
            </w:r>
            <w:proofErr w:type="spellEnd"/>
            <w:r>
              <w:rPr>
                <w:sz w:val="21"/>
              </w:rPr>
              <w:t xml:space="preserve"> prototype </w:t>
            </w:r>
            <w:proofErr w:type="spellStart"/>
            <w:r>
              <w:rPr>
                <w:sz w:val="21"/>
              </w:rPr>
              <w:t>interaktif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simulasi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alur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penggunaan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>.</w:t>
            </w:r>
          </w:p>
        </w:tc>
      </w:tr>
    </w:tbl>
    <w:p w14:paraId="039A2F46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D14468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1DE2886E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1698A03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846C63A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E2F890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0A858AA" w14:textId="77777777" w:rsidR="00621206" w:rsidRDefault="00621206"/>
    <w:p w14:paraId="255E2F0D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lastRenderedPageBreak/>
        <w:br w:type="page"/>
      </w:r>
    </w:p>
    <w:p w14:paraId="293FCF87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100944AA" w14:textId="1E956DA1" w:rsidR="005373A1" w:rsidRDefault="005373A1" w:rsidP="001A7985">
      <w:pPr>
        <w:pStyle w:val="Heading2"/>
        <w:spacing w:before="160" w:after="80"/>
        <w:rPr>
          <w:noProof/>
        </w:rPr>
      </w:pPr>
      <w:r>
        <w:t xml:space="preserve"> </w:t>
      </w:r>
      <w:r w:rsidR="001A7985">
        <w:rPr>
          <w:noProof/>
        </w:rPr>
        <w:drawing>
          <wp:inline distT="0" distB="0" distL="0" distR="0" wp14:anchorId="58B88D3B" wp14:editId="1B4CE8E4">
            <wp:extent cx="1819972" cy="2417197"/>
            <wp:effectExtent l="0" t="0" r="8890" b="2540"/>
            <wp:docPr id="396251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5142" name="Picture 396251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2147" cy="243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985">
        <w:rPr>
          <w:noProof/>
        </w:rPr>
        <w:drawing>
          <wp:inline distT="0" distB="0" distL="0" distR="0" wp14:anchorId="4DB8AA88" wp14:editId="3E3D123E">
            <wp:extent cx="1818809" cy="2425148"/>
            <wp:effectExtent l="0" t="0" r="0" b="0"/>
            <wp:docPr id="2047389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89790" name="Picture 204738979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769" cy="245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985">
        <w:rPr>
          <w:noProof/>
        </w:rPr>
        <w:drawing>
          <wp:inline distT="0" distB="0" distL="0" distR="0" wp14:anchorId="659B8C95" wp14:editId="0DE3F0DF">
            <wp:extent cx="1780298" cy="2412972"/>
            <wp:effectExtent l="0" t="0" r="0" b="6985"/>
            <wp:docPr id="8535910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91043" name="Picture 8535910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0394" cy="246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3D48E" w14:textId="77777777" w:rsidR="001A7985" w:rsidRPr="001A7985" w:rsidRDefault="001A7985" w:rsidP="001A7985"/>
    <w:p w14:paraId="3FD4AE0B" w14:textId="5D25BB61" w:rsidR="001A7985" w:rsidRPr="001A7985" w:rsidRDefault="001A7985" w:rsidP="001A7985">
      <w:pPr>
        <w:tabs>
          <w:tab w:val="left" w:pos="5422"/>
        </w:tabs>
      </w:pPr>
      <w:r>
        <w:tab/>
      </w:r>
    </w:p>
    <w:sectPr w:rsidR="001A7985" w:rsidRPr="001A7985" w:rsidSect="00034616">
      <w:headerReference w:type="default" r:id="rId11"/>
      <w:footerReference w:type="default" r:id="rId12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34CF" w14:textId="77777777" w:rsidR="002F769D" w:rsidRDefault="002F769D">
      <w:pPr>
        <w:spacing w:after="0" w:line="240" w:lineRule="auto"/>
      </w:pPr>
      <w:r>
        <w:separator/>
      </w:r>
    </w:p>
  </w:endnote>
  <w:endnote w:type="continuationSeparator" w:id="0">
    <w:p w14:paraId="65BA89BA" w14:textId="77777777" w:rsidR="002F769D" w:rsidRDefault="002F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0585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0E711" w14:textId="77777777" w:rsidR="002F769D" w:rsidRDefault="002F769D">
      <w:pPr>
        <w:spacing w:after="0" w:line="240" w:lineRule="auto"/>
      </w:pPr>
      <w:r>
        <w:separator/>
      </w:r>
    </w:p>
  </w:footnote>
  <w:footnote w:type="continuationSeparator" w:id="0">
    <w:p w14:paraId="7EB35589" w14:textId="77777777" w:rsidR="002F769D" w:rsidRDefault="002F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30A2" w14:textId="77777777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592798">
    <w:abstractNumId w:val="8"/>
  </w:num>
  <w:num w:numId="2" w16cid:durableId="328752068">
    <w:abstractNumId w:val="6"/>
  </w:num>
  <w:num w:numId="3" w16cid:durableId="1367291034">
    <w:abstractNumId w:val="5"/>
  </w:num>
  <w:num w:numId="4" w16cid:durableId="687412893">
    <w:abstractNumId w:val="4"/>
  </w:num>
  <w:num w:numId="5" w16cid:durableId="1897005327">
    <w:abstractNumId w:val="7"/>
  </w:num>
  <w:num w:numId="6" w16cid:durableId="516702501">
    <w:abstractNumId w:val="3"/>
  </w:num>
  <w:num w:numId="7" w16cid:durableId="1883325941">
    <w:abstractNumId w:val="2"/>
  </w:num>
  <w:num w:numId="8" w16cid:durableId="275454034">
    <w:abstractNumId w:val="1"/>
  </w:num>
  <w:num w:numId="9" w16cid:durableId="10227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A70"/>
    <w:rsid w:val="0015074B"/>
    <w:rsid w:val="001A7985"/>
    <w:rsid w:val="0029639D"/>
    <w:rsid w:val="002F769D"/>
    <w:rsid w:val="00326F90"/>
    <w:rsid w:val="005373A1"/>
    <w:rsid w:val="00621206"/>
    <w:rsid w:val="006872F9"/>
    <w:rsid w:val="00762A7E"/>
    <w:rsid w:val="009D7322"/>
    <w:rsid w:val="00AA1D8D"/>
    <w:rsid w:val="00AF52F1"/>
    <w:rsid w:val="00B22C88"/>
    <w:rsid w:val="00B47730"/>
    <w:rsid w:val="00BE0AAA"/>
    <w:rsid w:val="00CB0664"/>
    <w:rsid w:val="00D73054"/>
    <w:rsid w:val="00F16E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82C6C"/>
  <w14:defaultImageDpi w14:val="300"/>
  <w15:docId w15:val="{34A9EC47-882C-4910-B18C-F5E3238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cimol sibotakk</cp:lastModifiedBy>
  <cp:revision>6</cp:revision>
  <dcterms:created xsi:type="dcterms:W3CDTF">2026-06-27T11:13:00Z</dcterms:created>
  <dcterms:modified xsi:type="dcterms:W3CDTF">2026-06-29T12:23:00Z</dcterms:modified>
</cp:coreProperties>
</file>