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F763" w14:textId="77777777" w:rsidR="00621206" w:rsidRDefault="00621206"/>
    <w:p w14:paraId="35E774B2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0B74A171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14621830" w14:textId="4EDFB248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PERIODE BULAN </w:t>
      </w:r>
      <w:r w:rsidR="003E0B8D">
        <w:rPr>
          <w:b/>
          <w:sz w:val="28"/>
        </w:rPr>
        <w:t>V</w:t>
      </w:r>
      <w:r w:rsidR="00B55FE7">
        <w:rPr>
          <w:b/>
          <w:sz w:val="28"/>
        </w:rPr>
        <w:t>I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12469C64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EA6F96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71C79D5D" w14:textId="77777777" w:rsidR="00621206" w:rsidRDefault="00621206"/>
    <w:p w14:paraId="11ECEAC1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0905D85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F6AC3B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3A1D2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DA3E8" w14:textId="07A672AD" w:rsidR="00621206" w:rsidRDefault="00792EDB">
            <w:r>
              <w:rPr>
                <w:sz w:val="22"/>
              </w:rPr>
              <w:t>Maydi Safikri</w:t>
            </w:r>
          </w:p>
        </w:tc>
      </w:tr>
      <w:tr w:rsidR="00621206" w14:paraId="0F3AF2E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49725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B58E8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C2915ED" w14:textId="220FB08D" w:rsidR="00621206" w:rsidRDefault="00792EDB">
            <w:r>
              <w:rPr>
                <w:sz w:val="22"/>
              </w:rPr>
              <w:t>231730032</w:t>
            </w:r>
          </w:p>
        </w:tc>
      </w:tr>
      <w:tr w:rsidR="00621206" w14:paraId="76E98E3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8443AE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254EE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5145A5" w14:textId="03DADD15" w:rsidR="00621206" w:rsidRDefault="00792EDB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168C5DA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022541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5C14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9A466C" w14:textId="668685D2" w:rsidR="00621206" w:rsidRDefault="00792EDB">
            <w:r>
              <w:rPr>
                <w:sz w:val="22"/>
              </w:rPr>
              <w:t>Sains</w:t>
            </w:r>
          </w:p>
        </w:tc>
      </w:tr>
      <w:tr w:rsidR="00621206" w14:paraId="1905767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F2716B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F5E45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466E62" w14:textId="102203F6" w:rsidR="00621206" w:rsidRDefault="00792EDB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6752E82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9DF33F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8966B8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366879" w14:textId="1E95D703" w:rsidR="00621206" w:rsidRDefault="00792EDB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– 14 Juli 2026</w:t>
            </w:r>
          </w:p>
        </w:tc>
      </w:tr>
      <w:tr w:rsidR="00621206" w14:paraId="1ADEB5DE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A1CC07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1D25E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43BE0D" w14:textId="4E9CF1BD" w:rsidR="00621206" w:rsidRDefault="00792EDB">
            <w:r w:rsidRPr="00C37196">
              <w:t xml:space="preserve">Dr. Aan </w:t>
            </w:r>
            <w:proofErr w:type="spellStart"/>
            <w:r w:rsidRPr="00C37196">
              <w:t>Ansori</w:t>
            </w:r>
            <w:proofErr w:type="spellEnd"/>
            <w:r w:rsidRPr="00C37196">
              <w:t xml:space="preserve">, </w:t>
            </w:r>
            <w:proofErr w:type="spellStart"/>
            <w:proofErr w:type="gramStart"/>
            <w:r w:rsidRPr="00C37196">
              <w:t>S.Kom</w:t>
            </w:r>
            <w:proofErr w:type="spellEnd"/>
            <w:proofErr w:type="gramEnd"/>
            <w:r w:rsidRPr="00C37196">
              <w:t xml:space="preserve">., M.M., </w:t>
            </w:r>
            <w:proofErr w:type="spellStart"/>
            <w:proofErr w:type="gramStart"/>
            <w:r w:rsidRPr="00C37196">
              <w:t>M.Kom</w:t>
            </w:r>
            <w:proofErr w:type="spellEnd"/>
            <w:proofErr w:type="gramEnd"/>
          </w:p>
        </w:tc>
      </w:tr>
      <w:tr w:rsidR="00621206" w14:paraId="6659AFA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F3C184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53C3D0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8BDAE7" w14:textId="227B1A1A" w:rsidR="00621206" w:rsidRDefault="00792EDB">
            <w:r>
              <w:rPr>
                <w:sz w:val="22"/>
              </w:rPr>
              <w:t>Dino Pramono</w:t>
            </w:r>
          </w:p>
        </w:tc>
      </w:tr>
    </w:tbl>
    <w:p w14:paraId="19B55EEF" w14:textId="77777777" w:rsidR="00621206" w:rsidRDefault="00621206"/>
    <w:p w14:paraId="5E07BD8E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 w:rsidR="00AF52F1">
        <w:rPr>
          <w:b/>
        </w:rPr>
        <w:br/>
        <w:t>2026</w:t>
      </w:r>
    </w:p>
    <w:p w14:paraId="69FFDC68" w14:textId="77777777" w:rsidR="00621206" w:rsidRDefault="00AF52F1">
      <w:r>
        <w:br w:type="page"/>
      </w:r>
    </w:p>
    <w:p w14:paraId="17B76A3C" w14:textId="560DF806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</w:t>
      </w:r>
      <w:r w:rsidR="00B55FE7">
        <w:rPr>
          <w:rFonts w:ascii="Times New Roman" w:eastAsia="Times New Roman" w:hAnsi="Times New Roman"/>
          <w:color w:val="1F4E79"/>
        </w:rPr>
        <w:t>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AC7217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733B36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B3886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845540" w14:textId="6BE6E95B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 w:rsidR="00B55FE7">
              <w:rPr>
                <w:sz w:val="22"/>
              </w:rPr>
              <w:t>Keenam</w:t>
            </w:r>
            <w:proofErr w:type="spellEnd"/>
          </w:p>
        </w:tc>
      </w:tr>
      <w:tr w:rsidR="00621206" w14:paraId="25F9FF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5B81F6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9588F9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B45A53" w14:textId="7C6A1B30" w:rsidR="00621206" w:rsidRDefault="00405D31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5D3A1141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DA8A39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F56F9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C7E21C" w14:textId="6F2CE918" w:rsidR="00621206" w:rsidRDefault="00B55FE7">
            <w:proofErr w:type="spellStart"/>
            <w:r>
              <w:rPr>
                <w:sz w:val="22"/>
              </w:rPr>
              <w:t>Menyelesaikan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semua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untuk</w:t>
            </w:r>
            <w:proofErr w:type="spellEnd"/>
            <w:r>
              <w:rPr>
                <w:sz w:val="22"/>
              </w:rPr>
              <w:t xml:space="preserve"> admin dan </w:t>
            </w:r>
            <w:proofErr w:type="spellStart"/>
            <w:r>
              <w:rPr>
                <w:sz w:val="22"/>
              </w:rPr>
              <w:t>laporan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progres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</w:p>
        </w:tc>
      </w:tr>
      <w:tr w:rsidR="00621206" w14:paraId="7FEF82E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7B4D696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99088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E8897D" w14:textId="2C7113FE" w:rsidR="00621206" w:rsidRDefault="00405D31">
            <w:proofErr w:type="spellStart"/>
            <w:r>
              <w:rPr>
                <w:sz w:val="22"/>
              </w:rPr>
              <w:t>Selesai</w:t>
            </w:r>
            <w:proofErr w:type="spellEnd"/>
          </w:p>
        </w:tc>
      </w:tr>
    </w:tbl>
    <w:p w14:paraId="227EF4DA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7B840391" w14:textId="778ADA61" w:rsidR="00621206" w:rsidRDefault="00405D31" w:rsidP="00405D3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1289D09B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4379BBA2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C1498C2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D352B22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49D55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10D48186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6B49A2F7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0201A6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1D87A" w14:textId="70EDFF29" w:rsidR="00621206" w:rsidRDefault="003E0B8D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 w:rsidR="00405D31">
              <w:rPr>
                <w:sz w:val="20"/>
              </w:rPr>
              <w:t xml:space="preserve"> 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DFAB237" w14:textId="44004FCA" w:rsidR="00621206" w:rsidRDefault="00AF52F1">
            <w:proofErr w:type="spellStart"/>
            <w:r>
              <w:rPr>
                <w:sz w:val="20"/>
              </w:rPr>
              <w:t>M</w:t>
            </w:r>
            <w:r w:rsidR="00405D31">
              <w:rPr>
                <w:sz w:val="20"/>
              </w:rPr>
              <w:t>ahasiswa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m</w:t>
            </w:r>
            <w:r w:rsidR="003E0B8D">
              <w:rPr>
                <w:sz w:val="20"/>
              </w:rPr>
              <w:t>embuat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desain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halaman</w:t>
            </w:r>
            <w:proofErr w:type="spellEnd"/>
            <w:r w:rsidR="003E0B8D">
              <w:rPr>
                <w:sz w:val="20"/>
              </w:rPr>
              <w:t xml:space="preserve"> </w:t>
            </w:r>
            <w:r w:rsidR="00B55FE7">
              <w:rPr>
                <w:sz w:val="20"/>
              </w:rPr>
              <w:t xml:space="preserve">setting </w:t>
            </w:r>
            <w:proofErr w:type="spellStart"/>
            <w:r w:rsidR="00B55FE7">
              <w:rPr>
                <w:sz w:val="20"/>
              </w:rPr>
              <w:t>profil</w:t>
            </w:r>
            <w:proofErr w:type="spellEnd"/>
            <w:r w:rsidR="00B55FE7">
              <w:rPr>
                <w:sz w:val="20"/>
              </w:rPr>
              <w:t xml:space="preserve"> dan review CV </w:t>
            </w:r>
            <w:proofErr w:type="spellStart"/>
            <w:r w:rsidR="00B55FE7">
              <w:rPr>
                <w:sz w:val="20"/>
              </w:rPr>
              <w:t>sesuai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arahan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pembimbing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939F0D" w14:textId="536039F0" w:rsidR="00621206" w:rsidRDefault="00405D3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 w:rsidR="00B55FE7">
              <w:rPr>
                <w:sz w:val="20"/>
              </w:rPr>
              <w:t xml:space="preserve">setting </w:t>
            </w:r>
            <w:proofErr w:type="spellStart"/>
            <w:r w:rsidR="00B55FE7">
              <w:rPr>
                <w:sz w:val="20"/>
              </w:rPr>
              <w:t>profil</w:t>
            </w:r>
            <w:proofErr w:type="spellEnd"/>
            <w:r w:rsidR="00B55FE7">
              <w:rPr>
                <w:sz w:val="20"/>
              </w:rPr>
              <w:t xml:space="preserve"> dan review CV.</w:t>
            </w:r>
          </w:p>
        </w:tc>
      </w:tr>
      <w:tr w:rsidR="00621206" w14:paraId="1FF8169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2FDD77E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F40B6B1" w14:textId="59B640EE" w:rsidR="00621206" w:rsidRDefault="00B55FE7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0AD8DCD" w14:textId="16B23A86" w:rsidR="00621206" w:rsidRDefault="00B55FE7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input </w:t>
            </w:r>
            <w:proofErr w:type="spellStart"/>
            <w:r>
              <w:rPr>
                <w:sz w:val="20"/>
              </w:rPr>
              <w:t>nilai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aktivitas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D25D8BA" w14:textId="5F686128" w:rsidR="00621206" w:rsidRDefault="00B55FE7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input </w:t>
            </w:r>
            <w:proofErr w:type="spellStart"/>
            <w:r>
              <w:rPr>
                <w:sz w:val="20"/>
              </w:rPr>
              <w:t>nilai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aktivitas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39C73EB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B87491E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00CC875" w14:textId="0960C2A7" w:rsidR="00621206" w:rsidRPr="00792EDB" w:rsidRDefault="003E0B8D">
            <w:pPr>
              <w:rPr>
                <w:sz w:val="20"/>
              </w:rPr>
            </w:pPr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73120F" w14:textId="1BAB9DE2" w:rsidR="00621206" w:rsidRDefault="00B55FE7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view </w:t>
            </w:r>
            <w:proofErr w:type="spellStart"/>
            <w:r>
              <w:rPr>
                <w:sz w:val="20"/>
              </w:rPr>
              <w:t>sertifikat</w:t>
            </w:r>
            <w:proofErr w:type="spellEnd"/>
            <w:r>
              <w:rPr>
                <w:sz w:val="20"/>
              </w:rPr>
              <w:t xml:space="preserve"> dan data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A88B653" w14:textId="2616363C" w:rsidR="00621206" w:rsidRPr="00792EDB" w:rsidRDefault="00B55FE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view </w:t>
            </w:r>
            <w:proofErr w:type="spellStart"/>
            <w:r>
              <w:rPr>
                <w:sz w:val="20"/>
              </w:rPr>
              <w:t>sertifikat</w:t>
            </w:r>
            <w:proofErr w:type="spellEnd"/>
            <w:r>
              <w:rPr>
                <w:sz w:val="20"/>
              </w:rPr>
              <w:t xml:space="preserve"> dan data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23DFC1B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BBD743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891AC58" w14:textId="05B9D441" w:rsidR="00792EDB" w:rsidRDefault="00792EDB" w:rsidP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E1FCF8D" w14:textId="3D267CE2" w:rsidR="00621206" w:rsidRDefault="00621206"/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56A13D6" w14:textId="5C1B5416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keseluruhan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desain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halaman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untuk</w:t>
            </w:r>
            <w:proofErr w:type="spellEnd"/>
            <w:r w:rsidR="00B55FE7">
              <w:rPr>
                <w:sz w:val="20"/>
              </w:rPr>
              <w:t xml:space="preserve"> admin </w:t>
            </w:r>
            <w:proofErr w:type="spellStart"/>
            <w:r w:rsidR="00B55FE7">
              <w:rPr>
                <w:sz w:val="20"/>
              </w:rPr>
              <w:t>sesuai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arahan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pembimbing</w:t>
            </w:r>
            <w:proofErr w:type="spellEnd"/>
            <w:r w:rsidR="00B55FE7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187DAC0" w14:textId="76BF4247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Mahasiswa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nyelesaikan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B55FE7">
              <w:rPr>
                <w:sz w:val="20"/>
              </w:rPr>
              <w:t>desain</w:t>
            </w:r>
            <w:proofErr w:type="spellEnd"/>
            <w:r w:rsidR="00B55FE7">
              <w:rPr>
                <w:sz w:val="20"/>
              </w:rPr>
              <w:t xml:space="preserve"> UI/UX </w:t>
            </w:r>
            <w:proofErr w:type="spellStart"/>
            <w:r w:rsidR="00B55FE7">
              <w:rPr>
                <w:sz w:val="20"/>
              </w:rPr>
              <w:t>untuk</w:t>
            </w:r>
            <w:proofErr w:type="spellEnd"/>
            <w:r w:rsidR="00B55FE7">
              <w:rPr>
                <w:sz w:val="20"/>
              </w:rPr>
              <w:t xml:space="preserve"> admin.</w:t>
            </w:r>
          </w:p>
        </w:tc>
      </w:tr>
    </w:tbl>
    <w:p w14:paraId="7A1B77E9" w14:textId="3E92D866" w:rsidR="008C2CE0" w:rsidRPr="00792EDB" w:rsidRDefault="00AF52F1" w:rsidP="00792EDB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4108E933" w14:textId="66711AD1" w:rsidR="008C2CE0" w:rsidRDefault="008C2CE0" w:rsidP="008C2CE0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UI/UX,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5EBC6CAF" w14:textId="77777777" w:rsidR="008C2CE0" w:rsidRDefault="008C2CE0" w:rsidP="008C2CE0">
      <w:pPr>
        <w:spacing w:after="120"/>
        <w:ind w:firstLine="709"/>
        <w:jc w:val="both"/>
      </w:pPr>
    </w:p>
    <w:p w14:paraId="56FB651C" w14:textId="77777777" w:rsidR="008C2CE0" w:rsidRDefault="008C2CE0" w:rsidP="008C2CE0">
      <w:pPr>
        <w:spacing w:after="120"/>
        <w:ind w:firstLine="709"/>
        <w:jc w:val="both"/>
      </w:pPr>
    </w:p>
    <w:p w14:paraId="54B7D80B" w14:textId="77777777" w:rsidR="00792EDB" w:rsidRDefault="00792EDB" w:rsidP="008C2CE0">
      <w:pPr>
        <w:spacing w:after="120"/>
        <w:ind w:firstLine="709"/>
        <w:jc w:val="both"/>
      </w:pPr>
    </w:p>
    <w:p w14:paraId="398C5BA8" w14:textId="77777777" w:rsidR="008C2CE0" w:rsidRDefault="008C2CE0" w:rsidP="008C2CE0">
      <w:pPr>
        <w:spacing w:after="120"/>
        <w:ind w:firstLine="709"/>
        <w:jc w:val="both"/>
      </w:pPr>
    </w:p>
    <w:p w14:paraId="486E79B5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5381FF7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13FEF1E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1CC52DFD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46DF4C1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31D5FD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BEB2460" w14:textId="0DAEDB37" w:rsidR="00621206" w:rsidRDefault="008C2CE0">
            <w:proofErr w:type="spellStart"/>
            <w:r>
              <w:rPr>
                <w:sz w:val="21"/>
              </w:rPr>
              <w:t>Sedikitnya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memahami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menguasai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 </w:t>
            </w:r>
            <w:proofErr w:type="spellStart"/>
            <w:r>
              <w:rPr>
                <w:sz w:val="21"/>
              </w:rPr>
              <w:t>menggunakan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figma</w:t>
            </w:r>
            <w:proofErr w:type="spellEnd"/>
            <w:r w:rsidR="003E0B8D">
              <w:rPr>
                <w:sz w:val="21"/>
              </w:rPr>
              <w:t xml:space="preserve"> dan </w:t>
            </w:r>
            <w:proofErr w:type="spellStart"/>
            <w:r w:rsidR="003E0B8D">
              <w:rPr>
                <w:sz w:val="21"/>
              </w:rPr>
              <w:t>mahasiswa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mengetahui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antara</w:t>
            </w:r>
            <w:proofErr w:type="spellEnd"/>
            <w:r w:rsidR="003E0B8D">
              <w:rPr>
                <w:sz w:val="21"/>
              </w:rPr>
              <w:t xml:space="preserve"> user dan admin </w:t>
            </w:r>
            <w:proofErr w:type="spellStart"/>
            <w:r w:rsidR="003E0B8D">
              <w:rPr>
                <w:sz w:val="21"/>
              </w:rPr>
              <w:t>itu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beda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desain</w:t>
            </w:r>
            <w:proofErr w:type="spellEnd"/>
            <w:r w:rsidR="003E0B8D">
              <w:rPr>
                <w:sz w:val="21"/>
              </w:rPr>
              <w:t>.</w:t>
            </w:r>
          </w:p>
        </w:tc>
      </w:tr>
      <w:tr w:rsidR="00621206" w14:paraId="7DF25AAD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F76162B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3D6255" w14:textId="4C88F7D5" w:rsidR="00621206" w:rsidRDefault="008C2CE0">
            <w:r>
              <w:rPr>
                <w:sz w:val="21"/>
              </w:rPr>
              <w:t xml:space="preserve">Masih </w:t>
            </w:r>
            <w:proofErr w:type="spellStart"/>
            <w:r>
              <w:rPr>
                <w:sz w:val="21"/>
              </w:rPr>
              <w:t>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refisi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dibuat</w:t>
            </w:r>
            <w:proofErr w:type="spellEnd"/>
            <w:r>
              <w:rPr>
                <w:sz w:val="21"/>
              </w:rPr>
              <w:t xml:space="preserve"> oleh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6ED8AA80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58D8C2B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2472810" w14:textId="59024B6B" w:rsidR="00621206" w:rsidRDefault="008C2CE0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terus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mempelajari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lapangan.asiswa</w:t>
            </w:r>
            <w:proofErr w:type="spellEnd"/>
            <w:proofErr w:type="gram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melakukan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pencatatan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kepada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3C159AD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911F5A7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109B29B" w14:textId="63812534" w:rsidR="00621206" w:rsidRDefault="008C2CE0">
            <w:proofErr w:type="spellStart"/>
            <w:r>
              <w:rPr>
                <w:sz w:val="21"/>
              </w:rPr>
              <w:t>Disiplin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komunikasi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organisasi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adaptasi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lingkungan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etika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pemahaman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UI/UX.</w:t>
            </w:r>
          </w:p>
        </w:tc>
      </w:tr>
    </w:tbl>
    <w:p w14:paraId="23E2A664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9161435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6F1212D6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236996ED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4CFCD41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301F13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C8F59BF" w14:textId="77777777" w:rsidR="00621206" w:rsidRDefault="00621206"/>
    <w:p w14:paraId="72729F8B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325F8950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1623989C" w14:textId="178FE3C5" w:rsidR="005373A1" w:rsidRDefault="005373A1" w:rsidP="005373A1">
      <w:pPr>
        <w:pStyle w:val="Heading2"/>
        <w:spacing w:before="160" w:after="80"/>
      </w:pPr>
      <w:r>
        <w:t xml:space="preserve"> </w:t>
      </w:r>
      <w:r w:rsidR="00B55FE7" w:rsidRPr="00B55FE7">
        <w:drawing>
          <wp:inline distT="0" distB="0" distL="0" distR="0" wp14:anchorId="0621AAF3" wp14:editId="7F243D8D">
            <wp:extent cx="5472430" cy="3658870"/>
            <wp:effectExtent l="0" t="0" r="0" b="0"/>
            <wp:docPr id="1694319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193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695C1" w14:textId="3B56B257" w:rsidR="00792EDB" w:rsidRDefault="00B55FE7" w:rsidP="00792EDB">
      <w:r w:rsidRPr="00B55FE7">
        <w:drawing>
          <wp:inline distT="0" distB="0" distL="0" distR="0" wp14:anchorId="0804917F" wp14:editId="7C80D37E">
            <wp:extent cx="5472430" cy="3921125"/>
            <wp:effectExtent l="0" t="0" r="0" b="3175"/>
            <wp:docPr id="619153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534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18DF8" w14:textId="753E7917" w:rsidR="003E0B8D" w:rsidRDefault="003E0B8D" w:rsidP="00792EDB"/>
    <w:p w14:paraId="6F047015" w14:textId="78B84BFB" w:rsidR="003E0B8D" w:rsidRDefault="003E0B8D" w:rsidP="00792EDB"/>
    <w:p w14:paraId="435F5A0D" w14:textId="58F332EF" w:rsidR="00792EDB" w:rsidRDefault="00B55FE7" w:rsidP="00792EDB">
      <w:r w:rsidRPr="00B55FE7">
        <w:drawing>
          <wp:inline distT="0" distB="0" distL="0" distR="0" wp14:anchorId="04F5D857" wp14:editId="0E3D7CCE">
            <wp:extent cx="5472430" cy="3820795"/>
            <wp:effectExtent l="0" t="0" r="0" b="8255"/>
            <wp:docPr id="1887504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048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B2E96" w14:textId="0F06F9DC" w:rsidR="00B55FE7" w:rsidRDefault="00B55FE7" w:rsidP="00792EDB">
      <w:r w:rsidRPr="00B55FE7">
        <w:drawing>
          <wp:inline distT="0" distB="0" distL="0" distR="0" wp14:anchorId="19AC2605" wp14:editId="2ACA756B">
            <wp:extent cx="5472430" cy="3902075"/>
            <wp:effectExtent l="0" t="0" r="0" b="3175"/>
            <wp:docPr id="1999366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660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5F902" w14:textId="6C887AFF" w:rsidR="00B55FE7" w:rsidRDefault="00B55FE7" w:rsidP="00792EDB">
      <w:r w:rsidRPr="00B55FE7">
        <w:lastRenderedPageBreak/>
        <w:drawing>
          <wp:inline distT="0" distB="0" distL="0" distR="0" wp14:anchorId="4AE386BE" wp14:editId="7F130E08">
            <wp:extent cx="5472430" cy="3846195"/>
            <wp:effectExtent l="0" t="0" r="0" b="1905"/>
            <wp:docPr id="130525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58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9680" w14:textId="4CEB2C26" w:rsidR="00B55FE7" w:rsidRDefault="00B55FE7" w:rsidP="00792EDB">
      <w:r w:rsidRPr="00B55FE7">
        <w:drawing>
          <wp:inline distT="0" distB="0" distL="0" distR="0" wp14:anchorId="750996C7" wp14:editId="6EA27FDB">
            <wp:extent cx="5472430" cy="3992880"/>
            <wp:effectExtent l="0" t="0" r="0" b="7620"/>
            <wp:docPr id="78683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36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2AB7B" w14:textId="5FA1E04E" w:rsidR="00B55FE7" w:rsidRPr="00792EDB" w:rsidRDefault="00B55FE7" w:rsidP="00792EDB">
      <w:r>
        <w:rPr>
          <w:noProof/>
        </w:rPr>
        <w:lastRenderedPageBreak/>
        <w:drawing>
          <wp:inline distT="0" distB="0" distL="0" distR="0" wp14:anchorId="65F3EE9A" wp14:editId="3AC2DD6E">
            <wp:extent cx="5472430" cy="4102735"/>
            <wp:effectExtent l="0" t="0" r="0" b="0"/>
            <wp:docPr id="1107219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FE7" w:rsidRPr="00792EDB" w:rsidSect="00034616">
      <w:headerReference w:type="default" r:id="rId15"/>
      <w:footerReference w:type="default" r:id="rId16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9876" w14:textId="77777777" w:rsidR="00D76A94" w:rsidRDefault="00D76A94">
      <w:pPr>
        <w:spacing w:after="0" w:line="240" w:lineRule="auto"/>
      </w:pPr>
      <w:r>
        <w:separator/>
      </w:r>
    </w:p>
  </w:endnote>
  <w:endnote w:type="continuationSeparator" w:id="0">
    <w:p w14:paraId="2CE9914C" w14:textId="77777777" w:rsidR="00D76A94" w:rsidRDefault="00D7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392A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005D2" w14:textId="77777777" w:rsidR="00D76A94" w:rsidRDefault="00D76A94">
      <w:pPr>
        <w:spacing w:after="0" w:line="240" w:lineRule="auto"/>
      </w:pPr>
      <w:r>
        <w:separator/>
      </w:r>
    </w:p>
  </w:footnote>
  <w:footnote w:type="continuationSeparator" w:id="0">
    <w:p w14:paraId="11ADF5F3" w14:textId="77777777" w:rsidR="00D76A94" w:rsidRDefault="00D7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B99C" w14:textId="777B8790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 xml:space="preserve">/PKL | </w:t>
    </w:r>
    <w:proofErr w:type="spellStart"/>
    <w:r w:rsidR="00792EDB">
      <w:rPr>
        <w:color w:val="595959"/>
        <w:sz w:val="18"/>
      </w:rPr>
      <w:t>Diskominfo</w:t>
    </w:r>
    <w:proofErr w:type="spellEnd"/>
    <w:r w:rsidR="00792EDB">
      <w:rPr>
        <w:color w:val="595959"/>
        <w:sz w:val="18"/>
      </w:rPr>
      <w:t xml:space="preserve"> </w:t>
    </w:r>
    <w:proofErr w:type="spellStart"/>
    <w:r w:rsidR="00792EDB">
      <w:rPr>
        <w:color w:val="595959"/>
        <w:sz w:val="18"/>
      </w:rPr>
      <w:t>Provinsi</w:t>
    </w:r>
    <w:proofErr w:type="spellEnd"/>
    <w:r w:rsidR="00792EDB">
      <w:rPr>
        <w:color w:val="595959"/>
        <w:sz w:val="18"/>
      </w:rPr>
      <w:t xml:space="preserve"> </w:t>
    </w:r>
    <w:r>
      <w:rPr>
        <w:color w:val="595959"/>
        <w:sz w:val="18"/>
      </w:rPr>
      <w:t>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620668">
    <w:abstractNumId w:val="8"/>
  </w:num>
  <w:num w:numId="2" w16cid:durableId="784429179">
    <w:abstractNumId w:val="6"/>
  </w:num>
  <w:num w:numId="3" w16cid:durableId="2023624414">
    <w:abstractNumId w:val="5"/>
  </w:num>
  <w:num w:numId="4" w16cid:durableId="2009362603">
    <w:abstractNumId w:val="4"/>
  </w:num>
  <w:num w:numId="5" w16cid:durableId="794907649">
    <w:abstractNumId w:val="7"/>
  </w:num>
  <w:num w:numId="6" w16cid:durableId="1178888272">
    <w:abstractNumId w:val="3"/>
  </w:num>
  <w:num w:numId="7" w16cid:durableId="1191916471">
    <w:abstractNumId w:val="2"/>
  </w:num>
  <w:num w:numId="8" w16cid:durableId="776486180">
    <w:abstractNumId w:val="1"/>
  </w:num>
  <w:num w:numId="9" w16cid:durableId="171981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6A"/>
    <w:rsid w:val="0015074B"/>
    <w:rsid w:val="0029639D"/>
    <w:rsid w:val="00326F90"/>
    <w:rsid w:val="003E0B8D"/>
    <w:rsid w:val="00405D31"/>
    <w:rsid w:val="005373A1"/>
    <w:rsid w:val="00621206"/>
    <w:rsid w:val="00792EDB"/>
    <w:rsid w:val="008C2CE0"/>
    <w:rsid w:val="009117DF"/>
    <w:rsid w:val="00AA1D8D"/>
    <w:rsid w:val="00AF52F1"/>
    <w:rsid w:val="00B47730"/>
    <w:rsid w:val="00B55FE7"/>
    <w:rsid w:val="00BE0AAA"/>
    <w:rsid w:val="00C35CE1"/>
    <w:rsid w:val="00CB0664"/>
    <w:rsid w:val="00D76A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2A6C1"/>
  <w14:defaultImageDpi w14:val="300"/>
  <w15:docId w15:val="{3C35C34F-3EB6-4106-BA27-C461595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maydi safikri</cp:lastModifiedBy>
  <cp:revision>2</cp:revision>
  <dcterms:created xsi:type="dcterms:W3CDTF">2026-06-29T08:09:00Z</dcterms:created>
  <dcterms:modified xsi:type="dcterms:W3CDTF">2026-06-29T08:09:00Z</dcterms:modified>
</cp:coreProperties>
</file>