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4DA53" w14:textId="77777777" w:rsidR="006512E0" w:rsidRDefault="00000000">
      <w:pPr>
        <w:jc w:val="center"/>
      </w:pPr>
      <w:r>
        <w:rPr>
          <w:b/>
          <w:sz w:val="28"/>
        </w:rPr>
        <w:t>TEMPLATE LAPORAN HASIL PKL/MAGANG</w:t>
      </w:r>
    </w:p>
    <w:p w14:paraId="57F89CF5" w14:textId="6EA223D5" w:rsidR="006512E0" w:rsidRDefault="00000000">
      <w:pPr>
        <w:jc w:val="center"/>
      </w:pPr>
      <w:r>
        <w:rPr>
          <w:b/>
        </w:rPr>
        <w:t>FAKULTAS SAINS</w:t>
      </w:r>
      <w:r w:rsidR="009144C8">
        <w:rPr>
          <w:b/>
        </w:rPr>
        <w:t xml:space="preserve"> DAN TEKNOLOGI</w:t>
      </w:r>
      <w:r>
        <w:rPr>
          <w:b/>
        </w:rPr>
        <w:t xml:space="preserve"> UIN SULTAN MAULANA HASANUDDIN BANTEN</w:t>
      </w:r>
    </w:p>
    <w:p w14:paraId="77AA580A" w14:textId="77777777" w:rsidR="006512E0" w:rsidRDefault="00000000">
      <w:pPr>
        <w:jc w:val="center"/>
      </w:pPr>
      <w:r>
        <w:rPr>
          <w:b/>
        </w:rPr>
        <w:t>BERDASARKAN PEDOMAN PKL/MAGANG TAHUN 2022</w:t>
      </w:r>
    </w:p>
    <w:p w14:paraId="5D006D32" w14:textId="77777777" w:rsidR="006512E0" w:rsidRDefault="006512E0"/>
    <w:tbl>
      <w:tblPr>
        <w:tblW w:w="0" w:type="auto"/>
        <w:jc w:val="center"/>
        <w:tblLook w:val="04A0" w:firstRow="1" w:lastRow="0" w:firstColumn="1" w:lastColumn="0" w:noHBand="0" w:noVBand="1"/>
      </w:tblPr>
      <w:tblGrid>
        <w:gridCol w:w="7937"/>
      </w:tblGrid>
      <w:tr w:rsidR="006512E0" w14:paraId="1F49C54C" w14:textId="77777777">
        <w:trPr>
          <w:jc w:val="center"/>
        </w:trPr>
        <w:tc>
          <w:tcPr>
            <w:tcW w:w="7937" w:type="dxa"/>
            <w:tcBorders>
              <w:top w:val="single" w:sz="8" w:space="0" w:color="5B9BD5"/>
              <w:left w:val="single" w:sz="8" w:space="0" w:color="5B9BD5"/>
              <w:bottom w:val="single" w:sz="8" w:space="0" w:color="5B9BD5"/>
              <w:right w:val="single" w:sz="8" w:space="0" w:color="5B9BD5"/>
            </w:tcBorders>
            <w:shd w:val="clear" w:color="auto" w:fill="DDEBF7"/>
          </w:tcPr>
          <w:p w14:paraId="7469F0DA" w14:textId="77777777" w:rsidR="006512E0" w:rsidRDefault="00000000">
            <w:pPr>
              <w:jc w:val="both"/>
            </w:pPr>
            <w:r>
              <w:rPr>
                <w:b/>
              </w:rPr>
              <w:t xml:space="preserve">PETUNJUK PENGGUNAAN: </w:t>
            </w:r>
            <w:r>
              <w:t>Bagian ini hanya panduan template. Jika laporan sudah final, halaman petunjuk ini boleh dihapus. Isi bagian bertanda [kurung siku] sesuai data masing-masing mahasiswa.</w:t>
            </w:r>
          </w:p>
        </w:tc>
      </w:tr>
    </w:tbl>
    <w:p w14:paraId="6C22AFE0" w14:textId="77777777" w:rsidR="006512E0" w:rsidRDefault="006512E0"/>
    <w:p w14:paraId="09C21838" w14:textId="77777777" w:rsidR="006512E0" w:rsidRDefault="00000000">
      <w:pPr>
        <w:pStyle w:val="Subbab"/>
      </w:pPr>
      <w:r>
        <w:t>A. Aturan Format Utama</w:t>
      </w:r>
    </w:p>
    <w:p w14:paraId="7627C8EC" w14:textId="77777777" w:rsidR="006512E0" w:rsidRDefault="00000000">
      <w:pPr>
        <w:ind w:left="567" w:hanging="283"/>
        <w:jc w:val="both"/>
      </w:pPr>
      <w:r>
        <w:t>1. Kertas menggunakan A4 atau kuarto ukuran 21 cm x 29,7 cm, jenis HVS 80 gram, dan tidak bolak-balik.</w:t>
      </w:r>
    </w:p>
    <w:p w14:paraId="6F5408DB" w14:textId="77777777" w:rsidR="006512E0" w:rsidRDefault="00000000">
      <w:pPr>
        <w:ind w:left="567" w:hanging="283"/>
        <w:jc w:val="both"/>
      </w:pPr>
      <w:r>
        <w:t>2. Sampul menggunakan kertas Buffalo atau sejenisnya dengan warna biru muda.</w:t>
      </w:r>
    </w:p>
    <w:p w14:paraId="05E4B4F8" w14:textId="77777777" w:rsidR="006512E0" w:rsidRDefault="00000000">
      <w:pPr>
        <w:ind w:left="567" w:hanging="283"/>
        <w:jc w:val="both"/>
      </w:pPr>
      <w:r>
        <w:t>3. Seluruh naskah menggunakan Times New Roman ukuran 12.</w:t>
      </w:r>
    </w:p>
    <w:p w14:paraId="31FF47DD" w14:textId="77777777" w:rsidR="006512E0" w:rsidRDefault="00000000">
      <w:pPr>
        <w:ind w:left="567" w:hanging="283"/>
        <w:jc w:val="both"/>
      </w:pPr>
      <w:r>
        <w:t>4. Jarak antarbaris isi laporan menggunakan 1,5 spasi.</w:t>
      </w:r>
    </w:p>
    <w:p w14:paraId="2974C4D9" w14:textId="77777777" w:rsidR="006512E0" w:rsidRDefault="00000000">
      <w:pPr>
        <w:ind w:left="567" w:hanging="283"/>
        <w:jc w:val="both"/>
      </w:pPr>
      <w:r>
        <w:t>5. Bagian ringkasan, kutipan langsung, judul tabel dan gambar yang lebih dari satu baris, serta daftar pustaka menggunakan 1 spasi.</w:t>
      </w:r>
    </w:p>
    <w:p w14:paraId="7FB09152" w14:textId="77777777" w:rsidR="006512E0" w:rsidRDefault="00000000">
      <w:pPr>
        <w:ind w:left="567" w:hanging="283"/>
        <w:jc w:val="both"/>
      </w:pPr>
      <w:r>
        <w:t>6. Margin laporan: atas 4 cm, bawah 3 cm, kiri 4 cm, kanan 3 cm.</w:t>
      </w:r>
    </w:p>
    <w:p w14:paraId="33C3E47C" w14:textId="77777777" w:rsidR="006512E0" w:rsidRDefault="00000000">
      <w:pPr>
        <w:ind w:left="567" w:hanging="283"/>
        <w:jc w:val="both"/>
      </w:pPr>
      <w:r>
        <w:t>7. Alinea baru dimulai pada ketukan ke-5 dari batas tepi kiri.</w:t>
      </w:r>
    </w:p>
    <w:p w14:paraId="7D213FE3" w14:textId="77777777" w:rsidR="006512E0" w:rsidRDefault="00000000">
      <w:pPr>
        <w:ind w:left="567" w:hanging="283"/>
        <w:jc w:val="both"/>
      </w:pPr>
      <w:r>
        <w:t>8. Judul bab ditulis kapital semua, tebal, simetris di tengah, tanpa titik.</w:t>
      </w:r>
    </w:p>
    <w:p w14:paraId="7F9CD54E" w14:textId="77777777" w:rsidR="006512E0" w:rsidRDefault="00000000">
      <w:pPr>
        <w:ind w:left="567" w:hanging="283"/>
        <w:jc w:val="both"/>
      </w:pPr>
      <w:r>
        <w:t>9. Perincian ke bawah menggunakan angka atau huruf. Penggunaan tanda hubung atau bullet tidak diperkenankan.</w:t>
      </w:r>
    </w:p>
    <w:p w14:paraId="3EB01CA1" w14:textId="77777777" w:rsidR="006512E0" w:rsidRDefault="00000000">
      <w:pPr>
        <w:pStyle w:val="Subbab"/>
      </w:pPr>
      <w:r>
        <w:t>B. Aturan Tabel dan Gambar</w:t>
      </w:r>
    </w:p>
    <w:p w14:paraId="054719BE" w14:textId="77777777" w:rsidR="006512E0" w:rsidRDefault="00000000">
      <w:pPr>
        <w:ind w:left="567" w:hanging="283"/>
        <w:jc w:val="both"/>
      </w:pPr>
      <w:r>
        <w:t>1. Nomor dan judul tabel diletakkan simetris di atas tabel dan tidak diakhiri titik.</w:t>
      </w:r>
    </w:p>
    <w:p w14:paraId="13B34BEB" w14:textId="77777777" w:rsidR="006512E0" w:rsidRDefault="00000000">
      <w:pPr>
        <w:ind w:left="567" w:hanging="283"/>
        <w:jc w:val="both"/>
      </w:pPr>
      <w:r>
        <w:t>2. Tabel tidak boleh dipenggal, kecuali jika memang terlalu panjang. Jika berlanjut, tuliskan nomor tabel dan kata lanjutan tanpa judul.</w:t>
      </w:r>
    </w:p>
    <w:p w14:paraId="60742B32" w14:textId="77777777" w:rsidR="006512E0" w:rsidRDefault="00000000">
      <w:pPr>
        <w:ind w:left="567" w:hanging="283"/>
        <w:jc w:val="both"/>
      </w:pPr>
      <w:r>
        <w:t>3. Bagan, grafik, peta, potret, dan foto semuanya disebut gambar.</w:t>
      </w:r>
    </w:p>
    <w:p w14:paraId="63A9F92D" w14:textId="77777777" w:rsidR="006512E0" w:rsidRDefault="00000000">
      <w:pPr>
        <w:ind w:left="567" w:hanging="283"/>
        <w:jc w:val="both"/>
      </w:pPr>
      <w:r>
        <w:t>4. Nomor dan judul gambar diletakkan simetris di bawah gambar dan tidak diakhiri titik.</w:t>
      </w:r>
    </w:p>
    <w:p w14:paraId="0AC90F4A" w14:textId="77777777" w:rsidR="006512E0" w:rsidRDefault="00000000">
      <w:pPr>
        <w:ind w:left="567" w:hanging="283"/>
        <w:jc w:val="both"/>
      </w:pPr>
      <w:r>
        <w:lastRenderedPageBreak/>
        <w:t>5. Gambar tidak boleh dipenggal dan harus dicantumkan sumbernya jika berasal dari sumber lain atau dokumentasi pribadi.</w:t>
      </w:r>
    </w:p>
    <w:p w14:paraId="5E5C387D" w14:textId="77777777" w:rsidR="006512E0" w:rsidRDefault="00000000">
      <w:pPr>
        <w:pStyle w:val="Subbab"/>
      </w:pPr>
      <w:r>
        <w:t>C. Aturan Bahasa</w:t>
      </w:r>
    </w:p>
    <w:p w14:paraId="12EFEC81" w14:textId="77777777" w:rsidR="006512E0" w:rsidRDefault="00000000">
      <w:pPr>
        <w:ind w:left="567" w:hanging="283"/>
        <w:jc w:val="both"/>
      </w:pPr>
      <w:r>
        <w:t>1. Bahasa yang digunakan adalah Bahasa Indonesia baku sesuai EYD.</w:t>
      </w:r>
    </w:p>
    <w:p w14:paraId="1950C338" w14:textId="77777777" w:rsidR="006512E0" w:rsidRDefault="00000000">
      <w:pPr>
        <w:ind w:left="567" w:hanging="283"/>
        <w:jc w:val="both"/>
      </w:pPr>
      <w:r>
        <w:t>2. Kalimat tidak menggunakan kata ganti orang pertama atau kedua seperti saya, aku, kita, dan engkau. Gunakan kata penulis pada kata pengantar.</w:t>
      </w:r>
    </w:p>
    <w:p w14:paraId="4A5DF138" w14:textId="77777777" w:rsidR="006512E0" w:rsidRDefault="00000000">
      <w:pPr>
        <w:ind w:left="567" w:hanging="283"/>
        <w:jc w:val="both"/>
      </w:pPr>
      <w:r>
        <w:t>3. Istilah asing ditulis miring, misalnya in vivo, in vitro, software, dan hardware.</w:t>
      </w:r>
    </w:p>
    <w:p w14:paraId="10FBBBD3" w14:textId="77777777" w:rsidR="006512E0" w:rsidRDefault="00000000">
      <w:pPr>
        <w:ind w:left="567" w:hanging="283"/>
        <w:jc w:val="both"/>
      </w:pPr>
      <w:r>
        <w:t xml:space="preserve">4. Catatan kaki </w:t>
      </w:r>
      <w:proofErr w:type="spellStart"/>
      <w:r>
        <w:t>tidak</w:t>
      </w:r>
      <w:proofErr w:type="spellEnd"/>
      <w:r>
        <w:t xml:space="preserve"> </w:t>
      </w:r>
      <w:proofErr w:type="spellStart"/>
      <w:r>
        <w:t>diperkenankan</w:t>
      </w:r>
      <w:proofErr w:type="spellEnd"/>
      <w:r>
        <w:t xml:space="preserve"> </w:t>
      </w:r>
      <w:proofErr w:type="spellStart"/>
      <w:r>
        <w:t>dalam</w:t>
      </w:r>
      <w:proofErr w:type="spellEnd"/>
      <w:r>
        <w:t xml:space="preserve"> </w:t>
      </w:r>
      <w:proofErr w:type="spellStart"/>
      <w:r>
        <w:t>laporan</w:t>
      </w:r>
      <w:proofErr w:type="spellEnd"/>
      <w:r>
        <w:t>.</w:t>
      </w:r>
    </w:p>
    <w:p w14:paraId="24615643" w14:textId="77777777" w:rsidR="006512E0" w:rsidRDefault="006512E0">
      <w:pPr>
        <w:sectPr w:rsidR="006512E0">
          <w:footerReference w:type="default" r:id="rId8"/>
          <w:pgSz w:w="11906" w:h="16838"/>
          <w:pgMar w:top="2268" w:right="1701" w:bottom="1701" w:left="2268" w:header="850" w:footer="850" w:gutter="0"/>
          <w:cols w:space="720"/>
          <w:docGrid w:linePitch="360"/>
        </w:sectPr>
      </w:pPr>
    </w:p>
    <w:p w14:paraId="6338A26C" w14:textId="77777777" w:rsidR="006512E0" w:rsidRDefault="00000000" w:rsidP="009144C8">
      <w:pPr>
        <w:jc w:val="center"/>
      </w:pPr>
      <w:r>
        <w:rPr>
          <w:b/>
          <w:sz w:val="28"/>
        </w:rPr>
        <w:lastRenderedPageBreak/>
        <w:t>LAPORAN HASIL PELAKSANAAN PKL/MAGANG</w:t>
      </w:r>
    </w:p>
    <w:p w14:paraId="57F6B551" w14:textId="664CE39F" w:rsidR="006512E0" w:rsidRPr="009326C3" w:rsidRDefault="00000000" w:rsidP="009326C3">
      <w:pPr>
        <w:jc w:val="center"/>
        <w:rPr>
          <w:bCs/>
          <w:i/>
          <w:iCs/>
          <w:color w:val="DDD9C3" w:themeColor="background2" w:themeShade="E6"/>
        </w:rPr>
      </w:pPr>
      <w:r>
        <w:rPr>
          <w:b/>
          <w:sz w:val="28"/>
        </w:rPr>
        <w:t xml:space="preserve">JUDUL PKL/MAGANG </w:t>
      </w:r>
      <w:proofErr w:type="spellStart"/>
      <w:r w:rsidR="009326C3" w:rsidRPr="00DC646A">
        <w:rPr>
          <w:bCs/>
          <w:i/>
          <w:iCs/>
          <w:color w:val="BFBFBF" w:themeColor="background1" w:themeShade="BF"/>
          <w:sz w:val="28"/>
        </w:rPr>
        <w:t>Judul</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harus</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ditulis</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dengan</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huruf</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kapital</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dalam</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kalimat</w:t>
      </w:r>
      <w:proofErr w:type="spellEnd"/>
      <w:r w:rsidR="009326C3" w:rsidRPr="00DC646A">
        <w:rPr>
          <w:bCs/>
          <w:i/>
          <w:iCs/>
          <w:color w:val="BFBFBF" w:themeColor="background1" w:themeShade="BF"/>
          <w:sz w:val="28"/>
        </w:rPr>
        <w:t xml:space="preserve"> yang </w:t>
      </w:r>
      <w:proofErr w:type="spellStart"/>
      <w:r w:rsidR="009326C3" w:rsidRPr="00DC646A">
        <w:rPr>
          <w:bCs/>
          <w:i/>
          <w:iCs/>
          <w:color w:val="BFBFBF" w:themeColor="background1" w:themeShade="BF"/>
          <w:sz w:val="28"/>
        </w:rPr>
        <w:t>singkat</w:t>
      </w:r>
      <w:proofErr w:type="spellEnd"/>
      <w:r w:rsidR="009326C3" w:rsidRPr="00DC646A">
        <w:rPr>
          <w:bCs/>
          <w:i/>
          <w:iCs/>
          <w:color w:val="BFBFBF" w:themeColor="background1" w:themeShade="BF"/>
          <w:sz w:val="28"/>
        </w:rPr>
        <w:t xml:space="preserve"> dan </w:t>
      </w:r>
      <w:proofErr w:type="spellStart"/>
      <w:r w:rsidR="009326C3" w:rsidRPr="00DC646A">
        <w:rPr>
          <w:bCs/>
          <w:i/>
          <w:iCs/>
          <w:color w:val="BFBFBF" w:themeColor="background1" w:themeShade="BF"/>
          <w:sz w:val="28"/>
        </w:rPr>
        <w:t>jelas</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serta</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menunjukkan</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fokus</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dari</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permasalahan</w:t>
      </w:r>
      <w:proofErr w:type="spellEnd"/>
      <w:r w:rsidR="009326C3" w:rsidRPr="00DC646A">
        <w:rPr>
          <w:bCs/>
          <w:i/>
          <w:iCs/>
          <w:color w:val="BFBFBF" w:themeColor="background1" w:themeShade="BF"/>
          <w:sz w:val="28"/>
        </w:rPr>
        <w:t xml:space="preserve"> </w:t>
      </w:r>
      <w:proofErr w:type="spellStart"/>
      <w:r w:rsidR="009326C3" w:rsidRPr="00DC646A">
        <w:rPr>
          <w:bCs/>
          <w:i/>
          <w:iCs/>
          <w:color w:val="BFBFBF" w:themeColor="background1" w:themeShade="BF"/>
          <w:sz w:val="28"/>
        </w:rPr>
        <w:t>pokok</w:t>
      </w:r>
      <w:proofErr w:type="spellEnd"/>
    </w:p>
    <w:p w14:paraId="2E96B799" w14:textId="77777777" w:rsidR="006512E0" w:rsidRDefault="00000000">
      <w:pPr>
        <w:jc w:val="center"/>
      </w:pPr>
      <w:r>
        <w:t>Disusun untuk memenuhi salah satu syarat pelaksanaan PKL/Magang</w:t>
      </w:r>
    </w:p>
    <w:p w14:paraId="670E33E2" w14:textId="3C7941B7" w:rsidR="006512E0" w:rsidRDefault="00000000">
      <w:pPr>
        <w:jc w:val="center"/>
      </w:pPr>
      <w:r>
        <w:t xml:space="preserve">pada Program Studi </w:t>
      </w:r>
      <w:proofErr w:type="spellStart"/>
      <w:r w:rsidR="009144C8">
        <w:t>Informatika</w:t>
      </w:r>
      <w:proofErr w:type="spellEnd"/>
    </w:p>
    <w:p w14:paraId="4C88205F" w14:textId="77777777" w:rsidR="006512E0" w:rsidRDefault="006512E0"/>
    <w:p w14:paraId="60C00413" w14:textId="31AE2C40" w:rsidR="009326C3" w:rsidRDefault="009326C3">
      <w:r>
        <w:rPr>
          <w:noProof/>
        </w:rPr>
        <w:drawing>
          <wp:anchor distT="0" distB="0" distL="114300" distR="114300" simplePos="0" relativeHeight="251658240" behindDoc="0" locked="0" layoutInCell="1" allowOverlap="1" wp14:anchorId="65B3B92B" wp14:editId="692D92C8">
            <wp:simplePos x="0" y="0"/>
            <wp:positionH relativeFrom="column">
              <wp:posOffset>1302990</wp:posOffset>
            </wp:positionH>
            <wp:positionV relativeFrom="paragraph">
              <wp:posOffset>105853</wp:posOffset>
            </wp:positionV>
            <wp:extent cx="2413590" cy="2867905"/>
            <wp:effectExtent l="0" t="0" r="6350" b="8890"/>
            <wp:wrapNone/>
            <wp:docPr id="752762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62818" name="Picture 752762818"/>
                    <pic:cNvPicPr/>
                  </pic:nvPicPr>
                  <pic:blipFill>
                    <a:blip r:embed="rId9"/>
                    <a:stretch>
                      <a:fillRect/>
                    </a:stretch>
                  </pic:blipFill>
                  <pic:spPr>
                    <a:xfrm>
                      <a:off x="0" y="0"/>
                      <a:ext cx="2413590" cy="2867905"/>
                    </a:xfrm>
                    <a:prstGeom prst="rect">
                      <a:avLst/>
                    </a:prstGeom>
                  </pic:spPr>
                </pic:pic>
              </a:graphicData>
            </a:graphic>
            <wp14:sizeRelH relativeFrom="margin">
              <wp14:pctWidth>0</wp14:pctWidth>
            </wp14:sizeRelH>
            <wp14:sizeRelV relativeFrom="margin">
              <wp14:pctHeight>0</wp14:pctHeight>
            </wp14:sizeRelV>
          </wp:anchor>
        </w:drawing>
      </w:r>
    </w:p>
    <w:p w14:paraId="7CF6F68D" w14:textId="6FABECF3" w:rsidR="009326C3" w:rsidRDefault="009326C3"/>
    <w:p w14:paraId="00CC22EC" w14:textId="778764F5" w:rsidR="009326C3" w:rsidRDefault="009326C3"/>
    <w:p w14:paraId="4F07C418" w14:textId="77777777" w:rsidR="009326C3" w:rsidRDefault="009326C3"/>
    <w:p w14:paraId="16191AD3" w14:textId="77777777" w:rsidR="009326C3" w:rsidRDefault="009326C3"/>
    <w:p w14:paraId="1D4EC749" w14:textId="77777777" w:rsidR="006512E0" w:rsidRDefault="006512E0"/>
    <w:p w14:paraId="22FBA306" w14:textId="77777777" w:rsidR="009326C3" w:rsidRDefault="009326C3"/>
    <w:p w14:paraId="5037E8E2" w14:textId="77777777" w:rsidR="009326C3" w:rsidRDefault="009326C3"/>
    <w:p w14:paraId="4563A802" w14:textId="77777777" w:rsidR="009326C3" w:rsidRDefault="009326C3"/>
    <w:p w14:paraId="45F74353" w14:textId="77777777" w:rsidR="009326C3" w:rsidRDefault="009326C3"/>
    <w:p w14:paraId="2F0388BA" w14:textId="77777777" w:rsidR="009326C3" w:rsidRDefault="009326C3"/>
    <w:p w14:paraId="01C7E81B" w14:textId="77777777" w:rsidR="009326C3" w:rsidRDefault="009326C3"/>
    <w:p w14:paraId="2A44F49F" w14:textId="77777777" w:rsidR="009326C3" w:rsidRDefault="009326C3"/>
    <w:p w14:paraId="72400F23" w14:textId="77777777" w:rsidR="006512E0" w:rsidRDefault="00000000">
      <w:pPr>
        <w:jc w:val="center"/>
      </w:pPr>
      <w:r>
        <w:t>Disusun oleh:</w:t>
      </w:r>
    </w:p>
    <w:p w14:paraId="1E91A6D5" w14:textId="77777777" w:rsidR="006512E0" w:rsidRDefault="00000000">
      <w:pPr>
        <w:jc w:val="center"/>
      </w:pPr>
      <w:r>
        <w:t>Nama : [Nama Mahasiswa]</w:t>
      </w:r>
    </w:p>
    <w:p w14:paraId="54B9E942" w14:textId="77777777" w:rsidR="006512E0" w:rsidRDefault="00000000">
      <w:pPr>
        <w:jc w:val="center"/>
      </w:pPr>
      <w:r>
        <w:t>NIM : [NIM]</w:t>
      </w:r>
    </w:p>
    <w:p w14:paraId="1D0BEA39" w14:textId="77777777" w:rsidR="006512E0" w:rsidRDefault="006512E0"/>
    <w:p w14:paraId="6D2548B9" w14:textId="77777777" w:rsidR="006512E0" w:rsidRDefault="006512E0"/>
    <w:p w14:paraId="4A63CE01" w14:textId="7140869F" w:rsidR="006512E0" w:rsidRPr="00DC646A" w:rsidRDefault="00000000" w:rsidP="00DC646A">
      <w:pPr>
        <w:spacing w:line="276" w:lineRule="auto"/>
        <w:jc w:val="center"/>
        <w:rPr>
          <w:sz w:val="28"/>
          <w:szCs w:val="24"/>
        </w:rPr>
      </w:pPr>
      <w:r w:rsidRPr="00DC646A">
        <w:rPr>
          <w:b/>
          <w:sz w:val="28"/>
          <w:szCs w:val="24"/>
        </w:rPr>
        <w:t xml:space="preserve">PROGRAM STUDI </w:t>
      </w:r>
      <w:r w:rsidR="0007110D" w:rsidRPr="00DC646A">
        <w:rPr>
          <w:b/>
          <w:sz w:val="28"/>
          <w:szCs w:val="24"/>
        </w:rPr>
        <w:t>INFORMATIKA</w:t>
      </w:r>
    </w:p>
    <w:p w14:paraId="71E2CC4F" w14:textId="2AE8B31D" w:rsidR="006512E0" w:rsidRPr="00DC646A" w:rsidRDefault="00000000" w:rsidP="00DC646A">
      <w:pPr>
        <w:spacing w:line="276" w:lineRule="auto"/>
        <w:jc w:val="center"/>
        <w:rPr>
          <w:sz w:val="28"/>
          <w:szCs w:val="24"/>
        </w:rPr>
      </w:pPr>
      <w:r w:rsidRPr="00DC646A">
        <w:rPr>
          <w:b/>
          <w:sz w:val="28"/>
          <w:szCs w:val="24"/>
        </w:rPr>
        <w:t>FAKULTAS SAIN</w:t>
      </w:r>
      <w:r w:rsidR="0007110D" w:rsidRPr="00DC646A">
        <w:rPr>
          <w:b/>
          <w:sz w:val="28"/>
          <w:szCs w:val="24"/>
        </w:rPr>
        <w:t>S DAN TEKNOLOGI</w:t>
      </w:r>
    </w:p>
    <w:p w14:paraId="24C4EBA3" w14:textId="77777777" w:rsidR="006512E0" w:rsidRPr="00DC646A" w:rsidRDefault="00000000" w:rsidP="00DC646A">
      <w:pPr>
        <w:spacing w:line="276" w:lineRule="auto"/>
        <w:jc w:val="center"/>
        <w:rPr>
          <w:sz w:val="28"/>
          <w:szCs w:val="24"/>
        </w:rPr>
      </w:pPr>
      <w:r w:rsidRPr="00DC646A">
        <w:rPr>
          <w:b/>
          <w:sz w:val="28"/>
          <w:szCs w:val="24"/>
        </w:rPr>
        <w:t>UNIVERSITAS ISLAM NEGERI</w:t>
      </w:r>
    </w:p>
    <w:p w14:paraId="31908649" w14:textId="77777777" w:rsidR="006512E0" w:rsidRPr="00DC646A" w:rsidRDefault="00000000" w:rsidP="00DC646A">
      <w:pPr>
        <w:spacing w:line="276" w:lineRule="auto"/>
        <w:jc w:val="center"/>
        <w:rPr>
          <w:sz w:val="28"/>
          <w:szCs w:val="24"/>
        </w:rPr>
      </w:pPr>
      <w:r w:rsidRPr="00DC646A">
        <w:rPr>
          <w:b/>
          <w:sz w:val="28"/>
          <w:szCs w:val="24"/>
        </w:rPr>
        <w:t>SULTAN MAULANA HASANUDDIN BANTEN</w:t>
      </w:r>
    </w:p>
    <w:p w14:paraId="10D1E23A" w14:textId="21FEF1A2" w:rsidR="006512E0" w:rsidRPr="00DC646A" w:rsidRDefault="0007110D" w:rsidP="00DC646A">
      <w:pPr>
        <w:spacing w:line="276" w:lineRule="auto"/>
        <w:jc w:val="center"/>
        <w:rPr>
          <w:sz w:val="28"/>
          <w:szCs w:val="24"/>
        </w:rPr>
      </w:pPr>
      <w:r w:rsidRPr="00DC646A">
        <w:rPr>
          <w:b/>
          <w:sz w:val="28"/>
          <w:szCs w:val="24"/>
        </w:rPr>
        <w:t>2026</w:t>
      </w:r>
    </w:p>
    <w:p w14:paraId="7F8973B0" w14:textId="77777777" w:rsidR="00DC646A" w:rsidRDefault="00DC646A">
      <w:pPr>
        <w:spacing w:after="200" w:line="276" w:lineRule="auto"/>
        <w:rPr>
          <w:b/>
        </w:rPr>
      </w:pPr>
      <w:r>
        <w:rPr>
          <w:b/>
        </w:rPr>
        <w:br w:type="page"/>
      </w:r>
    </w:p>
    <w:p w14:paraId="5EE093E6" w14:textId="0C56F88A" w:rsidR="006512E0" w:rsidRDefault="00000000">
      <w:pPr>
        <w:jc w:val="center"/>
      </w:pPr>
      <w:r>
        <w:rPr>
          <w:b/>
        </w:rPr>
        <w:lastRenderedPageBreak/>
        <w:t>HALAMAN PENGESAHAN</w:t>
      </w:r>
    </w:p>
    <w:p w14:paraId="6896CDAC" w14:textId="77777777" w:rsidR="006512E0" w:rsidRDefault="006512E0"/>
    <w:p w14:paraId="7C5D27A2" w14:textId="77777777" w:rsidR="006512E0" w:rsidRDefault="00000000">
      <w:pPr>
        <w:ind w:firstLine="567"/>
        <w:jc w:val="both"/>
      </w:pPr>
      <w:r>
        <w:t>Laporan hasil pelaksanaan PKL/Magang ini telah disusun oleh:</w:t>
      </w:r>
    </w:p>
    <w:tbl>
      <w:tblPr>
        <w:tblW w:w="0" w:type="auto"/>
        <w:tblLook w:val="04A0" w:firstRow="1" w:lastRow="0" w:firstColumn="1" w:lastColumn="0" w:noHBand="0" w:noVBand="1"/>
      </w:tblPr>
      <w:tblGrid>
        <w:gridCol w:w="2646"/>
        <w:gridCol w:w="2646"/>
        <w:gridCol w:w="2646"/>
      </w:tblGrid>
      <w:tr w:rsidR="006512E0" w14:paraId="19AD79D5" w14:textId="77777777" w:rsidTr="0007110D">
        <w:tc>
          <w:tcPr>
            <w:tcW w:w="2646" w:type="dxa"/>
          </w:tcPr>
          <w:p w14:paraId="1CC65E20" w14:textId="77777777" w:rsidR="006512E0" w:rsidRDefault="00000000" w:rsidP="0007110D">
            <w:r>
              <w:t>Nama</w:t>
            </w:r>
          </w:p>
        </w:tc>
        <w:tc>
          <w:tcPr>
            <w:tcW w:w="2646" w:type="dxa"/>
          </w:tcPr>
          <w:p w14:paraId="0115B73D" w14:textId="77777777" w:rsidR="006512E0" w:rsidRDefault="00000000" w:rsidP="0007110D">
            <w:r>
              <w:t>:</w:t>
            </w:r>
          </w:p>
        </w:tc>
        <w:tc>
          <w:tcPr>
            <w:tcW w:w="2646" w:type="dxa"/>
          </w:tcPr>
          <w:p w14:paraId="392348D2" w14:textId="77777777" w:rsidR="006512E0" w:rsidRDefault="00000000" w:rsidP="0007110D">
            <w:r>
              <w:t>[Nama Mahasiswa]</w:t>
            </w:r>
          </w:p>
        </w:tc>
      </w:tr>
      <w:tr w:rsidR="006512E0" w14:paraId="2DD0DC30" w14:textId="77777777" w:rsidTr="0007110D">
        <w:tc>
          <w:tcPr>
            <w:tcW w:w="2646" w:type="dxa"/>
          </w:tcPr>
          <w:p w14:paraId="2F27A1A5" w14:textId="77777777" w:rsidR="006512E0" w:rsidRDefault="00000000" w:rsidP="0007110D">
            <w:r>
              <w:t>NIM</w:t>
            </w:r>
          </w:p>
        </w:tc>
        <w:tc>
          <w:tcPr>
            <w:tcW w:w="2646" w:type="dxa"/>
          </w:tcPr>
          <w:p w14:paraId="1E70F270" w14:textId="77777777" w:rsidR="006512E0" w:rsidRDefault="00000000" w:rsidP="0007110D">
            <w:r>
              <w:t>:</w:t>
            </w:r>
          </w:p>
        </w:tc>
        <w:tc>
          <w:tcPr>
            <w:tcW w:w="2646" w:type="dxa"/>
          </w:tcPr>
          <w:p w14:paraId="6E116EB4" w14:textId="77777777" w:rsidR="006512E0" w:rsidRDefault="00000000" w:rsidP="0007110D">
            <w:r>
              <w:t>[NIM]</w:t>
            </w:r>
          </w:p>
        </w:tc>
      </w:tr>
      <w:tr w:rsidR="006512E0" w14:paraId="62942D38" w14:textId="77777777" w:rsidTr="0007110D">
        <w:tc>
          <w:tcPr>
            <w:tcW w:w="2646" w:type="dxa"/>
          </w:tcPr>
          <w:p w14:paraId="409BED63" w14:textId="77777777" w:rsidR="006512E0" w:rsidRDefault="00000000" w:rsidP="0007110D">
            <w:r>
              <w:t>Program Studi</w:t>
            </w:r>
          </w:p>
        </w:tc>
        <w:tc>
          <w:tcPr>
            <w:tcW w:w="2646" w:type="dxa"/>
          </w:tcPr>
          <w:p w14:paraId="38EEC189" w14:textId="77777777" w:rsidR="006512E0" w:rsidRDefault="00000000" w:rsidP="0007110D">
            <w:r>
              <w:t>:</w:t>
            </w:r>
          </w:p>
        </w:tc>
        <w:tc>
          <w:tcPr>
            <w:tcW w:w="2646" w:type="dxa"/>
          </w:tcPr>
          <w:p w14:paraId="3A83850E" w14:textId="2F3A840A" w:rsidR="006512E0" w:rsidRDefault="0007110D" w:rsidP="0007110D">
            <w:proofErr w:type="spellStart"/>
            <w:r>
              <w:t>Informatika</w:t>
            </w:r>
            <w:proofErr w:type="spellEnd"/>
          </w:p>
        </w:tc>
      </w:tr>
      <w:tr w:rsidR="006512E0" w14:paraId="16753575" w14:textId="77777777" w:rsidTr="0007110D">
        <w:tc>
          <w:tcPr>
            <w:tcW w:w="2646" w:type="dxa"/>
          </w:tcPr>
          <w:p w14:paraId="6997B3F4" w14:textId="77777777" w:rsidR="006512E0" w:rsidRDefault="00000000" w:rsidP="0007110D">
            <w:r>
              <w:t>Judul PKL/Magang</w:t>
            </w:r>
          </w:p>
        </w:tc>
        <w:tc>
          <w:tcPr>
            <w:tcW w:w="2646" w:type="dxa"/>
          </w:tcPr>
          <w:p w14:paraId="7BDF8615" w14:textId="77777777" w:rsidR="006512E0" w:rsidRDefault="00000000" w:rsidP="0007110D">
            <w:r>
              <w:t>:</w:t>
            </w:r>
          </w:p>
        </w:tc>
        <w:tc>
          <w:tcPr>
            <w:tcW w:w="2646" w:type="dxa"/>
          </w:tcPr>
          <w:p w14:paraId="4927C9CA" w14:textId="77777777" w:rsidR="006512E0" w:rsidRDefault="00000000" w:rsidP="0007110D">
            <w:r>
              <w:t>[Judul PKL/Magang]</w:t>
            </w:r>
          </w:p>
        </w:tc>
      </w:tr>
      <w:tr w:rsidR="006512E0" w14:paraId="07AB4F1B" w14:textId="77777777" w:rsidTr="0007110D">
        <w:tc>
          <w:tcPr>
            <w:tcW w:w="2646" w:type="dxa"/>
          </w:tcPr>
          <w:p w14:paraId="299092A3" w14:textId="77777777" w:rsidR="006512E0" w:rsidRDefault="00000000" w:rsidP="0007110D">
            <w:r>
              <w:t>Tempat PKL/Magang</w:t>
            </w:r>
          </w:p>
        </w:tc>
        <w:tc>
          <w:tcPr>
            <w:tcW w:w="2646" w:type="dxa"/>
          </w:tcPr>
          <w:p w14:paraId="2A56357B" w14:textId="77777777" w:rsidR="006512E0" w:rsidRDefault="00000000" w:rsidP="0007110D">
            <w:r>
              <w:t>:</w:t>
            </w:r>
          </w:p>
        </w:tc>
        <w:tc>
          <w:tcPr>
            <w:tcW w:w="2646" w:type="dxa"/>
          </w:tcPr>
          <w:p w14:paraId="484E8759" w14:textId="77777777" w:rsidR="006512E0" w:rsidRDefault="00000000" w:rsidP="0007110D">
            <w:r>
              <w:t>[Nama Instansi/Perusahaan]</w:t>
            </w:r>
          </w:p>
        </w:tc>
      </w:tr>
      <w:tr w:rsidR="006512E0" w14:paraId="468E19C6" w14:textId="77777777" w:rsidTr="0007110D">
        <w:tc>
          <w:tcPr>
            <w:tcW w:w="2646" w:type="dxa"/>
          </w:tcPr>
          <w:p w14:paraId="52067641" w14:textId="77777777" w:rsidR="006512E0" w:rsidRDefault="00000000" w:rsidP="0007110D">
            <w:r>
              <w:t>Waktu Pelaksanaan</w:t>
            </w:r>
          </w:p>
        </w:tc>
        <w:tc>
          <w:tcPr>
            <w:tcW w:w="2646" w:type="dxa"/>
          </w:tcPr>
          <w:p w14:paraId="5CF38556" w14:textId="77777777" w:rsidR="006512E0" w:rsidRDefault="00000000" w:rsidP="0007110D">
            <w:r>
              <w:t>:</w:t>
            </w:r>
          </w:p>
        </w:tc>
        <w:tc>
          <w:tcPr>
            <w:tcW w:w="2646" w:type="dxa"/>
          </w:tcPr>
          <w:p w14:paraId="054F1966" w14:textId="77777777" w:rsidR="006512E0" w:rsidRDefault="00000000" w:rsidP="0007110D">
            <w:r>
              <w:t>[Tanggal Mulai] sampai [Tanggal Selesai]</w:t>
            </w:r>
          </w:p>
        </w:tc>
      </w:tr>
    </w:tbl>
    <w:p w14:paraId="547F91DA" w14:textId="77777777" w:rsidR="006512E0" w:rsidRDefault="006512E0"/>
    <w:p w14:paraId="3D0B38A1" w14:textId="77777777" w:rsidR="006512E0" w:rsidRDefault="00000000">
      <w:pPr>
        <w:ind w:firstLine="567"/>
        <w:jc w:val="both"/>
      </w:pPr>
      <w:r>
        <w:t>Laporan ini telah diperiksa dan disahkan sebagai laporan hasil pelaksanaan PKL/Magang.</w:t>
      </w:r>
    </w:p>
    <w:p w14:paraId="7288498F" w14:textId="77777777" w:rsidR="006512E0" w:rsidRDefault="006512E0"/>
    <w:p w14:paraId="717AE151" w14:textId="77777777" w:rsidR="006512E0" w:rsidRDefault="00000000">
      <w:pPr>
        <w:jc w:val="center"/>
      </w:pPr>
      <w:r>
        <w:t>[Tempat], [Tanggal Pengesahan]</w:t>
      </w:r>
    </w:p>
    <w:p w14:paraId="1222CFB3" w14:textId="77777777" w:rsidR="006512E0" w:rsidRDefault="006512E0"/>
    <w:tbl>
      <w:tblPr>
        <w:tblW w:w="0" w:type="auto"/>
        <w:jc w:val="center"/>
        <w:tblLook w:val="04A0" w:firstRow="1" w:lastRow="0" w:firstColumn="1" w:lastColumn="0" w:noHBand="0" w:noVBand="1"/>
      </w:tblPr>
      <w:tblGrid>
        <w:gridCol w:w="3968"/>
        <w:gridCol w:w="3968"/>
      </w:tblGrid>
      <w:tr w:rsidR="006512E0" w14:paraId="25F402D0" w14:textId="77777777">
        <w:trPr>
          <w:jc w:val="center"/>
        </w:trPr>
        <w:tc>
          <w:tcPr>
            <w:tcW w:w="3968" w:type="dxa"/>
          </w:tcPr>
          <w:p w14:paraId="5C86AF76" w14:textId="77777777" w:rsidR="006512E0" w:rsidRDefault="00000000">
            <w:pPr>
              <w:jc w:val="center"/>
            </w:pPr>
            <w:r>
              <w:t>Dosen Pembimbing PKL/Magang,</w:t>
            </w:r>
          </w:p>
        </w:tc>
        <w:tc>
          <w:tcPr>
            <w:tcW w:w="3968" w:type="dxa"/>
          </w:tcPr>
          <w:p w14:paraId="36062CDE" w14:textId="77777777" w:rsidR="006512E0" w:rsidRDefault="00000000">
            <w:pPr>
              <w:jc w:val="center"/>
            </w:pPr>
            <w:r>
              <w:t>Pembimbing Lapangan,</w:t>
            </w:r>
          </w:p>
        </w:tc>
      </w:tr>
      <w:tr w:rsidR="006512E0" w14:paraId="677767F7" w14:textId="77777777">
        <w:trPr>
          <w:trHeight w:val="1247"/>
          <w:jc w:val="center"/>
        </w:trPr>
        <w:tc>
          <w:tcPr>
            <w:tcW w:w="3968" w:type="dxa"/>
          </w:tcPr>
          <w:p w14:paraId="1D1CA7F4" w14:textId="77777777" w:rsidR="006512E0" w:rsidRDefault="006512E0">
            <w:pPr>
              <w:jc w:val="center"/>
            </w:pPr>
          </w:p>
        </w:tc>
        <w:tc>
          <w:tcPr>
            <w:tcW w:w="3968" w:type="dxa"/>
          </w:tcPr>
          <w:p w14:paraId="6F63EC91" w14:textId="77777777" w:rsidR="006512E0" w:rsidRDefault="006512E0">
            <w:pPr>
              <w:jc w:val="center"/>
            </w:pPr>
          </w:p>
        </w:tc>
      </w:tr>
      <w:tr w:rsidR="006512E0" w14:paraId="2782FDCC" w14:textId="77777777">
        <w:trPr>
          <w:jc w:val="center"/>
        </w:trPr>
        <w:tc>
          <w:tcPr>
            <w:tcW w:w="3968" w:type="dxa"/>
          </w:tcPr>
          <w:p w14:paraId="6ADC6125" w14:textId="77777777" w:rsidR="006512E0" w:rsidRDefault="00000000">
            <w:pPr>
              <w:jc w:val="center"/>
            </w:pPr>
            <w:r>
              <w:t>[Nama Dosen Pembimbing]</w:t>
            </w:r>
          </w:p>
        </w:tc>
        <w:tc>
          <w:tcPr>
            <w:tcW w:w="3968" w:type="dxa"/>
          </w:tcPr>
          <w:p w14:paraId="2387B04B" w14:textId="77777777" w:rsidR="006512E0" w:rsidRDefault="00000000">
            <w:pPr>
              <w:jc w:val="center"/>
            </w:pPr>
            <w:r>
              <w:t>[Nama Pembimbing Lapangan]</w:t>
            </w:r>
          </w:p>
        </w:tc>
      </w:tr>
      <w:tr w:rsidR="006512E0" w14:paraId="3F70B5E3" w14:textId="77777777">
        <w:trPr>
          <w:jc w:val="center"/>
        </w:trPr>
        <w:tc>
          <w:tcPr>
            <w:tcW w:w="3968" w:type="dxa"/>
          </w:tcPr>
          <w:p w14:paraId="674F38B3" w14:textId="77777777" w:rsidR="006512E0" w:rsidRDefault="00000000">
            <w:pPr>
              <w:jc w:val="center"/>
            </w:pPr>
            <w:r>
              <w:t>NIP/NIDN. [Nomor]</w:t>
            </w:r>
          </w:p>
        </w:tc>
        <w:tc>
          <w:tcPr>
            <w:tcW w:w="3968" w:type="dxa"/>
          </w:tcPr>
          <w:p w14:paraId="653F10B4" w14:textId="77777777" w:rsidR="006512E0" w:rsidRDefault="00000000">
            <w:pPr>
              <w:jc w:val="center"/>
            </w:pPr>
            <w:r>
              <w:t>[Jabatan]</w:t>
            </w:r>
          </w:p>
        </w:tc>
      </w:tr>
    </w:tbl>
    <w:p w14:paraId="61FE9FE7" w14:textId="77777777" w:rsidR="006512E0" w:rsidRDefault="006512E0"/>
    <w:p w14:paraId="004943FA" w14:textId="77777777" w:rsidR="006512E0" w:rsidRDefault="00000000">
      <w:pPr>
        <w:jc w:val="center"/>
      </w:pPr>
      <w:r>
        <w:t>Mengetahui,</w:t>
      </w:r>
    </w:p>
    <w:p w14:paraId="15C1863F" w14:textId="2CDF958D" w:rsidR="006512E0" w:rsidRDefault="00000000">
      <w:pPr>
        <w:jc w:val="center"/>
      </w:pPr>
      <w:proofErr w:type="spellStart"/>
      <w:r>
        <w:t>Ketua</w:t>
      </w:r>
      <w:proofErr w:type="spellEnd"/>
      <w:r>
        <w:t xml:space="preserve"> Program Studi</w:t>
      </w:r>
      <w:r w:rsidR="0007110D">
        <w:t xml:space="preserve"> </w:t>
      </w:r>
      <w:proofErr w:type="spellStart"/>
      <w:r w:rsidR="0007110D">
        <w:t>Informatika</w:t>
      </w:r>
      <w:proofErr w:type="spellEnd"/>
    </w:p>
    <w:p w14:paraId="3C47C9BF" w14:textId="77777777" w:rsidR="006512E0" w:rsidRDefault="006512E0"/>
    <w:p w14:paraId="291388B3" w14:textId="77777777" w:rsidR="006512E0" w:rsidRDefault="006512E0"/>
    <w:p w14:paraId="6D6FFEAF" w14:textId="77777777" w:rsidR="006512E0" w:rsidRDefault="00000000">
      <w:pPr>
        <w:jc w:val="center"/>
      </w:pPr>
      <w:r>
        <w:t>[Nama Ketua Program Studi]</w:t>
      </w:r>
    </w:p>
    <w:p w14:paraId="7C8A8099" w14:textId="77777777" w:rsidR="006512E0" w:rsidRDefault="00000000">
      <w:pPr>
        <w:jc w:val="center"/>
      </w:pPr>
      <w:r>
        <w:t>NIP/NIDN. [Nomor]</w:t>
      </w:r>
    </w:p>
    <w:p w14:paraId="687465B1" w14:textId="77777777" w:rsidR="006512E0" w:rsidRDefault="00000000">
      <w:r>
        <w:br w:type="page"/>
      </w:r>
    </w:p>
    <w:p w14:paraId="546E17BC" w14:textId="77777777" w:rsidR="006512E0" w:rsidRDefault="00000000">
      <w:pPr>
        <w:jc w:val="center"/>
      </w:pPr>
      <w:r>
        <w:rPr>
          <w:b/>
        </w:rPr>
        <w:lastRenderedPageBreak/>
        <w:t>KATA PENGANTAR</w:t>
      </w:r>
    </w:p>
    <w:p w14:paraId="1E91585F" w14:textId="77777777" w:rsidR="006512E0" w:rsidRDefault="006512E0"/>
    <w:p w14:paraId="48F7FC85" w14:textId="77777777" w:rsidR="006512E0" w:rsidRDefault="00000000">
      <w:pPr>
        <w:ind w:firstLine="567"/>
        <w:jc w:val="both"/>
      </w:pPr>
      <w:r>
        <w:t>Puji syukur penulis panjatkan ke hadirat Allah SWT karena atas rahmat dan karunia-Nya, penulis dapat menyelesaikan laporan hasil pelaksanaan PKL/Magang yang berjudul “[Judul PKL/Magang]” dengan baik.</w:t>
      </w:r>
    </w:p>
    <w:p w14:paraId="6C9F4325" w14:textId="77777777" w:rsidR="006512E0" w:rsidRDefault="00000000">
      <w:pPr>
        <w:ind w:firstLine="567"/>
        <w:jc w:val="both"/>
      </w:pPr>
      <w:r>
        <w:t>Laporan ini disusun sebagai salah satu bentuk pertanggungjawaban atas kegiatan PKL/Magang yang telah dilaksanakan di [Nama Instansi/Perusahaan]. Melalui kegiatan ini, penulis memperoleh pengalaman, pengetahuan, serta pemahaman secara langsung mengenai dunia kerja, khususnya dalam bidang [bidang/kegiatan magang].</w:t>
      </w:r>
    </w:p>
    <w:p w14:paraId="34DFD190" w14:textId="77777777" w:rsidR="006512E0" w:rsidRDefault="00000000">
      <w:pPr>
        <w:ind w:firstLine="567"/>
        <w:jc w:val="both"/>
      </w:pPr>
      <w:r>
        <w:t>Penulis mengucapkan terima kasih kepada semua pihak yang telah memberikan bantuan, bimbingan, dan dukungan selama pelaksanaan PKL/Magang hingga penyusunan laporan ini, terutama kepada:</w:t>
      </w:r>
    </w:p>
    <w:p w14:paraId="0977432E" w14:textId="77777777" w:rsidR="006512E0" w:rsidRDefault="00000000">
      <w:pPr>
        <w:ind w:left="567" w:hanging="283"/>
        <w:jc w:val="both"/>
      </w:pPr>
      <w:r>
        <w:t>1. [Nama pihak kampus/dosen/kaprodi]</w:t>
      </w:r>
    </w:p>
    <w:p w14:paraId="3F58E239" w14:textId="77777777" w:rsidR="006512E0" w:rsidRDefault="00000000">
      <w:pPr>
        <w:ind w:left="567" w:hanging="283"/>
        <w:jc w:val="both"/>
      </w:pPr>
      <w:r>
        <w:t>2. [Nama dosen pembimbing]</w:t>
      </w:r>
    </w:p>
    <w:p w14:paraId="4FEB8C7B" w14:textId="77777777" w:rsidR="006512E0" w:rsidRDefault="00000000">
      <w:pPr>
        <w:ind w:left="567" w:hanging="283"/>
        <w:jc w:val="both"/>
      </w:pPr>
      <w:r>
        <w:t>3. [Nama pembimbing lapangan]</w:t>
      </w:r>
    </w:p>
    <w:p w14:paraId="1A793A7B" w14:textId="77777777" w:rsidR="006512E0" w:rsidRDefault="00000000">
      <w:pPr>
        <w:ind w:left="567" w:hanging="283"/>
        <w:jc w:val="both"/>
      </w:pPr>
      <w:r>
        <w:t>4. [Nama instansi/perusahaan]</w:t>
      </w:r>
    </w:p>
    <w:p w14:paraId="37C53476" w14:textId="77777777" w:rsidR="006512E0" w:rsidRDefault="00000000">
      <w:pPr>
        <w:ind w:left="567" w:hanging="283"/>
        <w:jc w:val="both"/>
      </w:pPr>
      <w:r>
        <w:t>5. Semua pihak yang telah membantu dalam pelaksanaan PKL/Magang.</w:t>
      </w:r>
    </w:p>
    <w:p w14:paraId="237A5A0D" w14:textId="77777777" w:rsidR="006512E0" w:rsidRDefault="00000000">
      <w:pPr>
        <w:ind w:firstLine="567"/>
        <w:jc w:val="both"/>
      </w:pPr>
      <w:r>
        <w:t>Penulis menyadari bahwa laporan ini masih memiliki kekurangan. Oleh karena itu, kritik dan saran yang membangun sangat diharapkan agar laporan ini dapat menjadi lebih baik. Semoga laporan ini dapat memberikan manfaat bagi pembaca dan pihak-pihak yang membutuhkan.</w:t>
      </w:r>
    </w:p>
    <w:p w14:paraId="27DD6DA1" w14:textId="77777777" w:rsidR="006512E0" w:rsidRDefault="006512E0"/>
    <w:p w14:paraId="74C38936" w14:textId="77777777" w:rsidR="006512E0" w:rsidRDefault="00000000">
      <w:pPr>
        <w:jc w:val="right"/>
      </w:pPr>
      <w:r>
        <w:t>[Tempat], [Tanggal]</w:t>
      </w:r>
    </w:p>
    <w:p w14:paraId="0C73C0A6" w14:textId="77777777" w:rsidR="006512E0" w:rsidRDefault="006512E0"/>
    <w:p w14:paraId="4FB266A9" w14:textId="77777777" w:rsidR="006512E0" w:rsidRDefault="006512E0"/>
    <w:p w14:paraId="0A1950BE" w14:textId="77777777" w:rsidR="006512E0" w:rsidRDefault="006512E0"/>
    <w:p w14:paraId="083B395B" w14:textId="77777777" w:rsidR="006512E0" w:rsidRDefault="00000000">
      <w:pPr>
        <w:jc w:val="right"/>
      </w:pPr>
      <w:r>
        <w:t>Penulis</w:t>
      </w:r>
    </w:p>
    <w:p w14:paraId="6314119A" w14:textId="77777777" w:rsidR="006512E0" w:rsidRDefault="00000000">
      <w:r>
        <w:br w:type="page"/>
      </w:r>
    </w:p>
    <w:p w14:paraId="13F42DF8" w14:textId="77777777" w:rsidR="006512E0" w:rsidRDefault="00000000">
      <w:pPr>
        <w:jc w:val="center"/>
      </w:pPr>
      <w:r>
        <w:rPr>
          <w:b/>
        </w:rPr>
        <w:lastRenderedPageBreak/>
        <w:t>DAFTAR ISI</w:t>
      </w:r>
    </w:p>
    <w:p w14:paraId="19944196" w14:textId="77777777" w:rsidR="006512E0" w:rsidRDefault="006512E0"/>
    <w:p w14:paraId="67A4DDB3" w14:textId="77777777" w:rsidR="006512E0" w:rsidRDefault="00000000">
      <w:r>
        <w:t>HALAMAN JUDUL .......................................................................................... i</w:t>
      </w:r>
    </w:p>
    <w:p w14:paraId="3AD9FD6F" w14:textId="77777777" w:rsidR="006512E0" w:rsidRDefault="00000000">
      <w:r>
        <w:t>HALAMAN PENGESAHAN ......................................................................... ii</w:t>
      </w:r>
    </w:p>
    <w:p w14:paraId="57DC6A42" w14:textId="77777777" w:rsidR="006512E0" w:rsidRDefault="00000000">
      <w:r>
        <w:t>KATA PENGANTAR ..................................................................................... iii</w:t>
      </w:r>
    </w:p>
    <w:p w14:paraId="3DE54523" w14:textId="77777777" w:rsidR="006512E0" w:rsidRDefault="00000000">
      <w:r>
        <w:t>DAFTAR ISI ................................................................................................... iv</w:t>
      </w:r>
    </w:p>
    <w:p w14:paraId="1F9A1D6B" w14:textId="77777777" w:rsidR="006512E0" w:rsidRDefault="00000000">
      <w:r>
        <w:t>RINGKASAN .................................................................................................. v</w:t>
      </w:r>
    </w:p>
    <w:p w14:paraId="76675335" w14:textId="77777777" w:rsidR="006512E0" w:rsidRDefault="00000000">
      <w:r>
        <w:t>BAB I PENDAHULUAN ................................................................................ 1</w:t>
      </w:r>
    </w:p>
    <w:p w14:paraId="74F00113" w14:textId="77777777" w:rsidR="006512E0" w:rsidRDefault="00000000">
      <w:r>
        <w:t>1.1 Latar Belakang Masalah ............................................................................ 1</w:t>
      </w:r>
    </w:p>
    <w:p w14:paraId="36663A9A" w14:textId="77777777" w:rsidR="006512E0" w:rsidRDefault="00000000">
      <w:r>
        <w:t>1.2 Rumusan Masalah ..................................................................................... [hal]</w:t>
      </w:r>
    </w:p>
    <w:p w14:paraId="0AE2F3CD" w14:textId="77777777" w:rsidR="006512E0" w:rsidRDefault="00000000">
      <w:r>
        <w:t>1.3 Tujuan PKL/Magang ................................................................................ [hal]</w:t>
      </w:r>
    </w:p>
    <w:p w14:paraId="3FAFA862" w14:textId="77777777" w:rsidR="006512E0" w:rsidRDefault="00000000">
      <w:r>
        <w:t>1.4 Manfaat PKL/Magang .............................................................................. [hal]</w:t>
      </w:r>
    </w:p>
    <w:p w14:paraId="50DB982F" w14:textId="77777777" w:rsidR="006512E0" w:rsidRDefault="00000000">
      <w:r>
        <w:t>BAB II KAJIAN PUSTAKA .......................................................................... [hal]</w:t>
      </w:r>
    </w:p>
    <w:p w14:paraId="136A2216" w14:textId="77777777" w:rsidR="006512E0" w:rsidRDefault="00000000">
      <w:r>
        <w:t>2.1 Kajian Pustaka .......................................................................................... [hal]</w:t>
      </w:r>
    </w:p>
    <w:p w14:paraId="69AA65C1" w14:textId="77777777" w:rsidR="006512E0" w:rsidRDefault="00000000">
      <w:r>
        <w:t>2.2 Kerangka Pikir Teoritis ............................................................................ [hal]</w:t>
      </w:r>
    </w:p>
    <w:p w14:paraId="490E8D0E" w14:textId="77777777" w:rsidR="006512E0" w:rsidRDefault="00000000">
      <w:r>
        <w:t>BAB III METODE PKL/MAGANG .............................................................. [hal]</w:t>
      </w:r>
    </w:p>
    <w:p w14:paraId="4E463A29" w14:textId="77777777" w:rsidR="006512E0" w:rsidRDefault="00000000">
      <w:r>
        <w:t>BAB IV HASIL PKL/MAGANG DAN PEMBAHASAN ............................. [hal]</w:t>
      </w:r>
    </w:p>
    <w:p w14:paraId="77321C32" w14:textId="77777777" w:rsidR="006512E0" w:rsidRDefault="00000000">
      <w:r>
        <w:t>BAB V KESIMPULAN DAN SARAN .......................................................... [hal]</w:t>
      </w:r>
    </w:p>
    <w:p w14:paraId="58709A2E" w14:textId="77777777" w:rsidR="006512E0" w:rsidRDefault="00000000">
      <w:r>
        <w:t>DAFTAR PUSTAKA ...................................................................................... [hal]</w:t>
      </w:r>
    </w:p>
    <w:p w14:paraId="72D7C5D4" w14:textId="77777777" w:rsidR="006512E0" w:rsidRDefault="00000000">
      <w:r>
        <w:t>LAMPIRAN .................................................................................................... [hal]</w:t>
      </w:r>
    </w:p>
    <w:p w14:paraId="5ACD3E2A" w14:textId="77777777" w:rsidR="006512E0" w:rsidRDefault="00000000">
      <w:r>
        <w:br w:type="page"/>
      </w:r>
    </w:p>
    <w:p w14:paraId="0ED6BDAF" w14:textId="77777777" w:rsidR="006512E0" w:rsidRDefault="00000000">
      <w:pPr>
        <w:jc w:val="center"/>
      </w:pPr>
      <w:r>
        <w:rPr>
          <w:b/>
        </w:rPr>
        <w:lastRenderedPageBreak/>
        <w:t>RINGKASAN</w:t>
      </w:r>
    </w:p>
    <w:p w14:paraId="5F378FAE" w14:textId="77777777" w:rsidR="006512E0" w:rsidRDefault="006512E0"/>
    <w:p w14:paraId="718FED62" w14:textId="77777777" w:rsidR="006512E0" w:rsidRDefault="00000000">
      <w:pPr>
        <w:ind w:firstLine="567"/>
        <w:jc w:val="both"/>
      </w:pPr>
      <w:r>
        <w:rPr>
          <w:i/>
          <w:color w:val="595959"/>
        </w:rPr>
        <w:t>[Paragraf pertama berisi permasalahan utama yang ditemukan selama pelaksanaan PKL/Magang. Jelaskan kondisi nyata, kondisi yang diharapkan, dan alasan masalah tersebut penting untuk dibahas.]</w:t>
      </w:r>
    </w:p>
    <w:p w14:paraId="3992CD60" w14:textId="77777777" w:rsidR="006512E0" w:rsidRDefault="00000000">
      <w:pPr>
        <w:ind w:firstLine="567"/>
        <w:jc w:val="both"/>
      </w:pPr>
      <w:r>
        <w:rPr>
          <w:i/>
          <w:color w:val="595959"/>
        </w:rPr>
        <w:t>[Paragraf kedua berisi metode pelaksanaan PKL/Magang. Jelaskan lokasi, objek, metode pengumpulan data, instrumen, serta teknik analisis data secara singkat.]</w:t>
      </w:r>
    </w:p>
    <w:p w14:paraId="06CD87F3" w14:textId="746AFAB4" w:rsidR="006512E0" w:rsidRDefault="00000000" w:rsidP="0007110D">
      <w:pPr>
        <w:ind w:firstLine="567"/>
        <w:jc w:val="both"/>
        <w:sectPr w:rsidR="006512E0">
          <w:footerReference w:type="default" r:id="rId10"/>
          <w:pgSz w:w="11906" w:h="16838"/>
          <w:pgMar w:top="2268" w:right="1701" w:bottom="1701" w:left="2268" w:header="850" w:footer="850" w:gutter="0"/>
          <w:pgNumType w:fmt="lowerRoman" w:start="1"/>
          <w:cols w:space="720"/>
          <w:docGrid w:linePitch="360"/>
        </w:sectPr>
      </w:pPr>
      <w:r>
        <w:rPr>
          <w:i/>
          <w:color w:val="595959"/>
        </w:rPr>
        <w:t xml:space="preserve">[Paragraf ketiga berisi hasil dan kesimpulan PKL/Magang. Jelaskan hasil kegiatan, pembahasan utama, solusi atau pelajaran yang </w:t>
      </w:r>
      <w:proofErr w:type="spellStart"/>
      <w:r>
        <w:rPr>
          <w:i/>
          <w:color w:val="595959"/>
        </w:rPr>
        <w:t>diperoleh</w:t>
      </w:r>
      <w:proofErr w:type="spellEnd"/>
      <w:r>
        <w:rPr>
          <w:i/>
          <w:color w:val="595959"/>
        </w:rPr>
        <w:t xml:space="preserve">, </w:t>
      </w:r>
      <w:proofErr w:type="spellStart"/>
      <w:r>
        <w:rPr>
          <w:i/>
          <w:color w:val="595959"/>
        </w:rPr>
        <w:t>serta</w:t>
      </w:r>
      <w:proofErr w:type="spellEnd"/>
      <w:r>
        <w:rPr>
          <w:i/>
          <w:color w:val="595959"/>
        </w:rPr>
        <w:t xml:space="preserve"> </w:t>
      </w:r>
      <w:proofErr w:type="spellStart"/>
      <w:r>
        <w:rPr>
          <w:i/>
          <w:color w:val="595959"/>
        </w:rPr>
        <w:t>manfaat</w:t>
      </w:r>
      <w:proofErr w:type="spellEnd"/>
      <w:r>
        <w:rPr>
          <w:i/>
          <w:color w:val="595959"/>
        </w:rPr>
        <w:t xml:space="preserve"> </w:t>
      </w:r>
      <w:proofErr w:type="spellStart"/>
      <w:r>
        <w:rPr>
          <w:i/>
          <w:color w:val="595959"/>
        </w:rPr>
        <w:t>kegiatan</w:t>
      </w:r>
      <w:proofErr w:type="spellEnd"/>
      <w:r>
        <w:rPr>
          <w:i/>
          <w:color w:val="595959"/>
        </w:rPr>
        <w:t>.</w:t>
      </w:r>
    </w:p>
    <w:p w14:paraId="00191503" w14:textId="77777777" w:rsidR="006512E0" w:rsidRDefault="00000000" w:rsidP="0007110D">
      <w:pPr>
        <w:pStyle w:val="BabTitle"/>
      </w:pPr>
      <w:r>
        <w:lastRenderedPageBreak/>
        <w:t>BAB I</w:t>
      </w:r>
      <w:r>
        <w:br/>
        <w:t>PENDAHULUAN</w:t>
      </w:r>
    </w:p>
    <w:p w14:paraId="4F5D817B" w14:textId="77777777" w:rsidR="0007110D" w:rsidRDefault="0007110D" w:rsidP="0007110D">
      <w:pPr>
        <w:pStyle w:val="BabTitle"/>
      </w:pPr>
    </w:p>
    <w:p w14:paraId="6EAC3C5C" w14:textId="77777777" w:rsidR="009144C8" w:rsidRDefault="009144C8" w:rsidP="0007110D">
      <w:pPr>
        <w:pStyle w:val="BabTitle"/>
      </w:pPr>
    </w:p>
    <w:p w14:paraId="5D47CDC8" w14:textId="77777777" w:rsidR="006512E0" w:rsidRDefault="00000000">
      <w:pPr>
        <w:pStyle w:val="Subbab"/>
      </w:pPr>
      <w:r>
        <w:t>1.1 Latar Belakang Masalah</w:t>
      </w:r>
    </w:p>
    <w:p w14:paraId="26AE6C9E" w14:textId="77777777" w:rsidR="006512E0" w:rsidRDefault="00000000">
      <w:pPr>
        <w:ind w:firstLine="567"/>
        <w:jc w:val="both"/>
      </w:pPr>
      <w:r>
        <w:rPr>
          <w:i/>
          <w:color w:val="595959"/>
        </w:rPr>
        <w:t>[Tuliskan latar belakang secara runtut. Jelaskan gambaran umum tempat atau bidang PKL/Magang, kondisi nyata yang ditemukan, kondisi ideal yang diharapkan, kesenjangan atau masalah, identifikasi masalah, alasan pentingnya masalah, serta kaitannya dengan judul, rumusan masalah, dan tujuan.]</w:t>
      </w:r>
    </w:p>
    <w:p w14:paraId="0C89AD49" w14:textId="77777777" w:rsidR="006512E0" w:rsidRDefault="00000000">
      <w:pPr>
        <w:ind w:firstLine="567"/>
        <w:jc w:val="both"/>
      </w:pPr>
      <w:r>
        <w:t xml:space="preserve">Contoh awal paragraf: Pelaksanaan PKL/Magang merupakan salah satu kegiatan akademik yang bertujuan untuk memberikan pengalaman langsung kepada mahasiswa dalam dunia kerja. Melalui kegiatan ini, mahasiswa dapat menerapkan ilmu yang telah diperoleh selama perkuliahan serta memahami kondisi </w:t>
      </w:r>
      <w:proofErr w:type="spellStart"/>
      <w:r>
        <w:t>nyata</w:t>
      </w:r>
      <w:proofErr w:type="spellEnd"/>
      <w:r>
        <w:t xml:space="preserve"> di </w:t>
      </w:r>
      <w:proofErr w:type="spellStart"/>
      <w:r>
        <w:t>lingkungan</w:t>
      </w:r>
      <w:proofErr w:type="spellEnd"/>
      <w:r>
        <w:t xml:space="preserve"> </w:t>
      </w:r>
      <w:proofErr w:type="spellStart"/>
      <w:r>
        <w:t>kerja</w:t>
      </w:r>
      <w:proofErr w:type="spellEnd"/>
      <w:r>
        <w:t>.</w:t>
      </w:r>
    </w:p>
    <w:p w14:paraId="32F1EA8D" w14:textId="77777777" w:rsidR="0007110D" w:rsidRDefault="0007110D">
      <w:pPr>
        <w:ind w:firstLine="567"/>
        <w:jc w:val="both"/>
      </w:pPr>
    </w:p>
    <w:p w14:paraId="18C992BA" w14:textId="77777777" w:rsidR="006512E0" w:rsidRDefault="00000000">
      <w:pPr>
        <w:pStyle w:val="Subbab"/>
      </w:pPr>
      <w:r>
        <w:t>1.2 Rumusan Masalah</w:t>
      </w:r>
    </w:p>
    <w:p w14:paraId="080EAECF" w14:textId="77777777" w:rsidR="006512E0" w:rsidRDefault="00000000">
      <w:pPr>
        <w:ind w:firstLine="567"/>
        <w:jc w:val="both"/>
      </w:pPr>
      <w:r>
        <w:rPr>
          <w:i/>
          <w:color w:val="595959"/>
        </w:rPr>
        <w:t>[Rumusan masalah ditulis dalam bentuk kalimat tanya atau pernyataan hasil observasi. Rumusan masalah harus sesuai dengan latar belakang dan tujuan.]</w:t>
      </w:r>
    </w:p>
    <w:p w14:paraId="3654E862" w14:textId="12F9CAAA" w:rsidR="006512E0" w:rsidRDefault="00000000" w:rsidP="0007110D">
      <w:pPr>
        <w:pStyle w:val="ListParagraph"/>
        <w:numPr>
          <w:ilvl w:val="0"/>
          <w:numId w:val="10"/>
        </w:numPr>
        <w:jc w:val="both"/>
      </w:pPr>
      <w:proofErr w:type="spellStart"/>
      <w:r>
        <w:t>Bagaimana</w:t>
      </w:r>
      <w:proofErr w:type="spellEnd"/>
      <w:r>
        <w:t xml:space="preserve"> </w:t>
      </w:r>
      <w:proofErr w:type="spellStart"/>
      <w:r>
        <w:t>pelaksanaan</w:t>
      </w:r>
      <w:proofErr w:type="spellEnd"/>
      <w:r>
        <w:t xml:space="preserve"> </w:t>
      </w:r>
      <w:proofErr w:type="spellStart"/>
      <w:r>
        <w:t>kegiatan</w:t>
      </w:r>
      <w:proofErr w:type="spellEnd"/>
      <w:r>
        <w:t xml:space="preserve"> PKL/</w:t>
      </w:r>
      <w:proofErr w:type="spellStart"/>
      <w:r>
        <w:t>Magang</w:t>
      </w:r>
      <w:proofErr w:type="spellEnd"/>
      <w:r>
        <w:t xml:space="preserve"> di [Nama Instansi/Perusahaan]?</w:t>
      </w:r>
    </w:p>
    <w:p w14:paraId="36307816" w14:textId="77777777" w:rsidR="0007110D" w:rsidRDefault="00000000" w:rsidP="0007110D">
      <w:pPr>
        <w:pStyle w:val="ListParagraph"/>
        <w:numPr>
          <w:ilvl w:val="0"/>
          <w:numId w:val="10"/>
        </w:numPr>
        <w:jc w:val="both"/>
      </w:pPr>
      <w:r>
        <w:t xml:space="preserve">Apa </w:t>
      </w:r>
      <w:proofErr w:type="spellStart"/>
      <w:r>
        <w:t>saja</w:t>
      </w:r>
      <w:proofErr w:type="spellEnd"/>
      <w:r>
        <w:t xml:space="preserve"> </w:t>
      </w:r>
      <w:proofErr w:type="spellStart"/>
      <w:r>
        <w:t>permasalahan</w:t>
      </w:r>
      <w:proofErr w:type="spellEnd"/>
      <w:r>
        <w:t xml:space="preserve"> yang </w:t>
      </w:r>
      <w:proofErr w:type="spellStart"/>
      <w:r>
        <w:t>ditemukan</w:t>
      </w:r>
      <w:proofErr w:type="spellEnd"/>
      <w:r>
        <w:t xml:space="preserve"> </w:t>
      </w:r>
      <w:proofErr w:type="spellStart"/>
      <w:r>
        <w:t>selama</w:t>
      </w:r>
      <w:proofErr w:type="spellEnd"/>
      <w:r>
        <w:t xml:space="preserve"> </w:t>
      </w:r>
      <w:proofErr w:type="spellStart"/>
      <w:r>
        <w:t>pelaksanaan</w:t>
      </w:r>
      <w:proofErr w:type="spellEnd"/>
      <w:r>
        <w:t xml:space="preserve"> PKL/</w:t>
      </w:r>
      <w:proofErr w:type="spellStart"/>
      <w:r>
        <w:t>Magang</w:t>
      </w:r>
      <w:proofErr w:type="spellEnd"/>
      <w:r>
        <w:t>?</w:t>
      </w:r>
    </w:p>
    <w:p w14:paraId="77B1ECE3" w14:textId="6AB4D3DB" w:rsidR="006512E0" w:rsidRDefault="00000000" w:rsidP="0007110D">
      <w:pPr>
        <w:pStyle w:val="ListParagraph"/>
        <w:numPr>
          <w:ilvl w:val="0"/>
          <w:numId w:val="10"/>
        </w:numPr>
        <w:jc w:val="both"/>
      </w:pPr>
      <w:proofErr w:type="spellStart"/>
      <w:r>
        <w:t>Bagaimana</w:t>
      </w:r>
      <w:proofErr w:type="spellEnd"/>
      <w:r>
        <w:t xml:space="preserve"> </w:t>
      </w:r>
      <w:proofErr w:type="spellStart"/>
      <w:r>
        <w:t>upaya</w:t>
      </w:r>
      <w:proofErr w:type="spellEnd"/>
      <w:r>
        <w:t xml:space="preserve"> penyelesaian terhadap permasalahan yang </w:t>
      </w:r>
      <w:proofErr w:type="spellStart"/>
      <w:r>
        <w:t>ditemukan</w:t>
      </w:r>
      <w:proofErr w:type="spellEnd"/>
      <w:r>
        <w:t xml:space="preserve"> </w:t>
      </w:r>
      <w:proofErr w:type="spellStart"/>
      <w:r>
        <w:t>selama</w:t>
      </w:r>
      <w:proofErr w:type="spellEnd"/>
      <w:r>
        <w:t xml:space="preserve"> PKL/</w:t>
      </w:r>
      <w:proofErr w:type="spellStart"/>
      <w:r>
        <w:t>Magang</w:t>
      </w:r>
      <w:proofErr w:type="spellEnd"/>
      <w:r>
        <w:t>?</w:t>
      </w:r>
    </w:p>
    <w:p w14:paraId="2DA4AB4B" w14:textId="77777777" w:rsidR="0007110D" w:rsidRDefault="0007110D">
      <w:pPr>
        <w:ind w:left="567" w:hanging="283"/>
        <w:jc w:val="both"/>
      </w:pPr>
    </w:p>
    <w:p w14:paraId="7FD9BC05" w14:textId="77777777" w:rsidR="006512E0" w:rsidRDefault="00000000">
      <w:pPr>
        <w:pStyle w:val="Subbab"/>
      </w:pPr>
      <w:r>
        <w:t>1.3 Tujuan PKL/Magang</w:t>
      </w:r>
    </w:p>
    <w:p w14:paraId="5F0EF9E2" w14:textId="77777777" w:rsidR="006512E0" w:rsidRDefault="00000000">
      <w:pPr>
        <w:pStyle w:val="AnakSubbab"/>
      </w:pPr>
      <w:r>
        <w:t>1.3.1 Tujuan umum</w:t>
      </w:r>
    </w:p>
    <w:p w14:paraId="5C954CDC" w14:textId="77777777" w:rsidR="006512E0" w:rsidRDefault="00000000">
      <w:pPr>
        <w:ind w:firstLine="567"/>
        <w:jc w:val="both"/>
        <w:rPr>
          <w:i/>
          <w:color w:val="595959"/>
        </w:rPr>
      </w:pPr>
      <w:r>
        <w:rPr>
          <w:i/>
          <w:color w:val="595959"/>
        </w:rPr>
        <w:t>[Tuliskan tujuan umum pelaksanaan PKL/Magang secara singkat dan jelas.]</w:t>
      </w:r>
    </w:p>
    <w:p w14:paraId="4345980C" w14:textId="77777777" w:rsidR="0007110D" w:rsidRDefault="0007110D">
      <w:pPr>
        <w:ind w:firstLine="567"/>
        <w:jc w:val="both"/>
        <w:rPr>
          <w:i/>
          <w:color w:val="595959"/>
        </w:rPr>
      </w:pPr>
    </w:p>
    <w:p w14:paraId="371AD9DF" w14:textId="77777777" w:rsidR="0007110D" w:rsidRDefault="0007110D">
      <w:pPr>
        <w:ind w:firstLine="567"/>
        <w:jc w:val="both"/>
      </w:pPr>
    </w:p>
    <w:p w14:paraId="66B27421" w14:textId="77777777" w:rsidR="006512E0" w:rsidRDefault="00000000">
      <w:pPr>
        <w:pStyle w:val="AnakSubbab"/>
      </w:pPr>
      <w:r>
        <w:t xml:space="preserve">1.3.2 Tujuan </w:t>
      </w:r>
      <w:proofErr w:type="spellStart"/>
      <w:r>
        <w:t>khusus</w:t>
      </w:r>
      <w:proofErr w:type="spellEnd"/>
    </w:p>
    <w:p w14:paraId="24A0CF71" w14:textId="5351E989" w:rsidR="0007110D" w:rsidRDefault="0007110D" w:rsidP="0007110D">
      <w:pPr>
        <w:ind w:firstLine="567"/>
        <w:jc w:val="both"/>
        <w:rPr>
          <w:i/>
          <w:color w:val="595959"/>
        </w:rPr>
      </w:pPr>
      <w:r>
        <w:rPr>
          <w:i/>
          <w:color w:val="595959"/>
        </w:rPr>
        <w:t>[</w:t>
      </w:r>
      <w:proofErr w:type="spellStart"/>
      <w:r>
        <w:rPr>
          <w:i/>
          <w:color w:val="595959"/>
        </w:rPr>
        <w:t>Tuliskan</w:t>
      </w:r>
      <w:proofErr w:type="spellEnd"/>
      <w:r>
        <w:rPr>
          <w:i/>
          <w:color w:val="595959"/>
        </w:rPr>
        <w:t xml:space="preserve"> </w:t>
      </w:r>
      <w:proofErr w:type="spellStart"/>
      <w:r>
        <w:rPr>
          <w:i/>
          <w:color w:val="595959"/>
        </w:rPr>
        <w:t>tujuan</w:t>
      </w:r>
      <w:proofErr w:type="spellEnd"/>
      <w:r>
        <w:rPr>
          <w:i/>
          <w:color w:val="595959"/>
        </w:rPr>
        <w:t xml:space="preserve"> </w:t>
      </w:r>
      <w:proofErr w:type="spellStart"/>
      <w:r>
        <w:rPr>
          <w:i/>
          <w:color w:val="595959"/>
        </w:rPr>
        <w:t>khusus</w:t>
      </w:r>
      <w:proofErr w:type="spellEnd"/>
      <w:r>
        <w:rPr>
          <w:i/>
          <w:color w:val="595959"/>
        </w:rPr>
        <w:t xml:space="preserve"> </w:t>
      </w:r>
      <w:proofErr w:type="spellStart"/>
      <w:r>
        <w:rPr>
          <w:i/>
          <w:color w:val="595959"/>
        </w:rPr>
        <w:t>pelaksanaan</w:t>
      </w:r>
      <w:proofErr w:type="spellEnd"/>
      <w:r>
        <w:rPr>
          <w:i/>
          <w:color w:val="595959"/>
        </w:rPr>
        <w:t xml:space="preserve"> PKL/</w:t>
      </w:r>
      <w:proofErr w:type="spellStart"/>
      <w:r>
        <w:rPr>
          <w:i/>
          <w:color w:val="595959"/>
        </w:rPr>
        <w:t>Magang</w:t>
      </w:r>
      <w:proofErr w:type="spellEnd"/>
      <w:r>
        <w:rPr>
          <w:i/>
          <w:color w:val="595959"/>
        </w:rPr>
        <w:t xml:space="preserve"> </w:t>
      </w:r>
      <w:proofErr w:type="spellStart"/>
      <w:r>
        <w:rPr>
          <w:i/>
          <w:color w:val="595959"/>
        </w:rPr>
        <w:t>secara</w:t>
      </w:r>
      <w:proofErr w:type="spellEnd"/>
      <w:r>
        <w:rPr>
          <w:i/>
          <w:color w:val="595959"/>
        </w:rPr>
        <w:t xml:space="preserve"> </w:t>
      </w:r>
      <w:proofErr w:type="spellStart"/>
      <w:r>
        <w:rPr>
          <w:i/>
          <w:color w:val="595959"/>
        </w:rPr>
        <w:t>singkat</w:t>
      </w:r>
      <w:proofErr w:type="spellEnd"/>
      <w:r>
        <w:rPr>
          <w:i/>
          <w:color w:val="595959"/>
        </w:rPr>
        <w:t xml:space="preserve"> dan </w:t>
      </w:r>
      <w:proofErr w:type="spellStart"/>
      <w:r>
        <w:rPr>
          <w:i/>
          <w:color w:val="595959"/>
        </w:rPr>
        <w:t>jelas</w:t>
      </w:r>
      <w:proofErr w:type="spellEnd"/>
      <w:r>
        <w:rPr>
          <w:i/>
          <w:color w:val="595959"/>
        </w:rPr>
        <w:t>.]</w:t>
      </w:r>
      <w:r>
        <w:rPr>
          <w:i/>
          <w:color w:val="595959"/>
        </w:rPr>
        <w:t xml:space="preserve">. </w:t>
      </w:r>
    </w:p>
    <w:p w14:paraId="26417D5F" w14:textId="57083CCD" w:rsidR="0007110D" w:rsidRPr="0007110D" w:rsidRDefault="0007110D" w:rsidP="0007110D">
      <w:pPr>
        <w:ind w:firstLine="567"/>
        <w:jc w:val="both"/>
        <w:rPr>
          <w:iCs/>
        </w:rPr>
      </w:pPr>
      <w:proofErr w:type="spellStart"/>
      <w:r>
        <w:rPr>
          <w:iCs/>
        </w:rPr>
        <w:t>Contoh</w:t>
      </w:r>
      <w:proofErr w:type="spellEnd"/>
      <w:r>
        <w:rPr>
          <w:iCs/>
        </w:rPr>
        <w:t>:</w:t>
      </w:r>
    </w:p>
    <w:p w14:paraId="671DF884" w14:textId="7B6018B7" w:rsidR="006512E0" w:rsidRDefault="00000000" w:rsidP="0007110D">
      <w:pPr>
        <w:pStyle w:val="ListParagraph"/>
        <w:numPr>
          <w:ilvl w:val="0"/>
          <w:numId w:val="11"/>
        </w:numPr>
        <w:jc w:val="both"/>
      </w:pPr>
      <w:proofErr w:type="spellStart"/>
      <w:r>
        <w:t>Mengetahui</w:t>
      </w:r>
      <w:proofErr w:type="spellEnd"/>
      <w:r>
        <w:t xml:space="preserve"> proses </w:t>
      </w:r>
      <w:proofErr w:type="spellStart"/>
      <w:r>
        <w:t>kerja</w:t>
      </w:r>
      <w:proofErr w:type="spellEnd"/>
      <w:r>
        <w:t xml:space="preserve"> di [Nama Instansi/Perusahaan].</w:t>
      </w:r>
    </w:p>
    <w:p w14:paraId="3D0AF274" w14:textId="77777777" w:rsidR="0007110D" w:rsidRDefault="00000000" w:rsidP="0007110D">
      <w:pPr>
        <w:pStyle w:val="ListParagraph"/>
        <w:numPr>
          <w:ilvl w:val="0"/>
          <w:numId w:val="11"/>
        </w:numPr>
        <w:jc w:val="both"/>
      </w:pPr>
      <w:proofErr w:type="spellStart"/>
      <w:r>
        <w:t>Mengidentifikasi</w:t>
      </w:r>
      <w:proofErr w:type="spellEnd"/>
      <w:r>
        <w:t xml:space="preserve"> </w:t>
      </w:r>
      <w:proofErr w:type="spellStart"/>
      <w:r>
        <w:t>permasalahan</w:t>
      </w:r>
      <w:proofErr w:type="spellEnd"/>
      <w:r>
        <w:t xml:space="preserve"> yang </w:t>
      </w:r>
      <w:proofErr w:type="spellStart"/>
      <w:r>
        <w:t>terjadi</w:t>
      </w:r>
      <w:proofErr w:type="spellEnd"/>
      <w:r>
        <w:t xml:space="preserve"> </w:t>
      </w:r>
      <w:proofErr w:type="spellStart"/>
      <w:r>
        <w:t>selama</w:t>
      </w:r>
      <w:proofErr w:type="spellEnd"/>
      <w:r>
        <w:t xml:space="preserve"> </w:t>
      </w:r>
      <w:proofErr w:type="spellStart"/>
      <w:r>
        <w:t>pelaksanaan</w:t>
      </w:r>
      <w:proofErr w:type="spellEnd"/>
      <w:r>
        <w:t xml:space="preserve"> PKL/</w:t>
      </w:r>
      <w:proofErr w:type="spellStart"/>
      <w:r>
        <w:t>Magang</w:t>
      </w:r>
      <w:proofErr w:type="spellEnd"/>
      <w:r>
        <w:t>.</w:t>
      </w:r>
    </w:p>
    <w:p w14:paraId="717959A4" w14:textId="2360362C" w:rsidR="006512E0" w:rsidRDefault="00000000" w:rsidP="0007110D">
      <w:pPr>
        <w:pStyle w:val="ListParagraph"/>
        <w:numPr>
          <w:ilvl w:val="0"/>
          <w:numId w:val="11"/>
        </w:numPr>
        <w:jc w:val="both"/>
      </w:pPr>
      <w:proofErr w:type="spellStart"/>
      <w:r>
        <w:t>Menganalisis</w:t>
      </w:r>
      <w:proofErr w:type="spellEnd"/>
      <w:r>
        <w:t xml:space="preserve"> </w:t>
      </w:r>
      <w:proofErr w:type="spellStart"/>
      <w:r>
        <w:t>metode</w:t>
      </w:r>
      <w:proofErr w:type="spellEnd"/>
      <w:r>
        <w:t xml:space="preserve"> </w:t>
      </w:r>
      <w:proofErr w:type="spellStart"/>
      <w:r>
        <w:t>penyelesaian</w:t>
      </w:r>
      <w:proofErr w:type="spellEnd"/>
      <w:r>
        <w:t xml:space="preserve"> </w:t>
      </w:r>
      <w:proofErr w:type="spellStart"/>
      <w:r>
        <w:t>masalah</w:t>
      </w:r>
      <w:proofErr w:type="spellEnd"/>
      <w:r>
        <w:t xml:space="preserve"> yang </w:t>
      </w:r>
      <w:proofErr w:type="spellStart"/>
      <w:r>
        <w:t>ditemukan</w:t>
      </w:r>
      <w:proofErr w:type="spellEnd"/>
      <w:r>
        <w:t>.</w:t>
      </w:r>
    </w:p>
    <w:p w14:paraId="5770E243" w14:textId="0DCF933D" w:rsidR="006512E0" w:rsidRDefault="00000000" w:rsidP="0007110D">
      <w:pPr>
        <w:pStyle w:val="ListParagraph"/>
        <w:numPr>
          <w:ilvl w:val="0"/>
          <w:numId w:val="11"/>
        </w:numPr>
        <w:jc w:val="both"/>
      </w:pPr>
      <w:r>
        <w:t xml:space="preserve">Menyusun laporan hasil </w:t>
      </w:r>
      <w:proofErr w:type="spellStart"/>
      <w:r>
        <w:t>pelaksanaan</w:t>
      </w:r>
      <w:proofErr w:type="spellEnd"/>
      <w:r>
        <w:t xml:space="preserve"> PKL/</w:t>
      </w:r>
      <w:proofErr w:type="spellStart"/>
      <w:r>
        <w:t>Magang</w:t>
      </w:r>
      <w:proofErr w:type="spellEnd"/>
      <w:r>
        <w:t xml:space="preserve"> </w:t>
      </w:r>
      <w:proofErr w:type="spellStart"/>
      <w:r>
        <w:t>secara</w:t>
      </w:r>
      <w:proofErr w:type="spellEnd"/>
      <w:r>
        <w:t xml:space="preserve"> </w:t>
      </w:r>
      <w:proofErr w:type="spellStart"/>
      <w:r>
        <w:t>sistematis</w:t>
      </w:r>
      <w:proofErr w:type="spellEnd"/>
      <w:r>
        <w:t>.</w:t>
      </w:r>
    </w:p>
    <w:p w14:paraId="1FA9913F" w14:textId="77777777" w:rsidR="0007110D" w:rsidRDefault="0007110D" w:rsidP="0007110D">
      <w:pPr>
        <w:jc w:val="both"/>
      </w:pPr>
    </w:p>
    <w:p w14:paraId="20A4FD95" w14:textId="77777777" w:rsidR="006512E0" w:rsidRDefault="00000000">
      <w:pPr>
        <w:pStyle w:val="Subbab"/>
      </w:pPr>
      <w:r>
        <w:t>1.4 Manfaat PKL/Magang</w:t>
      </w:r>
    </w:p>
    <w:p w14:paraId="74A0FD6A" w14:textId="77777777" w:rsidR="006512E0" w:rsidRDefault="00000000">
      <w:pPr>
        <w:pStyle w:val="AnakSubbab"/>
      </w:pPr>
      <w:r>
        <w:t>1.4.1 Manfaat teoritis</w:t>
      </w:r>
    </w:p>
    <w:p w14:paraId="5F26C5DD" w14:textId="77777777" w:rsidR="006512E0" w:rsidRDefault="00000000">
      <w:pPr>
        <w:ind w:firstLine="567"/>
        <w:jc w:val="both"/>
      </w:pPr>
      <w:r>
        <w:rPr>
          <w:i/>
          <w:color w:val="595959"/>
        </w:rPr>
        <w:t>[Tuliskan manfaat laporan bagi pengembangan pengetahuan atau referensi akademik sesuai topik PKL/Magang.]</w:t>
      </w:r>
    </w:p>
    <w:p w14:paraId="6D81A0F3" w14:textId="77777777" w:rsidR="006512E0" w:rsidRDefault="00000000">
      <w:pPr>
        <w:pStyle w:val="AnakSubbab"/>
      </w:pPr>
      <w:r>
        <w:t>1.4.2 Manfaat praktis</w:t>
      </w:r>
    </w:p>
    <w:p w14:paraId="2108792C" w14:textId="77777777" w:rsidR="006512E0" w:rsidRDefault="00000000">
      <w:pPr>
        <w:ind w:firstLine="567"/>
        <w:jc w:val="both"/>
      </w:pPr>
      <w:r>
        <w:rPr>
          <w:i/>
          <w:color w:val="595959"/>
        </w:rPr>
        <w:t>[Tuliskan manfaat laporan bagi mahasiswa, instansi tempat magang, dan pihak kampus.]</w:t>
      </w:r>
    </w:p>
    <w:p w14:paraId="150CA92B" w14:textId="4757FE6F" w:rsidR="006512E0" w:rsidRDefault="006512E0" w:rsidP="0007110D"/>
    <w:p w14:paraId="4F71F216" w14:textId="77777777" w:rsidR="0007110D" w:rsidRDefault="0007110D">
      <w:pPr>
        <w:spacing w:after="200" w:line="276" w:lineRule="auto"/>
        <w:rPr>
          <w:b/>
        </w:rPr>
      </w:pPr>
      <w:r>
        <w:br w:type="page"/>
      </w:r>
    </w:p>
    <w:p w14:paraId="21C283E1" w14:textId="15C8B26E" w:rsidR="006512E0" w:rsidRDefault="00000000">
      <w:pPr>
        <w:pStyle w:val="BabTitle"/>
      </w:pPr>
      <w:r>
        <w:lastRenderedPageBreak/>
        <w:t>BAB II</w:t>
      </w:r>
      <w:r>
        <w:br/>
        <w:t>KAJIAN PUSTAKA</w:t>
      </w:r>
    </w:p>
    <w:p w14:paraId="66CE0BD6" w14:textId="77777777" w:rsidR="0007110D" w:rsidRDefault="0007110D">
      <w:pPr>
        <w:pStyle w:val="BabTitle"/>
      </w:pPr>
    </w:p>
    <w:p w14:paraId="3E0C3A95" w14:textId="77777777" w:rsidR="009144C8" w:rsidRDefault="009144C8">
      <w:pPr>
        <w:pStyle w:val="BabTitle"/>
      </w:pPr>
    </w:p>
    <w:p w14:paraId="3E4A1D7D" w14:textId="77777777" w:rsidR="006512E0" w:rsidRDefault="00000000">
      <w:pPr>
        <w:pStyle w:val="Subbab"/>
      </w:pPr>
      <w:r>
        <w:t>2.1 Kajian Pustaka</w:t>
      </w:r>
    </w:p>
    <w:p w14:paraId="3C5A1A94" w14:textId="77777777" w:rsidR="006512E0" w:rsidRDefault="00000000">
      <w:pPr>
        <w:ind w:firstLine="567"/>
        <w:jc w:val="both"/>
        <w:rPr>
          <w:i/>
          <w:color w:val="595959"/>
        </w:rPr>
      </w:pPr>
      <w:r>
        <w:rPr>
          <w:i/>
          <w:color w:val="595959"/>
        </w:rPr>
        <w:t>[Tuliskan teori-teori yang berkaitan dengan masalah PKL/Magang. Gunakan sumber relevan seperti buku, jurnal, artikel ilmiah, atau dokumen resmi. Hindari pembahasan yang terlalu panjang hanya untuk menambah halaman.]</w:t>
      </w:r>
    </w:p>
    <w:p w14:paraId="3577AB89" w14:textId="77777777" w:rsidR="0007110D" w:rsidRDefault="0007110D">
      <w:pPr>
        <w:ind w:firstLine="567"/>
        <w:jc w:val="both"/>
      </w:pPr>
    </w:p>
    <w:p w14:paraId="67BA7542" w14:textId="77777777" w:rsidR="006512E0" w:rsidRDefault="00000000">
      <w:pPr>
        <w:pStyle w:val="AnakSubbab"/>
      </w:pPr>
      <w:r>
        <w:t>2.1.1 Pengertian [Topik Utama]</w:t>
      </w:r>
    </w:p>
    <w:p w14:paraId="7731487A" w14:textId="77777777" w:rsidR="006512E0" w:rsidRDefault="00000000">
      <w:pPr>
        <w:ind w:firstLine="567"/>
        <w:jc w:val="both"/>
        <w:rPr>
          <w:i/>
          <w:color w:val="595959"/>
        </w:rPr>
      </w:pPr>
      <w:r>
        <w:rPr>
          <w:i/>
          <w:color w:val="595959"/>
        </w:rPr>
        <w:t>[Jelaskan pengertian atau konsep utama yang sesuai dengan judul laporan.]</w:t>
      </w:r>
    </w:p>
    <w:p w14:paraId="53773700" w14:textId="77777777" w:rsidR="0007110D" w:rsidRDefault="0007110D">
      <w:pPr>
        <w:ind w:firstLine="567"/>
        <w:jc w:val="both"/>
      </w:pPr>
    </w:p>
    <w:p w14:paraId="38B678EA" w14:textId="77777777" w:rsidR="006512E0" w:rsidRDefault="00000000">
      <w:pPr>
        <w:pStyle w:val="AnakSubbab"/>
      </w:pPr>
      <w:r>
        <w:t>2.1.2 Konsep [Topik Pendukung]</w:t>
      </w:r>
    </w:p>
    <w:p w14:paraId="4B4987F1" w14:textId="77777777" w:rsidR="006512E0" w:rsidRDefault="00000000">
      <w:pPr>
        <w:ind w:firstLine="567"/>
        <w:jc w:val="both"/>
        <w:rPr>
          <w:i/>
          <w:color w:val="595959"/>
        </w:rPr>
      </w:pPr>
      <w:r>
        <w:rPr>
          <w:i/>
          <w:color w:val="595959"/>
        </w:rPr>
        <w:t>[Jelaskan teori pendukung yang membantu menganalisis masalah di tempat PKL/Magang.]</w:t>
      </w:r>
    </w:p>
    <w:p w14:paraId="6B6E5758" w14:textId="77777777" w:rsidR="0007110D" w:rsidRDefault="0007110D">
      <w:pPr>
        <w:ind w:firstLine="567"/>
        <w:jc w:val="both"/>
      </w:pPr>
    </w:p>
    <w:p w14:paraId="5EF107B5" w14:textId="77777777" w:rsidR="006512E0" w:rsidRDefault="00000000">
      <w:pPr>
        <w:pStyle w:val="AnakSubbab"/>
      </w:pPr>
      <w:r>
        <w:t>2.1.3 Penelitian atau referensi terkait</w:t>
      </w:r>
    </w:p>
    <w:p w14:paraId="5FC19ED1" w14:textId="77777777" w:rsidR="006512E0" w:rsidRDefault="00000000">
      <w:pPr>
        <w:ind w:firstLine="567"/>
        <w:jc w:val="both"/>
        <w:rPr>
          <w:i/>
          <w:color w:val="595959"/>
        </w:rPr>
      </w:pPr>
      <w:r>
        <w:rPr>
          <w:i/>
          <w:color w:val="595959"/>
        </w:rPr>
        <w:t>[Tuliskan ringkasan penelitian, jurnal, atau referensi yang relevan dengan topik PKL/Magang.]</w:t>
      </w:r>
    </w:p>
    <w:p w14:paraId="0F382CDF" w14:textId="77777777" w:rsidR="0007110D" w:rsidRDefault="0007110D">
      <w:pPr>
        <w:ind w:firstLine="567"/>
        <w:jc w:val="both"/>
      </w:pPr>
    </w:p>
    <w:p w14:paraId="21F69FA1" w14:textId="77777777" w:rsidR="006512E0" w:rsidRDefault="00000000">
      <w:pPr>
        <w:pStyle w:val="Subbab"/>
      </w:pPr>
      <w:r>
        <w:t>2.2 Kerangka Pikir Teoritis</w:t>
      </w:r>
    </w:p>
    <w:p w14:paraId="0D56A5F4" w14:textId="77777777" w:rsidR="006512E0" w:rsidRDefault="00000000">
      <w:pPr>
        <w:ind w:firstLine="567"/>
        <w:jc w:val="both"/>
      </w:pPr>
      <w:r>
        <w:rPr>
          <w:i/>
          <w:color w:val="595959"/>
        </w:rPr>
        <w:t>[Jelaskan alur pemikiran teoritis yang menunjukkan hubungan antara teori, permasalahan, objek PKL/Magang, jenis data, metode pengumpulan data, dan teknik analisis data.]</w:t>
      </w:r>
    </w:p>
    <w:p w14:paraId="5402CEFA" w14:textId="16690DDE" w:rsidR="006512E0" w:rsidRDefault="006512E0" w:rsidP="0007110D"/>
    <w:p w14:paraId="29A2D38A" w14:textId="77777777" w:rsidR="0007110D" w:rsidRDefault="0007110D">
      <w:pPr>
        <w:spacing w:after="200" w:line="276" w:lineRule="auto"/>
        <w:rPr>
          <w:b/>
        </w:rPr>
      </w:pPr>
      <w:r>
        <w:br w:type="page"/>
      </w:r>
    </w:p>
    <w:p w14:paraId="0ACB3127" w14:textId="5745BE4F" w:rsidR="006512E0" w:rsidRDefault="00000000">
      <w:pPr>
        <w:pStyle w:val="BabTitle"/>
      </w:pPr>
      <w:r>
        <w:lastRenderedPageBreak/>
        <w:t>BAB III</w:t>
      </w:r>
      <w:r>
        <w:br/>
        <w:t>METODE PKL/MAGANG</w:t>
      </w:r>
    </w:p>
    <w:p w14:paraId="3EC1D4EA" w14:textId="77777777" w:rsidR="0007110D" w:rsidRDefault="0007110D">
      <w:pPr>
        <w:pStyle w:val="BabTitle"/>
      </w:pPr>
    </w:p>
    <w:p w14:paraId="31865C20" w14:textId="77777777" w:rsidR="009144C8" w:rsidRDefault="009144C8">
      <w:pPr>
        <w:pStyle w:val="BabTitle"/>
      </w:pPr>
    </w:p>
    <w:p w14:paraId="302960F6" w14:textId="77777777" w:rsidR="006512E0" w:rsidRDefault="00000000">
      <w:pPr>
        <w:pStyle w:val="Subbab"/>
      </w:pPr>
      <w:r>
        <w:t>3.1 Lokasi PKL/Magang</w:t>
      </w:r>
    </w:p>
    <w:p w14:paraId="3E799542" w14:textId="77777777" w:rsidR="006512E0" w:rsidRDefault="00000000">
      <w:pPr>
        <w:ind w:firstLine="567"/>
        <w:jc w:val="both"/>
        <w:rPr>
          <w:i/>
          <w:color w:val="595959"/>
        </w:rPr>
      </w:pPr>
      <w:r>
        <w:rPr>
          <w:i/>
          <w:color w:val="595959"/>
        </w:rPr>
        <w:t>[Tuliskan nama instansi/perusahaan, alamat, bidang kerja, bagian atau unit tempat mahasiswa ditempatkan, dan waktu pelaksanaan PKL/Magang.]</w:t>
      </w:r>
    </w:p>
    <w:p w14:paraId="21026F2A" w14:textId="77777777" w:rsidR="0007110D" w:rsidRDefault="0007110D">
      <w:pPr>
        <w:ind w:firstLine="567"/>
        <w:jc w:val="both"/>
      </w:pPr>
    </w:p>
    <w:p w14:paraId="595FE149" w14:textId="77777777" w:rsidR="006512E0" w:rsidRDefault="00000000">
      <w:pPr>
        <w:pStyle w:val="Subbab"/>
      </w:pPr>
      <w:r>
        <w:t>3.2 Desain Pelaksanaan PKL/Magang</w:t>
      </w:r>
    </w:p>
    <w:p w14:paraId="4E52A554" w14:textId="77777777" w:rsidR="006512E0" w:rsidRDefault="00000000">
      <w:pPr>
        <w:ind w:firstLine="567"/>
        <w:jc w:val="both"/>
        <w:rPr>
          <w:i/>
          <w:color w:val="595959"/>
        </w:rPr>
      </w:pPr>
      <w:r>
        <w:rPr>
          <w:i/>
          <w:color w:val="595959"/>
        </w:rPr>
        <w:t>[Jelaskan rancangan atau pendekatan yang digunakan dalam pelaksanaan PKL/Magang, misalnya pendekatan deskriptif, observasi lapangan, atau rancangan kegiatan tertentu. Sertakan alasan pemilihannya.]</w:t>
      </w:r>
    </w:p>
    <w:p w14:paraId="4F17777F" w14:textId="77777777" w:rsidR="0007110D" w:rsidRDefault="0007110D">
      <w:pPr>
        <w:ind w:firstLine="567"/>
        <w:jc w:val="both"/>
      </w:pPr>
    </w:p>
    <w:p w14:paraId="539D725D" w14:textId="77777777" w:rsidR="006512E0" w:rsidRDefault="00000000">
      <w:pPr>
        <w:pStyle w:val="Subbab"/>
      </w:pPr>
      <w:r>
        <w:t>3.3 Penentuan Objek PKL/Magang</w:t>
      </w:r>
    </w:p>
    <w:p w14:paraId="5A39345F" w14:textId="77777777" w:rsidR="006512E0" w:rsidRDefault="00000000">
      <w:pPr>
        <w:ind w:firstLine="567"/>
        <w:jc w:val="both"/>
        <w:rPr>
          <w:i/>
          <w:color w:val="595959"/>
        </w:rPr>
      </w:pPr>
      <w:r>
        <w:rPr>
          <w:i/>
          <w:color w:val="595959"/>
        </w:rPr>
        <w:t>[Jelaskan objek yang menjadi fokus pelaksanaan PKL/Magang, misalnya sistem administrasi, pelayanan, pengelolaan data, proses kerja, aplikasi, atau kegiatan tertentu.]</w:t>
      </w:r>
    </w:p>
    <w:p w14:paraId="67CD64F9" w14:textId="77777777" w:rsidR="0007110D" w:rsidRDefault="0007110D">
      <w:pPr>
        <w:ind w:firstLine="567"/>
        <w:jc w:val="both"/>
      </w:pPr>
    </w:p>
    <w:p w14:paraId="5F9B1181" w14:textId="77777777" w:rsidR="006512E0" w:rsidRDefault="00000000">
      <w:pPr>
        <w:pStyle w:val="Subbab"/>
      </w:pPr>
      <w:r>
        <w:t>3.4 Metode Pengumpulan Data</w:t>
      </w:r>
    </w:p>
    <w:p w14:paraId="5AFB5867" w14:textId="77777777" w:rsidR="006512E0" w:rsidRDefault="00000000">
      <w:pPr>
        <w:ind w:firstLine="567"/>
        <w:jc w:val="both"/>
      </w:pPr>
      <w:r>
        <w:rPr>
          <w:i/>
          <w:color w:val="595959"/>
        </w:rPr>
        <w:t>[Jelaskan metode pengumpulan data yang digunakan dan alasan pemilihannya.]</w:t>
      </w:r>
    </w:p>
    <w:p w14:paraId="7C13A7E6" w14:textId="77777777" w:rsidR="0007110D" w:rsidRDefault="00000000" w:rsidP="009144C8">
      <w:pPr>
        <w:pStyle w:val="ListParagraph"/>
        <w:numPr>
          <w:ilvl w:val="0"/>
          <w:numId w:val="12"/>
        </w:numPr>
        <w:jc w:val="both"/>
      </w:pPr>
      <w:proofErr w:type="spellStart"/>
      <w:r>
        <w:t>Observasi</w:t>
      </w:r>
      <w:proofErr w:type="spellEnd"/>
      <w:r>
        <w:t xml:space="preserve">, </w:t>
      </w:r>
      <w:proofErr w:type="spellStart"/>
      <w:r>
        <w:t>yaitu</w:t>
      </w:r>
      <w:proofErr w:type="spellEnd"/>
      <w:r>
        <w:t xml:space="preserve"> </w:t>
      </w:r>
      <w:proofErr w:type="spellStart"/>
      <w:r>
        <w:t>pengamatan</w:t>
      </w:r>
      <w:proofErr w:type="spellEnd"/>
      <w:r>
        <w:t xml:space="preserve"> </w:t>
      </w:r>
      <w:proofErr w:type="spellStart"/>
      <w:r>
        <w:t>langsung</w:t>
      </w:r>
      <w:proofErr w:type="spellEnd"/>
      <w:r>
        <w:t xml:space="preserve"> terhadap </w:t>
      </w:r>
      <w:proofErr w:type="spellStart"/>
      <w:r>
        <w:t>kegiatan</w:t>
      </w:r>
      <w:proofErr w:type="spellEnd"/>
      <w:r>
        <w:t xml:space="preserve"> di </w:t>
      </w:r>
      <w:proofErr w:type="spellStart"/>
      <w:r>
        <w:t>tempat</w:t>
      </w:r>
      <w:proofErr w:type="spellEnd"/>
      <w:r>
        <w:t xml:space="preserve"> PKL/</w:t>
      </w:r>
      <w:proofErr w:type="spellStart"/>
      <w:r>
        <w:t>Magang</w:t>
      </w:r>
      <w:proofErr w:type="spellEnd"/>
      <w:r>
        <w:t>.</w:t>
      </w:r>
    </w:p>
    <w:p w14:paraId="53153E03" w14:textId="797441F7" w:rsidR="006512E0" w:rsidRDefault="00000000" w:rsidP="009144C8">
      <w:pPr>
        <w:pStyle w:val="ListParagraph"/>
        <w:numPr>
          <w:ilvl w:val="0"/>
          <w:numId w:val="12"/>
        </w:numPr>
        <w:jc w:val="both"/>
      </w:pPr>
      <w:proofErr w:type="spellStart"/>
      <w:r>
        <w:t>Wawancara</w:t>
      </w:r>
      <w:proofErr w:type="spellEnd"/>
      <w:r>
        <w:t xml:space="preserve">, </w:t>
      </w:r>
      <w:proofErr w:type="spellStart"/>
      <w:r>
        <w:t>yaitu</w:t>
      </w:r>
      <w:proofErr w:type="spellEnd"/>
      <w:r>
        <w:t xml:space="preserve"> </w:t>
      </w:r>
      <w:proofErr w:type="spellStart"/>
      <w:r>
        <w:t>pengumpulan</w:t>
      </w:r>
      <w:proofErr w:type="spellEnd"/>
      <w:r>
        <w:t xml:space="preserve"> </w:t>
      </w:r>
      <w:proofErr w:type="spellStart"/>
      <w:r>
        <w:t>informasi</w:t>
      </w:r>
      <w:proofErr w:type="spellEnd"/>
      <w:r>
        <w:t xml:space="preserve"> melalui tanya jawab dengan pembimbing lapangan atau pihak terkait.</w:t>
      </w:r>
    </w:p>
    <w:p w14:paraId="70F8DD44" w14:textId="24031B00" w:rsidR="006512E0" w:rsidRDefault="00000000" w:rsidP="009144C8">
      <w:pPr>
        <w:pStyle w:val="ListParagraph"/>
        <w:numPr>
          <w:ilvl w:val="0"/>
          <w:numId w:val="12"/>
        </w:numPr>
        <w:jc w:val="both"/>
      </w:pPr>
      <w:proofErr w:type="spellStart"/>
      <w:r>
        <w:t>Dokumentasi</w:t>
      </w:r>
      <w:proofErr w:type="spellEnd"/>
      <w:r>
        <w:t xml:space="preserve">, yaitu pengumpulan data berupa foto kegiatan, arsip, dokumen, atau catatan yang </w:t>
      </w:r>
      <w:proofErr w:type="spellStart"/>
      <w:r>
        <w:t>berkaitan</w:t>
      </w:r>
      <w:proofErr w:type="spellEnd"/>
      <w:r>
        <w:t xml:space="preserve"> </w:t>
      </w:r>
      <w:proofErr w:type="spellStart"/>
      <w:r>
        <w:t>dengan</w:t>
      </w:r>
      <w:proofErr w:type="spellEnd"/>
      <w:r>
        <w:t xml:space="preserve"> </w:t>
      </w:r>
      <w:proofErr w:type="spellStart"/>
      <w:r>
        <w:t>pelaksanaan</w:t>
      </w:r>
      <w:proofErr w:type="spellEnd"/>
      <w:r>
        <w:t xml:space="preserve"> PKL/</w:t>
      </w:r>
      <w:proofErr w:type="spellStart"/>
      <w:r>
        <w:t>Magang</w:t>
      </w:r>
      <w:proofErr w:type="spellEnd"/>
      <w:r>
        <w:t>.</w:t>
      </w:r>
    </w:p>
    <w:p w14:paraId="2CA0B182" w14:textId="77777777" w:rsidR="009144C8" w:rsidRDefault="009144C8" w:rsidP="009144C8">
      <w:pPr>
        <w:pStyle w:val="ListParagraph"/>
        <w:jc w:val="both"/>
      </w:pPr>
    </w:p>
    <w:p w14:paraId="164D744A" w14:textId="77777777" w:rsidR="006512E0" w:rsidRDefault="00000000">
      <w:pPr>
        <w:pStyle w:val="Subbab"/>
      </w:pPr>
      <w:r>
        <w:t>3.5 Instrumen PKL/Magang</w:t>
      </w:r>
    </w:p>
    <w:p w14:paraId="3472F4A7" w14:textId="77777777" w:rsidR="006512E0" w:rsidRDefault="00000000">
      <w:pPr>
        <w:ind w:firstLine="567"/>
        <w:jc w:val="both"/>
        <w:rPr>
          <w:i/>
          <w:color w:val="595959"/>
        </w:rPr>
      </w:pPr>
      <w:r>
        <w:rPr>
          <w:i/>
          <w:color w:val="595959"/>
        </w:rPr>
        <w:lastRenderedPageBreak/>
        <w:t>[Tuliskan alat atau bahan yang digunakan selama PKL/Magang, misalnya buku catatan, lembar observasi, daftar pertanyaan wawancara, kamera, laptop, aplikasi, atau sistem tertentu.]</w:t>
      </w:r>
    </w:p>
    <w:p w14:paraId="3D5E719B" w14:textId="77777777" w:rsidR="00DC646A" w:rsidRDefault="00DC646A">
      <w:pPr>
        <w:ind w:firstLine="567"/>
        <w:jc w:val="both"/>
      </w:pPr>
    </w:p>
    <w:p w14:paraId="3920863B" w14:textId="77777777" w:rsidR="006512E0" w:rsidRDefault="00000000">
      <w:pPr>
        <w:pStyle w:val="Subbab"/>
      </w:pPr>
      <w:r>
        <w:t>3.6 Teknik Analisis Data</w:t>
      </w:r>
    </w:p>
    <w:p w14:paraId="2FCA5DED" w14:textId="77777777" w:rsidR="006512E0" w:rsidRDefault="00000000">
      <w:pPr>
        <w:ind w:firstLine="567"/>
        <w:jc w:val="both"/>
      </w:pPr>
      <w:r>
        <w:rPr>
          <w:i/>
          <w:color w:val="595959"/>
        </w:rPr>
        <w:t>[Jelaskan teknik analisis data yang digunakan. Jika menggunakan analisis deskriptif, jelaskan bahwa data hasil observasi, wawancara, dan dokumentasi disusun secara sistematis lalu diinterpretasikan untuk memperoleh kesimpulan.]</w:t>
      </w:r>
    </w:p>
    <w:p w14:paraId="765696CD" w14:textId="7C86ABE4" w:rsidR="006512E0" w:rsidRDefault="006512E0" w:rsidP="009144C8"/>
    <w:p w14:paraId="72E42451" w14:textId="77777777" w:rsidR="006512E0" w:rsidRDefault="006512E0"/>
    <w:p w14:paraId="407A1EA7" w14:textId="77777777" w:rsidR="009144C8" w:rsidRDefault="009144C8">
      <w:pPr>
        <w:spacing w:after="200" w:line="276" w:lineRule="auto"/>
        <w:rPr>
          <w:b/>
        </w:rPr>
      </w:pPr>
      <w:r>
        <w:br w:type="page"/>
      </w:r>
    </w:p>
    <w:p w14:paraId="355227BF" w14:textId="557D3C2B" w:rsidR="006512E0" w:rsidRDefault="00000000">
      <w:pPr>
        <w:pStyle w:val="BabTitle"/>
      </w:pPr>
      <w:r>
        <w:lastRenderedPageBreak/>
        <w:t>BAB IV</w:t>
      </w:r>
      <w:r>
        <w:br/>
        <w:t>HASIL PKL/MAGANG DAN PEMBAHASAN</w:t>
      </w:r>
    </w:p>
    <w:p w14:paraId="1982B376" w14:textId="77777777" w:rsidR="009144C8" w:rsidRDefault="009144C8">
      <w:pPr>
        <w:pStyle w:val="BabTitle"/>
      </w:pPr>
    </w:p>
    <w:p w14:paraId="0AE5419A" w14:textId="77777777" w:rsidR="009144C8" w:rsidRDefault="009144C8">
      <w:pPr>
        <w:pStyle w:val="BabTitle"/>
      </w:pPr>
    </w:p>
    <w:p w14:paraId="2BCB88A7" w14:textId="77777777" w:rsidR="006512E0" w:rsidRDefault="00000000">
      <w:pPr>
        <w:pStyle w:val="Subbab"/>
      </w:pPr>
      <w:r>
        <w:t>4.1 Deskripsi Kegiatan PKL/Magang</w:t>
      </w:r>
    </w:p>
    <w:p w14:paraId="3A464656" w14:textId="31C03A81" w:rsidR="006512E0" w:rsidRDefault="00000000">
      <w:pPr>
        <w:ind w:firstLine="567"/>
        <w:jc w:val="both"/>
      </w:pPr>
      <w:r>
        <w:rPr>
          <w:i/>
          <w:color w:val="595959"/>
        </w:rPr>
        <w:t xml:space="preserve">[Jelaskan kegiatan yang dilakukan </w:t>
      </w:r>
      <w:proofErr w:type="spellStart"/>
      <w:r>
        <w:rPr>
          <w:i/>
          <w:color w:val="595959"/>
        </w:rPr>
        <w:t>selama</w:t>
      </w:r>
      <w:proofErr w:type="spellEnd"/>
      <w:r>
        <w:rPr>
          <w:i/>
          <w:color w:val="595959"/>
        </w:rPr>
        <w:t xml:space="preserve"> PKL/</w:t>
      </w:r>
      <w:proofErr w:type="spellStart"/>
      <w:r>
        <w:rPr>
          <w:i/>
          <w:color w:val="595959"/>
        </w:rPr>
        <w:t>Magang</w:t>
      </w:r>
      <w:proofErr w:type="spellEnd"/>
      <w:r>
        <w:rPr>
          <w:i/>
          <w:color w:val="595959"/>
        </w:rPr>
        <w:t xml:space="preserve"> </w:t>
      </w:r>
      <w:proofErr w:type="spellStart"/>
      <w:r>
        <w:rPr>
          <w:i/>
          <w:color w:val="595959"/>
        </w:rPr>
        <w:t>secara</w:t>
      </w:r>
      <w:proofErr w:type="spellEnd"/>
      <w:r>
        <w:rPr>
          <w:i/>
          <w:color w:val="595959"/>
        </w:rPr>
        <w:t xml:space="preserve"> </w:t>
      </w:r>
      <w:proofErr w:type="spellStart"/>
      <w:r>
        <w:rPr>
          <w:i/>
          <w:color w:val="595959"/>
        </w:rPr>
        <w:t>runtut</w:t>
      </w:r>
      <w:proofErr w:type="spellEnd"/>
      <w:r>
        <w:rPr>
          <w:i/>
          <w:color w:val="595959"/>
        </w:rPr>
        <w:t>.]</w:t>
      </w:r>
    </w:p>
    <w:p w14:paraId="350518A6" w14:textId="77777777" w:rsidR="006512E0" w:rsidRDefault="00000000">
      <w:pPr>
        <w:spacing w:line="240" w:lineRule="auto"/>
        <w:jc w:val="center"/>
      </w:pPr>
      <w:r>
        <w:t>Tabel 4.1 Kegiatan PKL/Magang</w:t>
      </w:r>
    </w:p>
    <w:tbl>
      <w:tblPr>
        <w:tblW w:w="0" w:type="auto"/>
        <w:jc w:val="center"/>
        <w:tblLook w:val="04A0" w:firstRow="1" w:lastRow="0" w:firstColumn="1" w:lastColumn="0" w:noHBand="0" w:noVBand="1"/>
      </w:tblPr>
      <w:tblGrid>
        <w:gridCol w:w="1984"/>
        <w:gridCol w:w="1984"/>
        <w:gridCol w:w="1984"/>
        <w:gridCol w:w="1984"/>
      </w:tblGrid>
      <w:tr w:rsidR="006512E0" w14:paraId="49C9F876" w14:textId="77777777">
        <w:trPr>
          <w:jc w:val="center"/>
        </w:trPr>
        <w:tc>
          <w:tcPr>
            <w:tcW w:w="1984" w:type="dxa"/>
            <w:tcBorders>
              <w:top w:val="single" w:sz="6" w:space="0" w:color="000000"/>
              <w:left w:val="single" w:sz="6" w:space="0" w:color="000000"/>
              <w:bottom w:val="single" w:sz="6" w:space="0" w:color="000000"/>
              <w:right w:val="single" w:sz="6" w:space="0" w:color="000000"/>
            </w:tcBorders>
            <w:shd w:val="clear" w:color="auto" w:fill="D9EAF7"/>
          </w:tcPr>
          <w:p w14:paraId="1F8F761E" w14:textId="77777777" w:rsidR="006512E0" w:rsidRDefault="00000000">
            <w:pPr>
              <w:spacing w:line="240" w:lineRule="auto"/>
              <w:jc w:val="center"/>
            </w:pPr>
            <w:r>
              <w:rPr>
                <w:sz w:val="20"/>
              </w:rPr>
              <w:t>No</w:t>
            </w:r>
          </w:p>
        </w:tc>
        <w:tc>
          <w:tcPr>
            <w:tcW w:w="1984" w:type="dxa"/>
            <w:tcBorders>
              <w:top w:val="single" w:sz="6" w:space="0" w:color="000000"/>
              <w:left w:val="single" w:sz="6" w:space="0" w:color="000000"/>
              <w:bottom w:val="single" w:sz="6" w:space="0" w:color="000000"/>
              <w:right w:val="single" w:sz="6" w:space="0" w:color="000000"/>
            </w:tcBorders>
            <w:shd w:val="clear" w:color="auto" w:fill="D9EAF7"/>
          </w:tcPr>
          <w:p w14:paraId="5DB32042" w14:textId="77777777" w:rsidR="006512E0" w:rsidRDefault="00000000">
            <w:pPr>
              <w:spacing w:line="240" w:lineRule="auto"/>
            </w:pPr>
            <w:r>
              <w:rPr>
                <w:sz w:val="20"/>
              </w:rPr>
              <w:t>Tanggal</w:t>
            </w:r>
          </w:p>
        </w:tc>
        <w:tc>
          <w:tcPr>
            <w:tcW w:w="1984" w:type="dxa"/>
            <w:tcBorders>
              <w:top w:val="single" w:sz="6" w:space="0" w:color="000000"/>
              <w:left w:val="single" w:sz="6" w:space="0" w:color="000000"/>
              <w:bottom w:val="single" w:sz="6" w:space="0" w:color="000000"/>
              <w:right w:val="single" w:sz="6" w:space="0" w:color="000000"/>
            </w:tcBorders>
            <w:shd w:val="clear" w:color="auto" w:fill="D9EAF7"/>
          </w:tcPr>
          <w:p w14:paraId="3BE96921" w14:textId="77777777" w:rsidR="006512E0" w:rsidRDefault="00000000">
            <w:pPr>
              <w:spacing w:line="240" w:lineRule="auto"/>
            </w:pPr>
            <w:r>
              <w:rPr>
                <w:sz w:val="20"/>
              </w:rPr>
              <w:t>Kegiatan</w:t>
            </w:r>
          </w:p>
        </w:tc>
        <w:tc>
          <w:tcPr>
            <w:tcW w:w="1984" w:type="dxa"/>
            <w:tcBorders>
              <w:top w:val="single" w:sz="6" w:space="0" w:color="000000"/>
              <w:left w:val="single" w:sz="6" w:space="0" w:color="000000"/>
              <w:bottom w:val="single" w:sz="6" w:space="0" w:color="000000"/>
              <w:right w:val="single" w:sz="6" w:space="0" w:color="000000"/>
            </w:tcBorders>
            <w:shd w:val="clear" w:color="auto" w:fill="D9EAF7"/>
          </w:tcPr>
          <w:p w14:paraId="0472F913" w14:textId="77777777" w:rsidR="006512E0" w:rsidRDefault="00000000">
            <w:pPr>
              <w:spacing w:line="240" w:lineRule="auto"/>
            </w:pPr>
            <w:r>
              <w:rPr>
                <w:sz w:val="20"/>
              </w:rPr>
              <w:t>Keterangan</w:t>
            </w:r>
          </w:p>
        </w:tc>
      </w:tr>
      <w:tr w:rsidR="006512E0" w14:paraId="6FC75DF0" w14:textId="77777777">
        <w:trPr>
          <w:jc w:val="center"/>
        </w:trPr>
        <w:tc>
          <w:tcPr>
            <w:tcW w:w="1984" w:type="dxa"/>
            <w:tcBorders>
              <w:top w:val="single" w:sz="6" w:space="0" w:color="000000"/>
              <w:left w:val="single" w:sz="6" w:space="0" w:color="000000"/>
              <w:bottom w:val="single" w:sz="6" w:space="0" w:color="000000"/>
              <w:right w:val="single" w:sz="6" w:space="0" w:color="000000"/>
            </w:tcBorders>
          </w:tcPr>
          <w:p w14:paraId="644DA74C" w14:textId="77777777" w:rsidR="006512E0" w:rsidRDefault="00000000">
            <w:pPr>
              <w:spacing w:line="240" w:lineRule="auto"/>
              <w:jc w:val="center"/>
            </w:pPr>
            <w:r>
              <w:rPr>
                <w:sz w:val="20"/>
              </w:rPr>
              <w:t>1</w:t>
            </w:r>
          </w:p>
        </w:tc>
        <w:tc>
          <w:tcPr>
            <w:tcW w:w="1984" w:type="dxa"/>
            <w:tcBorders>
              <w:top w:val="single" w:sz="6" w:space="0" w:color="000000"/>
              <w:left w:val="single" w:sz="6" w:space="0" w:color="000000"/>
              <w:bottom w:val="single" w:sz="6" w:space="0" w:color="000000"/>
              <w:right w:val="single" w:sz="6" w:space="0" w:color="000000"/>
            </w:tcBorders>
          </w:tcPr>
          <w:p w14:paraId="1218060C" w14:textId="77777777" w:rsidR="006512E0" w:rsidRDefault="00000000">
            <w:pPr>
              <w:spacing w:line="240" w:lineRule="auto"/>
            </w:pPr>
            <w:r>
              <w:rPr>
                <w:sz w:val="20"/>
              </w:rPr>
              <w:t>[Tanggal]</w:t>
            </w:r>
          </w:p>
        </w:tc>
        <w:tc>
          <w:tcPr>
            <w:tcW w:w="1984" w:type="dxa"/>
            <w:tcBorders>
              <w:top w:val="single" w:sz="6" w:space="0" w:color="000000"/>
              <w:left w:val="single" w:sz="6" w:space="0" w:color="000000"/>
              <w:bottom w:val="single" w:sz="6" w:space="0" w:color="000000"/>
              <w:right w:val="single" w:sz="6" w:space="0" w:color="000000"/>
            </w:tcBorders>
          </w:tcPr>
          <w:p w14:paraId="3EACC25E" w14:textId="77777777" w:rsidR="006512E0" w:rsidRDefault="00000000">
            <w:pPr>
              <w:spacing w:line="240" w:lineRule="auto"/>
            </w:pPr>
            <w:r>
              <w:rPr>
                <w:sz w:val="20"/>
              </w:rPr>
              <w:t>[Nama Kegiatan]</w:t>
            </w:r>
          </w:p>
        </w:tc>
        <w:tc>
          <w:tcPr>
            <w:tcW w:w="1984" w:type="dxa"/>
            <w:tcBorders>
              <w:top w:val="single" w:sz="6" w:space="0" w:color="000000"/>
              <w:left w:val="single" w:sz="6" w:space="0" w:color="000000"/>
              <w:bottom w:val="single" w:sz="6" w:space="0" w:color="000000"/>
              <w:right w:val="single" w:sz="6" w:space="0" w:color="000000"/>
            </w:tcBorders>
          </w:tcPr>
          <w:p w14:paraId="04A958FC" w14:textId="77777777" w:rsidR="006512E0" w:rsidRDefault="00000000">
            <w:pPr>
              <w:spacing w:line="240" w:lineRule="auto"/>
            </w:pPr>
            <w:r>
              <w:rPr>
                <w:sz w:val="20"/>
              </w:rPr>
              <w:t>[Penjelasan Singkat]</w:t>
            </w:r>
          </w:p>
        </w:tc>
      </w:tr>
      <w:tr w:rsidR="006512E0" w14:paraId="561F2F4C" w14:textId="77777777">
        <w:trPr>
          <w:jc w:val="center"/>
        </w:trPr>
        <w:tc>
          <w:tcPr>
            <w:tcW w:w="1984" w:type="dxa"/>
            <w:tcBorders>
              <w:top w:val="single" w:sz="6" w:space="0" w:color="000000"/>
              <w:left w:val="single" w:sz="6" w:space="0" w:color="000000"/>
              <w:bottom w:val="single" w:sz="6" w:space="0" w:color="000000"/>
              <w:right w:val="single" w:sz="6" w:space="0" w:color="000000"/>
            </w:tcBorders>
          </w:tcPr>
          <w:p w14:paraId="4E6BA856" w14:textId="77777777" w:rsidR="006512E0" w:rsidRDefault="00000000">
            <w:pPr>
              <w:spacing w:line="240" w:lineRule="auto"/>
              <w:jc w:val="center"/>
            </w:pPr>
            <w:r>
              <w:rPr>
                <w:sz w:val="20"/>
              </w:rPr>
              <w:t>2</w:t>
            </w:r>
          </w:p>
        </w:tc>
        <w:tc>
          <w:tcPr>
            <w:tcW w:w="1984" w:type="dxa"/>
            <w:tcBorders>
              <w:top w:val="single" w:sz="6" w:space="0" w:color="000000"/>
              <w:left w:val="single" w:sz="6" w:space="0" w:color="000000"/>
              <w:bottom w:val="single" w:sz="6" w:space="0" w:color="000000"/>
              <w:right w:val="single" w:sz="6" w:space="0" w:color="000000"/>
            </w:tcBorders>
          </w:tcPr>
          <w:p w14:paraId="1325D7AB" w14:textId="77777777" w:rsidR="006512E0" w:rsidRDefault="00000000">
            <w:pPr>
              <w:spacing w:line="240" w:lineRule="auto"/>
            </w:pPr>
            <w:r>
              <w:rPr>
                <w:sz w:val="20"/>
              </w:rPr>
              <w:t>[Tanggal]</w:t>
            </w:r>
          </w:p>
        </w:tc>
        <w:tc>
          <w:tcPr>
            <w:tcW w:w="1984" w:type="dxa"/>
            <w:tcBorders>
              <w:top w:val="single" w:sz="6" w:space="0" w:color="000000"/>
              <w:left w:val="single" w:sz="6" w:space="0" w:color="000000"/>
              <w:bottom w:val="single" w:sz="6" w:space="0" w:color="000000"/>
              <w:right w:val="single" w:sz="6" w:space="0" w:color="000000"/>
            </w:tcBorders>
          </w:tcPr>
          <w:p w14:paraId="2DCF683B" w14:textId="77777777" w:rsidR="006512E0" w:rsidRDefault="00000000">
            <w:pPr>
              <w:spacing w:line="240" w:lineRule="auto"/>
            </w:pPr>
            <w:r>
              <w:rPr>
                <w:sz w:val="20"/>
              </w:rPr>
              <w:t>[Nama Kegiatan]</w:t>
            </w:r>
          </w:p>
        </w:tc>
        <w:tc>
          <w:tcPr>
            <w:tcW w:w="1984" w:type="dxa"/>
            <w:tcBorders>
              <w:top w:val="single" w:sz="6" w:space="0" w:color="000000"/>
              <w:left w:val="single" w:sz="6" w:space="0" w:color="000000"/>
              <w:bottom w:val="single" w:sz="6" w:space="0" w:color="000000"/>
              <w:right w:val="single" w:sz="6" w:space="0" w:color="000000"/>
            </w:tcBorders>
          </w:tcPr>
          <w:p w14:paraId="08DE6040" w14:textId="77777777" w:rsidR="006512E0" w:rsidRDefault="00000000">
            <w:pPr>
              <w:spacing w:line="240" w:lineRule="auto"/>
            </w:pPr>
            <w:r>
              <w:rPr>
                <w:sz w:val="20"/>
              </w:rPr>
              <w:t>[Penjelasan Singkat]</w:t>
            </w:r>
          </w:p>
        </w:tc>
      </w:tr>
      <w:tr w:rsidR="006512E0" w14:paraId="00610C7F" w14:textId="77777777">
        <w:trPr>
          <w:jc w:val="center"/>
        </w:trPr>
        <w:tc>
          <w:tcPr>
            <w:tcW w:w="1984" w:type="dxa"/>
            <w:tcBorders>
              <w:top w:val="single" w:sz="6" w:space="0" w:color="000000"/>
              <w:left w:val="single" w:sz="6" w:space="0" w:color="000000"/>
              <w:bottom w:val="single" w:sz="6" w:space="0" w:color="000000"/>
              <w:right w:val="single" w:sz="6" w:space="0" w:color="000000"/>
            </w:tcBorders>
          </w:tcPr>
          <w:p w14:paraId="05664B5B" w14:textId="77777777" w:rsidR="006512E0" w:rsidRDefault="00000000">
            <w:pPr>
              <w:spacing w:line="240" w:lineRule="auto"/>
              <w:jc w:val="center"/>
            </w:pPr>
            <w:r>
              <w:rPr>
                <w:sz w:val="20"/>
              </w:rPr>
              <w:t>3</w:t>
            </w:r>
          </w:p>
        </w:tc>
        <w:tc>
          <w:tcPr>
            <w:tcW w:w="1984" w:type="dxa"/>
            <w:tcBorders>
              <w:top w:val="single" w:sz="6" w:space="0" w:color="000000"/>
              <w:left w:val="single" w:sz="6" w:space="0" w:color="000000"/>
              <w:bottom w:val="single" w:sz="6" w:space="0" w:color="000000"/>
              <w:right w:val="single" w:sz="6" w:space="0" w:color="000000"/>
            </w:tcBorders>
          </w:tcPr>
          <w:p w14:paraId="4065A63E" w14:textId="77777777" w:rsidR="006512E0" w:rsidRDefault="00000000">
            <w:pPr>
              <w:spacing w:line="240" w:lineRule="auto"/>
            </w:pPr>
            <w:r>
              <w:rPr>
                <w:sz w:val="20"/>
              </w:rPr>
              <w:t>[Tanggal]</w:t>
            </w:r>
          </w:p>
        </w:tc>
        <w:tc>
          <w:tcPr>
            <w:tcW w:w="1984" w:type="dxa"/>
            <w:tcBorders>
              <w:top w:val="single" w:sz="6" w:space="0" w:color="000000"/>
              <w:left w:val="single" w:sz="6" w:space="0" w:color="000000"/>
              <w:bottom w:val="single" w:sz="6" w:space="0" w:color="000000"/>
              <w:right w:val="single" w:sz="6" w:space="0" w:color="000000"/>
            </w:tcBorders>
          </w:tcPr>
          <w:p w14:paraId="16A77D9B" w14:textId="77777777" w:rsidR="006512E0" w:rsidRDefault="00000000">
            <w:pPr>
              <w:spacing w:line="240" w:lineRule="auto"/>
            </w:pPr>
            <w:r>
              <w:rPr>
                <w:sz w:val="20"/>
              </w:rPr>
              <w:t>[Nama Kegiatan]</w:t>
            </w:r>
          </w:p>
        </w:tc>
        <w:tc>
          <w:tcPr>
            <w:tcW w:w="1984" w:type="dxa"/>
            <w:tcBorders>
              <w:top w:val="single" w:sz="6" w:space="0" w:color="000000"/>
              <w:left w:val="single" w:sz="6" w:space="0" w:color="000000"/>
              <w:bottom w:val="single" w:sz="6" w:space="0" w:color="000000"/>
              <w:right w:val="single" w:sz="6" w:space="0" w:color="000000"/>
            </w:tcBorders>
          </w:tcPr>
          <w:p w14:paraId="328A580F" w14:textId="77777777" w:rsidR="006512E0" w:rsidRDefault="00000000">
            <w:pPr>
              <w:spacing w:line="240" w:lineRule="auto"/>
            </w:pPr>
            <w:r>
              <w:rPr>
                <w:sz w:val="20"/>
              </w:rPr>
              <w:t>[Penjelasan Singkat]</w:t>
            </w:r>
          </w:p>
        </w:tc>
      </w:tr>
    </w:tbl>
    <w:p w14:paraId="26291DD5" w14:textId="77777777" w:rsidR="006512E0" w:rsidRDefault="00000000">
      <w:pPr>
        <w:spacing w:line="240" w:lineRule="auto"/>
        <w:jc w:val="center"/>
      </w:pPr>
      <w:r>
        <w:t>Sumber: Data diolah oleh penulis, [tahun]</w:t>
      </w:r>
    </w:p>
    <w:p w14:paraId="2E4D4CD3" w14:textId="77777777" w:rsidR="009144C8" w:rsidRDefault="009144C8">
      <w:pPr>
        <w:spacing w:line="240" w:lineRule="auto"/>
        <w:jc w:val="center"/>
      </w:pPr>
    </w:p>
    <w:p w14:paraId="126A48FA" w14:textId="77777777" w:rsidR="006512E0" w:rsidRDefault="00000000">
      <w:pPr>
        <w:pStyle w:val="Subbab"/>
      </w:pPr>
      <w:r>
        <w:t>4.2 Permasalahan yang Ditemukan</w:t>
      </w:r>
    </w:p>
    <w:p w14:paraId="127E6375" w14:textId="77777777" w:rsidR="006512E0" w:rsidRDefault="00000000">
      <w:pPr>
        <w:ind w:firstLine="567"/>
        <w:jc w:val="both"/>
        <w:rPr>
          <w:i/>
          <w:color w:val="595959"/>
        </w:rPr>
      </w:pPr>
      <w:r>
        <w:rPr>
          <w:i/>
          <w:color w:val="595959"/>
        </w:rPr>
        <w:t>[Jelaskan persoalan atau kendala yang ditemukan selama pelaksanaan PKL/Magang. Jelaskan juga dampak dari permasalahan tersebut.]</w:t>
      </w:r>
    </w:p>
    <w:p w14:paraId="7AA32B22" w14:textId="77777777" w:rsidR="009144C8" w:rsidRDefault="009144C8">
      <w:pPr>
        <w:ind w:firstLine="567"/>
        <w:jc w:val="both"/>
      </w:pPr>
    </w:p>
    <w:p w14:paraId="15BA41AB" w14:textId="77777777" w:rsidR="006512E0" w:rsidRDefault="00000000">
      <w:pPr>
        <w:pStyle w:val="Subbab"/>
      </w:pPr>
      <w:r>
        <w:t>4.3 Metode Penyelesaian Masalah</w:t>
      </w:r>
    </w:p>
    <w:p w14:paraId="2575FF82" w14:textId="77777777" w:rsidR="006512E0" w:rsidRDefault="00000000">
      <w:pPr>
        <w:ind w:firstLine="567"/>
        <w:jc w:val="both"/>
        <w:rPr>
          <w:i/>
          <w:color w:val="595959"/>
        </w:rPr>
      </w:pPr>
      <w:r>
        <w:rPr>
          <w:i/>
          <w:color w:val="595959"/>
        </w:rPr>
        <w:t>[Jelaskan langkah atau cara yang dilakukan untuk menyelesaikan masalah, misalnya observasi, diskusi dengan pembimbing, perbaikan alur kerja, pembuatan dokumen, atau penggunaan aplikasi tertentu.]</w:t>
      </w:r>
    </w:p>
    <w:p w14:paraId="73FE6CE7" w14:textId="77777777" w:rsidR="009144C8" w:rsidRDefault="009144C8">
      <w:pPr>
        <w:ind w:firstLine="567"/>
        <w:jc w:val="both"/>
      </w:pPr>
    </w:p>
    <w:p w14:paraId="3AD7F585" w14:textId="77777777" w:rsidR="006512E0" w:rsidRDefault="00000000">
      <w:pPr>
        <w:pStyle w:val="Subbab"/>
      </w:pPr>
      <w:r>
        <w:t>4.4 Hasil Pelaksanaan PKL/Magang</w:t>
      </w:r>
    </w:p>
    <w:p w14:paraId="09F2BA40" w14:textId="77777777" w:rsidR="006512E0" w:rsidRDefault="00000000">
      <w:pPr>
        <w:ind w:firstLine="567"/>
        <w:jc w:val="both"/>
      </w:pPr>
      <w:r>
        <w:rPr>
          <w:i/>
          <w:color w:val="595959"/>
        </w:rPr>
        <w:t>[Jelaskan hasil yang diperoleh selama kegiatan PKL/Magang. Hasil dapat berupa pengalaman kerja, peningkatan keterampilan, data, dokumen, aplikasi, atau solusi yang berhasil dilakukan.]</w:t>
      </w:r>
    </w:p>
    <w:tbl>
      <w:tblPr>
        <w:tblW w:w="0" w:type="auto"/>
        <w:jc w:val="center"/>
        <w:tblLook w:val="04A0" w:firstRow="1" w:lastRow="0" w:firstColumn="1" w:lastColumn="0" w:noHBand="0" w:noVBand="1"/>
      </w:tblPr>
      <w:tblGrid>
        <w:gridCol w:w="7937"/>
      </w:tblGrid>
      <w:tr w:rsidR="006512E0" w14:paraId="0812B50B" w14:textId="77777777">
        <w:trPr>
          <w:jc w:val="center"/>
        </w:trPr>
        <w:tc>
          <w:tcPr>
            <w:tcW w:w="7937" w:type="dxa"/>
            <w:tcBorders>
              <w:top w:val="single" w:sz="8" w:space="0" w:color="000000"/>
              <w:left w:val="single" w:sz="8" w:space="0" w:color="000000"/>
              <w:bottom w:val="single" w:sz="8" w:space="0" w:color="000000"/>
              <w:right w:val="single" w:sz="8" w:space="0" w:color="000000"/>
            </w:tcBorders>
          </w:tcPr>
          <w:p w14:paraId="3FDFCEF0" w14:textId="77777777" w:rsidR="006512E0" w:rsidRDefault="00000000">
            <w:pPr>
              <w:spacing w:before="1200"/>
              <w:jc w:val="center"/>
            </w:pPr>
            <w:r>
              <w:t>[Tempatkan gambar/foto di sini]</w:t>
            </w:r>
          </w:p>
        </w:tc>
      </w:tr>
    </w:tbl>
    <w:p w14:paraId="50B81108" w14:textId="77777777" w:rsidR="006512E0" w:rsidRDefault="00000000">
      <w:pPr>
        <w:spacing w:line="240" w:lineRule="auto"/>
        <w:jc w:val="center"/>
      </w:pPr>
      <w:r>
        <w:t>Gambar 4.1 Dokumentasi Kegiatan PKL/Magang</w:t>
      </w:r>
    </w:p>
    <w:p w14:paraId="407235ED" w14:textId="77777777" w:rsidR="006512E0" w:rsidRDefault="00000000">
      <w:pPr>
        <w:spacing w:line="240" w:lineRule="auto"/>
        <w:jc w:val="center"/>
      </w:pPr>
      <w:r>
        <w:t>Sumber: Dokumentasi Penulis, [tahun]</w:t>
      </w:r>
    </w:p>
    <w:p w14:paraId="06E6A4BE" w14:textId="77777777" w:rsidR="009144C8" w:rsidRDefault="009144C8">
      <w:pPr>
        <w:spacing w:line="240" w:lineRule="auto"/>
        <w:jc w:val="center"/>
      </w:pPr>
    </w:p>
    <w:p w14:paraId="788B8CA7" w14:textId="77777777" w:rsidR="006512E0" w:rsidRDefault="00000000">
      <w:pPr>
        <w:pStyle w:val="Subbab"/>
      </w:pPr>
      <w:r>
        <w:t>4.5 Pembahasan</w:t>
      </w:r>
    </w:p>
    <w:p w14:paraId="1C9FCE6B" w14:textId="77777777" w:rsidR="006512E0" w:rsidRDefault="00000000">
      <w:pPr>
        <w:ind w:firstLine="567"/>
        <w:jc w:val="both"/>
        <w:rPr>
          <w:i/>
          <w:color w:val="595959"/>
        </w:rPr>
      </w:pPr>
      <w:r>
        <w:rPr>
          <w:i/>
          <w:color w:val="595959"/>
        </w:rPr>
        <w:lastRenderedPageBreak/>
        <w:t>[Hubungkan hasil PKL/Magang dengan teori yang sudah dibahas pada BAB II. Jelaskan apakah hasil di lapangan sesuai dengan teori atau terdapat perbedaan.]</w:t>
      </w:r>
    </w:p>
    <w:p w14:paraId="2443719B" w14:textId="77777777" w:rsidR="009144C8" w:rsidRDefault="009144C8">
      <w:pPr>
        <w:ind w:firstLine="567"/>
        <w:jc w:val="both"/>
      </w:pPr>
    </w:p>
    <w:p w14:paraId="39BE9A24" w14:textId="77777777" w:rsidR="006512E0" w:rsidRDefault="00000000">
      <w:pPr>
        <w:pStyle w:val="Subbab"/>
      </w:pPr>
      <w:r>
        <w:t>4.6 Pelajaran yang Diperoleh</w:t>
      </w:r>
    </w:p>
    <w:p w14:paraId="602C248D" w14:textId="77777777" w:rsidR="006512E0" w:rsidRDefault="00000000">
      <w:pPr>
        <w:ind w:firstLine="567"/>
        <w:jc w:val="both"/>
      </w:pPr>
      <w:r>
        <w:rPr>
          <w:i/>
          <w:color w:val="595959"/>
        </w:rPr>
        <w:t>[Tuliskan pengetahuan, keterampilan, sikap kerja, komunikasi, kerja sama tim, kedisiplinan, dan pengalaman lain yang diperoleh selama PKL/Magang.]</w:t>
      </w:r>
    </w:p>
    <w:p w14:paraId="7B97346C" w14:textId="62FF9210" w:rsidR="006512E0" w:rsidRDefault="006512E0" w:rsidP="009144C8"/>
    <w:p w14:paraId="72C316BB" w14:textId="77777777" w:rsidR="006512E0" w:rsidRDefault="006512E0"/>
    <w:p w14:paraId="0DECF5C5" w14:textId="77777777" w:rsidR="009144C8" w:rsidRDefault="009144C8">
      <w:pPr>
        <w:spacing w:after="200" w:line="276" w:lineRule="auto"/>
        <w:rPr>
          <w:b/>
        </w:rPr>
      </w:pPr>
      <w:r>
        <w:br w:type="page"/>
      </w:r>
    </w:p>
    <w:p w14:paraId="414BFBBF" w14:textId="01936095" w:rsidR="006512E0" w:rsidRDefault="00000000">
      <w:pPr>
        <w:pStyle w:val="BabTitle"/>
      </w:pPr>
      <w:r>
        <w:lastRenderedPageBreak/>
        <w:t>BAB V</w:t>
      </w:r>
      <w:r>
        <w:br/>
        <w:t>KESIMPULAN DAN SARAN</w:t>
      </w:r>
    </w:p>
    <w:p w14:paraId="69750D68" w14:textId="77777777" w:rsidR="009144C8" w:rsidRDefault="009144C8">
      <w:pPr>
        <w:pStyle w:val="BabTitle"/>
      </w:pPr>
    </w:p>
    <w:p w14:paraId="1CC2D044" w14:textId="77777777" w:rsidR="009144C8" w:rsidRDefault="009144C8">
      <w:pPr>
        <w:pStyle w:val="BabTitle"/>
      </w:pPr>
    </w:p>
    <w:p w14:paraId="1B0592F3" w14:textId="77777777" w:rsidR="006512E0" w:rsidRDefault="00000000">
      <w:pPr>
        <w:pStyle w:val="Subbab"/>
      </w:pPr>
      <w:r>
        <w:t>5.1 Kesimpulan</w:t>
      </w:r>
    </w:p>
    <w:p w14:paraId="3FE32F79" w14:textId="77777777" w:rsidR="006512E0" w:rsidRDefault="00000000">
      <w:pPr>
        <w:ind w:firstLine="567"/>
        <w:jc w:val="both"/>
        <w:rPr>
          <w:i/>
          <w:color w:val="595959"/>
        </w:rPr>
      </w:pPr>
      <w:r>
        <w:rPr>
          <w:i/>
          <w:color w:val="595959"/>
        </w:rPr>
        <w:t>[Tuliskan kesimpulan berdasarkan rumusan masalah. Kesimpulan harus menjawab masalah yang telah dirumuskan pada BAB I.]</w:t>
      </w:r>
    </w:p>
    <w:p w14:paraId="71C76E9D" w14:textId="77777777" w:rsidR="009144C8" w:rsidRDefault="009144C8">
      <w:pPr>
        <w:ind w:firstLine="567"/>
        <w:jc w:val="both"/>
      </w:pPr>
    </w:p>
    <w:p w14:paraId="09A0FB78" w14:textId="77777777" w:rsidR="006512E0" w:rsidRDefault="00000000">
      <w:pPr>
        <w:pStyle w:val="Subbab"/>
      </w:pPr>
      <w:r>
        <w:t>5.2 Keterbatasan</w:t>
      </w:r>
    </w:p>
    <w:p w14:paraId="7FDBDB25" w14:textId="77777777" w:rsidR="006512E0" w:rsidRDefault="00000000">
      <w:pPr>
        <w:ind w:firstLine="567"/>
        <w:jc w:val="both"/>
        <w:rPr>
          <w:i/>
          <w:color w:val="595959"/>
        </w:rPr>
      </w:pPr>
      <w:r>
        <w:rPr>
          <w:i/>
          <w:color w:val="595959"/>
        </w:rPr>
        <w:t>[Tuliskan keterbatasan selama pelaksanaan PKL/Magang, seperti waktu, akses data, fasilitas, atau pengalaman penulis.]</w:t>
      </w:r>
    </w:p>
    <w:p w14:paraId="02ACD2E6" w14:textId="77777777" w:rsidR="009144C8" w:rsidRDefault="009144C8">
      <w:pPr>
        <w:ind w:firstLine="567"/>
        <w:jc w:val="both"/>
      </w:pPr>
    </w:p>
    <w:p w14:paraId="30730F42" w14:textId="77777777" w:rsidR="006512E0" w:rsidRDefault="00000000">
      <w:pPr>
        <w:pStyle w:val="Subbab"/>
      </w:pPr>
      <w:r>
        <w:t>5.3 Implikasi</w:t>
      </w:r>
    </w:p>
    <w:p w14:paraId="491D1158" w14:textId="77777777" w:rsidR="006512E0" w:rsidRDefault="00000000">
      <w:pPr>
        <w:ind w:firstLine="567"/>
        <w:jc w:val="both"/>
        <w:rPr>
          <w:i/>
          <w:color w:val="595959"/>
        </w:rPr>
      </w:pPr>
      <w:r>
        <w:rPr>
          <w:i/>
          <w:color w:val="595959"/>
        </w:rPr>
        <w:t>[Tuliskan dampak atau pengaruh dari hasil PKL/Magang bagi mahasiswa, instansi, atau pihak kampus.]</w:t>
      </w:r>
    </w:p>
    <w:p w14:paraId="5C55CE2C" w14:textId="77777777" w:rsidR="009144C8" w:rsidRDefault="009144C8">
      <w:pPr>
        <w:ind w:firstLine="567"/>
        <w:jc w:val="both"/>
      </w:pPr>
    </w:p>
    <w:p w14:paraId="7B2F49E9" w14:textId="77777777" w:rsidR="006512E0" w:rsidRDefault="00000000">
      <w:pPr>
        <w:pStyle w:val="Subbab"/>
      </w:pPr>
      <w:r>
        <w:t>5.4 Saran</w:t>
      </w:r>
    </w:p>
    <w:p w14:paraId="603373E4" w14:textId="77777777" w:rsidR="006512E0" w:rsidRDefault="00000000">
      <w:pPr>
        <w:ind w:firstLine="567"/>
        <w:jc w:val="both"/>
      </w:pPr>
      <w:r>
        <w:rPr>
          <w:i/>
          <w:color w:val="595959"/>
        </w:rPr>
        <w:t>[Tuliskan saran untuk mahasiswa, instansi tempat PKL/Magang, dan pihak kampus.]</w:t>
      </w:r>
    </w:p>
    <w:p w14:paraId="1DCED138" w14:textId="5F4BF1C1" w:rsidR="006512E0" w:rsidRDefault="006512E0" w:rsidP="009144C8"/>
    <w:p w14:paraId="223D0FB0" w14:textId="77777777" w:rsidR="006512E0" w:rsidRDefault="006512E0"/>
    <w:p w14:paraId="5F62A9B9" w14:textId="77777777" w:rsidR="009144C8" w:rsidRDefault="009144C8">
      <w:pPr>
        <w:spacing w:after="200" w:line="276" w:lineRule="auto"/>
        <w:rPr>
          <w:b/>
        </w:rPr>
      </w:pPr>
      <w:r>
        <w:br w:type="page"/>
      </w:r>
    </w:p>
    <w:p w14:paraId="1B8F8B36" w14:textId="7F865473" w:rsidR="006512E0" w:rsidRDefault="00000000">
      <w:pPr>
        <w:pStyle w:val="BabTitle"/>
      </w:pPr>
      <w:r>
        <w:lastRenderedPageBreak/>
        <w:t>DAFTAR PUSTAKA</w:t>
      </w:r>
    </w:p>
    <w:p w14:paraId="6CDC59E6" w14:textId="77777777" w:rsidR="006512E0" w:rsidRDefault="00000000">
      <w:pPr>
        <w:ind w:firstLine="567"/>
        <w:jc w:val="both"/>
      </w:pPr>
      <w:r>
        <w:rPr>
          <w:i/>
          <w:color w:val="595959"/>
        </w:rPr>
        <w:t>[Tuliskan hanya sumber yang dikutip dalam isi laporan. Daftar pustaka disusun berdasarkan abjad nama pengarang dan menggunakan sistem nama serta tahun.]</w:t>
      </w:r>
    </w:p>
    <w:p w14:paraId="5C71D11A" w14:textId="77777777" w:rsidR="006512E0" w:rsidRDefault="00000000">
      <w:pPr>
        <w:spacing w:line="240" w:lineRule="auto"/>
        <w:ind w:left="567" w:hanging="567"/>
      </w:pPr>
      <w:r>
        <w:t>Nama Pengarang. Tahun. Judul Buku. Kota Terbit: Nama Penerbit.</w:t>
      </w:r>
    </w:p>
    <w:p w14:paraId="156FB8BA" w14:textId="77777777" w:rsidR="006512E0" w:rsidRDefault="00000000">
      <w:pPr>
        <w:spacing w:line="240" w:lineRule="auto"/>
        <w:ind w:left="567" w:hanging="567"/>
      </w:pPr>
      <w:r>
        <w:t>Nama Pengarang. Tahun. “Judul Artikel.” Nama Jurnal, volume(nomor), halaman.</w:t>
      </w:r>
    </w:p>
    <w:p w14:paraId="7A0E68B8" w14:textId="77777777" w:rsidR="006512E0" w:rsidRDefault="00000000">
      <w:pPr>
        <w:spacing w:line="240" w:lineRule="auto"/>
        <w:ind w:left="567" w:hanging="567"/>
      </w:pPr>
      <w:r>
        <w:t>Nama Instansi. Tahun. Judul Dokumen. Kota: Nama Instansi.</w:t>
      </w:r>
    </w:p>
    <w:p w14:paraId="60BFDC6B" w14:textId="55B37E29" w:rsidR="006512E0" w:rsidRDefault="006512E0" w:rsidP="009144C8"/>
    <w:p w14:paraId="160FCB6F" w14:textId="77777777" w:rsidR="009144C8" w:rsidRDefault="009144C8">
      <w:pPr>
        <w:spacing w:after="200" w:line="276" w:lineRule="auto"/>
        <w:rPr>
          <w:b/>
        </w:rPr>
      </w:pPr>
      <w:r>
        <w:br w:type="page"/>
      </w:r>
    </w:p>
    <w:p w14:paraId="3B77DCF2" w14:textId="61FBDB0F" w:rsidR="006512E0" w:rsidRDefault="00000000">
      <w:pPr>
        <w:pStyle w:val="BabTitle"/>
      </w:pPr>
      <w:r>
        <w:lastRenderedPageBreak/>
        <w:t>LAMPIRAN</w:t>
      </w:r>
    </w:p>
    <w:p w14:paraId="00641539" w14:textId="77777777" w:rsidR="006512E0" w:rsidRDefault="00000000">
      <w:pPr>
        <w:ind w:firstLine="567"/>
        <w:jc w:val="both"/>
      </w:pPr>
      <w:r>
        <w:rPr>
          <w:i/>
          <w:color w:val="595959"/>
        </w:rPr>
        <w:t>[Lampiran berisi dokumen pendukung yang berkaitan dengan kegiatan PKL/Magang. Foto kegiatan sebaiknya jelas, tidak buram, tidak terpotong, dan diberi keterangan.]</w:t>
      </w:r>
    </w:p>
    <w:p w14:paraId="240EE906" w14:textId="6B3919A7" w:rsidR="006512E0" w:rsidRDefault="006512E0">
      <w:pPr>
        <w:ind w:firstLine="567"/>
        <w:jc w:val="both"/>
      </w:pPr>
    </w:p>
    <w:sectPr w:rsidR="006512E0" w:rsidSect="00034616">
      <w:footerReference w:type="default" r:id="rId11"/>
      <w:pgSz w:w="11906" w:h="16838"/>
      <w:pgMar w:top="2268" w:right="1701" w:bottom="1701" w:left="2268" w:header="850" w:footer="85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9A33" w14:textId="77777777" w:rsidR="002E01F7" w:rsidRDefault="002E01F7">
      <w:pPr>
        <w:spacing w:line="240" w:lineRule="auto"/>
      </w:pPr>
      <w:r>
        <w:separator/>
      </w:r>
    </w:p>
  </w:endnote>
  <w:endnote w:type="continuationSeparator" w:id="0">
    <w:p w14:paraId="0A879BD9" w14:textId="77777777" w:rsidR="002E01F7" w:rsidRDefault="002E01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BC34" w14:textId="77777777" w:rsidR="006512E0" w:rsidRDefault="006512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F4FC" w14:textId="77777777" w:rsidR="006512E0" w:rsidRDefault="00000000">
    <w:pPr>
      <w:pStyle w:val="Footer"/>
      <w:jc w:val="right"/>
    </w:pPr>
    <w:r>
      <w:fldChar w:fldCharType="begin"/>
    </w:r>
    <w:r>
      <w:instrText>PAGE</w:instrText>
    </w:r>
    <w:r w:rsidR="0007110D">
      <w:fldChar w:fldCharType="separate"/>
    </w:r>
    <w:r w:rsidR="0007110D">
      <w:rPr>
        <w:noProof/>
      </w:rPr>
      <w:t>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FE432" w14:textId="1886464B" w:rsidR="006512E0" w:rsidRDefault="00000000">
    <w:pPr>
      <w:pStyle w:val="Footer"/>
      <w:jc w:val="right"/>
    </w:pPr>
    <w:r>
      <w:fldChar w:fldCharType="begin"/>
    </w:r>
    <w:r>
      <w:instrText>PAGE</w:instrText>
    </w:r>
    <w:r w:rsidR="0007110D">
      <w:fldChar w:fldCharType="separate"/>
    </w:r>
    <w:r w:rsidR="0007110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2346A" w14:textId="77777777" w:rsidR="002E01F7" w:rsidRDefault="002E01F7">
      <w:pPr>
        <w:spacing w:line="240" w:lineRule="auto"/>
      </w:pPr>
      <w:r>
        <w:separator/>
      </w:r>
    </w:p>
  </w:footnote>
  <w:footnote w:type="continuationSeparator" w:id="0">
    <w:p w14:paraId="5306CDE1" w14:textId="77777777" w:rsidR="002E01F7" w:rsidRDefault="002E01F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774140C"/>
    <w:multiLevelType w:val="hybridMultilevel"/>
    <w:tmpl w:val="AAA2A5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7E7690A"/>
    <w:multiLevelType w:val="hybridMultilevel"/>
    <w:tmpl w:val="D71AB08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FDC6B02"/>
    <w:multiLevelType w:val="hybridMultilevel"/>
    <w:tmpl w:val="0E2871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57961583">
    <w:abstractNumId w:val="8"/>
  </w:num>
  <w:num w:numId="2" w16cid:durableId="53116564">
    <w:abstractNumId w:val="6"/>
  </w:num>
  <w:num w:numId="3" w16cid:durableId="258876554">
    <w:abstractNumId w:val="5"/>
  </w:num>
  <w:num w:numId="4" w16cid:durableId="185488770">
    <w:abstractNumId w:val="4"/>
  </w:num>
  <w:num w:numId="5" w16cid:durableId="1899244821">
    <w:abstractNumId w:val="7"/>
  </w:num>
  <w:num w:numId="6" w16cid:durableId="674501845">
    <w:abstractNumId w:val="3"/>
  </w:num>
  <w:num w:numId="7" w16cid:durableId="262542153">
    <w:abstractNumId w:val="2"/>
  </w:num>
  <w:num w:numId="8" w16cid:durableId="390810013">
    <w:abstractNumId w:val="1"/>
  </w:num>
  <w:num w:numId="9" w16cid:durableId="1937208935">
    <w:abstractNumId w:val="0"/>
  </w:num>
  <w:num w:numId="10" w16cid:durableId="449204833">
    <w:abstractNumId w:val="9"/>
  </w:num>
  <w:num w:numId="11" w16cid:durableId="471093172">
    <w:abstractNumId w:val="11"/>
  </w:num>
  <w:num w:numId="12" w16cid:durableId="1306156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110D"/>
    <w:rsid w:val="0015074B"/>
    <w:rsid w:val="0029639D"/>
    <w:rsid w:val="002E01F7"/>
    <w:rsid w:val="00326F90"/>
    <w:rsid w:val="006512E0"/>
    <w:rsid w:val="0084600A"/>
    <w:rsid w:val="009144C8"/>
    <w:rsid w:val="009326C3"/>
    <w:rsid w:val="00AA1D8D"/>
    <w:rsid w:val="00B47730"/>
    <w:rsid w:val="00BF4BC4"/>
    <w:rsid w:val="00CB0664"/>
    <w:rsid w:val="00DC646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A36C7C"/>
  <w14:defaultImageDpi w14:val="300"/>
  <w15:docId w15:val="{C20FFA16-0E98-4EEB-B969-1139D7B5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36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abTitle">
    <w:name w:val="BabTitle"/>
    <w:pPr>
      <w:spacing w:after="0" w:line="360" w:lineRule="auto"/>
      <w:jc w:val="center"/>
    </w:pPr>
    <w:rPr>
      <w:rFonts w:ascii="Times New Roman" w:eastAsia="Times New Roman" w:hAnsi="Times New Roman"/>
      <w:b/>
      <w:sz w:val="24"/>
    </w:rPr>
  </w:style>
  <w:style w:type="paragraph" w:customStyle="1" w:styleId="Subbab">
    <w:name w:val="Subbab"/>
    <w:pPr>
      <w:spacing w:after="0" w:line="360" w:lineRule="auto"/>
    </w:pPr>
    <w:rPr>
      <w:rFonts w:ascii="Times New Roman" w:eastAsia="Times New Roman" w:hAnsi="Times New Roman"/>
      <w:b/>
      <w:sz w:val="24"/>
    </w:rPr>
  </w:style>
  <w:style w:type="paragraph" w:customStyle="1" w:styleId="AnakSubbab">
    <w:name w:val="AnakSubbab"/>
    <w:pPr>
      <w:spacing w:after="0" w:line="360" w:lineRule="auto"/>
    </w:pPr>
    <w:rPr>
      <w:rFonts w:ascii="Times New Roman" w:eastAsia="Times New Roman" w:hAnsi="Times New Roman"/>
      <w:b/>
      <w:sz w:val="24"/>
    </w:rPr>
  </w:style>
  <w:style w:type="paragraph" w:customStyle="1" w:styleId="TemplateNote">
    <w:name w:val="TemplateNote"/>
    <w:pPr>
      <w:spacing w:after="120" w:line="36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17</Pages>
  <Words>1991</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Template Laporan Hasil PKL/Magang Fakultas Sains</vt:lpstr>
    </vt:vector>
  </TitlesOfParts>
  <Manager/>
  <Company/>
  <LinksUpToDate>false</LinksUpToDate>
  <CharactersWithSpaces>13314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Laporan Hasil PKL/Magang Fakultas Sains</dc:title>
  <dc:subject>Template laporan hasil PKL/Magang berdasarkan Pedoman PKL/Magang Fakultas Sains 2022</dc:subject>
  <dc:creator>OpenAI</dc:creator>
  <cp:keywords>PKL, Magang, Template Laporan, Fakultas Sains</cp:keywords>
  <dc:description>generated by python-docx</dc:description>
  <cp:lastModifiedBy>Hai Anggun</cp:lastModifiedBy>
  <cp:revision>2</cp:revision>
  <dcterms:created xsi:type="dcterms:W3CDTF">2013-12-23T23:15:00Z</dcterms:created>
  <dcterms:modified xsi:type="dcterms:W3CDTF">2026-06-05T05:33:00Z</dcterms:modified>
  <cp:category/>
</cp:coreProperties>
</file>