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CC757" w14:textId="77777777" w:rsidR="00621206" w:rsidRDefault="00621206"/>
    <w:p w14:paraId="0158192B" w14:textId="77777777" w:rsidR="00BE0AAA" w:rsidRDefault="00AF52F1">
      <w:pPr>
        <w:jc w:val="center"/>
        <w:rPr>
          <w:b/>
          <w:color w:val="1F4E79"/>
          <w:sz w:val="32"/>
        </w:rPr>
      </w:pPr>
      <w:r>
        <w:rPr>
          <w:b/>
          <w:color w:val="1F4E79"/>
          <w:sz w:val="32"/>
        </w:rPr>
        <w:t>LAPORAN KEGIATAN BULANAN</w:t>
      </w:r>
    </w:p>
    <w:p w14:paraId="2BCA41D1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</w:p>
    <w:p w14:paraId="094BB570" w14:textId="1364E015" w:rsidR="00621206" w:rsidRP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PERIODE BULAN </w:t>
      </w:r>
      <w:r w:rsidR="00F06684">
        <w:rPr>
          <w:b/>
          <w:sz w:val="28"/>
        </w:rPr>
        <w:t>II</w:t>
      </w:r>
      <w:r>
        <w:rPr>
          <w:b/>
          <w:sz w:val="28"/>
        </w:rPr>
        <w:br/>
      </w:r>
      <w:r w:rsidR="00AF52F1" w:rsidRPr="00BE0AAA">
        <w:rPr>
          <w:b/>
          <w:sz w:val="28"/>
        </w:rPr>
        <w:t>MAGANG KERJA / PRAKTIK KERJA LAPANGAN (PKL)</w:t>
      </w:r>
    </w:p>
    <w:p w14:paraId="128C6720" w14:textId="391F0922" w:rsidR="00621206" w:rsidRPr="00BE0AAA" w:rsidRDefault="00BE0AAA" w:rsidP="00D87E98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DI </w:t>
      </w:r>
      <w:r w:rsidR="00D87E98">
        <w:rPr>
          <w:b/>
          <w:sz w:val="28"/>
        </w:rPr>
        <w:t>DISKOMINFO PROVINSI BANTEN</w:t>
      </w:r>
    </w:p>
    <w:p w14:paraId="2F5CF15F" w14:textId="77777777" w:rsidR="00621206" w:rsidRDefault="00621206"/>
    <w:p w14:paraId="1BA48C93" w14:textId="77777777" w:rsidR="00621206" w:rsidRDefault="00621206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18B72101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2B1ACAF" w14:textId="77777777" w:rsidR="00621206" w:rsidRDefault="00AF52F1">
            <w:r>
              <w:rPr>
                <w:b/>
                <w:sz w:val="22"/>
              </w:rPr>
              <w:t>Nama Mahasiswa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53A81C7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0917EB7" w14:textId="1130A3A5" w:rsidR="00621206" w:rsidRDefault="00C37196">
            <w:r>
              <w:rPr>
                <w:sz w:val="22"/>
              </w:rPr>
              <w:t>Maydi Safikri</w:t>
            </w:r>
          </w:p>
        </w:tc>
      </w:tr>
      <w:tr w:rsidR="00621206" w14:paraId="7FAEDDAF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79D3D8" w14:textId="77777777" w:rsidR="00621206" w:rsidRDefault="00AF52F1">
            <w:r>
              <w:rPr>
                <w:b/>
                <w:sz w:val="22"/>
              </w:rPr>
              <w:t>NIM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0C0CCF4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F836B0E" w14:textId="6A8B6E61" w:rsidR="00621206" w:rsidRDefault="00C37196">
            <w:r>
              <w:rPr>
                <w:sz w:val="22"/>
              </w:rPr>
              <w:t>231730032</w:t>
            </w:r>
          </w:p>
        </w:tc>
      </w:tr>
      <w:tr w:rsidR="00621206" w14:paraId="1F916AE2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27B8E76" w14:textId="77777777" w:rsidR="00621206" w:rsidRDefault="00AF52F1">
            <w:r>
              <w:rPr>
                <w:b/>
                <w:sz w:val="22"/>
              </w:rPr>
              <w:t>Program Studi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91549DE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0BF8D03" w14:textId="044BB29B" w:rsidR="00621206" w:rsidRDefault="00C37196">
            <w:r>
              <w:rPr>
                <w:sz w:val="22"/>
              </w:rPr>
              <w:t>Informatika</w:t>
            </w:r>
          </w:p>
        </w:tc>
      </w:tr>
      <w:tr w:rsidR="00621206" w14:paraId="1EF5B3C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8BE1BD2" w14:textId="77777777" w:rsidR="00621206" w:rsidRDefault="00AF52F1">
            <w:r>
              <w:rPr>
                <w:b/>
                <w:sz w:val="22"/>
              </w:rPr>
              <w:t>Fakultas/Universitas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03E1837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933B00E" w14:textId="2DCAF16F" w:rsidR="00621206" w:rsidRDefault="00C37196">
            <w:r>
              <w:rPr>
                <w:sz w:val="22"/>
              </w:rPr>
              <w:t>Sains</w:t>
            </w:r>
          </w:p>
        </w:tc>
      </w:tr>
      <w:tr w:rsidR="00621206" w14:paraId="184EC217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2FF611D" w14:textId="77777777" w:rsidR="00621206" w:rsidRDefault="00AF52F1">
            <w:r>
              <w:rPr>
                <w:b/>
                <w:sz w:val="22"/>
              </w:rPr>
              <w:t>Instansi Tempat PKL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A3D84BB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519C2B1" w14:textId="06291B24" w:rsidR="00621206" w:rsidRDefault="00C37196">
            <w:r>
              <w:rPr>
                <w:sz w:val="22"/>
              </w:rPr>
              <w:t>Diskominfo Provinsi Banten</w:t>
            </w:r>
          </w:p>
        </w:tc>
      </w:tr>
      <w:tr w:rsidR="00621206" w14:paraId="194AD4A5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078B244" w14:textId="77777777" w:rsidR="00621206" w:rsidRDefault="00AF52F1">
            <w:r>
              <w:rPr>
                <w:b/>
                <w:sz w:val="22"/>
              </w:rPr>
              <w:t>Periode Pelaksanaan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15BA03C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31F0D37" w14:textId="5AD579AC" w:rsidR="00621206" w:rsidRDefault="00C37196">
            <w:r>
              <w:rPr>
                <w:sz w:val="22"/>
              </w:rPr>
              <w:t>9 Februari 2026 – 14 Juli 2026</w:t>
            </w:r>
          </w:p>
        </w:tc>
      </w:tr>
      <w:tr w:rsidR="00621206" w14:paraId="65B82FF6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6CC735D" w14:textId="77777777" w:rsidR="00621206" w:rsidRDefault="00AF52F1">
            <w:r>
              <w:rPr>
                <w:b/>
                <w:sz w:val="22"/>
              </w:rPr>
              <w:t>Dosen Pembimbing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C72A42E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5115A0A" w14:textId="6B47D07E" w:rsidR="00621206" w:rsidRDefault="00C37196">
            <w:r w:rsidRPr="00C37196">
              <w:t>Dr. Aan Ansori, S.Kom., M.M., M.Kom</w:t>
            </w:r>
          </w:p>
        </w:tc>
      </w:tr>
      <w:tr w:rsidR="00621206" w14:paraId="57CD102F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614D3A5" w14:textId="77777777" w:rsidR="00621206" w:rsidRDefault="00AF52F1">
            <w:r>
              <w:rPr>
                <w:b/>
                <w:sz w:val="22"/>
              </w:rPr>
              <w:t>Pembimbing Lapangan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80854A1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2A38FB7" w14:textId="0A01073B" w:rsidR="00621206" w:rsidRDefault="00C37196">
            <w:r>
              <w:rPr>
                <w:sz w:val="22"/>
              </w:rPr>
              <w:t>Dino Pramono</w:t>
            </w:r>
          </w:p>
        </w:tc>
      </w:tr>
    </w:tbl>
    <w:p w14:paraId="70F2B776" w14:textId="77777777" w:rsidR="00621206" w:rsidRDefault="00621206"/>
    <w:p w14:paraId="2A75194A" w14:textId="77777777" w:rsidR="00621206" w:rsidRDefault="00BE0AAA" w:rsidP="00BE0AAA">
      <w:pPr>
        <w:jc w:val="center"/>
      </w:pPr>
      <w:r>
        <w:rPr>
          <w:b/>
        </w:rPr>
        <w:t>Serang - Banten</w:t>
      </w:r>
      <w:r w:rsidR="00AF52F1">
        <w:rPr>
          <w:b/>
        </w:rPr>
        <w:br/>
        <w:t>2026</w:t>
      </w:r>
    </w:p>
    <w:p w14:paraId="6957E341" w14:textId="77777777" w:rsidR="00621206" w:rsidRDefault="00AF52F1">
      <w:r>
        <w:br w:type="page"/>
      </w:r>
    </w:p>
    <w:p w14:paraId="6BB6175E" w14:textId="4C1ADA3B" w:rsidR="00621206" w:rsidRDefault="00AF52F1" w:rsidP="00BE0AAA">
      <w:pPr>
        <w:pStyle w:val="Heading1"/>
        <w:spacing w:before="200" w:after="120"/>
        <w:jc w:val="center"/>
      </w:pPr>
      <w:r>
        <w:rPr>
          <w:rFonts w:ascii="Times New Roman" w:eastAsia="Times New Roman" w:hAnsi="Times New Roman"/>
          <w:color w:val="1F4E79"/>
        </w:rPr>
        <w:lastRenderedPageBreak/>
        <w:t>LAPORAN PEKERJAAN BULAN KE-</w:t>
      </w:r>
      <w:r w:rsidR="00F06684">
        <w:rPr>
          <w:rFonts w:ascii="Times New Roman" w:eastAsia="Times New Roman" w:hAnsi="Times New Roman"/>
          <w:color w:val="1F4E79"/>
        </w:rPr>
        <w:t>2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3B514E3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3AB5A6C" w14:textId="77777777" w:rsidR="00621206" w:rsidRDefault="00AF52F1">
            <w:r>
              <w:rPr>
                <w:b/>
                <w:sz w:val="22"/>
              </w:rPr>
              <w:t>Periode Bulan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FB8C305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E1E4BDE" w14:textId="3DABDE0B" w:rsidR="00621206" w:rsidRDefault="00AF52F1">
            <w:r>
              <w:rPr>
                <w:sz w:val="22"/>
              </w:rPr>
              <w:t xml:space="preserve">Bulan </w:t>
            </w:r>
            <w:r w:rsidR="00A22E6C">
              <w:rPr>
                <w:sz w:val="22"/>
              </w:rPr>
              <w:t>Kedua</w:t>
            </w:r>
          </w:p>
        </w:tc>
      </w:tr>
      <w:tr w:rsidR="00621206" w14:paraId="28534D7A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931F077" w14:textId="77777777" w:rsidR="00621206" w:rsidRDefault="00AF52F1">
            <w:r>
              <w:rPr>
                <w:b/>
                <w:sz w:val="22"/>
              </w:rPr>
              <w:t>Tempat Pelaksanaan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BE2DB5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904CDAD" w14:textId="68AF664C" w:rsidR="00621206" w:rsidRDefault="004E38DF">
            <w:r>
              <w:rPr>
                <w:sz w:val="22"/>
              </w:rPr>
              <w:t>Diskominfo Provinsi Banten</w:t>
            </w:r>
          </w:p>
        </w:tc>
      </w:tr>
      <w:tr w:rsidR="00621206" w14:paraId="1C85E948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ECFFCD1" w14:textId="77777777" w:rsidR="00621206" w:rsidRDefault="00AF52F1">
            <w:r>
              <w:rPr>
                <w:b/>
                <w:sz w:val="22"/>
              </w:rPr>
              <w:t>Fokus Kegiatan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C2299F2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6789F59" w14:textId="4A1B54D1" w:rsidR="00621206" w:rsidRDefault="004F5B27">
            <w:r>
              <w:rPr>
                <w:sz w:val="22"/>
              </w:rPr>
              <w:t xml:space="preserve">Mempelajari dan membuat </w:t>
            </w:r>
            <w:r w:rsidR="0037132D">
              <w:rPr>
                <w:sz w:val="22"/>
              </w:rPr>
              <w:t xml:space="preserve">desain UI/UX </w:t>
            </w:r>
            <w:r w:rsidR="004E38DF">
              <w:rPr>
                <w:sz w:val="22"/>
              </w:rPr>
              <w:t xml:space="preserve"> </w:t>
            </w:r>
          </w:p>
        </w:tc>
      </w:tr>
      <w:tr w:rsidR="00621206" w14:paraId="7F177CE9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85341BA" w14:textId="77777777" w:rsidR="00621206" w:rsidRDefault="00AF52F1">
            <w:r>
              <w:rPr>
                <w:b/>
                <w:sz w:val="22"/>
              </w:rPr>
              <w:t>Status Dokumen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D0D5CDB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4B000B2" w14:textId="2E8895FD" w:rsidR="00621206" w:rsidRDefault="00785DBB">
            <w:r>
              <w:rPr>
                <w:sz w:val="22"/>
              </w:rPr>
              <w:t>Selesai</w:t>
            </w:r>
          </w:p>
        </w:tc>
      </w:tr>
    </w:tbl>
    <w:p w14:paraId="431FE517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>A. Tujuan Kegiatan Bulanan</w:t>
      </w:r>
    </w:p>
    <w:p w14:paraId="39A4734E" w14:textId="177DD153" w:rsidR="00621206" w:rsidRDefault="00AF52F1">
      <w:pPr>
        <w:spacing w:after="120"/>
        <w:ind w:firstLine="709"/>
        <w:jc w:val="both"/>
      </w:pPr>
      <w:r>
        <w:t xml:space="preserve">Kegiatan pada bulan </w:t>
      </w:r>
      <w:r w:rsidR="00785DBB">
        <w:t>kedua</w:t>
      </w:r>
      <w:r>
        <w:t xml:space="preserve"> bertujuan </w:t>
      </w:r>
      <w:r w:rsidR="009D5845">
        <w:t>memahami</w:t>
      </w:r>
      <w:r w:rsidR="00785DBB">
        <w:t xml:space="preserve"> dan </w:t>
      </w:r>
      <w:r w:rsidR="009D5845">
        <w:t>menguasai</w:t>
      </w:r>
      <w:r w:rsidR="00785DBB">
        <w:t xml:space="preserve"> </w:t>
      </w:r>
      <w:r w:rsidR="004429DB">
        <w:t>UI/UX dengan menggunakan figma</w:t>
      </w:r>
      <w:r>
        <w:t>.</w:t>
      </w:r>
    </w:p>
    <w:p w14:paraId="74E849E7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>B. Rincian Pekerjaan Mingguan</w:t>
      </w:r>
    </w:p>
    <w:tbl>
      <w:tblPr>
        <w:tblW w:w="911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15"/>
        <w:gridCol w:w="3798"/>
        <w:gridCol w:w="2324"/>
      </w:tblGrid>
      <w:tr w:rsidR="00621206" w14:paraId="622F1DF1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E682991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Minggu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4D0F62E3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Jenis Pekerjaan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625175AE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Uraian Pelaksanaan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6A1C7E88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Output/Capaian</w:t>
            </w:r>
          </w:p>
        </w:tc>
      </w:tr>
      <w:tr w:rsidR="00621206" w14:paraId="709A797E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49C8E07" w14:textId="77777777" w:rsidR="00621206" w:rsidRDefault="00AF52F1">
            <w:r>
              <w:rPr>
                <w:sz w:val="20"/>
              </w:rPr>
              <w:t>Minggu 1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5017676" w14:textId="404DC45C" w:rsidR="00621206" w:rsidRDefault="009D5845">
            <w:r>
              <w:rPr>
                <w:sz w:val="20"/>
              </w:rPr>
              <w:t>Mempelaja</w:t>
            </w:r>
            <w:r w:rsidR="006D422A">
              <w:rPr>
                <w:sz w:val="20"/>
              </w:rPr>
              <w:t>r</w:t>
            </w:r>
            <w:r>
              <w:rPr>
                <w:sz w:val="20"/>
              </w:rPr>
              <w:t>i desain UI/UX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42A777D" w14:textId="3E22A80F" w:rsidR="00621206" w:rsidRDefault="006D422A">
            <w:r>
              <w:rPr>
                <w:sz w:val="20"/>
              </w:rPr>
              <w:t xml:space="preserve">Mempelajari </w:t>
            </w:r>
            <w:r w:rsidR="009C3807">
              <w:rPr>
                <w:sz w:val="20"/>
              </w:rPr>
              <w:t xml:space="preserve">desain </w:t>
            </w:r>
            <w:r>
              <w:rPr>
                <w:sz w:val="20"/>
              </w:rPr>
              <w:t xml:space="preserve">UI/UX </w:t>
            </w:r>
            <w:r w:rsidR="00CA221C">
              <w:rPr>
                <w:sz w:val="20"/>
              </w:rPr>
              <w:t xml:space="preserve">menggunakan figma 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C36E275" w14:textId="47A87139" w:rsidR="00621206" w:rsidRDefault="00AF52F1">
            <w:r>
              <w:rPr>
                <w:sz w:val="20"/>
              </w:rPr>
              <w:t xml:space="preserve">Mahasiswa memahami </w:t>
            </w:r>
            <w:r w:rsidR="009C3807">
              <w:rPr>
                <w:sz w:val="20"/>
              </w:rPr>
              <w:t>sedikitnya tentang UI/UX dan sedikitnya mengerti cara menggunakan figma.</w:t>
            </w:r>
          </w:p>
        </w:tc>
      </w:tr>
      <w:tr w:rsidR="00621206" w14:paraId="1A9D0DCB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133D28D" w14:textId="77777777" w:rsidR="00621206" w:rsidRDefault="00AF52F1">
            <w:r>
              <w:rPr>
                <w:sz w:val="20"/>
              </w:rPr>
              <w:t>Minggu 2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C216E1F" w14:textId="79F7E432" w:rsidR="00621206" w:rsidRDefault="00C30124">
            <w:r>
              <w:rPr>
                <w:sz w:val="20"/>
              </w:rPr>
              <w:t>Mulai mendesain sistem yang akan dibuat halaman per-halaman dengan arahan pembimbing lapangan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98A81B0" w14:textId="77799777" w:rsidR="00621206" w:rsidRDefault="00950B63">
            <w:r>
              <w:rPr>
                <w:sz w:val="20"/>
              </w:rPr>
              <w:t xml:space="preserve">Membuat desain halaman </w:t>
            </w:r>
            <w:r w:rsidR="008521E3">
              <w:rPr>
                <w:sz w:val="20"/>
              </w:rPr>
              <w:t>login, register dan lupa password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19E2277" w14:textId="3EFA1743" w:rsidR="00621206" w:rsidRDefault="00081E20">
            <w:r>
              <w:rPr>
                <w:sz w:val="20"/>
              </w:rPr>
              <w:t>M</w:t>
            </w:r>
            <w:r w:rsidR="002D7025">
              <w:rPr>
                <w:sz w:val="20"/>
              </w:rPr>
              <w:t>a</w:t>
            </w:r>
            <w:r>
              <w:rPr>
                <w:sz w:val="20"/>
              </w:rPr>
              <w:t>hasiswa menyelesaikan desain halaman login, register dan lupa password.</w:t>
            </w:r>
          </w:p>
        </w:tc>
      </w:tr>
      <w:tr w:rsidR="00621206" w14:paraId="60CFE9A5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626E111" w14:textId="77777777" w:rsidR="00621206" w:rsidRDefault="00AF52F1">
            <w:r>
              <w:rPr>
                <w:sz w:val="20"/>
              </w:rPr>
              <w:t>Minggu 3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C95051E" w14:textId="36F6C92F" w:rsidR="00621206" w:rsidRDefault="00081E20">
            <w:r>
              <w:rPr>
                <w:sz w:val="20"/>
              </w:rPr>
              <w:t>Refisi dan arahan dari pembimbing lapangan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BF235BA" w14:textId="7D63C496" w:rsidR="00621206" w:rsidRDefault="002B29DF">
            <w:r>
              <w:rPr>
                <w:sz w:val="20"/>
              </w:rPr>
              <w:t>Pembimbing lapangan merevisi desain yang telah dibuat dan memberi arahan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603F4B8" w14:textId="3E718C43" w:rsidR="00621206" w:rsidRDefault="00343059">
            <w:r>
              <w:rPr>
                <w:sz w:val="20"/>
              </w:rPr>
              <w:t xml:space="preserve">Mahasiswa </w:t>
            </w:r>
            <w:r w:rsidR="0055378E">
              <w:rPr>
                <w:sz w:val="20"/>
              </w:rPr>
              <w:t>merevisi desain sesuai dengan arahan pembimbing lapngan.</w:t>
            </w:r>
          </w:p>
        </w:tc>
      </w:tr>
      <w:tr w:rsidR="00621206" w14:paraId="380FC0C3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3433EA0" w14:textId="77777777" w:rsidR="00621206" w:rsidRDefault="00AF52F1">
            <w:r>
              <w:rPr>
                <w:sz w:val="20"/>
              </w:rPr>
              <w:t>Minggu 4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5C6583D" w14:textId="2B817DEA" w:rsidR="00621206" w:rsidRDefault="00343059">
            <w:r>
              <w:rPr>
                <w:sz w:val="20"/>
              </w:rPr>
              <w:t xml:space="preserve">Membuat </w:t>
            </w:r>
            <w:r w:rsidR="008272DA">
              <w:rPr>
                <w:sz w:val="20"/>
              </w:rPr>
              <w:t>desain UI/UX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5340D61" w14:textId="08916450" w:rsidR="00621206" w:rsidRDefault="00343059">
            <w:r>
              <w:rPr>
                <w:sz w:val="20"/>
              </w:rPr>
              <w:t xml:space="preserve">Membuat </w:t>
            </w:r>
            <w:r w:rsidR="000437A2">
              <w:rPr>
                <w:sz w:val="20"/>
              </w:rPr>
              <w:t xml:space="preserve">desain </w:t>
            </w:r>
            <w:r w:rsidR="001B0130">
              <w:rPr>
                <w:sz w:val="20"/>
              </w:rPr>
              <w:t xml:space="preserve">halaman dashboard dan </w:t>
            </w:r>
            <w:r w:rsidR="008B36F3">
              <w:rPr>
                <w:sz w:val="20"/>
              </w:rPr>
              <w:t>setting profil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8F20753" w14:textId="33FAE18D" w:rsidR="00621206" w:rsidRDefault="008B36F3">
            <w:r>
              <w:rPr>
                <w:sz w:val="20"/>
              </w:rPr>
              <w:t xml:space="preserve">Mahasiswa </w:t>
            </w:r>
            <w:r w:rsidR="002D7025">
              <w:rPr>
                <w:sz w:val="20"/>
              </w:rPr>
              <w:t>menyelesaikan desain dashboard dan setting profil.</w:t>
            </w:r>
          </w:p>
        </w:tc>
      </w:tr>
    </w:tbl>
    <w:p w14:paraId="4F62C8DD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>C. Uraian Pelaksanaan Pekerjaan</w:t>
      </w:r>
    </w:p>
    <w:p w14:paraId="1BC09FD4" w14:textId="7602750D" w:rsidR="00621206" w:rsidRDefault="00AF52F1">
      <w:pPr>
        <w:spacing w:after="120"/>
        <w:ind w:firstLine="709"/>
        <w:jc w:val="both"/>
      </w:pPr>
      <w:r>
        <w:t xml:space="preserve">Pada bulan </w:t>
      </w:r>
      <w:r w:rsidR="002D7025">
        <w:t>kedua</w:t>
      </w:r>
      <w:r>
        <w:t xml:space="preserve">, kegiatan magang/PKL difokuskan pada </w:t>
      </w:r>
      <w:r w:rsidR="00EB70D4">
        <w:t xml:space="preserve">desain UI/UX, mahasiswa mempelajari dan membuat desain </w:t>
      </w:r>
      <w:r w:rsidR="00D90009">
        <w:t>UI/UX menggunakan figma</w:t>
      </w:r>
      <w:r>
        <w:t>. Kegiatan ini menjadi dasar penting agar mahasiswa mampu</w:t>
      </w:r>
      <w:r w:rsidR="00D90009">
        <w:t xml:space="preserve"> memahami dan menguasai desain U</w:t>
      </w:r>
      <w:r w:rsidR="00565E2E">
        <w:t>I</w:t>
      </w:r>
      <w:r w:rsidR="00D90009">
        <w:t>/UX menggunakan figma</w:t>
      </w:r>
      <w:r>
        <w:t>.</w:t>
      </w:r>
    </w:p>
    <w:p w14:paraId="35103E70" w14:textId="23EE764C" w:rsidR="00621206" w:rsidRDefault="00AF52F1" w:rsidP="00D90009">
      <w:pPr>
        <w:spacing w:after="120"/>
        <w:ind w:firstLine="709"/>
        <w:jc w:val="both"/>
      </w:pPr>
      <w:r>
        <w:t xml:space="preserve">Pada akhir bulan, </w:t>
      </w:r>
      <w:r w:rsidR="00343059">
        <w:t xml:space="preserve">mahasiswa </w:t>
      </w:r>
      <w:r w:rsidR="00D90009">
        <w:t>mulai membuat desain UI/UX mandiri dengan arahan pembimbing lapangan.</w:t>
      </w:r>
    </w:p>
    <w:p w14:paraId="4B381B6A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lastRenderedPageBreak/>
        <w:t>D. Hasil dan Evaluasi Kegiatan Bulanan</w:t>
      </w:r>
    </w:p>
    <w:tbl>
      <w:tblPr>
        <w:tblW w:w="8986" w:type="dxa"/>
        <w:jc w:val="center"/>
        <w:tblLayout w:type="fixed"/>
        <w:tblLook w:val="04A0" w:firstRow="1" w:lastRow="0" w:firstColumn="1" w:lastColumn="0" w:noHBand="0" w:noVBand="1"/>
      </w:tblPr>
      <w:tblGrid>
        <w:gridCol w:w="2013"/>
        <w:gridCol w:w="6973"/>
      </w:tblGrid>
      <w:tr w:rsidR="00621206" w14:paraId="2809AAC1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42808B59" w14:textId="77777777" w:rsidR="00621206" w:rsidRDefault="00AF52F1">
            <w:r>
              <w:rPr>
                <w:b/>
                <w:sz w:val="21"/>
              </w:rPr>
              <w:t>Aspek Evaluasi</w:t>
            </w:r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586EA701" w14:textId="77777777" w:rsidR="00621206" w:rsidRDefault="00AF52F1">
            <w:r>
              <w:rPr>
                <w:b/>
                <w:sz w:val="21"/>
              </w:rPr>
              <w:t>Uraian</w:t>
            </w:r>
          </w:p>
        </w:tc>
      </w:tr>
      <w:tr w:rsidR="00621206" w14:paraId="24305267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5E87C57" w14:textId="77777777" w:rsidR="00621206" w:rsidRDefault="00AF52F1">
            <w:r>
              <w:rPr>
                <w:b/>
                <w:sz w:val="21"/>
              </w:rPr>
              <w:t>Capaian Bulanan</w:t>
            </w:r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2F6E15C" w14:textId="547D0774" w:rsidR="00621206" w:rsidRDefault="00AF52F1">
            <w:r>
              <w:rPr>
                <w:sz w:val="21"/>
              </w:rPr>
              <w:t>Mahasiswa m</w:t>
            </w:r>
            <w:r w:rsidR="00742D8B">
              <w:rPr>
                <w:sz w:val="21"/>
              </w:rPr>
              <w:t>emahami sedikitnya tentang desain UI/UX dan cara menggunakan figma.</w:t>
            </w:r>
          </w:p>
        </w:tc>
      </w:tr>
      <w:tr w:rsidR="00621206" w14:paraId="6F667F65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CD5F3EF" w14:textId="77777777" w:rsidR="00621206" w:rsidRDefault="00AF52F1">
            <w:r>
              <w:rPr>
                <w:b/>
                <w:sz w:val="21"/>
              </w:rPr>
              <w:t>Kendala yang Dihadapi</w:t>
            </w:r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6FC12B4" w14:textId="2937BB0A" w:rsidR="00621206" w:rsidRDefault="00AF52F1">
            <w:r>
              <w:rPr>
                <w:sz w:val="21"/>
              </w:rPr>
              <w:t xml:space="preserve">Kendala utama pada bulan </w:t>
            </w:r>
            <w:r w:rsidR="009575A9">
              <w:rPr>
                <w:sz w:val="21"/>
              </w:rPr>
              <w:t>kedua yaitu desain yang masih banyak revisi dari pembimbing lapangan.</w:t>
            </w:r>
          </w:p>
        </w:tc>
      </w:tr>
      <w:tr w:rsidR="00621206" w14:paraId="7798C1F4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A323722" w14:textId="77777777" w:rsidR="00621206" w:rsidRDefault="00AF52F1">
            <w:r>
              <w:rPr>
                <w:b/>
                <w:sz w:val="21"/>
              </w:rPr>
              <w:t>Solusi/Tindak Lanjut</w:t>
            </w:r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379ED7F" w14:textId="776E03F8" w:rsidR="00621206" w:rsidRDefault="00AF52F1">
            <w:r>
              <w:rPr>
                <w:sz w:val="21"/>
              </w:rPr>
              <w:t xml:space="preserve">Mahasiswa </w:t>
            </w:r>
            <w:r w:rsidR="00F24E46">
              <w:rPr>
                <w:sz w:val="21"/>
              </w:rPr>
              <w:t>bertanya dan terus mempelajari desain sesuai arahan pembimbing lapangan.</w:t>
            </w:r>
          </w:p>
        </w:tc>
      </w:tr>
      <w:tr w:rsidR="00621206" w14:paraId="7673E80C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A559CE9" w14:textId="77777777" w:rsidR="00621206" w:rsidRDefault="00AF52F1">
            <w:r>
              <w:rPr>
                <w:b/>
                <w:sz w:val="21"/>
              </w:rPr>
              <w:t>Kompetensi yang Dikembangkan</w:t>
            </w:r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1716673" w14:textId="0051C904" w:rsidR="00621206" w:rsidRDefault="008A3872">
            <w:r>
              <w:rPr>
                <w:sz w:val="21"/>
              </w:rPr>
              <w:t>Disiplin kerja, komunikasi organisasi, adaptasi lingkungan kerja, etika pemahaman desain UI/UX.</w:t>
            </w:r>
          </w:p>
        </w:tc>
      </w:tr>
    </w:tbl>
    <w:p w14:paraId="5799FCE2" w14:textId="77777777" w:rsidR="005373A1" w:rsidRDefault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</w:p>
    <w:p w14:paraId="49875E77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>E. Catatan Pembimbing Lapangan</w:t>
      </w:r>
    </w:p>
    <w:p w14:paraId="693FD870" w14:textId="77777777" w:rsidR="00621206" w:rsidRDefault="00AF52F1">
      <w:pPr>
        <w:spacing w:after="40"/>
      </w:pPr>
      <w:r>
        <w:rPr>
          <w:sz w:val="22"/>
        </w:rPr>
        <w:t>Catatan: ........................................................................................................................................................................................</w:t>
      </w:r>
    </w:p>
    <w:p w14:paraId="515F3F64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E0FBF16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D228E13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1B15C00" w14:textId="77777777" w:rsidR="00621206" w:rsidRDefault="00621206"/>
    <w:p w14:paraId="4C233175" w14:textId="77777777" w:rsidR="005373A1" w:rsidRDefault="005373A1">
      <w:pPr>
        <w:rPr>
          <w:rFonts w:cstheme="majorBidi"/>
          <w:b/>
          <w:bCs/>
          <w:color w:val="1F4E79"/>
          <w:sz w:val="25"/>
          <w:szCs w:val="26"/>
        </w:rPr>
      </w:pPr>
      <w:r>
        <w:rPr>
          <w:color w:val="1F4E79"/>
          <w:sz w:val="25"/>
        </w:rPr>
        <w:br w:type="page"/>
      </w:r>
    </w:p>
    <w:p w14:paraId="7D2D3DF3" w14:textId="77777777" w:rsidR="005373A1" w:rsidRDefault="005373A1" w:rsidP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  <w:r>
        <w:rPr>
          <w:rFonts w:ascii="Times New Roman" w:eastAsia="Times New Roman" w:hAnsi="Times New Roman"/>
          <w:color w:val="1F4E79"/>
          <w:sz w:val="25"/>
        </w:rPr>
        <w:lastRenderedPageBreak/>
        <w:t>F. Lampiran Dokumentasi (Foto/Gambar/Form)</w:t>
      </w:r>
    </w:p>
    <w:p w14:paraId="5070DAAA" w14:textId="77777777" w:rsidR="007660A0" w:rsidRDefault="005373A1" w:rsidP="005373A1">
      <w:pPr>
        <w:pStyle w:val="Heading2"/>
        <w:spacing w:before="160" w:after="80"/>
        <w:rPr>
          <w:noProof/>
        </w:rPr>
      </w:pPr>
      <w:r>
        <w:t xml:space="preserve"> </w:t>
      </w:r>
      <w:r w:rsidR="007660A0">
        <w:rPr>
          <w:noProof/>
        </w:rPr>
        <w:drawing>
          <wp:inline distT="0" distB="0" distL="0" distR="0" wp14:anchorId="2A7C0F7F" wp14:editId="7CEF5E93">
            <wp:extent cx="5472430" cy="3918585"/>
            <wp:effectExtent l="0" t="0" r="0" b="5715"/>
            <wp:docPr id="11670724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60A0">
        <w:rPr>
          <w:noProof/>
        </w:rPr>
        <w:t xml:space="preserve"> </w:t>
      </w:r>
    </w:p>
    <w:p w14:paraId="4BAE9B6C" w14:textId="732965A0" w:rsidR="005373A1" w:rsidRDefault="007660A0" w:rsidP="005373A1">
      <w:pPr>
        <w:pStyle w:val="Heading2"/>
        <w:spacing w:before="160" w:after="80"/>
      </w:pPr>
      <w:r>
        <w:rPr>
          <w:noProof/>
        </w:rPr>
        <w:drawing>
          <wp:inline distT="0" distB="0" distL="0" distR="0" wp14:anchorId="0FDC0CF9" wp14:editId="69063D01">
            <wp:extent cx="5472430" cy="3907790"/>
            <wp:effectExtent l="0" t="0" r="0" b="0"/>
            <wp:docPr id="2746748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3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2E072CE5" w14:textId="02AEB9F4" w:rsidR="004E38DF" w:rsidRDefault="00D87E98" w:rsidP="004E38DF">
      <w:r>
        <w:rPr>
          <w:noProof/>
        </w:rPr>
        <w:lastRenderedPageBreak/>
        <w:drawing>
          <wp:inline distT="0" distB="0" distL="0" distR="0" wp14:anchorId="5E15F5A3" wp14:editId="3F40D084">
            <wp:extent cx="5472430" cy="7273925"/>
            <wp:effectExtent l="0" t="0" r="0" b="3175"/>
            <wp:docPr id="9303908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727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76EB2" w14:textId="22C4D5DF" w:rsidR="00E012E8" w:rsidRDefault="004367EC" w:rsidP="004E38DF">
      <w:r w:rsidRPr="004367EC">
        <w:lastRenderedPageBreak/>
        <w:drawing>
          <wp:inline distT="0" distB="0" distL="0" distR="0" wp14:anchorId="744D92D1" wp14:editId="4DC03597">
            <wp:extent cx="5472430" cy="3560445"/>
            <wp:effectExtent l="0" t="0" r="0" b="1905"/>
            <wp:docPr id="9357854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8543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F7BD2" w14:textId="7B497B1F" w:rsidR="004367EC" w:rsidRPr="004E38DF" w:rsidRDefault="00F44AF9" w:rsidP="004E38DF">
      <w:r w:rsidRPr="00F44AF9">
        <w:drawing>
          <wp:inline distT="0" distB="0" distL="0" distR="0" wp14:anchorId="4D0557FC" wp14:editId="0D3C8284">
            <wp:extent cx="5472430" cy="2920365"/>
            <wp:effectExtent l="0" t="0" r="0" b="0"/>
            <wp:docPr id="269055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5564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67EC" w:rsidRPr="004E38DF" w:rsidSect="00034616">
      <w:headerReference w:type="default" r:id="rId13"/>
      <w:footerReference w:type="default" r:id="rId14"/>
      <w:pgSz w:w="11906" w:h="16838"/>
      <w:pgMar w:top="1587" w:right="1474" w:bottom="1474" w:left="18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00D11" w14:textId="77777777" w:rsidR="00D70CDF" w:rsidRDefault="00D70CDF">
      <w:pPr>
        <w:spacing w:after="0" w:line="240" w:lineRule="auto"/>
      </w:pPr>
      <w:r>
        <w:separator/>
      </w:r>
    </w:p>
  </w:endnote>
  <w:endnote w:type="continuationSeparator" w:id="0">
    <w:p w14:paraId="1D7B8BC2" w14:textId="77777777" w:rsidR="00D70CDF" w:rsidRDefault="00D7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9E48F" w14:textId="77777777" w:rsidR="00621206" w:rsidRDefault="00AF52F1">
    <w:pPr>
      <w:pStyle w:val="Footer"/>
      <w:jc w:val="center"/>
    </w:pPr>
    <w:r>
      <w:rPr>
        <w:color w:val="595959"/>
        <w:sz w:val="18"/>
      </w:rPr>
      <w:t>Dokumen ini dapat disesuaikan dengan data mahasiswa, program studi, dan periode pelaksanaan PKL.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D896F" w14:textId="77777777" w:rsidR="00D70CDF" w:rsidRDefault="00D70CDF">
      <w:pPr>
        <w:spacing w:after="0" w:line="240" w:lineRule="auto"/>
      </w:pPr>
      <w:r>
        <w:separator/>
      </w:r>
    </w:p>
  </w:footnote>
  <w:footnote w:type="continuationSeparator" w:id="0">
    <w:p w14:paraId="58A1575C" w14:textId="77777777" w:rsidR="00D70CDF" w:rsidRDefault="00D7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7F026" w14:textId="77777777" w:rsidR="00621206" w:rsidRDefault="00AF52F1">
    <w:pPr>
      <w:pStyle w:val="Header"/>
      <w:jc w:val="right"/>
    </w:pPr>
    <w:r>
      <w:rPr>
        <w:color w:val="595959"/>
        <w:sz w:val="18"/>
      </w:rPr>
      <w:t>Laporan Kegiatan Bulanan Magang/PKL | FST-UIN SMH Banten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4173058">
    <w:abstractNumId w:val="8"/>
  </w:num>
  <w:num w:numId="2" w16cid:durableId="1356270057">
    <w:abstractNumId w:val="6"/>
  </w:num>
  <w:num w:numId="3" w16cid:durableId="758796716">
    <w:abstractNumId w:val="5"/>
  </w:num>
  <w:num w:numId="4" w16cid:durableId="2002583865">
    <w:abstractNumId w:val="4"/>
  </w:num>
  <w:num w:numId="5" w16cid:durableId="1610963143">
    <w:abstractNumId w:val="7"/>
  </w:num>
  <w:num w:numId="6" w16cid:durableId="139886580">
    <w:abstractNumId w:val="3"/>
  </w:num>
  <w:num w:numId="7" w16cid:durableId="1184318801">
    <w:abstractNumId w:val="2"/>
  </w:num>
  <w:num w:numId="8" w16cid:durableId="176579608">
    <w:abstractNumId w:val="1"/>
  </w:num>
  <w:num w:numId="9" w16cid:durableId="395592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7A2"/>
    <w:rsid w:val="0006063C"/>
    <w:rsid w:val="00081E20"/>
    <w:rsid w:val="0010046A"/>
    <w:rsid w:val="0015074B"/>
    <w:rsid w:val="001B0130"/>
    <w:rsid w:val="001F19B0"/>
    <w:rsid w:val="0029639D"/>
    <w:rsid w:val="002B29DF"/>
    <w:rsid w:val="002D7025"/>
    <w:rsid w:val="00326F90"/>
    <w:rsid w:val="00343059"/>
    <w:rsid w:val="0037132D"/>
    <w:rsid w:val="003E640B"/>
    <w:rsid w:val="004367EC"/>
    <w:rsid w:val="004429DB"/>
    <w:rsid w:val="004E38DF"/>
    <w:rsid w:val="004F5B27"/>
    <w:rsid w:val="005373A1"/>
    <w:rsid w:val="0055378E"/>
    <w:rsid w:val="00565E2E"/>
    <w:rsid w:val="00621206"/>
    <w:rsid w:val="0068148D"/>
    <w:rsid w:val="006D422A"/>
    <w:rsid w:val="00742D8B"/>
    <w:rsid w:val="007660A0"/>
    <w:rsid w:val="00785DBB"/>
    <w:rsid w:val="008272DA"/>
    <w:rsid w:val="008521E3"/>
    <w:rsid w:val="008A3872"/>
    <w:rsid w:val="008B36F3"/>
    <w:rsid w:val="00950B63"/>
    <w:rsid w:val="009575A9"/>
    <w:rsid w:val="009C3807"/>
    <w:rsid w:val="009D5845"/>
    <w:rsid w:val="00A22E6C"/>
    <w:rsid w:val="00AA1D8D"/>
    <w:rsid w:val="00AF52F1"/>
    <w:rsid w:val="00B47730"/>
    <w:rsid w:val="00BE0AAA"/>
    <w:rsid w:val="00C30124"/>
    <w:rsid w:val="00C37196"/>
    <w:rsid w:val="00C7347B"/>
    <w:rsid w:val="00CA221C"/>
    <w:rsid w:val="00CB0664"/>
    <w:rsid w:val="00D42A80"/>
    <w:rsid w:val="00D70CDF"/>
    <w:rsid w:val="00D87E98"/>
    <w:rsid w:val="00D90009"/>
    <w:rsid w:val="00E012E8"/>
    <w:rsid w:val="00EB70D4"/>
    <w:rsid w:val="00F06684"/>
    <w:rsid w:val="00F24E46"/>
    <w:rsid w:val="00F43269"/>
    <w:rsid w:val="00F44A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488DE9"/>
  <w14:defaultImageDpi w14:val="300"/>
  <w15:docId w15:val="{3C35C34F-3EB6-4106-BA27-C4615950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CD781F-46EA-45B8-BC93-57601DB1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maydi safikri</cp:lastModifiedBy>
  <cp:revision>38</cp:revision>
  <dcterms:created xsi:type="dcterms:W3CDTF">2026-06-29T06:25:00Z</dcterms:created>
  <dcterms:modified xsi:type="dcterms:W3CDTF">2026-06-29T07:14:00Z</dcterms:modified>
</cp:coreProperties>
</file>