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32E0" w14:textId="77777777" w:rsidR="00621206" w:rsidRDefault="00621206"/>
    <w:p w14:paraId="315775BF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034CE6F9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384595FB" w14:textId="6FA78456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PERIODE BULAN </w:t>
      </w:r>
      <w:r w:rsidR="00777134">
        <w:rPr>
          <w:b/>
          <w:sz w:val="28"/>
        </w:rPr>
        <w:t>III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305D01A0" w14:textId="3C2E5AA9" w:rsidR="00621206" w:rsidRPr="00BE0AAA" w:rsidRDefault="00BE0AAA" w:rsidP="00D850D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DI </w:t>
      </w:r>
      <w:r w:rsidR="00D850DD">
        <w:rPr>
          <w:b/>
          <w:sz w:val="28"/>
        </w:rPr>
        <w:t>DISKOMINFO PROVINSI BANTEN</w:t>
      </w:r>
    </w:p>
    <w:p w14:paraId="7B143083" w14:textId="77777777" w:rsidR="00621206" w:rsidRDefault="00621206"/>
    <w:p w14:paraId="5096062D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6F7F1C3B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77DE77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9E473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61E9D23" w14:textId="37CB23CC" w:rsidR="00621206" w:rsidRDefault="00777134">
            <w:r>
              <w:rPr>
                <w:sz w:val="22"/>
              </w:rPr>
              <w:t>Maydi Safikri</w:t>
            </w:r>
          </w:p>
        </w:tc>
      </w:tr>
      <w:tr w:rsidR="00621206" w14:paraId="2E0C644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6AFF70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5D65D3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BC274EC" w14:textId="376659C6" w:rsidR="00621206" w:rsidRDefault="00777134">
            <w:r>
              <w:rPr>
                <w:sz w:val="22"/>
              </w:rPr>
              <w:t>231730032</w:t>
            </w:r>
          </w:p>
        </w:tc>
      </w:tr>
      <w:tr w:rsidR="00621206" w14:paraId="3604CD8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C6F5913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B8F59C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B334FE" w14:textId="3549EC6B" w:rsidR="00621206" w:rsidRDefault="00777134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7E4A644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14D013D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2357B8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D0689E" w14:textId="73550901" w:rsidR="00621206" w:rsidRDefault="00777134">
            <w:r>
              <w:rPr>
                <w:sz w:val="22"/>
              </w:rPr>
              <w:t>Sains</w:t>
            </w:r>
          </w:p>
        </w:tc>
      </w:tr>
      <w:tr w:rsidR="00621206" w14:paraId="13D35B1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F6647F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7A081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59658A4" w14:textId="62402B67" w:rsidR="00621206" w:rsidRDefault="00777134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35E40F22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59DD64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8F17F9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9792B6" w14:textId="22042637" w:rsidR="00621206" w:rsidRDefault="00777134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– 14 Juli 2026</w:t>
            </w:r>
          </w:p>
        </w:tc>
      </w:tr>
      <w:tr w:rsidR="00621206" w14:paraId="58AEF4C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255BFA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464A60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A04CCC" w14:textId="3E2AC1FF" w:rsidR="00621206" w:rsidRDefault="00777134">
            <w:r w:rsidRPr="00C37196">
              <w:t xml:space="preserve">Dr. Aan </w:t>
            </w:r>
            <w:proofErr w:type="spellStart"/>
            <w:r w:rsidRPr="00C37196">
              <w:t>Ansori</w:t>
            </w:r>
            <w:proofErr w:type="spellEnd"/>
            <w:r w:rsidRPr="00C37196">
              <w:t xml:space="preserve">, </w:t>
            </w:r>
            <w:proofErr w:type="spellStart"/>
            <w:r w:rsidRPr="00C37196">
              <w:t>S.Kom</w:t>
            </w:r>
            <w:proofErr w:type="spellEnd"/>
            <w:r w:rsidRPr="00C37196">
              <w:t xml:space="preserve">., M.M., </w:t>
            </w:r>
            <w:proofErr w:type="spellStart"/>
            <w:r w:rsidRPr="00C37196">
              <w:t>M.Kom</w:t>
            </w:r>
            <w:proofErr w:type="spellEnd"/>
          </w:p>
        </w:tc>
      </w:tr>
      <w:tr w:rsidR="00621206" w14:paraId="127532A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AF0E80E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7034DA9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C7076F" w14:textId="6D9CD4D2" w:rsidR="00621206" w:rsidRDefault="00777134">
            <w:r>
              <w:rPr>
                <w:sz w:val="22"/>
              </w:rPr>
              <w:t>Dino Pramono</w:t>
            </w:r>
          </w:p>
        </w:tc>
      </w:tr>
    </w:tbl>
    <w:p w14:paraId="3523DCFF" w14:textId="77777777" w:rsidR="00621206" w:rsidRDefault="00621206" w:rsidP="00205CC6">
      <w:pPr>
        <w:jc w:val="right"/>
      </w:pPr>
    </w:p>
    <w:p w14:paraId="3BE1F74E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 w:rsidR="00AF52F1">
        <w:rPr>
          <w:b/>
        </w:rPr>
        <w:br/>
        <w:t>2026</w:t>
      </w:r>
    </w:p>
    <w:p w14:paraId="66D94EEA" w14:textId="77777777" w:rsidR="00621206" w:rsidRDefault="00AF52F1">
      <w:r>
        <w:br w:type="page"/>
      </w:r>
    </w:p>
    <w:p w14:paraId="39B55035" w14:textId="18D4BE7D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</w:t>
      </w:r>
      <w:r w:rsidR="00777134">
        <w:rPr>
          <w:rFonts w:ascii="Times New Roman" w:eastAsia="Times New Roman" w:hAnsi="Times New Roman"/>
          <w:color w:val="1F4E79"/>
        </w:rPr>
        <w:t>3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58D7C53E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D2DBFD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4E77D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58418E" w14:textId="0F68503A" w:rsidR="00621206" w:rsidRDefault="00777134">
            <w:r>
              <w:rPr>
                <w:sz w:val="22"/>
              </w:rPr>
              <w:t xml:space="preserve">Bulan </w:t>
            </w:r>
            <w:proofErr w:type="spellStart"/>
            <w:r w:rsidR="00774531">
              <w:rPr>
                <w:sz w:val="22"/>
              </w:rPr>
              <w:t>K</w:t>
            </w:r>
            <w:r>
              <w:rPr>
                <w:sz w:val="22"/>
              </w:rPr>
              <w:t>etiga</w:t>
            </w:r>
            <w:proofErr w:type="spellEnd"/>
          </w:p>
        </w:tc>
      </w:tr>
      <w:tr w:rsidR="00621206" w14:paraId="0D612F4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8B6C180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2A2D8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209E2E" w14:textId="29649B32" w:rsidR="00621206" w:rsidRDefault="00777134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</w:t>
            </w:r>
            <w:r w:rsidR="00AF52F1">
              <w:rPr>
                <w:sz w:val="22"/>
              </w:rPr>
              <w:t>Banten</w:t>
            </w:r>
          </w:p>
        </w:tc>
      </w:tr>
      <w:tr w:rsidR="00621206" w14:paraId="66502E9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5F1466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E9E7EF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78E75A" w14:textId="1BB56264" w:rsidR="00621206" w:rsidRDefault="00777134">
            <w:proofErr w:type="spellStart"/>
            <w:r>
              <w:rPr>
                <w:sz w:val="22"/>
              </w:rPr>
              <w:t>Revisi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dashboar</w:t>
            </w:r>
            <w:proofErr w:type="spellEnd"/>
            <w:r>
              <w:rPr>
                <w:sz w:val="22"/>
              </w:rPr>
              <w:t xml:space="preserve">, setting </w:t>
            </w:r>
            <w:proofErr w:type="spellStart"/>
            <w:r>
              <w:rPr>
                <w:sz w:val="22"/>
              </w:rPr>
              <w:t>profil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embuat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CV dan </w:t>
            </w:r>
            <w:proofErr w:type="spellStart"/>
            <w:r>
              <w:rPr>
                <w:sz w:val="22"/>
              </w:rPr>
              <w:t>laporan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kegiatan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621206" w14:paraId="32E31631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17B72A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DA801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67147FA" w14:textId="5C013B6C" w:rsidR="00621206" w:rsidRDefault="00777134">
            <w:proofErr w:type="spellStart"/>
            <w:r>
              <w:rPr>
                <w:sz w:val="22"/>
              </w:rPr>
              <w:t>Selesai</w:t>
            </w:r>
            <w:proofErr w:type="spellEnd"/>
          </w:p>
        </w:tc>
      </w:tr>
    </w:tbl>
    <w:p w14:paraId="4CD73482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77064FD7" w14:textId="349BA584" w:rsidR="00621206" w:rsidRDefault="00AF52F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 w:rsidR="00777134">
        <w:t>ketiga</w:t>
      </w:r>
      <w:proofErr w:type="spellEnd"/>
      <w:r>
        <w:t xml:space="preserve"> </w:t>
      </w:r>
      <w:proofErr w:type="spellStart"/>
      <w:r>
        <w:t>bertujuan</w:t>
      </w:r>
      <w:proofErr w:type="spellEnd"/>
      <w:r w:rsidR="00777134">
        <w:t xml:space="preserve"> agar </w:t>
      </w:r>
      <w:proofErr w:type="spellStart"/>
      <w:r w:rsidR="00777134">
        <w:t>mahasiswa</w:t>
      </w:r>
      <w:proofErr w:type="spellEnd"/>
      <w:r w:rsidR="00777134">
        <w:t xml:space="preserve"> </w:t>
      </w:r>
      <w:proofErr w:type="spellStart"/>
      <w:r w:rsidR="00777134">
        <w:t>memahami</w:t>
      </w:r>
      <w:proofErr w:type="spellEnd"/>
      <w:r w:rsidR="00777134">
        <w:t xml:space="preserve"> dan </w:t>
      </w:r>
      <w:proofErr w:type="spellStart"/>
      <w:r w:rsidR="00777134">
        <w:t>menguasai</w:t>
      </w:r>
      <w:proofErr w:type="spellEnd"/>
      <w:r w:rsidR="00777134">
        <w:t xml:space="preserve"> </w:t>
      </w:r>
      <w:proofErr w:type="spellStart"/>
      <w:r w:rsidR="00777134">
        <w:t>desain</w:t>
      </w:r>
      <w:proofErr w:type="spellEnd"/>
      <w:r w:rsidR="00777134">
        <w:t xml:space="preserve"> UI/UX </w:t>
      </w:r>
      <w:proofErr w:type="spellStart"/>
      <w:r w:rsidR="00777134">
        <w:t>menggunakan</w:t>
      </w:r>
      <w:proofErr w:type="spellEnd"/>
      <w:r w:rsidR="00777134">
        <w:t xml:space="preserve"> </w:t>
      </w:r>
      <w:proofErr w:type="spellStart"/>
      <w:r w:rsidR="00777134">
        <w:t>figma</w:t>
      </w:r>
      <w:proofErr w:type="spellEnd"/>
      <w:r w:rsidR="00777134">
        <w:t>.</w:t>
      </w:r>
    </w:p>
    <w:p w14:paraId="4831EB88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41874899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3E25A722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5899E51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B8B5088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3A9D59B5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36F8D91A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DF8F93C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37E62F7" w14:textId="7EF4733A" w:rsidR="00621206" w:rsidRDefault="00777134"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dashboar</w:t>
            </w:r>
            <w:proofErr w:type="spellEnd"/>
            <w:r>
              <w:rPr>
                <w:sz w:val="20"/>
              </w:rPr>
              <w:t xml:space="preserve"> dan setting </w:t>
            </w:r>
            <w:proofErr w:type="spellStart"/>
            <w:r>
              <w:rPr>
                <w:sz w:val="20"/>
              </w:rPr>
              <w:t>profil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2A7746C" w14:textId="12E8BB5B" w:rsidR="00621206" w:rsidRDefault="00777134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dashboar</w:t>
            </w:r>
            <w:proofErr w:type="spellEnd"/>
            <w:r>
              <w:rPr>
                <w:sz w:val="20"/>
              </w:rPr>
              <w:t xml:space="preserve"> dan setting profile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D2A3324" w14:textId="00928B9E" w:rsidR="00621206" w:rsidRDefault="00AF52F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menyelesaikan</w:t>
            </w:r>
            <w:proofErr w:type="spellEnd"/>
            <w:r w:rsidR="00777134"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desain</w:t>
            </w:r>
            <w:proofErr w:type="spellEnd"/>
            <w:r w:rsidR="00777134"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halaman</w:t>
            </w:r>
            <w:proofErr w:type="spellEnd"/>
            <w:r w:rsidR="00777134">
              <w:rPr>
                <w:sz w:val="20"/>
              </w:rPr>
              <w:t xml:space="preserve"> dashboard dan setting </w:t>
            </w:r>
            <w:proofErr w:type="spellStart"/>
            <w:r w:rsidR="00777134">
              <w:rPr>
                <w:sz w:val="20"/>
              </w:rPr>
              <w:t>profil</w:t>
            </w:r>
            <w:proofErr w:type="spellEnd"/>
            <w:r w:rsidR="00777134">
              <w:rPr>
                <w:sz w:val="20"/>
              </w:rPr>
              <w:t>.</w:t>
            </w:r>
          </w:p>
        </w:tc>
      </w:tr>
      <w:tr w:rsidR="00621206" w14:paraId="0A00AB9E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3AD78F1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1055566" w14:textId="144456C6" w:rsidR="00621206" w:rsidRDefault="00777134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CV dan </w:t>
            </w:r>
            <w:proofErr w:type="spellStart"/>
            <w:r>
              <w:rPr>
                <w:sz w:val="20"/>
              </w:rPr>
              <w:t>laporan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4A9E519" w14:textId="171DB282" w:rsidR="00621206" w:rsidRDefault="00777134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CV dan </w:t>
            </w:r>
            <w:proofErr w:type="spellStart"/>
            <w:r>
              <w:rPr>
                <w:sz w:val="20"/>
              </w:rPr>
              <w:t>laporan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4C6CF03" w14:textId="55C0CB6E" w:rsidR="00621206" w:rsidRDefault="00777134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menyeselsaikan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CV dan </w:t>
            </w:r>
            <w:proofErr w:type="spellStart"/>
            <w:r>
              <w:rPr>
                <w:sz w:val="20"/>
              </w:rPr>
              <w:t>laporan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4DAD3988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6C473E2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99E9ABD" w14:textId="1D613BE5" w:rsidR="00621206" w:rsidRDefault="00777134"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laporan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4A3253E" w14:textId="37F2D62E" w:rsidR="00621206" w:rsidRDefault="00777134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laporan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kegiatan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1D89A88" w14:textId="7AA1C3BA" w:rsidR="00621206" w:rsidRDefault="00AF52F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menyelesaikan</w:t>
            </w:r>
            <w:proofErr w:type="spellEnd"/>
            <w:r w:rsidR="00777134"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desain</w:t>
            </w:r>
            <w:proofErr w:type="spellEnd"/>
            <w:r w:rsidR="00777134"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halaman</w:t>
            </w:r>
            <w:proofErr w:type="spellEnd"/>
            <w:r w:rsidR="00777134"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laporan</w:t>
            </w:r>
            <w:proofErr w:type="spellEnd"/>
            <w:r w:rsidR="00777134">
              <w:rPr>
                <w:sz w:val="20"/>
              </w:rPr>
              <w:t xml:space="preserve"> </w:t>
            </w:r>
            <w:proofErr w:type="spellStart"/>
            <w:r w:rsidR="00777134">
              <w:rPr>
                <w:sz w:val="20"/>
              </w:rPr>
              <w:t>kegiatan</w:t>
            </w:r>
            <w:proofErr w:type="spellEnd"/>
            <w:r w:rsidR="00777134">
              <w:rPr>
                <w:sz w:val="20"/>
              </w:rPr>
              <w:t>.</w:t>
            </w:r>
          </w:p>
        </w:tc>
      </w:tr>
      <w:tr w:rsidR="00621206" w14:paraId="153DF8FE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985065A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F516C68" w14:textId="7280BB37" w:rsidR="00621206" w:rsidRDefault="00777134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0D6BFC">
              <w:rPr>
                <w:sz w:val="20"/>
              </w:rPr>
              <w:t>nilai</w:t>
            </w:r>
            <w:proofErr w:type="spellEnd"/>
            <w:r w:rsidR="000D6BFC">
              <w:rPr>
                <w:sz w:val="20"/>
              </w:rPr>
              <w:t xml:space="preserve"> </w:t>
            </w:r>
            <w:proofErr w:type="spellStart"/>
            <w:r w:rsidR="000D6BFC">
              <w:rPr>
                <w:sz w:val="20"/>
              </w:rPr>
              <w:t>magang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1B8B717" w14:textId="1638A55E" w:rsidR="00621206" w:rsidRDefault="000D6BFC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nilai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 w:rsidR="00AF52F1"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65490A6" w14:textId="3121DC88" w:rsidR="00621206" w:rsidRDefault="000D6BFC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nilai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0585D3BC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49016164" w14:textId="4E8D2339" w:rsidR="000D6BFC" w:rsidRDefault="000D6BFC" w:rsidP="000D6BFC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UI/UX,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2D6DEAB2" w14:textId="77777777" w:rsidR="000D6BFC" w:rsidRDefault="000D6BFC" w:rsidP="000D6BFC">
      <w:pPr>
        <w:spacing w:after="120"/>
        <w:ind w:firstLine="709"/>
        <w:jc w:val="both"/>
      </w:pPr>
    </w:p>
    <w:p w14:paraId="3B384803" w14:textId="77777777" w:rsidR="000D6BFC" w:rsidRDefault="000D6BFC" w:rsidP="000D6BFC">
      <w:pPr>
        <w:spacing w:after="120"/>
        <w:ind w:firstLine="709"/>
        <w:jc w:val="both"/>
      </w:pPr>
    </w:p>
    <w:p w14:paraId="10D2B1B6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6A6FDC1F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7DF8428B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381DCDE0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1DCAD2C7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05C719E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57FAADD" w14:textId="3E774877" w:rsidR="00621206" w:rsidRDefault="000D6BFC">
            <w:proofErr w:type="spellStart"/>
            <w:r>
              <w:rPr>
                <w:sz w:val="21"/>
              </w:rPr>
              <w:t>Sedikitnya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 w:rsidR="00252D18">
              <w:rPr>
                <w:sz w:val="21"/>
              </w:rPr>
              <w:t>memahami</w:t>
            </w:r>
            <w:proofErr w:type="spellEnd"/>
            <w:r w:rsidR="00252D18">
              <w:rPr>
                <w:sz w:val="21"/>
              </w:rPr>
              <w:t xml:space="preserve"> dan </w:t>
            </w:r>
            <w:proofErr w:type="spellStart"/>
            <w:r w:rsidR="00252D18">
              <w:rPr>
                <w:sz w:val="21"/>
              </w:rPr>
              <w:t>menguasai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 </w:t>
            </w:r>
            <w:proofErr w:type="spellStart"/>
            <w:r>
              <w:rPr>
                <w:sz w:val="21"/>
              </w:rPr>
              <w:t>menggunakan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figma</w:t>
            </w:r>
            <w:proofErr w:type="spellEnd"/>
            <w:r w:rsidR="00AF52F1">
              <w:rPr>
                <w:sz w:val="21"/>
              </w:rPr>
              <w:t>.</w:t>
            </w:r>
          </w:p>
        </w:tc>
      </w:tr>
      <w:tr w:rsidR="00621206" w14:paraId="71FEF0EF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904E4C1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BC86608" w14:textId="003EBF16" w:rsidR="00621206" w:rsidRDefault="00AF52F1">
            <w:r>
              <w:rPr>
                <w:sz w:val="21"/>
              </w:rPr>
              <w:t>Kendala</w:t>
            </w:r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masih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sama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seperti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bulan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berikutnya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yaitu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desain</w:t>
            </w:r>
            <w:proofErr w:type="spellEnd"/>
            <w:r w:rsidR="000D6BFC">
              <w:rPr>
                <w:sz w:val="21"/>
              </w:rPr>
              <w:t xml:space="preserve"> yang </w:t>
            </w:r>
            <w:proofErr w:type="spellStart"/>
            <w:r w:rsidR="000D6BFC">
              <w:rPr>
                <w:sz w:val="21"/>
              </w:rPr>
              <w:t>masih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banyak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revisi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dari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pembimbing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lapangan</w:t>
            </w:r>
            <w:proofErr w:type="spellEnd"/>
            <w:r w:rsidR="000D6BFC">
              <w:rPr>
                <w:sz w:val="21"/>
              </w:rPr>
              <w:t>.</w:t>
            </w:r>
          </w:p>
        </w:tc>
      </w:tr>
      <w:tr w:rsidR="00621206" w14:paraId="2C242830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C6DEB39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FE5C0D8" w14:textId="4D611E3D" w:rsidR="00621206" w:rsidRDefault="000D6BFC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terus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mempelajari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lapangan.</w:t>
            </w:r>
            <w:r w:rsidR="00AF52F1">
              <w:rPr>
                <w:sz w:val="21"/>
              </w:rPr>
              <w:t>asiswa</w:t>
            </w:r>
            <w:proofErr w:type="spellEnd"/>
            <w:r w:rsidR="00AF52F1">
              <w:rPr>
                <w:sz w:val="21"/>
              </w:rPr>
              <w:t xml:space="preserve"> </w:t>
            </w:r>
            <w:proofErr w:type="spellStart"/>
            <w:r w:rsidR="00AF52F1">
              <w:rPr>
                <w:sz w:val="21"/>
              </w:rPr>
              <w:t>melakukan</w:t>
            </w:r>
            <w:proofErr w:type="spellEnd"/>
            <w:r w:rsidR="00AF52F1">
              <w:rPr>
                <w:sz w:val="21"/>
              </w:rPr>
              <w:t xml:space="preserve"> </w:t>
            </w:r>
            <w:proofErr w:type="spellStart"/>
            <w:r w:rsidR="00AF52F1">
              <w:rPr>
                <w:sz w:val="21"/>
              </w:rPr>
              <w:t>pencatatan</w:t>
            </w:r>
            <w:proofErr w:type="spellEnd"/>
            <w:r w:rsidR="00AF52F1">
              <w:rPr>
                <w:sz w:val="21"/>
              </w:rPr>
              <w:t xml:space="preserve">, </w:t>
            </w:r>
            <w:proofErr w:type="spellStart"/>
            <w:r w:rsidR="00AF52F1">
              <w:rPr>
                <w:sz w:val="21"/>
              </w:rPr>
              <w:t>bertanya</w:t>
            </w:r>
            <w:proofErr w:type="spellEnd"/>
            <w:r w:rsidR="00AF52F1">
              <w:rPr>
                <w:sz w:val="21"/>
              </w:rPr>
              <w:t xml:space="preserve"> </w:t>
            </w:r>
            <w:proofErr w:type="spellStart"/>
            <w:r w:rsidR="00AF52F1">
              <w:rPr>
                <w:sz w:val="21"/>
              </w:rPr>
              <w:t>kepada</w:t>
            </w:r>
            <w:proofErr w:type="spellEnd"/>
            <w:r w:rsidR="00AF52F1">
              <w:rPr>
                <w:sz w:val="21"/>
              </w:rPr>
              <w:t xml:space="preserve"> </w:t>
            </w:r>
            <w:proofErr w:type="spellStart"/>
            <w:r w:rsidR="00AF52F1">
              <w:rPr>
                <w:sz w:val="21"/>
              </w:rPr>
              <w:t>pembimbing</w:t>
            </w:r>
            <w:proofErr w:type="spellEnd"/>
            <w:r w:rsidR="00AF52F1">
              <w:rPr>
                <w:sz w:val="21"/>
              </w:rPr>
              <w:t xml:space="preserve"> </w:t>
            </w:r>
            <w:proofErr w:type="spellStart"/>
            <w:r w:rsidR="00AF52F1">
              <w:rPr>
                <w:sz w:val="21"/>
              </w:rPr>
              <w:t>lapangan</w:t>
            </w:r>
            <w:proofErr w:type="spellEnd"/>
            <w:r w:rsidR="004B2CF7">
              <w:rPr>
                <w:sz w:val="21"/>
              </w:rPr>
              <w:t>.</w:t>
            </w:r>
            <w:r w:rsidR="00AF52F1">
              <w:rPr>
                <w:sz w:val="21"/>
              </w:rPr>
              <w:t xml:space="preserve"> </w:t>
            </w:r>
          </w:p>
        </w:tc>
      </w:tr>
      <w:tr w:rsidR="00621206" w14:paraId="4204D27F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2268DE3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C1DE5C7" w14:textId="640955CC" w:rsidR="00621206" w:rsidRDefault="00AF52F1">
            <w:proofErr w:type="spellStart"/>
            <w:r>
              <w:rPr>
                <w:sz w:val="21"/>
              </w:rPr>
              <w:t>Disiplin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komunikasi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organisasi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adaptasi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lingkungan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etika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pemahaman</w:t>
            </w:r>
            <w:proofErr w:type="spellEnd"/>
            <w:r w:rsidR="000D6BFC">
              <w:rPr>
                <w:sz w:val="21"/>
              </w:rPr>
              <w:t xml:space="preserve"> </w:t>
            </w:r>
            <w:proofErr w:type="spellStart"/>
            <w:r w:rsidR="000D6BFC">
              <w:rPr>
                <w:sz w:val="21"/>
              </w:rPr>
              <w:t>desain</w:t>
            </w:r>
            <w:proofErr w:type="spellEnd"/>
            <w:r w:rsidR="000D6BFC">
              <w:rPr>
                <w:sz w:val="21"/>
              </w:rPr>
              <w:t xml:space="preserve"> UI/UX.</w:t>
            </w:r>
          </w:p>
        </w:tc>
      </w:tr>
    </w:tbl>
    <w:p w14:paraId="4E0C1C64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1AA0264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Pembimbing Lapangan</w:t>
      </w:r>
    </w:p>
    <w:p w14:paraId="322A9CE8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27D23D4F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786CF0C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9C1E6EA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3EC45388" w14:textId="77777777" w:rsidR="00621206" w:rsidRDefault="00621206"/>
    <w:p w14:paraId="0CC56EE9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0D3CA6B5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6AD41ADC" w14:textId="419C23E0" w:rsidR="005373A1" w:rsidRDefault="005373A1" w:rsidP="005373A1">
      <w:pPr>
        <w:pStyle w:val="Heading2"/>
        <w:spacing w:before="160" w:after="80"/>
      </w:pPr>
      <w:r>
        <w:t xml:space="preserve"> </w:t>
      </w:r>
      <w:r w:rsidR="000D6BFC" w:rsidRPr="004367EC">
        <w:rPr>
          <w:noProof/>
        </w:rPr>
        <w:drawing>
          <wp:inline distT="0" distB="0" distL="0" distR="0" wp14:anchorId="1E1925D0" wp14:editId="671043CA">
            <wp:extent cx="5472430" cy="3560445"/>
            <wp:effectExtent l="0" t="0" r="0" b="1905"/>
            <wp:docPr id="935785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854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2752" w14:textId="5F73D252" w:rsidR="000D6BFC" w:rsidRDefault="000D6BFC" w:rsidP="000D6BFC">
      <w:r w:rsidRPr="00F44AF9">
        <w:rPr>
          <w:noProof/>
        </w:rPr>
        <w:drawing>
          <wp:inline distT="0" distB="0" distL="0" distR="0" wp14:anchorId="7958786A" wp14:editId="15343005">
            <wp:extent cx="5472430" cy="2920365"/>
            <wp:effectExtent l="0" t="0" r="0" b="0"/>
            <wp:docPr id="269055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556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29B9" w14:textId="0BA5053C" w:rsidR="000D6BFC" w:rsidRDefault="000D6BFC" w:rsidP="000D6BFC">
      <w:r w:rsidRPr="000D6BFC">
        <w:rPr>
          <w:noProof/>
        </w:rPr>
        <w:lastRenderedPageBreak/>
        <w:drawing>
          <wp:inline distT="0" distB="0" distL="0" distR="0" wp14:anchorId="54C6760F" wp14:editId="59455E0F">
            <wp:extent cx="5472430" cy="3728720"/>
            <wp:effectExtent l="0" t="0" r="0" b="5080"/>
            <wp:docPr id="1030668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6685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3C8E" w14:textId="6DA28852" w:rsidR="000D6BFC" w:rsidRDefault="000D6BFC" w:rsidP="000D6BFC">
      <w:r w:rsidRPr="000D6BFC">
        <w:rPr>
          <w:noProof/>
        </w:rPr>
        <w:drawing>
          <wp:inline distT="0" distB="0" distL="0" distR="0" wp14:anchorId="0F54AE9F" wp14:editId="0D67311B">
            <wp:extent cx="5472430" cy="4093845"/>
            <wp:effectExtent l="0" t="0" r="0" b="1905"/>
            <wp:docPr id="1150631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319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4403" w14:textId="6CFA1A86" w:rsidR="000D6BFC" w:rsidRPr="000D6BFC" w:rsidRDefault="000D6BFC" w:rsidP="000D6BFC">
      <w:r w:rsidRPr="000D6BFC">
        <w:rPr>
          <w:noProof/>
        </w:rPr>
        <w:lastRenderedPageBreak/>
        <w:drawing>
          <wp:inline distT="0" distB="0" distL="0" distR="0" wp14:anchorId="51D88070" wp14:editId="69C40984">
            <wp:extent cx="5472430" cy="3980180"/>
            <wp:effectExtent l="0" t="0" r="0" b="1270"/>
            <wp:docPr id="22479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91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BFC" w:rsidRPr="000D6BFC" w:rsidSect="00034616">
      <w:headerReference w:type="default" r:id="rId13"/>
      <w:footerReference w:type="default" r:id="rId14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4781" w14:textId="77777777" w:rsidR="00B110AE" w:rsidRDefault="00B110AE">
      <w:pPr>
        <w:spacing w:after="0" w:line="240" w:lineRule="auto"/>
      </w:pPr>
      <w:r>
        <w:separator/>
      </w:r>
    </w:p>
  </w:endnote>
  <w:endnote w:type="continuationSeparator" w:id="0">
    <w:p w14:paraId="6117475C" w14:textId="77777777" w:rsidR="00B110AE" w:rsidRDefault="00B1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AB606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3D0E" w14:textId="77777777" w:rsidR="00B110AE" w:rsidRDefault="00B110AE">
      <w:pPr>
        <w:spacing w:after="0" w:line="240" w:lineRule="auto"/>
      </w:pPr>
      <w:r>
        <w:separator/>
      </w:r>
    </w:p>
  </w:footnote>
  <w:footnote w:type="continuationSeparator" w:id="0">
    <w:p w14:paraId="36D1D3E7" w14:textId="77777777" w:rsidR="00B110AE" w:rsidRDefault="00B1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53B4" w14:textId="79D5FF59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 xml:space="preserve">/PKL | </w:t>
    </w:r>
    <w:proofErr w:type="spellStart"/>
    <w:r w:rsidR="000D6BFC">
      <w:rPr>
        <w:color w:val="595959"/>
        <w:sz w:val="18"/>
      </w:rPr>
      <w:t>Diskominfo</w:t>
    </w:r>
    <w:proofErr w:type="spellEnd"/>
    <w:r w:rsidR="000D6BFC">
      <w:rPr>
        <w:color w:val="595959"/>
        <w:sz w:val="18"/>
      </w:rPr>
      <w:t xml:space="preserve"> </w:t>
    </w:r>
    <w:proofErr w:type="spellStart"/>
    <w:r w:rsidR="000D6BFC">
      <w:rPr>
        <w:color w:val="595959"/>
        <w:sz w:val="18"/>
      </w:rPr>
      <w:t>Provinsi</w:t>
    </w:r>
    <w:proofErr w:type="spellEnd"/>
    <w:r w:rsidR="000D6BFC">
      <w:rPr>
        <w:color w:val="595959"/>
        <w:sz w:val="18"/>
      </w:rPr>
      <w:t xml:space="preserve"> </w:t>
    </w:r>
    <w:r>
      <w:rPr>
        <w:color w:val="595959"/>
        <w:sz w:val="18"/>
      </w:rPr>
      <w:t xml:space="preserve">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4617355">
    <w:abstractNumId w:val="8"/>
  </w:num>
  <w:num w:numId="2" w16cid:durableId="1322657503">
    <w:abstractNumId w:val="6"/>
  </w:num>
  <w:num w:numId="3" w16cid:durableId="1194617137">
    <w:abstractNumId w:val="5"/>
  </w:num>
  <w:num w:numId="4" w16cid:durableId="2059742948">
    <w:abstractNumId w:val="4"/>
  </w:num>
  <w:num w:numId="5" w16cid:durableId="126242256">
    <w:abstractNumId w:val="7"/>
  </w:num>
  <w:num w:numId="6" w16cid:durableId="1810904779">
    <w:abstractNumId w:val="3"/>
  </w:num>
  <w:num w:numId="7" w16cid:durableId="765811737">
    <w:abstractNumId w:val="2"/>
  </w:num>
  <w:num w:numId="8" w16cid:durableId="964001168">
    <w:abstractNumId w:val="1"/>
  </w:num>
  <w:num w:numId="9" w16cid:durableId="94018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BFC"/>
    <w:rsid w:val="0010046A"/>
    <w:rsid w:val="0015074B"/>
    <w:rsid w:val="00205CC6"/>
    <w:rsid w:val="00252D18"/>
    <w:rsid w:val="0029639D"/>
    <w:rsid w:val="00326F90"/>
    <w:rsid w:val="003902D4"/>
    <w:rsid w:val="003F6338"/>
    <w:rsid w:val="004B2CF7"/>
    <w:rsid w:val="005373A1"/>
    <w:rsid w:val="00621206"/>
    <w:rsid w:val="00774531"/>
    <w:rsid w:val="00777134"/>
    <w:rsid w:val="00AA1D8D"/>
    <w:rsid w:val="00AF52F1"/>
    <w:rsid w:val="00B110AE"/>
    <w:rsid w:val="00B47730"/>
    <w:rsid w:val="00BE0AAA"/>
    <w:rsid w:val="00CB0664"/>
    <w:rsid w:val="00CF45E2"/>
    <w:rsid w:val="00D850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241E6"/>
  <w14:defaultImageDpi w14:val="300"/>
  <w15:docId w15:val="{3C35C34F-3EB6-4106-BA27-C461595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maydi safikri</cp:lastModifiedBy>
  <cp:revision>7</cp:revision>
  <dcterms:created xsi:type="dcterms:W3CDTF">2026-06-29T07:16:00Z</dcterms:created>
  <dcterms:modified xsi:type="dcterms:W3CDTF">2026-06-29T08:12:00Z</dcterms:modified>
</cp:coreProperties>
</file>