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0A0EB" w14:textId="77777777" w:rsidR="00621206" w:rsidRDefault="00621206"/>
    <w:p w14:paraId="116A44EB" w14:textId="77777777" w:rsidR="00BE0AAA" w:rsidRDefault="00AF52F1">
      <w:pPr>
        <w:jc w:val="center"/>
        <w:rPr>
          <w:b/>
          <w:color w:val="1F4E79"/>
          <w:sz w:val="32"/>
        </w:rPr>
      </w:pPr>
      <w:r>
        <w:rPr>
          <w:b/>
          <w:color w:val="1F4E79"/>
          <w:sz w:val="32"/>
        </w:rPr>
        <w:t>LAPORAN KEGIATAN BULANAN</w:t>
      </w:r>
    </w:p>
    <w:p w14:paraId="34E2B46D" w14:textId="77777777" w:rsidR="00BE0AAA" w:rsidRDefault="00BE0AAA" w:rsidP="00BE0AAA">
      <w:pPr>
        <w:spacing w:after="0" w:line="240" w:lineRule="auto"/>
        <w:jc w:val="center"/>
        <w:rPr>
          <w:b/>
          <w:sz w:val="28"/>
        </w:rPr>
      </w:pPr>
    </w:p>
    <w:p w14:paraId="78309741" w14:textId="77777777" w:rsidR="00621206" w:rsidRPr="00BE0AAA" w:rsidRDefault="00BE0AAA" w:rsidP="00BE0AA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PERIODE BULAN II</w:t>
      </w:r>
      <w:r>
        <w:rPr>
          <w:b/>
          <w:sz w:val="28"/>
        </w:rPr>
        <w:br/>
        <w:t>MAGANG KERJA / PRAKTIK KERJA LAPANGAN (PKL)</w:t>
      </w:r>
    </w:p>
    <w:p w14:paraId="7B279AC3" w14:textId="77777777" w:rsidR="00BE0AAA" w:rsidRDefault="00BE0AAA" w:rsidP="00BE0AA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DI FAKULTAS SAINS DAN TEKNOLOGI</w:t>
      </w:r>
    </w:p>
    <w:p w14:paraId="39691850" w14:textId="77777777" w:rsidR="00621206" w:rsidRPr="00BE0AAA" w:rsidRDefault="00AF52F1" w:rsidP="00BE0AA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UIN SULTAN MAULANA HASANUDDIN BANTEN</w:t>
      </w:r>
    </w:p>
    <w:p w14:paraId="0FD67714" w14:textId="77777777" w:rsidR="00621206" w:rsidRDefault="00621206"/>
    <w:p w14:paraId="31A2EEB7" w14:textId="77777777" w:rsidR="00621206" w:rsidRDefault="00621206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236"/>
        <w:gridCol w:w="5953"/>
      </w:tblGrid>
      <w:tr w:rsidR="00621206" w14:paraId="70EAC89C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2ACC203" w14:textId="77777777" w:rsidR="00621206" w:rsidRDefault="00AF52F1">
            <w:r>
              <w:rPr>
                <w:b/>
                <w:sz w:val="22"/>
              </w:rPr>
              <w:t xml:space="preserve">Nama </w:t>
            </w:r>
            <w:proofErr w:type="spellStart"/>
            <w:r>
              <w:rPr>
                <w:b/>
                <w:sz w:val="22"/>
              </w:rPr>
              <w:t>Mahasiswa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89BDDA2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E9262F3" w14:textId="06CC756A" w:rsidR="00621206" w:rsidRDefault="00D73054">
            <w:proofErr w:type="spellStart"/>
            <w:r>
              <w:rPr>
                <w:sz w:val="22"/>
              </w:rPr>
              <w:t>Fakhori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Sabiqie</w:t>
            </w:r>
            <w:proofErr w:type="spellEnd"/>
            <w:r>
              <w:rPr>
                <w:sz w:val="22"/>
              </w:rPr>
              <w:t xml:space="preserve"> Iskandar</w:t>
            </w:r>
          </w:p>
        </w:tc>
      </w:tr>
      <w:tr w:rsidR="00621206" w14:paraId="72298E0C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A1EFBAF" w14:textId="77777777" w:rsidR="00621206" w:rsidRDefault="00AF52F1">
            <w:r>
              <w:rPr>
                <w:b/>
                <w:sz w:val="22"/>
              </w:rPr>
              <w:t>NIM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1AA61E3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079F7F0" w14:textId="5440CB4B" w:rsidR="00621206" w:rsidRDefault="00D73054">
            <w:r>
              <w:rPr>
                <w:sz w:val="22"/>
              </w:rPr>
              <w:t>231730048</w:t>
            </w:r>
          </w:p>
        </w:tc>
      </w:tr>
      <w:tr w:rsidR="00621206" w14:paraId="59339244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F3B56B9" w14:textId="77777777" w:rsidR="00621206" w:rsidRDefault="00AF52F1">
            <w:r>
              <w:rPr>
                <w:b/>
                <w:sz w:val="22"/>
              </w:rPr>
              <w:t>Program Studi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27AD47E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D36C516" w14:textId="3B7DA089" w:rsidR="00621206" w:rsidRDefault="00D73054">
            <w:proofErr w:type="spellStart"/>
            <w:r>
              <w:rPr>
                <w:sz w:val="22"/>
              </w:rPr>
              <w:t>Informatika</w:t>
            </w:r>
            <w:proofErr w:type="spellEnd"/>
          </w:p>
        </w:tc>
      </w:tr>
      <w:tr w:rsidR="00621206" w14:paraId="5CA1B985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A7F1A2A" w14:textId="77777777" w:rsidR="00621206" w:rsidRDefault="00AF52F1">
            <w:proofErr w:type="spellStart"/>
            <w:r>
              <w:rPr>
                <w:b/>
                <w:sz w:val="22"/>
              </w:rPr>
              <w:t>Fakultas</w:t>
            </w:r>
            <w:proofErr w:type="spellEnd"/>
            <w:r>
              <w:rPr>
                <w:b/>
                <w:sz w:val="22"/>
              </w:rPr>
              <w:t>/Universitas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91B8077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F1C52CF" w14:textId="0CD8FF1B" w:rsidR="00621206" w:rsidRDefault="00D73054">
            <w:r>
              <w:rPr>
                <w:sz w:val="22"/>
              </w:rPr>
              <w:t xml:space="preserve">Sains Dan </w:t>
            </w:r>
            <w:proofErr w:type="spellStart"/>
            <w:r>
              <w:rPr>
                <w:sz w:val="22"/>
              </w:rPr>
              <w:t>teknologi</w:t>
            </w:r>
            <w:proofErr w:type="spellEnd"/>
          </w:p>
        </w:tc>
      </w:tr>
      <w:tr w:rsidR="00621206" w14:paraId="13CB6B0B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35719DA" w14:textId="77777777" w:rsidR="00621206" w:rsidRDefault="00AF52F1">
            <w:proofErr w:type="spellStart"/>
            <w:r>
              <w:rPr>
                <w:b/>
                <w:sz w:val="22"/>
              </w:rPr>
              <w:t>Instansi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Tempat</w:t>
            </w:r>
            <w:proofErr w:type="spellEnd"/>
            <w:r>
              <w:rPr>
                <w:b/>
                <w:sz w:val="22"/>
              </w:rPr>
              <w:t xml:space="preserve"> PKL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F87A7AB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2384568" w14:textId="6C7F4220" w:rsidR="00621206" w:rsidRDefault="00D73054">
            <w:proofErr w:type="spellStart"/>
            <w:r>
              <w:rPr>
                <w:sz w:val="22"/>
              </w:rPr>
              <w:t>Diskominfo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provinsi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banten</w:t>
            </w:r>
            <w:proofErr w:type="spellEnd"/>
          </w:p>
        </w:tc>
      </w:tr>
      <w:tr w:rsidR="00621206" w14:paraId="00A8DF1C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DD64AAD" w14:textId="77777777" w:rsidR="00621206" w:rsidRDefault="00AF52F1">
            <w:proofErr w:type="spellStart"/>
            <w:r>
              <w:rPr>
                <w:b/>
                <w:sz w:val="22"/>
              </w:rPr>
              <w:t>Periode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Pelaksanaan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0FBCC34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6D5BC61" w14:textId="4BFC92A4" w:rsidR="00621206" w:rsidRDefault="00B22C88">
            <w:r>
              <w:rPr>
                <w:sz w:val="22"/>
              </w:rPr>
              <w:t xml:space="preserve">9 </w:t>
            </w:r>
            <w:proofErr w:type="spellStart"/>
            <w:r>
              <w:rPr>
                <w:sz w:val="22"/>
              </w:rPr>
              <w:t>februari</w:t>
            </w:r>
            <w:proofErr w:type="spellEnd"/>
            <w:r>
              <w:rPr>
                <w:sz w:val="22"/>
              </w:rPr>
              <w:t xml:space="preserve"> 2026 </w:t>
            </w:r>
            <w:proofErr w:type="spellStart"/>
            <w:r>
              <w:rPr>
                <w:sz w:val="22"/>
              </w:rPr>
              <w:t>s.d.</w:t>
            </w:r>
            <w:proofErr w:type="spellEnd"/>
            <w:r>
              <w:rPr>
                <w:sz w:val="22"/>
              </w:rPr>
              <w:t xml:space="preserve"> 22 </w:t>
            </w:r>
            <w:proofErr w:type="spellStart"/>
            <w:r>
              <w:rPr>
                <w:sz w:val="22"/>
              </w:rPr>
              <w:t>juni</w:t>
            </w:r>
            <w:proofErr w:type="spellEnd"/>
            <w:r>
              <w:rPr>
                <w:sz w:val="22"/>
              </w:rPr>
              <w:t xml:space="preserve"> 2026</w:t>
            </w:r>
          </w:p>
        </w:tc>
      </w:tr>
      <w:tr w:rsidR="00621206" w14:paraId="6F6F59C3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983F10A" w14:textId="77777777" w:rsidR="00621206" w:rsidRDefault="00AF52F1">
            <w:r>
              <w:rPr>
                <w:b/>
                <w:sz w:val="22"/>
              </w:rPr>
              <w:t xml:space="preserve">Dosen </w:t>
            </w:r>
            <w:proofErr w:type="spellStart"/>
            <w:r>
              <w:rPr>
                <w:b/>
                <w:sz w:val="22"/>
              </w:rPr>
              <w:t>Pembimbing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5C2EB7F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1D1246E" w14:textId="6E18084E" w:rsidR="00621206" w:rsidRDefault="00B22C88">
            <w:r>
              <w:t xml:space="preserve">Dr. Aan </w:t>
            </w:r>
            <w:proofErr w:type="spellStart"/>
            <w:r>
              <w:t>Ansori</w:t>
            </w:r>
            <w:proofErr w:type="spellEnd"/>
            <w:r>
              <w:t xml:space="preserve">, M.M., </w:t>
            </w:r>
            <w:proofErr w:type="spellStart"/>
            <w:proofErr w:type="gramStart"/>
            <w:r>
              <w:t>M.Kom</w:t>
            </w:r>
            <w:proofErr w:type="spellEnd"/>
            <w:proofErr w:type="gramEnd"/>
          </w:p>
        </w:tc>
      </w:tr>
      <w:tr w:rsidR="00621206" w14:paraId="3B872119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DD38AD3" w14:textId="77777777" w:rsidR="00621206" w:rsidRDefault="00AF52F1">
            <w:proofErr w:type="spellStart"/>
            <w:r>
              <w:rPr>
                <w:b/>
                <w:sz w:val="22"/>
              </w:rPr>
              <w:t>Pembimbing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Lapangan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781733A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C2E6937" w14:textId="2787785E" w:rsidR="00621206" w:rsidRDefault="00B22C88">
            <w:r>
              <w:t>Dino Pramono</w:t>
            </w:r>
          </w:p>
        </w:tc>
      </w:tr>
    </w:tbl>
    <w:p w14:paraId="4A0D85D0" w14:textId="77777777" w:rsidR="00621206" w:rsidRDefault="00621206"/>
    <w:p w14:paraId="03D34C37" w14:textId="77777777" w:rsidR="00621206" w:rsidRDefault="00BE0AAA" w:rsidP="00BE0AAA">
      <w:pPr>
        <w:jc w:val="center"/>
      </w:pPr>
      <w:proofErr w:type="spellStart"/>
      <w:r>
        <w:rPr>
          <w:b/>
        </w:rPr>
        <w:t>Serang</w:t>
      </w:r>
      <w:proofErr w:type="spellEnd"/>
      <w:r>
        <w:rPr>
          <w:b/>
        </w:rPr>
        <w:t xml:space="preserve"> - Banten</w:t>
      </w:r>
      <w:r>
        <w:rPr>
          <w:b/>
        </w:rPr>
        <w:br/>
        <w:t>2026</w:t>
      </w:r>
    </w:p>
    <w:p w14:paraId="5C1F90AD" w14:textId="77777777" w:rsidR="00621206" w:rsidRDefault="00AF52F1">
      <w:r>
        <w:br w:type="page"/>
      </w:r>
    </w:p>
    <w:p w14:paraId="41FE2D9D" w14:textId="77777777" w:rsidR="00621206" w:rsidRDefault="00AF52F1" w:rsidP="00BE0AAA">
      <w:pPr>
        <w:pStyle w:val="Heading1"/>
        <w:spacing w:before="200" w:after="120"/>
        <w:jc w:val="center"/>
      </w:pPr>
      <w:r>
        <w:rPr>
          <w:rFonts w:ascii="Times New Roman" w:eastAsia="Times New Roman" w:hAnsi="Times New Roman"/>
          <w:color w:val="1F4E79"/>
        </w:rPr>
        <w:lastRenderedPageBreak/>
        <w:t>LAPORAN PEKERJAAN BULAN KE-2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236"/>
        <w:gridCol w:w="5953"/>
      </w:tblGrid>
      <w:tr w:rsidR="00621206" w14:paraId="5627134C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F28C809" w14:textId="77777777" w:rsidR="00621206" w:rsidRDefault="00AF52F1">
            <w:proofErr w:type="spellStart"/>
            <w:r>
              <w:rPr>
                <w:b/>
                <w:sz w:val="22"/>
              </w:rPr>
              <w:t>Periode</w:t>
            </w:r>
            <w:proofErr w:type="spellEnd"/>
            <w:r>
              <w:rPr>
                <w:b/>
                <w:sz w:val="22"/>
              </w:rPr>
              <w:t xml:space="preserve"> Bulan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A8EDF9A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6250B17" w14:textId="77777777" w:rsidR="00621206" w:rsidRDefault="00AF52F1">
            <w:r>
              <w:rPr>
                <w:sz w:val="22"/>
              </w:rPr>
              <w:t xml:space="preserve">Bulan </w:t>
            </w:r>
            <w:proofErr w:type="spellStart"/>
            <w:r>
              <w:rPr>
                <w:sz w:val="22"/>
              </w:rPr>
              <w:t>Kedua</w:t>
            </w:r>
            <w:proofErr w:type="spellEnd"/>
          </w:p>
        </w:tc>
      </w:tr>
      <w:tr w:rsidR="00621206" w14:paraId="24363740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41C2F50" w14:textId="77777777" w:rsidR="00621206" w:rsidRDefault="00AF52F1">
            <w:proofErr w:type="spellStart"/>
            <w:r>
              <w:rPr>
                <w:b/>
                <w:sz w:val="22"/>
              </w:rPr>
              <w:t>Tempat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Pelaksanaan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84FEEB3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D850C4F" w14:textId="77777777" w:rsidR="00621206" w:rsidRDefault="00AF52F1">
            <w:r>
              <w:rPr>
                <w:sz w:val="22"/>
              </w:rPr>
              <w:t xml:space="preserve">Dinas </w:t>
            </w:r>
            <w:proofErr w:type="spellStart"/>
            <w:r>
              <w:rPr>
                <w:sz w:val="22"/>
              </w:rPr>
              <w:t>Komunikasi</w:t>
            </w:r>
            <w:proofErr w:type="spellEnd"/>
            <w:r>
              <w:rPr>
                <w:sz w:val="22"/>
              </w:rPr>
              <w:t xml:space="preserve"> dan </w:t>
            </w:r>
            <w:proofErr w:type="spellStart"/>
            <w:r>
              <w:rPr>
                <w:sz w:val="22"/>
              </w:rPr>
              <w:t>Informatika</w:t>
            </w:r>
            <w:proofErr w:type="spellEnd"/>
            <w:r>
              <w:rPr>
                <w:sz w:val="22"/>
              </w:rPr>
              <w:t xml:space="preserve"> (</w:t>
            </w:r>
            <w:proofErr w:type="spellStart"/>
            <w:r>
              <w:rPr>
                <w:sz w:val="22"/>
              </w:rPr>
              <w:t>Diskominfo</w:t>
            </w:r>
            <w:proofErr w:type="spellEnd"/>
            <w:r>
              <w:rPr>
                <w:sz w:val="22"/>
              </w:rPr>
              <w:t xml:space="preserve">) </w:t>
            </w:r>
            <w:proofErr w:type="spellStart"/>
            <w:r>
              <w:rPr>
                <w:sz w:val="22"/>
              </w:rPr>
              <w:t>Provinsi</w:t>
            </w:r>
            <w:proofErr w:type="spellEnd"/>
            <w:r>
              <w:rPr>
                <w:sz w:val="22"/>
              </w:rPr>
              <w:t xml:space="preserve"> Banten</w:t>
            </w:r>
          </w:p>
        </w:tc>
      </w:tr>
      <w:tr w:rsidR="00621206" w14:paraId="7B2BE9E4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EF2522A" w14:textId="77777777" w:rsidR="00621206" w:rsidRDefault="00AF52F1">
            <w:proofErr w:type="spellStart"/>
            <w:r>
              <w:rPr>
                <w:b/>
                <w:sz w:val="22"/>
              </w:rPr>
              <w:t>Fokus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Kegiatan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146ECC6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8F647C3" w14:textId="77777777" w:rsidR="00621206" w:rsidRDefault="00AF52F1">
            <w:proofErr w:type="spellStart"/>
            <w:r>
              <w:rPr>
                <w:sz w:val="22"/>
              </w:rPr>
              <w:t>Penyelesaian</w:t>
            </w:r>
            <w:proofErr w:type="spellEnd"/>
            <w:r>
              <w:rPr>
                <w:sz w:val="22"/>
              </w:rPr>
              <w:t xml:space="preserve"> flowchart </w:t>
            </w:r>
            <w:proofErr w:type="spellStart"/>
            <w:r>
              <w:rPr>
                <w:sz w:val="22"/>
              </w:rPr>
              <w:t>sistem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secara</w:t>
            </w:r>
            <w:proofErr w:type="spellEnd"/>
            <w:r>
              <w:rPr>
                <w:sz w:val="22"/>
              </w:rPr>
              <w:t xml:space="preserve"> end-to-end, </w:t>
            </w:r>
            <w:proofErr w:type="spellStart"/>
            <w:r>
              <w:rPr>
                <w:sz w:val="22"/>
              </w:rPr>
              <w:t>presentasi</w:t>
            </w:r>
            <w:proofErr w:type="spellEnd"/>
            <w:r>
              <w:rPr>
                <w:sz w:val="22"/>
              </w:rPr>
              <w:t xml:space="preserve"> dan </w:t>
            </w:r>
            <w:proofErr w:type="spellStart"/>
            <w:r>
              <w:rPr>
                <w:sz w:val="22"/>
              </w:rPr>
              <w:t>persetujuan</w:t>
            </w:r>
            <w:proofErr w:type="spellEnd"/>
            <w:r>
              <w:rPr>
                <w:sz w:val="22"/>
              </w:rPr>
              <w:t xml:space="preserve"> flowchart, </w:t>
            </w:r>
            <w:proofErr w:type="spellStart"/>
            <w:r>
              <w:rPr>
                <w:sz w:val="22"/>
              </w:rPr>
              <w:t>serta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tahap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awal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perancangan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desain</w:t>
            </w:r>
            <w:proofErr w:type="spellEnd"/>
            <w:r>
              <w:rPr>
                <w:sz w:val="22"/>
              </w:rPr>
              <w:t xml:space="preserve"> UI/UX (wireframe dan design system) </w:t>
            </w:r>
            <w:proofErr w:type="spellStart"/>
            <w:r>
              <w:rPr>
                <w:sz w:val="22"/>
              </w:rPr>
              <w:t>menggunakan</w:t>
            </w:r>
            <w:proofErr w:type="spellEnd"/>
            <w:r>
              <w:rPr>
                <w:sz w:val="22"/>
              </w:rPr>
              <w:t xml:space="preserve"> Figma</w:t>
            </w:r>
          </w:p>
        </w:tc>
      </w:tr>
      <w:tr w:rsidR="00621206" w14:paraId="58C4D6CA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EB8B8CD" w14:textId="77777777" w:rsidR="00621206" w:rsidRDefault="00AF52F1">
            <w:r>
              <w:rPr>
                <w:b/>
                <w:sz w:val="22"/>
              </w:rPr>
              <w:t xml:space="preserve">Status </w:t>
            </w:r>
            <w:proofErr w:type="spellStart"/>
            <w:r>
              <w:rPr>
                <w:b/>
                <w:sz w:val="22"/>
              </w:rPr>
              <w:t>Dokumen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F967CBE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B3C70EB" w14:textId="77777777" w:rsidR="00621206" w:rsidRDefault="00AF52F1">
            <w:proofErr w:type="spellStart"/>
            <w:r>
              <w:rPr>
                <w:sz w:val="22"/>
              </w:rPr>
              <w:t>Dapat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disesuaikan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dengan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tanggal</w:t>
            </w:r>
            <w:proofErr w:type="spellEnd"/>
            <w:r>
              <w:rPr>
                <w:sz w:val="22"/>
              </w:rPr>
              <w:t xml:space="preserve">, unit </w:t>
            </w:r>
            <w:proofErr w:type="spellStart"/>
            <w:r>
              <w:rPr>
                <w:sz w:val="22"/>
              </w:rPr>
              <w:t>kerja</w:t>
            </w:r>
            <w:proofErr w:type="spellEnd"/>
            <w:r>
              <w:rPr>
                <w:sz w:val="22"/>
              </w:rPr>
              <w:t xml:space="preserve">, dan </w:t>
            </w:r>
            <w:proofErr w:type="spellStart"/>
            <w:r>
              <w:rPr>
                <w:sz w:val="22"/>
              </w:rPr>
              <w:t>arahan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pembimbing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lapangan</w:t>
            </w:r>
            <w:proofErr w:type="spellEnd"/>
          </w:p>
        </w:tc>
      </w:tr>
    </w:tbl>
    <w:p w14:paraId="1270E11F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 xml:space="preserve">A. Tujuan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Kegiatan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Bulanan</w:t>
      </w:r>
      <w:proofErr w:type="spellEnd"/>
    </w:p>
    <w:p w14:paraId="0F791EA8" w14:textId="77777777" w:rsidR="00621206" w:rsidRDefault="00AF52F1">
      <w:pPr>
        <w:spacing w:after="120"/>
        <w:ind w:firstLine="709"/>
        <w:jc w:val="both"/>
      </w:pPr>
      <w:proofErr w:type="spellStart"/>
      <w:r>
        <w:t>Kegiatan</w:t>
      </w:r>
      <w:proofErr w:type="spellEnd"/>
      <w:r>
        <w:t xml:space="preserve"> pada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flowchart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pendaftaran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online </w:t>
      </w:r>
      <w:proofErr w:type="spellStart"/>
      <w:r>
        <w:t>secara</w:t>
      </w:r>
      <w:proofErr w:type="spellEnd"/>
      <w:r>
        <w:t xml:space="preserve"> end-to-end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persetujuan</w:t>
      </w:r>
      <w:proofErr w:type="spellEnd"/>
      <w:r>
        <w:t xml:space="preserve"> 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memulai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antarmuka</w:t>
      </w:r>
      <w:proofErr w:type="spellEnd"/>
      <w:r>
        <w:t xml:space="preserve"> (UI/UX) </w:t>
      </w:r>
      <w:proofErr w:type="spellStart"/>
      <w:r>
        <w:t>menggunakan</w:t>
      </w:r>
      <w:proofErr w:type="spellEnd"/>
      <w:r>
        <w:t xml:space="preserve"> Figma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berikutnya</w:t>
      </w:r>
      <w:proofErr w:type="spellEnd"/>
      <w:r>
        <w:t>.</w:t>
      </w:r>
    </w:p>
    <w:p w14:paraId="3499D5F1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 xml:space="preserve">B.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Rincian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Pekerjaan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Mingguan</w:t>
      </w:r>
      <w:proofErr w:type="spellEnd"/>
    </w:p>
    <w:tbl>
      <w:tblPr>
        <w:tblW w:w="9113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715"/>
        <w:gridCol w:w="3798"/>
        <w:gridCol w:w="2324"/>
      </w:tblGrid>
      <w:tr w:rsidR="00621206" w14:paraId="2E260A16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0CB16043" w14:textId="77777777" w:rsidR="00621206" w:rsidRDefault="00AF52F1">
            <w:pPr>
              <w:jc w:val="center"/>
            </w:pPr>
            <w:proofErr w:type="spellStart"/>
            <w:r>
              <w:rPr>
                <w:b/>
                <w:color w:val="FFFFFF"/>
                <w:sz w:val="21"/>
              </w:rPr>
              <w:t>Minggu</w:t>
            </w:r>
            <w:proofErr w:type="spellEnd"/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0BC6986D" w14:textId="77777777" w:rsidR="00621206" w:rsidRDefault="00AF52F1">
            <w:pPr>
              <w:jc w:val="center"/>
            </w:pPr>
            <w:r>
              <w:rPr>
                <w:b/>
                <w:color w:val="FFFFFF"/>
                <w:sz w:val="21"/>
              </w:rPr>
              <w:t xml:space="preserve">Jenis </w:t>
            </w:r>
            <w:proofErr w:type="spellStart"/>
            <w:r>
              <w:rPr>
                <w:b/>
                <w:color w:val="FFFFFF"/>
                <w:sz w:val="21"/>
              </w:rPr>
              <w:t>Pekerjaan</w:t>
            </w:r>
            <w:proofErr w:type="spellEnd"/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5CD235E8" w14:textId="77777777" w:rsidR="00621206" w:rsidRDefault="00AF52F1">
            <w:pPr>
              <w:jc w:val="center"/>
            </w:pPr>
            <w:proofErr w:type="spellStart"/>
            <w:r>
              <w:rPr>
                <w:b/>
                <w:color w:val="FFFFFF"/>
                <w:sz w:val="21"/>
              </w:rPr>
              <w:t>Uraian</w:t>
            </w:r>
            <w:proofErr w:type="spellEnd"/>
            <w:r>
              <w:rPr>
                <w:b/>
                <w:color w:val="FFFFFF"/>
                <w:sz w:val="21"/>
              </w:rPr>
              <w:t xml:space="preserve"> </w:t>
            </w:r>
            <w:proofErr w:type="spellStart"/>
            <w:r>
              <w:rPr>
                <w:b/>
                <w:color w:val="FFFFFF"/>
                <w:sz w:val="21"/>
              </w:rPr>
              <w:t>Pelaksanaan</w:t>
            </w:r>
            <w:proofErr w:type="spellEnd"/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076AFAD9" w14:textId="77777777" w:rsidR="00621206" w:rsidRDefault="00AF52F1">
            <w:pPr>
              <w:jc w:val="center"/>
            </w:pPr>
            <w:r>
              <w:rPr>
                <w:b/>
                <w:color w:val="FFFFFF"/>
                <w:sz w:val="21"/>
              </w:rPr>
              <w:t>Output/</w:t>
            </w:r>
            <w:proofErr w:type="spellStart"/>
            <w:r>
              <w:rPr>
                <w:b/>
                <w:color w:val="FFFFFF"/>
                <w:sz w:val="21"/>
              </w:rPr>
              <w:t>Capaian</w:t>
            </w:r>
            <w:proofErr w:type="spellEnd"/>
          </w:p>
        </w:tc>
      </w:tr>
      <w:tr w:rsidR="00621206" w14:paraId="3DA4BB6C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45DAAC3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1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86CBA3B" w14:textId="77777777" w:rsidR="00621206" w:rsidRDefault="00AF52F1">
            <w:proofErr w:type="spellStart"/>
            <w:r>
              <w:rPr>
                <w:sz w:val="20"/>
              </w:rPr>
              <w:t>Penyelesaian</w:t>
            </w:r>
            <w:proofErr w:type="spellEnd"/>
            <w:r>
              <w:rPr>
                <w:sz w:val="20"/>
              </w:rPr>
              <w:t xml:space="preserve"> flowchart </w:t>
            </w:r>
            <w:proofErr w:type="spellStart"/>
            <w:r>
              <w:rPr>
                <w:sz w:val="20"/>
              </w:rPr>
              <w:t>sistem</w:t>
            </w:r>
            <w:proofErr w:type="spellEnd"/>
            <w:r>
              <w:rPr>
                <w:sz w:val="20"/>
              </w:rPr>
              <w:t xml:space="preserve"> end-to-end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E31368A" w14:textId="77777777" w:rsidR="00621206" w:rsidRDefault="00AF52F1">
            <w:proofErr w:type="spellStart"/>
            <w:r>
              <w:rPr>
                <w:sz w:val="20"/>
              </w:rPr>
              <w:t>Menggabungkan</w:t>
            </w:r>
            <w:proofErr w:type="spellEnd"/>
            <w:r>
              <w:rPr>
                <w:sz w:val="20"/>
              </w:rPr>
              <w:t xml:space="preserve"> flowchart </w:t>
            </w:r>
            <w:proofErr w:type="spellStart"/>
            <w:r>
              <w:rPr>
                <w:sz w:val="20"/>
              </w:rPr>
              <w:t>sisi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pendaftar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sisi</w:t>
            </w:r>
            <w:proofErr w:type="spellEnd"/>
            <w:r>
              <w:rPr>
                <w:sz w:val="20"/>
              </w:rPr>
              <w:t xml:space="preserve"> admin </w:t>
            </w:r>
            <w:proofErr w:type="spellStart"/>
            <w:r>
              <w:rPr>
                <w:sz w:val="20"/>
              </w:rPr>
              <w:t>menjadi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satu</w:t>
            </w:r>
            <w:proofErr w:type="spellEnd"/>
            <w:r>
              <w:rPr>
                <w:sz w:val="20"/>
              </w:rPr>
              <w:t xml:space="preserve"> flowchart </w:t>
            </w:r>
            <w:proofErr w:type="spellStart"/>
            <w:r>
              <w:rPr>
                <w:sz w:val="20"/>
              </w:rPr>
              <w:t>sistem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z w:val="20"/>
              </w:rPr>
              <w:t xml:space="preserve"> end-to-end, </w:t>
            </w:r>
            <w:proofErr w:type="spellStart"/>
            <w:r>
              <w:rPr>
                <w:sz w:val="20"/>
              </w:rPr>
              <w:t>serta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menambahkan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autentikasi</w:t>
            </w:r>
            <w:proofErr w:type="spellEnd"/>
            <w:r>
              <w:rPr>
                <w:sz w:val="20"/>
              </w:rPr>
              <w:t xml:space="preserve"> (login dan register).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105FC16" w14:textId="77777777" w:rsidR="00621206" w:rsidRDefault="00AF52F1">
            <w:r>
              <w:rPr>
                <w:sz w:val="20"/>
              </w:rPr>
              <w:t xml:space="preserve">Flowchart </w:t>
            </w:r>
            <w:proofErr w:type="spellStart"/>
            <w:r>
              <w:rPr>
                <w:sz w:val="20"/>
              </w:rPr>
              <w:t>sistem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pendaftaran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magang</w:t>
            </w:r>
            <w:proofErr w:type="spellEnd"/>
            <w:r>
              <w:rPr>
                <w:sz w:val="20"/>
              </w:rPr>
              <w:t xml:space="preserve"> online </w:t>
            </w:r>
            <w:proofErr w:type="spellStart"/>
            <w:r>
              <w:rPr>
                <w:sz w:val="20"/>
              </w:rPr>
              <w:t>versi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lengkap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621206" w14:paraId="769AE11C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3B6F97F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2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D8E601E" w14:textId="77777777" w:rsidR="00621206" w:rsidRDefault="00AF52F1">
            <w:proofErr w:type="spellStart"/>
            <w:r>
              <w:rPr>
                <w:sz w:val="20"/>
              </w:rPr>
              <w:t>Presentasi</w:t>
            </w:r>
            <w:proofErr w:type="spellEnd"/>
            <w:r>
              <w:rPr>
                <w:sz w:val="20"/>
              </w:rPr>
              <w:t xml:space="preserve"> dan review flowchart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A0A36C9" w14:textId="77777777" w:rsidR="00621206" w:rsidRDefault="00AF52F1">
            <w:proofErr w:type="spellStart"/>
            <w:r>
              <w:rPr>
                <w:sz w:val="20"/>
              </w:rPr>
              <w:t>Melakukan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presentasi</w:t>
            </w:r>
            <w:proofErr w:type="spellEnd"/>
            <w:r>
              <w:rPr>
                <w:sz w:val="20"/>
              </w:rPr>
              <w:t xml:space="preserve"> dan review flowchart yang </w:t>
            </w:r>
            <w:proofErr w:type="spellStart"/>
            <w:r>
              <w:rPr>
                <w:sz w:val="20"/>
              </w:rPr>
              <w:t>telah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dibuat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kepada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pembimbing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lapangan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mendapatkan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masukan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persetujuan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sebelum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lanjut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tahap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4E4BFB2" w14:textId="77777777" w:rsidR="00621206" w:rsidRDefault="00AF52F1">
            <w:r>
              <w:rPr>
                <w:sz w:val="20"/>
              </w:rPr>
              <w:t xml:space="preserve">Flowchart final yang </w:t>
            </w:r>
            <w:proofErr w:type="spellStart"/>
            <w:r>
              <w:rPr>
                <w:sz w:val="20"/>
              </w:rPr>
              <w:t>telah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disetujui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pembimbing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lapangan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621206" w14:paraId="3ECA3851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EBADA05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3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14ACC8E" w14:textId="77777777" w:rsidR="00621206" w:rsidRDefault="00AF52F1">
            <w:r>
              <w:rPr>
                <w:sz w:val="20"/>
              </w:rPr>
              <w:t xml:space="preserve">Riset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dan wireframe (UI/UX)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D963C27" w14:textId="77777777" w:rsidR="00621206" w:rsidRDefault="00AF52F1">
            <w:r>
              <w:rPr>
                <w:sz w:val="20"/>
              </w:rPr>
              <w:t xml:space="preserve">Mulai </w:t>
            </w:r>
            <w:proofErr w:type="spellStart"/>
            <w:r>
              <w:rPr>
                <w:sz w:val="20"/>
              </w:rPr>
              <w:t>masuk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tahap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UI/UX </w:t>
            </w:r>
            <w:proofErr w:type="spellStart"/>
            <w:r>
              <w:rPr>
                <w:sz w:val="20"/>
              </w:rPr>
              <w:t>menggunakan</w:t>
            </w:r>
            <w:proofErr w:type="spellEnd"/>
            <w:r>
              <w:rPr>
                <w:sz w:val="20"/>
              </w:rPr>
              <w:t xml:space="preserve"> Figma, </w:t>
            </w:r>
            <w:proofErr w:type="spellStart"/>
            <w:r>
              <w:rPr>
                <w:sz w:val="20"/>
              </w:rPr>
              <w:t>dimulai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riset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referensi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pembuatan</w:t>
            </w:r>
            <w:proofErr w:type="spellEnd"/>
            <w:r>
              <w:rPr>
                <w:sz w:val="20"/>
              </w:rPr>
              <w:t xml:space="preserve"> wireframe low-fidelity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utama</w:t>
            </w:r>
            <w:proofErr w:type="spellEnd"/>
            <w:r>
              <w:rPr>
                <w:sz w:val="20"/>
              </w:rPr>
              <w:t xml:space="preserve"> dan form </w:t>
            </w:r>
            <w:proofErr w:type="spellStart"/>
            <w:r>
              <w:rPr>
                <w:sz w:val="20"/>
              </w:rPr>
              <w:t>pendaftaran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78E7278" w14:textId="77777777" w:rsidR="00621206" w:rsidRDefault="00AF52F1">
            <w:r>
              <w:rPr>
                <w:sz w:val="20"/>
              </w:rPr>
              <w:t xml:space="preserve">Wireframe low-fidelity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landing page dan form </w:t>
            </w:r>
            <w:proofErr w:type="spellStart"/>
            <w:r>
              <w:rPr>
                <w:sz w:val="20"/>
              </w:rPr>
              <w:t>pendaftaran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621206" w14:paraId="503A326F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EDF4348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4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625026B" w14:textId="77777777" w:rsidR="00621206" w:rsidRDefault="00AF52F1">
            <w:proofErr w:type="spellStart"/>
            <w:r>
              <w:rPr>
                <w:sz w:val="20"/>
              </w:rPr>
              <w:t>Pembuatan</w:t>
            </w:r>
            <w:proofErr w:type="spellEnd"/>
            <w:r>
              <w:rPr>
                <w:sz w:val="20"/>
              </w:rPr>
              <w:t xml:space="preserve"> design system di Figma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4DA6DA7" w14:textId="77777777" w:rsidR="00621206" w:rsidRDefault="00AF52F1">
            <w:r>
              <w:rPr>
                <w:sz w:val="20"/>
              </w:rPr>
              <w:t>Membuat design system di Figma (</w:t>
            </w:r>
            <w:proofErr w:type="spellStart"/>
            <w:r>
              <w:rPr>
                <w:sz w:val="20"/>
              </w:rPr>
              <w:t>warna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tipografi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komponen</w:t>
            </w:r>
            <w:proofErr w:type="spellEnd"/>
            <w:r>
              <w:rPr>
                <w:sz w:val="20"/>
              </w:rPr>
              <w:t xml:space="preserve"> button, dan input field) yang </w:t>
            </w:r>
            <w:proofErr w:type="spellStart"/>
            <w:r>
              <w:rPr>
                <w:sz w:val="20"/>
              </w:rPr>
              <w:t>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digunakan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konsisten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seluruh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website </w:t>
            </w:r>
            <w:proofErr w:type="spellStart"/>
            <w:r>
              <w:rPr>
                <w:sz w:val="20"/>
              </w:rPr>
              <w:t>pendaftaran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magang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AAD9501" w14:textId="77777777" w:rsidR="00621206" w:rsidRDefault="00AF52F1">
            <w:r>
              <w:rPr>
                <w:sz w:val="20"/>
              </w:rPr>
              <w:t xml:space="preserve">Design system / UI kit </w:t>
            </w:r>
            <w:proofErr w:type="spellStart"/>
            <w:r>
              <w:rPr>
                <w:sz w:val="20"/>
              </w:rPr>
              <w:t>dasar</w:t>
            </w:r>
            <w:proofErr w:type="spellEnd"/>
            <w:r>
              <w:rPr>
                <w:sz w:val="20"/>
              </w:rPr>
              <w:t xml:space="preserve"> di Figma.</w:t>
            </w:r>
          </w:p>
        </w:tc>
      </w:tr>
    </w:tbl>
    <w:p w14:paraId="63ADBBD1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lastRenderedPageBreak/>
        <w:t xml:space="preserve">C.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Uraian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Pelaksanaan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Pekerjaan</w:t>
      </w:r>
      <w:proofErr w:type="spellEnd"/>
    </w:p>
    <w:p w14:paraId="1B0B258F" w14:textId="77777777" w:rsidR="00621206" w:rsidRDefault="00AF52F1">
      <w:pPr>
        <w:spacing w:after="120"/>
        <w:ind w:firstLine="709"/>
        <w:jc w:val="both"/>
      </w:pPr>
      <w:r>
        <w:t xml:space="preserve">Pada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,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/PKL </w:t>
      </w:r>
      <w:proofErr w:type="spellStart"/>
      <w:r>
        <w:t>difokuskan</w:t>
      </w:r>
      <w:proofErr w:type="spellEnd"/>
      <w:r>
        <w:t xml:space="preserve"> pada </w:t>
      </w:r>
      <w:proofErr w:type="spellStart"/>
      <w:r>
        <w:t>penyelesaian</w:t>
      </w:r>
      <w:proofErr w:type="spellEnd"/>
      <w:r>
        <w:t xml:space="preserve"> flowchart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pendaftaran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online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menyeluruh</w:t>
      </w:r>
      <w:proofErr w:type="spellEnd"/>
      <w:r>
        <w:t xml:space="preserve">.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menggabungkan</w:t>
      </w:r>
      <w:proofErr w:type="spellEnd"/>
      <w:r>
        <w:t xml:space="preserve"> flowchart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pendaftar</w:t>
      </w:r>
      <w:proofErr w:type="spellEnd"/>
      <w:r>
        <w:t xml:space="preserve"> dan </w:t>
      </w:r>
      <w:proofErr w:type="spellStart"/>
      <w:r>
        <w:t>sisi</w:t>
      </w:r>
      <w:proofErr w:type="spellEnd"/>
      <w:r>
        <w:t xml:space="preserve"> admin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end-to-end,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menambahkan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autentikasi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login dan register. Flowchart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disusun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dipresentasikan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masukan</w:t>
      </w:r>
      <w:proofErr w:type="spellEnd"/>
      <w:r>
        <w:t xml:space="preserve"> dan </w:t>
      </w:r>
      <w:proofErr w:type="spellStart"/>
      <w:r>
        <w:t>persetujuan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dilanjutkan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desain</w:t>
      </w:r>
      <w:proofErr w:type="spellEnd"/>
      <w:r>
        <w:t>.</w:t>
      </w:r>
    </w:p>
    <w:p w14:paraId="15AC9041" w14:textId="77777777" w:rsidR="00621206" w:rsidRDefault="00AF52F1">
      <w:pPr>
        <w:spacing w:after="120"/>
        <w:ind w:firstLine="709"/>
        <w:jc w:val="both"/>
      </w:pPr>
      <w:proofErr w:type="spellStart"/>
      <w:r>
        <w:t>Setelah</w:t>
      </w:r>
      <w:proofErr w:type="spellEnd"/>
      <w:r>
        <w:t xml:space="preserve"> flowchart </w:t>
      </w:r>
      <w:proofErr w:type="spellStart"/>
      <w:r>
        <w:t>disetujui</w:t>
      </w:r>
      <w:proofErr w:type="spellEnd"/>
      <w:r>
        <w:t xml:space="preserve">,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antarmuka</w:t>
      </w:r>
      <w:proofErr w:type="spellEnd"/>
      <w:r>
        <w:t xml:space="preserve"> (UI/UX) </w:t>
      </w:r>
      <w:proofErr w:type="spellStart"/>
      <w:r>
        <w:t>menggunakan</w:t>
      </w:r>
      <w:proofErr w:type="spellEnd"/>
      <w:r>
        <w:t xml:space="preserve"> Figma.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riset</w:t>
      </w:r>
      <w:proofErr w:type="spellEnd"/>
      <w:r>
        <w:t xml:space="preserve"> </w:t>
      </w:r>
      <w:proofErr w:type="spellStart"/>
      <w:r>
        <w:t>referensi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pembuatan</w:t>
      </w:r>
      <w:proofErr w:type="spellEnd"/>
      <w:r>
        <w:t xml:space="preserve"> wireframe low-fidelity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(landing page) dan form </w:t>
      </w:r>
      <w:proofErr w:type="spellStart"/>
      <w:r>
        <w:t>pendaftaran</w:t>
      </w:r>
      <w:proofErr w:type="spellEnd"/>
      <w:r>
        <w:t xml:space="preserve">,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dan tata </w:t>
      </w:r>
      <w:proofErr w:type="spellStart"/>
      <w:r>
        <w:t>letak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visual yang </w:t>
      </w:r>
      <w:proofErr w:type="spellStart"/>
      <w:r>
        <w:t>lebih</w:t>
      </w:r>
      <w:proofErr w:type="spellEnd"/>
      <w:r>
        <w:t xml:space="preserve"> detail.</w:t>
      </w:r>
    </w:p>
    <w:p w14:paraId="1826D506" w14:textId="77777777" w:rsidR="00621206" w:rsidRDefault="00AF52F1">
      <w:pPr>
        <w:spacing w:after="120"/>
        <w:ind w:firstLine="709"/>
        <w:jc w:val="both"/>
      </w:pPr>
      <w:r>
        <w:t xml:space="preserve">Pada </w:t>
      </w:r>
      <w:proofErr w:type="spellStart"/>
      <w:r>
        <w:t>minggu</w:t>
      </w:r>
      <w:proofErr w:type="spellEnd"/>
      <w:r>
        <w:t xml:space="preserve"> </w:t>
      </w:r>
      <w:proofErr w:type="spellStart"/>
      <w:r>
        <w:t>terakhir</w:t>
      </w:r>
      <w:proofErr w:type="spellEnd"/>
      <w:r>
        <w:t xml:space="preserve">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,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menyusun</w:t>
      </w:r>
      <w:proofErr w:type="spellEnd"/>
      <w:r>
        <w:t xml:space="preserve"> design system (UI kit) di Figma yang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warna</w:t>
      </w:r>
      <w:proofErr w:type="spellEnd"/>
      <w:r>
        <w:t xml:space="preserve">, </w:t>
      </w:r>
      <w:proofErr w:type="spellStart"/>
      <w:r>
        <w:t>tipografi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button dan input field. Design system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disusun</w:t>
      </w:r>
      <w:proofErr w:type="spellEnd"/>
      <w:r>
        <w:t xml:space="preserve"> agar </w:t>
      </w:r>
      <w:proofErr w:type="spellStart"/>
      <w:r>
        <w:t>tampilan</w:t>
      </w:r>
      <w:proofErr w:type="spellEnd"/>
      <w:r>
        <w:t xml:space="preserve"> website </w:t>
      </w:r>
      <w:proofErr w:type="spellStart"/>
      <w:r>
        <w:t>pendaftaran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online </w:t>
      </w:r>
      <w:proofErr w:type="spellStart"/>
      <w:r>
        <w:t>konsisten</w:t>
      </w:r>
      <w:proofErr w:type="spellEnd"/>
      <w:r>
        <w:t xml:space="preserve"> di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high-fidelity </w:t>
      </w:r>
      <w:proofErr w:type="spellStart"/>
      <w:r>
        <w:t>selanjutnya</w:t>
      </w:r>
      <w:proofErr w:type="spellEnd"/>
      <w:r>
        <w:t>.</w:t>
      </w:r>
    </w:p>
    <w:p w14:paraId="24C6FEA1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 xml:space="preserve">D. Hasil dan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Evaluasi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Kegiatan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Bulanan</w:t>
      </w:r>
      <w:proofErr w:type="spellEnd"/>
    </w:p>
    <w:tbl>
      <w:tblPr>
        <w:tblW w:w="8986" w:type="dxa"/>
        <w:jc w:val="center"/>
        <w:tblLayout w:type="fixed"/>
        <w:tblLook w:val="04A0" w:firstRow="1" w:lastRow="0" w:firstColumn="1" w:lastColumn="0" w:noHBand="0" w:noVBand="1"/>
      </w:tblPr>
      <w:tblGrid>
        <w:gridCol w:w="2013"/>
        <w:gridCol w:w="6973"/>
      </w:tblGrid>
      <w:tr w:rsidR="00621206" w14:paraId="2927FBA2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</w:tcPr>
          <w:p w14:paraId="012329DA" w14:textId="77777777" w:rsidR="00621206" w:rsidRDefault="00AF52F1">
            <w:proofErr w:type="spellStart"/>
            <w:r>
              <w:rPr>
                <w:b/>
                <w:sz w:val="21"/>
              </w:rPr>
              <w:t>Aspek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Evaluasi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</w:tcPr>
          <w:p w14:paraId="3D094EFC" w14:textId="77777777" w:rsidR="00621206" w:rsidRDefault="00AF52F1">
            <w:proofErr w:type="spellStart"/>
            <w:r>
              <w:rPr>
                <w:b/>
                <w:sz w:val="21"/>
              </w:rPr>
              <w:t>Uraian</w:t>
            </w:r>
            <w:proofErr w:type="spellEnd"/>
          </w:p>
        </w:tc>
      </w:tr>
      <w:tr w:rsidR="00621206" w14:paraId="6B93141B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DED2BDF" w14:textId="77777777" w:rsidR="00621206" w:rsidRDefault="00AF52F1">
            <w:proofErr w:type="spellStart"/>
            <w:r>
              <w:rPr>
                <w:b/>
                <w:sz w:val="21"/>
              </w:rPr>
              <w:t>Capaian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Bulanan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EB908CB" w14:textId="77777777" w:rsidR="00621206" w:rsidRDefault="00AF52F1">
            <w:proofErr w:type="spellStart"/>
            <w:r>
              <w:rPr>
                <w:sz w:val="21"/>
              </w:rPr>
              <w:t>Mahasiswa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menghasilkan</w:t>
            </w:r>
            <w:proofErr w:type="spellEnd"/>
            <w:r>
              <w:rPr>
                <w:sz w:val="21"/>
              </w:rPr>
              <w:t xml:space="preserve"> flowchart </w:t>
            </w:r>
            <w:proofErr w:type="spellStart"/>
            <w:r>
              <w:rPr>
                <w:sz w:val="21"/>
              </w:rPr>
              <w:t>sistem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pendaftaran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magang</w:t>
            </w:r>
            <w:proofErr w:type="spellEnd"/>
            <w:r>
              <w:rPr>
                <w:sz w:val="21"/>
              </w:rPr>
              <w:t xml:space="preserve"> online </w:t>
            </w:r>
            <w:proofErr w:type="spellStart"/>
            <w:r>
              <w:rPr>
                <w:sz w:val="21"/>
              </w:rPr>
              <w:t>versi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lengkap</w:t>
            </w:r>
            <w:proofErr w:type="spellEnd"/>
            <w:r>
              <w:rPr>
                <w:sz w:val="21"/>
              </w:rPr>
              <w:t xml:space="preserve"> (end-to-end) yang </w:t>
            </w:r>
            <w:proofErr w:type="spellStart"/>
            <w:r>
              <w:rPr>
                <w:sz w:val="21"/>
              </w:rPr>
              <w:t>telah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disetujui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pembimbing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lapangan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serta</w:t>
            </w:r>
            <w:proofErr w:type="spellEnd"/>
            <w:r>
              <w:rPr>
                <w:sz w:val="21"/>
              </w:rPr>
              <w:t xml:space="preserve"> wireframe low-fidelity dan design system </w:t>
            </w:r>
            <w:proofErr w:type="spellStart"/>
            <w:r>
              <w:rPr>
                <w:sz w:val="21"/>
              </w:rPr>
              <w:t>dasar</w:t>
            </w:r>
            <w:proofErr w:type="spellEnd"/>
            <w:r>
              <w:rPr>
                <w:sz w:val="21"/>
              </w:rPr>
              <w:t xml:space="preserve"> di Figma </w:t>
            </w:r>
            <w:proofErr w:type="spellStart"/>
            <w:r>
              <w:rPr>
                <w:sz w:val="21"/>
              </w:rPr>
              <w:t>sebagai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fondasi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tahap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desain</w:t>
            </w:r>
            <w:proofErr w:type="spellEnd"/>
            <w:r>
              <w:rPr>
                <w:sz w:val="21"/>
              </w:rPr>
              <w:t xml:space="preserve"> UI/UX </w:t>
            </w:r>
            <w:proofErr w:type="spellStart"/>
            <w:r>
              <w:rPr>
                <w:sz w:val="21"/>
              </w:rPr>
              <w:t>selanjutnya</w:t>
            </w:r>
            <w:proofErr w:type="spellEnd"/>
            <w:r>
              <w:rPr>
                <w:sz w:val="21"/>
              </w:rPr>
              <w:t>.</w:t>
            </w:r>
          </w:p>
        </w:tc>
      </w:tr>
      <w:tr w:rsidR="00621206" w14:paraId="24F78A55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4775124" w14:textId="77777777" w:rsidR="00621206" w:rsidRDefault="00AF52F1">
            <w:r>
              <w:rPr>
                <w:b/>
                <w:sz w:val="21"/>
              </w:rPr>
              <w:t xml:space="preserve">Kendala yang </w:t>
            </w:r>
            <w:proofErr w:type="spellStart"/>
            <w:r>
              <w:rPr>
                <w:b/>
                <w:sz w:val="21"/>
              </w:rPr>
              <w:t>Dihadapi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07072F8" w14:textId="77777777" w:rsidR="00621206" w:rsidRDefault="00AF52F1">
            <w:proofErr w:type="spellStart"/>
            <w:r>
              <w:rPr>
                <w:sz w:val="21"/>
              </w:rPr>
              <w:t>Terdapat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beberapa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kondisi</w:t>
            </w:r>
            <w:proofErr w:type="spellEnd"/>
            <w:r>
              <w:rPr>
                <w:sz w:val="21"/>
              </w:rPr>
              <w:t xml:space="preserve"> pada </w:t>
            </w:r>
            <w:proofErr w:type="spellStart"/>
            <w:r>
              <w:rPr>
                <w:sz w:val="21"/>
              </w:rPr>
              <w:t>alur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notifikasi</w:t>
            </w:r>
            <w:proofErr w:type="spellEnd"/>
            <w:r>
              <w:rPr>
                <w:sz w:val="21"/>
              </w:rPr>
              <w:t xml:space="preserve"> status </w:t>
            </w:r>
            <w:proofErr w:type="spellStart"/>
            <w:r>
              <w:rPr>
                <w:sz w:val="21"/>
              </w:rPr>
              <w:t>pendaftaran</w:t>
            </w:r>
            <w:proofErr w:type="spellEnd"/>
            <w:r>
              <w:rPr>
                <w:sz w:val="21"/>
              </w:rPr>
              <w:t xml:space="preserve"> yang </w:t>
            </w:r>
            <w:proofErr w:type="spellStart"/>
            <w:r>
              <w:rPr>
                <w:sz w:val="21"/>
              </w:rPr>
              <w:t>masih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perlu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direvisi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setelah</w:t>
            </w:r>
            <w:proofErr w:type="spellEnd"/>
            <w:r>
              <w:rPr>
                <w:sz w:val="21"/>
              </w:rPr>
              <w:t xml:space="preserve"> review flowchart oleh </w:t>
            </w:r>
            <w:proofErr w:type="spellStart"/>
            <w:r>
              <w:rPr>
                <w:sz w:val="21"/>
              </w:rPr>
              <w:t>pembimbing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lapangan</w:t>
            </w:r>
            <w:proofErr w:type="spellEnd"/>
            <w:r>
              <w:rPr>
                <w:sz w:val="21"/>
              </w:rPr>
              <w:t xml:space="preserve">. Selain </w:t>
            </w:r>
            <w:proofErr w:type="spellStart"/>
            <w:r>
              <w:rPr>
                <w:sz w:val="21"/>
              </w:rPr>
              <w:t>itu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mahasiswa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belum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menentukan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gaya</w:t>
            </w:r>
            <w:proofErr w:type="spellEnd"/>
            <w:r>
              <w:rPr>
                <w:sz w:val="21"/>
              </w:rPr>
              <w:t xml:space="preserve"> visual yang </w:t>
            </w:r>
            <w:proofErr w:type="spellStart"/>
            <w:r>
              <w:rPr>
                <w:sz w:val="21"/>
              </w:rPr>
              <w:t>sesuai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dengan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identitas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instansi</w:t>
            </w:r>
            <w:proofErr w:type="spellEnd"/>
            <w:r>
              <w:rPr>
                <w:sz w:val="21"/>
              </w:rPr>
              <w:t xml:space="preserve"> pada </w:t>
            </w:r>
            <w:proofErr w:type="spellStart"/>
            <w:r>
              <w:rPr>
                <w:sz w:val="21"/>
              </w:rPr>
              <w:t>saat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memulai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tahap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desain</w:t>
            </w:r>
            <w:proofErr w:type="spellEnd"/>
            <w:r>
              <w:rPr>
                <w:sz w:val="21"/>
              </w:rPr>
              <w:t xml:space="preserve"> UI/UX.</w:t>
            </w:r>
          </w:p>
        </w:tc>
      </w:tr>
      <w:tr w:rsidR="00621206" w14:paraId="6B69A9E5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782AAA2" w14:textId="77777777" w:rsidR="00621206" w:rsidRDefault="00AF52F1">
            <w:r>
              <w:rPr>
                <w:b/>
                <w:sz w:val="21"/>
              </w:rPr>
              <w:t>Solusi/</w:t>
            </w:r>
            <w:proofErr w:type="spellStart"/>
            <w:r>
              <w:rPr>
                <w:b/>
                <w:sz w:val="21"/>
              </w:rPr>
              <w:t>Tindak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Lanjut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AD8D4D3" w14:textId="77777777" w:rsidR="00621206" w:rsidRDefault="00AF52F1">
            <w:proofErr w:type="spellStart"/>
            <w:r>
              <w:rPr>
                <w:sz w:val="21"/>
              </w:rPr>
              <w:t>Mahasiswa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memperbaiki</w:t>
            </w:r>
            <w:proofErr w:type="spellEnd"/>
            <w:r>
              <w:rPr>
                <w:sz w:val="21"/>
              </w:rPr>
              <w:t xml:space="preserve"> flowchart </w:t>
            </w:r>
            <w:proofErr w:type="spellStart"/>
            <w:r>
              <w:rPr>
                <w:sz w:val="21"/>
              </w:rPr>
              <w:t>sesuai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masukan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pembimbing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lapangan</w:t>
            </w:r>
            <w:proofErr w:type="spellEnd"/>
            <w:r>
              <w:rPr>
                <w:sz w:val="21"/>
              </w:rPr>
              <w:t xml:space="preserve"> dan </w:t>
            </w:r>
            <w:proofErr w:type="spellStart"/>
            <w:r>
              <w:rPr>
                <w:sz w:val="21"/>
              </w:rPr>
              <w:t>melakukan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konfirmasi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ulang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hingga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disetujui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serta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mempelajari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panduan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identitas</w:t>
            </w:r>
            <w:proofErr w:type="spellEnd"/>
            <w:r>
              <w:rPr>
                <w:sz w:val="21"/>
              </w:rPr>
              <w:t xml:space="preserve"> visual </w:t>
            </w:r>
            <w:proofErr w:type="spellStart"/>
            <w:r>
              <w:rPr>
                <w:sz w:val="21"/>
              </w:rPr>
              <w:t>Diskominfo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Provinsi</w:t>
            </w:r>
            <w:proofErr w:type="spellEnd"/>
            <w:r>
              <w:rPr>
                <w:sz w:val="21"/>
              </w:rPr>
              <w:t xml:space="preserve"> Banten </w:t>
            </w:r>
            <w:proofErr w:type="spellStart"/>
            <w:r>
              <w:rPr>
                <w:sz w:val="21"/>
              </w:rPr>
              <w:t>sebagai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acuan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dalam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menentukan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gaya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desain</w:t>
            </w:r>
            <w:proofErr w:type="spellEnd"/>
            <w:r>
              <w:rPr>
                <w:sz w:val="21"/>
              </w:rPr>
              <w:t>.</w:t>
            </w:r>
          </w:p>
        </w:tc>
      </w:tr>
      <w:tr w:rsidR="00621206" w14:paraId="19483EB4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FA7B126" w14:textId="77777777" w:rsidR="00621206" w:rsidRDefault="00AF52F1">
            <w:proofErr w:type="spellStart"/>
            <w:r>
              <w:rPr>
                <w:b/>
                <w:sz w:val="21"/>
              </w:rPr>
              <w:t>Kompetensi</w:t>
            </w:r>
            <w:proofErr w:type="spellEnd"/>
            <w:r>
              <w:rPr>
                <w:b/>
                <w:sz w:val="21"/>
              </w:rPr>
              <w:t xml:space="preserve"> yang </w:t>
            </w:r>
            <w:proofErr w:type="spellStart"/>
            <w:r>
              <w:rPr>
                <w:b/>
                <w:sz w:val="21"/>
              </w:rPr>
              <w:t>Dikembangkan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F43DB7D" w14:textId="77777777" w:rsidR="00621206" w:rsidRDefault="00AF52F1">
            <w:proofErr w:type="spellStart"/>
            <w:r>
              <w:rPr>
                <w:sz w:val="21"/>
              </w:rPr>
              <w:t>Penyusunan</w:t>
            </w:r>
            <w:proofErr w:type="spellEnd"/>
            <w:r>
              <w:rPr>
                <w:sz w:val="21"/>
              </w:rPr>
              <w:t xml:space="preserve"> flowchart </w:t>
            </w:r>
            <w:proofErr w:type="spellStart"/>
            <w:r>
              <w:rPr>
                <w:sz w:val="21"/>
              </w:rPr>
              <w:t>sistem</w:t>
            </w:r>
            <w:proofErr w:type="spellEnd"/>
            <w:r>
              <w:rPr>
                <w:sz w:val="21"/>
              </w:rPr>
              <w:t xml:space="preserve"> end-to-end, </w:t>
            </w:r>
            <w:proofErr w:type="spellStart"/>
            <w:r>
              <w:rPr>
                <w:sz w:val="21"/>
              </w:rPr>
              <w:t>kemampuan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presentasi</w:t>
            </w:r>
            <w:proofErr w:type="spellEnd"/>
            <w:r>
              <w:rPr>
                <w:sz w:val="21"/>
              </w:rPr>
              <w:t xml:space="preserve"> dan </w:t>
            </w:r>
            <w:proofErr w:type="spellStart"/>
            <w:r>
              <w:rPr>
                <w:sz w:val="21"/>
              </w:rPr>
              <w:t>komunikasi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hasil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kerja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dasar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perancangan</w:t>
            </w:r>
            <w:proofErr w:type="spellEnd"/>
            <w:r>
              <w:rPr>
                <w:sz w:val="21"/>
              </w:rPr>
              <w:t xml:space="preserve"> UI/UX (wireframing) </w:t>
            </w:r>
            <w:proofErr w:type="spellStart"/>
            <w:r>
              <w:rPr>
                <w:sz w:val="21"/>
              </w:rPr>
              <w:t>menggunakan</w:t>
            </w:r>
            <w:proofErr w:type="spellEnd"/>
            <w:r>
              <w:rPr>
                <w:sz w:val="21"/>
              </w:rPr>
              <w:t xml:space="preserve"> Figma, </w:t>
            </w:r>
            <w:proofErr w:type="spellStart"/>
            <w:r>
              <w:rPr>
                <w:sz w:val="21"/>
              </w:rPr>
              <w:t>serta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penyusunan</w:t>
            </w:r>
            <w:proofErr w:type="spellEnd"/>
            <w:r>
              <w:rPr>
                <w:sz w:val="21"/>
              </w:rPr>
              <w:t xml:space="preserve"> design system/UI kit.</w:t>
            </w:r>
          </w:p>
        </w:tc>
      </w:tr>
    </w:tbl>
    <w:p w14:paraId="039A2F46" w14:textId="77777777" w:rsidR="005373A1" w:rsidRDefault="005373A1">
      <w:pPr>
        <w:pStyle w:val="Heading2"/>
        <w:spacing w:before="160" w:after="80"/>
        <w:rPr>
          <w:rFonts w:ascii="Times New Roman" w:eastAsia="Times New Roman" w:hAnsi="Times New Roman"/>
          <w:color w:val="1F4E79"/>
          <w:sz w:val="25"/>
        </w:rPr>
      </w:pPr>
    </w:p>
    <w:p w14:paraId="4D144687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 xml:space="preserve">E.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Catatan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Pembimbing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Lapangan</w:t>
      </w:r>
      <w:proofErr w:type="spellEnd"/>
    </w:p>
    <w:p w14:paraId="1DE2886E" w14:textId="77777777" w:rsidR="00621206" w:rsidRDefault="00AF52F1">
      <w:pPr>
        <w:spacing w:after="40"/>
      </w:pPr>
      <w:proofErr w:type="spellStart"/>
      <w:r>
        <w:rPr>
          <w:sz w:val="22"/>
        </w:rPr>
        <w:t>Catatan</w:t>
      </w:r>
      <w:proofErr w:type="spellEnd"/>
      <w:r>
        <w:rPr>
          <w:sz w:val="22"/>
        </w:rPr>
        <w:t>: ........................................................................................................................................................................................</w:t>
      </w:r>
    </w:p>
    <w:p w14:paraId="1698A035" w14:textId="77777777" w:rsidR="00621206" w:rsidRDefault="00AF52F1">
      <w:pPr>
        <w:spacing w:after="40"/>
      </w:pPr>
      <w:r>
        <w:rPr>
          <w:sz w:val="22"/>
        </w:rPr>
        <w:lastRenderedPageBreak/>
        <w:t>......................................................................................................................................................................................................</w:t>
      </w:r>
    </w:p>
    <w:p w14:paraId="7846C63A" w14:textId="77777777" w:rsidR="00621206" w:rsidRDefault="00AF52F1">
      <w:pPr>
        <w:spacing w:after="40"/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4E2F8905" w14:textId="77777777" w:rsidR="00621206" w:rsidRDefault="00AF52F1">
      <w:pPr>
        <w:spacing w:after="40"/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10A858AA" w14:textId="77777777" w:rsidR="00621206" w:rsidRDefault="00621206"/>
    <w:p w14:paraId="255E2F0D" w14:textId="77777777" w:rsidR="005373A1" w:rsidRDefault="005373A1">
      <w:pPr>
        <w:rPr>
          <w:rFonts w:cstheme="majorBidi"/>
          <w:b/>
          <w:bCs/>
          <w:color w:val="1F4E79"/>
          <w:sz w:val="25"/>
          <w:szCs w:val="26"/>
        </w:rPr>
      </w:pPr>
      <w:r>
        <w:rPr>
          <w:color w:val="1F4E79"/>
          <w:sz w:val="25"/>
        </w:rPr>
        <w:br w:type="page"/>
      </w:r>
    </w:p>
    <w:p w14:paraId="293FCF87" w14:textId="77777777" w:rsidR="005373A1" w:rsidRDefault="005373A1" w:rsidP="005373A1">
      <w:pPr>
        <w:pStyle w:val="Heading2"/>
        <w:spacing w:before="160" w:after="80"/>
        <w:rPr>
          <w:rFonts w:ascii="Times New Roman" w:eastAsia="Times New Roman" w:hAnsi="Times New Roman"/>
          <w:color w:val="1F4E79"/>
          <w:sz w:val="25"/>
        </w:rPr>
      </w:pPr>
      <w:r>
        <w:rPr>
          <w:rFonts w:ascii="Times New Roman" w:eastAsia="Times New Roman" w:hAnsi="Times New Roman"/>
          <w:color w:val="1F4E79"/>
          <w:sz w:val="25"/>
        </w:rPr>
        <w:lastRenderedPageBreak/>
        <w:t xml:space="preserve">F. Lampiran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Dokumentasi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(Foto/Gambar/Form)</w:t>
      </w:r>
    </w:p>
    <w:p w14:paraId="100944AA" w14:textId="28D04710" w:rsidR="005373A1" w:rsidRDefault="005373A1" w:rsidP="003D1444">
      <w:pPr>
        <w:pStyle w:val="Heading2"/>
        <w:spacing w:before="160" w:after="80"/>
      </w:pPr>
      <w:r>
        <w:t xml:space="preserve"> </w:t>
      </w:r>
      <w:r w:rsidR="003D1444">
        <w:rPr>
          <w:noProof/>
        </w:rPr>
        <w:drawing>
          <wp:inline distT="0" distB="0" distL="0" distR="0" wp14:anchorId="10D156BE" wp14:editId="7903E00F">
            <wp:extent cx="1765297" cy="2344580"/>
            <wp:effectExtent l="0" t="0" r="6985" b="0"/>
            <wp:docPr id="16249074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907424" name="Picture 162490742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91742" cy="237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1444">
        <w:rPr>
          <w:noProof/>
        </w:rPr>
        <w:drawing>
          <wp:inline distT="0" distB="0" distL="0" distR="0" wp14:anchorId="7E17745C" wp14:editId="2A7E3636">
            <wp:extent cx="1760853" cy="2338678"/>
            <wp:effectExtent l="0" t="0" r="0" b="5080"/>
            <wp:docPr id="7128052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805214" name="Picture 71280521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84109" cy="236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1444">
        <w:rPr>
          <w:noProof/>
        </w:rPr>
        <w:drawing>
          <wp:inline distT="0" distB="0" distL="0" distR="0" wp14:anchorId="59430A93" wp14:editId="16947D86">
            <wp:extent cx="1760977" cy="2338843"/>
            <wp:effectExtent l="0" t="0" r="0" b="4445"/>
            <wp:docPr id="13617139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713938" name="Picture 136171393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5421" cy="2358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73A1" w:rsidSect="00034616">
      <w:headerReference w:type="default" r:id="rId11"/>
      <w:footerReference w:type="default" r:id="rId12"/>
      <w:pgSz w:w="11906" w:h="16838"/>
      <w:pgMar w:top="1587" w:right="1474" w:bottom="1474" w:left="181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23FBA" w14:textId="77777777" w:rsidR="00E84BBD" w:rsidRDefault="00E84BBD">
      <w:pPr>
        <w:spacing w:after="0" w:line="240" w:lineRule="auto"/>
      </w:pPr>
      <w:r>
        <w:separator/>
      </w:r>
    </w:p>
  </w:endnote>
  <w:endnote w:type="continuationSeparator" w:id="0">
    <w:p w14:paraId="1E86B844" w14:textId="77777777" w:rsidR="00E84BBD" w:rsidRDefault="00E84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00585" w14:textId="77777777" w:rsidR="00621206" w:rsidRDefault="00AF52F1">
    <w:pPr>
      <w:pStyle w:val="Footer"/>
      <w:jc w:val="center"/>
    </w:pPr>
    <w:proofErr w:type="spellStart"/>
    <w:r>
      <w:rPr>
        <w:color w:val="595959"/>
        <w:sz w:val="18"/>
      </w:rPr>
      <w:t>Dokumen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ini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dapat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disesuaikan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dengan</w:t>
    </w:r>
    <w:proofErr w:type="spellEnd"/>
    <w:r>
      <w:rPr>
        <w:color w:val="595959"/>
        <w:sz w:val="18"/>
      </w:rPr>
      <w:t xml:space="preserve"> data </w:t>
    </w:r>
    <w:proofErr w:type="spellStart"/>
    <w:r>
      <w:rPr>
        <w:color w:val="595959"/>
        <w:sz w:val="18"/>
      </w:rPr>
      <w:t>mahasiswa</w:t>
    </w:r>
    <w:proofErr w:type="spellEnd"/>
    <w:r>
      <w:rPr>
        <w:color w:val="595959"/>
        <w:sz w:val="18"/>
      </w:rPr>
      <w:t xml:space="preserve">, program </w:t>
    </w:r>
    <w:proofErr w:type="spellStart"/>
    <w:r>
      <w:rPr>
        <w:color w:val="595959"/>
        <w:sz w:val="18"/>
      </w:rPr>
      <w:t>studi</w:t>
    </w:r>
    <w:proofErr w:type="spellEnd"/>
    <w:r>
      <w:rPr>
        <w:color w:val="595959"/>
        <w:sz w:val="18"/>
      </w:rPr>
      <w:t xml:space="preserve">, dan </w:t>
    </w:r>
    <w:proofErr w:type="spellStart"/>
    <w:r>
      <w:rPr>
        <w:color w:val="595959"/>
        <w:sz w:val="18"/>
      </w:rPr>
      <w:t>periode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pelaksanaan</w:t>
    </w:r>
    <w:proofErr w:type="spellEnd"/>
    <w:r>
      <w:rPr>
        <w:color w:val="595959"/>
        <w:sz w:val="18"/>
      </w:rPr>
      <w:t xml:space="preserve"> PKL.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3929E" w14:textId="77777777" w:rsidR="00E84BBD" w:rsidRDefault="00E84BBD">
      <w:pPr>
        <w:spacing w:after="0" w:line="240" w:lineRule="auto"/>
      </w:pPr>
      <w:r>
        <w:separator/>
      </w:r>
    </w:p>
  </w:footnote>
  <w:footnote w:type="continuationSeparator" w:id="0">
    <w:p w14:paraId="0C4FC92C" w14:textId="77777777" w:rsidR="00E84BBD" w:rsidRDefault="00E84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E30A2" w14:textId="77777777" w:rsidR="00621206" w:rsidRDefault="00AF52F1">
    <w:pPr>
      <w:pStyle w:val="Header"/>
      <w:jc w:val="right"/>
    </w:pPr>
    <w:proofErr w:type="spellStart"/>
    <w:r>
      <w:rPr>
        <w:color w:val="595959"/>
        <w:sz w:val="18"/>
      </w:rPr>
      <w:t>Laporan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Kegiatan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Bulanan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Magang</w:t>
    </w:r>
    <w:proofErr w:type="spellEnd"/>
    <w:r>
      <w:rPr>
        <w:color w:val="595959"/>
        <w:sz w:val="18"/>
      </w:rPr>
      <w:t>/PKL | FST-UIN SMH Banten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25592798">
    <w:abstractNumId w:val="8"/>
  </w:num>
  <w:num w:numId="2" w16cid:durableId="328752068">
    <w:abstractNumId w:val="6"/>
  </w:num>
  <w:num w:numId="3" w16cid:durableId="1367291034">
    <w:abstractNumId w:val="5"/>
  </w:num>
  <w:num w:numId="4" w16cid:durableId="687412893">
    <w:abstractNumId w:val="4"/>
  </w:num>
  <w:num w:numId="5" w16cid:durableId="1897005327">
    <w:abstractNumId w:val="7"/>
  </w:num>
  <w:num w:numId="6" w16cid:durableId="516702501">
    <w:abstractNumId w:val="3"/>
  </w:num>
  <w:num w:numId="7" w16cid:durableId="1883325941">
    <w:abstractNumId w:val="2"/>
  </w:num>
  <w:num w:numId="8" w16cid:durableId="275454034">
    <w:abstractNumId w:val="1"/>
  </w:num>
  <w:num w:numId="9" w16cid:durableId="1022706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0A70"/>
    <w:rsid w:val="0015074B"/>
    <w:rsid w:val="0029639D"/>
    <w:rsid w:val="00326F90"/>
    <w:rsid w:val="003D1444"/>
    <w:rsid w:val="005373A1"/>
    <w:rsid w:val="00621206"/>
    <w:rsid w:val="00762A7E"/>
    <w:rsid w:val="009D7322"/>
    <w:rsid w:val="00AA1D8D"/>
    <w:rsid w:val="00AF52F1"/>
    <w:rsid w:val="00B22C88"/>
    <w:rsid w:val="00B47730"/>
    <w:rsid w:val="00BE0AAA"/>
    <w:rsid w:val="00CB0664"/>
    <w:rsid w:val="00D73054"/>
    <w:rsid w:val="00E84BBD"/>
    <w:rsid w:val="00F16EC8"/>
    <w:rsid w:val="00F415D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B82C6C"/>
  <w14:defaultImageDpi w14:val="300"/>
  <w15:docId w15:val="{34A9EC47-882C-4910-B18C-F5E32387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CD781F-46EA-45B8-BC93-57601DB1C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cimol sibotakk</cp:lastModifiedBy>
  <cp:revision>6</cp:revision>
  <dcterms:created xsi:type="dcterms:W3CDTF">2026-06-27T11:13:00Z</dcterms:created>
  <dcterms:modified xsi:type="dcterms:W3CDTF">2026-06-29T12:17:00Z</dcterms:modified>
</cp:coreProperties>
</file>