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0A0EB" w14:textId="77777777" w:rsidR="00621206" w:rsidRDefault="00621206"/>
    <w:p w14:paraId="116A44EB" w14:textId="77777777" w:rsidR="00BE0AAA" w:rsidRDefault="00AF52F1">
      <w:pPr>
        <w:jc w:val="center"/>
        <w:rPr>
          <w:b/>
          <w:color w:val="1F4E79"/>
          <w:sz w:val="32"/>
        </w:rPr>
      </w:pPr>
      <w:r>
        <w:rPr>
          <w:b/>
          <w:color w:val="1F4E79"/>
          <w:sz w:val="32"/>
        </w:rPr>
        <w:t>LAPORAN KEGIATAN BULANAN</w:t>
      </w:r>
    </w:p>
    <w:p w14:paraId="34E2B46D" w14:textId="77777777" w:rsidR="00BE0AAA" w:rsidRDefault="00BE0AAA" w:rsidP="00BE0AAA">
      <w:pPr>
        <w:spacing w:after="0" w:line="240" w:lineRule="auto"/>
        <w:jc w:val="center"/>
        <w:rPr>
          <w:b/>
          <w:sz w:val="28"/>
        </w:rPr>
      </w:pPr>
    </w:p>
    <w:p w14:paraId="78309741" w14:textId="77777777" w:rsidR="00621206" w:rsidRPr="00BE0AAA" w:rsidRDefault="00BE0AAA" w:rsidP="00BE0AAA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PERIODE BULAN V</w:t>
      </w:r>
      <w:r>
        <w:rPr>
          <w:b/>
          <w:sz w:val="28"/>
        </w:rPr>
        <w:br/>
        <w:t>MAGANG KERJA / PRAKTIK KERJA LAPANGAN (PKL)</w:t>
      </w:r>
    </w:p>
    <w:p w14:paraId="7B279AC3" w14:textId="77777777" w:rsidR="00BE0AAA" w:rsidRDefault="00BE0AAA" w:rsidP="00BE0AAA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DI FAKULTAS SAINS DAN TEKNOLOGI</w:t>
      </w:r>
    </w:p>
    <w:p w14:paraId="39691850" w14:textId="77777777" w:rsidR="00621206" w:rsidRPr="00BE0AAA" w:rsidRDefault="00AF52F1" w:rsidP="00BE0AAA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UIN SULTAN MAULANA HASANUDDIN BANTEN</w:t>
      </w:r>
    </w:p>
    <w:p w14:paraId="0FD67714" w14:textId="77777777" w:rsidR="00621206" w:rsidRDefault="00621206"/>
    <w:p w14:paraId="31A2EEB7" w14:textId="77777777" w:rsidR="00621206" w:rsidRDefault="00621206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236"/>
        <w:gridCol w:w="5953"/>
      </w:tblGrid>
      <w:tr w:rsidR="00621206" w14:paraId="70EAC89C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2ACC203" w14:textId="77777777" w:rsidR="00621206" w:rsidRDefault="00AF52F1">
            <w:r>
              <w:rPr>
                <w:b/>
                <w:sz w:val="22"/>
              </w:rPr>
              <w:t xml:space="preserve">Nama </w:t>
            </w:r>
            <w:proofErr w:type="spellStart"/>
            <w:r>
              <w:rPr>
                <w:b/>
                <w:sz w:val="22"/>
              </w:rPr>
              <w:t>Mahasiswa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89BDDA2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E9262F3" w14:textId="06CC756A" w:rsidR="00621206" w:rsidRDefault="00D73054">
            <w:proofErr w:type="spellStart"/>
            <w:r>
              <w:rPr>
                <w:sz w:val="22"/>
              </w:rPr>
              <w:t>Fakhori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Sabiqie</w:t>
            </w:r>
            <w:proofErr w:type="spellEnd"/>
            <w:r>
              <w:rPr>
                <w:sz w:val="22"/>
              </w:rPr>
              <w:t xml:space="preserve"> Iskandar</w:t>
            </w:r>
          </w:p>
        </w:tc>
      </w:tr>
      <w:tr w:rsidR="00621206" w14:paraId="72298E0C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A1EFBAF" w14:textId="77777777" w:rsidR="00621206" w:rsidRDefault="00AF52F1">
            <w:r>
              <w:rPr>
                <w:b/>
                <w:sz w:val="22"/>
              </w:rPr>
              <w:t>NIM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1AA61E3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079F7F0" w14:textId="5440CB4B" w:rsidR="00621206" w:rsidRDefault="00D73054">
            <w:r>
              <w:rPr>
                <w:sz w:val="22"/>
              </w:rPr>
              <w:t>231730048</w:t>
            </w:r>
          </w:p>
        </w:tc>
      </w:tr>
      <w:tr w:rsidR="00621206" w14:paraId="59339244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F3B56B9" w14:textId="77777777" w:rsidR="00621206" w:rsidRDefault="00AF52F1">
            <w:r>
              <w:rPr>
                <w:b/>
                <w:sz w:val="22"/>
              </w:rPr>
              <w:t>Program Studi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27AD47E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D36C516" w14:textId="3B7DA089" w:rsidR="00621206" w:rsidRDefault="00D73054">
            <w:proofErr w:type="spellStart"/>
            <w:r>
              <w:rPr>
                <w:sz w:val="22"/>
              </w:rPr>
              <w:t>Informatika</w:t>
            </w:r>
            <w:proofErr w:type="spellEnd"/>
          </w:p>
        </w:tc>
      </w:tr>
      <w:tr w:rsidR="00621206" w14:paraId="5CA1B985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A7F1A2A" w14:textId="77777777" w:rsidR="00621206" w:rsidRDefault="00AF52F1">
            <w:proofErr w:type="spellStart"/>
            <w:r>
              <w:rPr>
                <w:b/>
                <w:sz w:val="22"/>
              </w:rPr>
              <w:t>Fakultas</w:t>
            </w:r>
            <w:proofErr w:type="spellEnd"/>
            <w:r>
              <w:rPr>
                <w:b/>
                <w:sz w:val="22"/>
              </w:rPr>
              <w:t>/Universitas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91B8077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F1C52CF" w14:textId="0CD8FF1B" w:rsidR="00621206" w:rsidRDefault="00D73054">
            <w:r>
              <w:rPr>
                <w:sz w:val="22"/>
              </w:rPr>
              <w:t xml:space="preserve">Sains Dan </w:t>
            </w:r>
            <w:proofErr w:type="spellStart"/>
            <w:r>
              <w:rPr>
                <w:sz w:val="22"/>
              </w:rPr>
              <w:t>teknologi</w:t>
            </w:r>
            <w:proofErr w:type="spellEnd"/>
          </w:p>
        </w:tc>
      </w:tr>
      <w:tr w:rsidR="00621206" w14:paraId="13CB6B0B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35719DA" w14:textId="77777777" w:rsidR="00621206" w:rsidRDefault="00AF52F1">
            <w:proofErr w:type="spellStart"/>
            <w:r>
              <w:rPr>
                <w:b/>
                <w:sz w:val="22"/>
              </w:rPr>
              <w:t>Instansi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Tempat</w:t>
            </w:r>
            <w:proofErr w:type="spellEnd"/>
            <w:r>
              <w:rPr>
                <w:b/>
                <w:sz w:val="22"/>
              </w:rPr>
              <w:t xml:space="preserve"> PKL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F87A7AB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2384568" w14:textId="6C7F4220" w:rsidR="00621206" w:rsidRDefault="00D73054">
            <w:proofErr w:type="spellStart"/>
            <w:r>
              <w:rPr>
                <w:sz w:val="22"/>
              </w:rPr>
              <w:t>Diskominfo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provinsi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banten</w:t>
            </w:r>
            <w:proofErr w:type="spellEnd"/>
          </w:p>
        </w:tc>
      </w:tr>
      <w:tr w:rsidR="00621206" w14:paraId="00A8DF1C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DD64AAD" w14:textId="77777777" w:rsidR="00621206" w:rsidRDefault="00AF52F1">
            <w:proofErr w:type="spellStart"/>
            <w:r>
              <w:rPr>
                <w:b/>
                <w:sz w:val="22"/>
              </w:rPr>
              <w:t>Periode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Pelaksanaan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0FBCC34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6D5BC61" w14:textId="4BFC92A4" w:rsidR="00621206" w:rsidRDefault="00B22C88">
            <w:r>
              <w:rPr>
                <w:sz w:val="22"/>
              </w:rPr>
              <w:t xml:space="preserve">9 </w:t>
            </w:r>
            <w:proofErr w:type="spellStart"/>
            <w:r>
              <w:rPr>
                <w:sz w:val="22"/>
              </w:rPr>
              <w:t>februari</w:t>
            </w:r>
            <w:proofErr w:type="spellEnd"/>
            <w:r>
              <w:rPr>
                <w:sz w:val="22"/>
              </w:rPr>
              <w:t xml:space="preserve"> 2026 </w:t>
            </w:r>
            <w:proofErr w:type="spellStart"/>
            <w:r>
              <w:rPr>
                <w:sz w:val="22"/>
              </w:rPr>
              <w:t>s.d.</w:t>
            </w:r>
            <w:proofErr w:type="spellEnd"/>
            <w:r>
              <w:rPr>
                <w:sz w:val="22"/>
              </w:rPr>
              <w:t xml:space="preserve"> 22 </w:t>
            </w:r>
            <w:proofErr w:type="spellStart"/>
            <w:r>
              <w:rPr>
                <w:sz w:val="22"/>
              </w:rPr>
              <w:t>juni</w:t>
            </w:r>
            <w:proofErr w:type="spellEnd"/>
            <w:r>
              <w:rPr>
                <w:sz w:val="22"/>
              </w:rPr>
              <w:t xml:space="preserve"> 2026</w:t>
            </w:r>
          </w:p>
        </w:tc>
      </w:tr>
      <w:tr w:rsidR="00621206" w14:paraId="6F6F59C3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983F10A" w14:textId="77777777" w:rsidR="00621206" w:rsidRDefault="00AF52F1">
            <w:r>
              <w:rPr>
                <w:b/>
                <w:sz w:val="22"/>
              </w:rPr>
              <w:t xml:space="preserve">Dosen </w:t>
            </w:r>
            <w:proofErr w:type="spellStart"/>
            <w:r>
              <w:rPr>
                <w:b/>
                <w:sz w:val="22"/>
              </w:rPr>
              <w:t>Pembimbing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5C2EB7F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1D1246E" w14:textId="6E18084E" w:rsidR="00621206" w:rsidRDefault="00B22C88">
            <w:r>
              <w:t xml:space="preserve">Dr. Aan </w:t>
            </w:r>
            <w:proofErr w:type="spellStart"/>
            <w:r>
              <w:t>Ansori</w:t>
            </w:r>
            <w:proofErr w:type="spellEnd"/>
            <w:r>
              <w:t xml:space="preserve">, M.M., </w:t>
            </w:r>
            <w:proofErr w:type="spellStart"/>
            <w:proofErr w:type="gramStart"/>
            <w:r>
              <w:t>M.Kom</w:t>
            </w:r>
            <w:proofErr w:type="spellEnd"/>
            <w:proofErr w:type="gramEnd"/>
          </w:p>
        </w:tc>
      </w:tr>
      <w:tr w:rsidR="00621206" w14:paraId="3B872119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DD38AD3" w14:textId="77777777" w:rsidR="00621206" w:rsidRDefault="00AF52F1">
            <w:proofErr w:type="spellStart"/>
            <w:r>
              <w:rPr>
                <w:b/>
                <w:sz w:val="22"/>
              </w:rPr>
              <w:t>Pembimbing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Lapangan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781733A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C2E6937" w14:textId="2787785E" w:rsidR="00621206" w:rsidRDefault="00B22C88">
            <w:r>
              <w:t>Dino Pramono</w:t>
            </w:r>
          </w:p>
        </w:tc>
      </w:tr>
    </w:tbl>
    <w:p w14:paraId="4A0D85D0" w14:textId="77777777" w:rsidR="00621206" w:rsidRDefault="00621206"/>
    <w:p w14:paraId="03D34C37" w14:textId="77777777" w:rsidR="00621206" w:rsidRDefault="00BE0AAA" w:rsidP="00BE0AAA">
      <w:pPr>
        <w:jc w:val="center"/>
      </w:pPr>
      <w:proofErr w:type="spellStart"/>
      <w:r>
        <w:rPr>
          <w:b/>
        </w:rPr>
        <w:t>Serang</w:t>
      </w:r>
      <w:proofErr w:type="spellEnd"/>
      <w:r>
        <w:rPr>
          <w:b/>
        </w:rPr>
        <w:t xml:space="preserve"> - Banten</w:t>
      </w:r>
      <w:r>
        <w:rPr>
          <w:b/>
        </w:rPr>
        <w:br/>
        <w:t>2026</w:t>
      </w:r>
    </w:p>
    <w:p w14:paraId="5C1F90AD" w14:textId="77777777" w:rsidR="00621206" w:rsidRDefault="00AF52F1">
      <w:r>
        <w:br w:type="page"/>
      </w:r>
    </w:p>
    <w:p w14:paraId="41FE2D9D" w14:textId="77777777" w:rsidR="00621206" w:rsidRDefault="00AF52F1" w:rsidP="00BE0AAA">
      <w:pPr>
        <w:pStyle w:val="Heading1"/>
        <w:spacing w:before="200" w:after="120"/>
        <w:jc w:val="center"/>
      </w:pPr>
      <w:r>
        <w:rPr>
          <w:rFonts w:ascii="Times New Roman" w:eastAsia="Times New Roman" w:hAnsi="Times New Roman"/>
          <w:color w:val="1F4E79"/>
        </w:rPr>
        <w:lastRenderedPageBreak/>
        <w:t>LAPORAN PEKERJAAN BULAN KE-5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236"/>
        <w:gridCol w:w="5953"/>
      </w:tblGrid>
      <w:tr w:rsidR="00621206" w14:paraId="5627134C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F28C809" w14:textId="77777777" w:rsidR="00621206" w:rsidRDefault="00AF52F1">
            <w:proofErr w:type="spellStart"/>
            <w:r>
              <w:rPr>
                <w:b/>
                <w:sz w:val="22"/>
              </w:rPr>
              <w:t>Periode</w:t>
            </w:r>
            <w:proofErr w:type="spellEnd"/>
            <w:r>
              <w:rPr>
                <w:b/>
                <w:sz w:val="22"/>
              </w:rPr>
              <w:t xml:space="preserve"> Bulan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A8EDF9A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6250B17" w14:textId="77777777" w:rsidR="00621206" w:rsidRDefault="00AF52F1">
            <w:r>
              <w:rPr>
                <w:sz w:val="22"/>
              </w:rPr>
              <w:t xml:space="preserve">Bulan </w:t>
            </w:r>
            <w:proofErr w:type="spellStart"/>
            <w:r>
              <w:rPr>
                <w:sz w:val="22"/>
              </w:rPr>
              <w:t>Kelima</w:t>
            </w:r>
            <w:proofErr w:type="spellEnd"/>
          </w:p>
        </w:tc>
      </w:tr>
      <w:tr w:rsidR="00621206" w14:paraId="24363740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41C2F50" w14:textId="77777777" w:rsidR="00621206" w:rsidRDefault="00AF52F1">
            <w:proofErr w:type="spellStart"/>
            <w:r>
              <w:rPr>
                <w:b/>
                <w:sz w:val="22"/>
              </w:rPr>
              <w:t>Tempat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Pelaksanaan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84FEEB3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D850C4F" w14:textId="77777777" w:rsidR="00621206" w:rsidRDefault="00AF52F1">
            <w:r>
              <w:rPr>
                <w:sz w:val="22"/>
              </w:rPr>
              <w:t xml:space="preserve">Dinas </w:t>
            </w:r>
            <w:proofErr w:type="spellStart"/>
            <w:r>
              <w:rPr>
                <w:sz w:val="22"/>
              </w:rPr>
              <w:t>Komunikasi</w:t>
            </w:r>
            <w:proofErr w:type="spellEnd"/>
            <w:r>
              <w:rPr>
                <w:sz w:val="22"/>
              </w:rPr>
              <w:t xml:space="preserve"> dan </w:t>
            </w:r>
            <w:proofErr w:type="spellStart"/>
            <w:r>
              <w:rPr>
                <w:sz w:val="22"/>
              </w:rPr>
              <w:t>Informatika</w:t>
            </w:r>
            <w:proofErr w:type="spellEnd"/>
            <w:r>
              <w:rPr>
                <w:sz w:val="22"/>
              </w:rPr>
              <w:t xml:space="preserve"> (</w:t>
            </w:r>
            <w:proofErr w:type="spellStart"/>
            <w:r>
              <w:rPr>
                <w:sz w:val="22"/>
              </w:rPr>
              <w:t>Diskominfo</w:t>
            </w:r>
            <w:proofErr w:type="spellEnd"/>
            <w:r>
              <w:rPr>
                <w:sz w:val="22"/>
              </w:rPr>
              <w:t xml:space="preserve">) </w:t>
            </w:r>
            <w:proofErr w:type="spellStart"/>
            <w:r>
              <w:rPr>
                <w:sz w:val="22"/>
              </w:rPr>
              <w:t>Provinsi</w:t>
            </w:r>
            <w:proofErr w:type="spellEnd"/>
            <w:r>
              <w:rPr>
                <w:sz w:val="22"/>
              </w:rPr>
              <w:t xml:space="preserve"> Banten</w:t>
            </w:r>
          </w:p>
        </w:tc>
      </w:tr>
      <w:tr w:rsidR="00621206" w14:paraId="7B2BE9E4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EF2522A" w14:textId="77777777" w:rsidR="00621206" w:rsidRDefault="00AF52F1">
            <w:proofErr w:type="spellStart"/>
            <w:r>
              <w:rPr>
                <w:b/>
                <w:sz w:val="22"/>
              </w:rPr>
              <w:t>Fokus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Kegiatan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146ECC6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8F647C3" w14:textId="77777777" w:rsidR="00621206" w:rsidRDefault="00AF52F1">
            <w:proofErr w:type="spellStart"/>
            <w:r>
              <w:rPr>
                <w:sz w:val="22"/>
              </w:rPr>
              <w:t>Pengembangan</w:t>
            </w:r>
            <w:proofErr w:type="spellEnd"/>
            <w:r>
              <w:rPr>
                <w:sz w:val="22"/>
              </w:rPr>
              <w:t xml:space="preserve"> frontend form </w:t>
            </w:r>
            <w:proofErr w:type="spellStart"/>
            <w:r>
              <w:rPr>
                <w:sz w:val="22"/>
              </w:rPr>
              <w:t>pendaftaran</w:t>
            </w:r>
            <w:proofErr w:type="spellEnd"/>
            <w:r>
              <w:rPr>
                <w:sz w:val="22"/>
              </w:rPr>
              <w:t xml:space="preserve"> multi-step, </w:t>
            </w:r>
            <w:proofErr w:type="spellStart"/>
            <w:r>
              <w:rPr>
                <w:sz w:val="22"/>
              </w:rPr>
              <w:t>pengembangan</w:t>
            </w:r>
            <w:proofErr w:type="spellEnd"/>
            <w:r>
              <w:rPr>
                <w:sz w:val="22"/>
              </w:rPr>
              <w:t xml:space="preserve"> backend (database dan API), </w:t>
            </w:r>
            <w:proofErr w:type="spellStart"/>
            <w:r>
              <w:rPr>
                <w:sz w:val="22"/>
              </w:rPr>
              <w:t>pengembangan</w:t>
            </w:r>
            <w:proofErr w:type="spellEnd"/>
            <w:r>
              <w:rPr>
                <w:sz w:val="22"/>
              </w:rPr>
              <w:t xml:space="preserve"> dashboard admin, </w:t>
            </w:r>
            <w:proofErr w:type="spellStart"/>
            <w:r>
              <w:rPr>
                <w:sz w:val="22"/>
              </w:rPr>
              <w:t>serta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integrasi</w:t>
            </w:r>
            <w:proofErr w:type="spellEnd"/>
            <w:r>
              <w:rPr>
                <w:sz w:val="22"/>
              </w:rPr>
              <w:t xml:space="preserve"> dan </w:t>
            </w:r>
            <w:proofErr w:type="spellStart"/>
            <w:r>
              <w:rPr>
                <w:sz w:val="22"/>
              </w:rPr>
              <w:t>pengujian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sistem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secara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keseluruhan</w:t>
            </w:r>
            <w:proofErr w:type="spellEnd"/>
          </w:p>
        </w:tc>
      </w:tr>
      <w:tr w:rsidR="00621206" w14:paraId="58C4D6CA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EB8B8CD" w14:textId="77777777" w:rsidR="00621206" w:rsidRDefault="00AF52F1">
            <w:r>
              <w:rPr>
                <w:b/>
                <w:sz w:val="22"/>
              </w:rPr>
              <w:t xml:space="preserve">Status </w:t>
            </w:r>
            <w:proofErr w:type="spellStart"/>
            <w:r>
              <w:rPr>
                <w:b/>
                <w:sz w:val="22"/>
              </w:rPr>
              <w:t>Dokumen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F967CBE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B3C70EB" w14:textId="77777777" w:rsidR="00621206" w:rsidRDefault="00AF52F1">
            <w:r>
              <w:rPr>
                <w:sz w:val="22"/>
              </w:rPr>
              <w:t xml:space="preserve">Dapat </w:t>
            </w:r>
            <w:proofErr w:type="spellStart"/>
            <w:r>
              <w:rPr>
                <w:sz w:val="22"/>
              </w:rPr>
              <w:t>disesuaikan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dengan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tanggal</w:t>
            </w:r>
            <w:proofErr w:type="spellEnd"/>
            <w:r>
              <w:rPr>
                <w:sz w:val="22"/>
              </w:rPr>
              <w:t xml:space="preserve">, unit </w:t>
            </w:r>
            <w:proofErr w:type="spellStart"/>
            <w:r>
              <w:rPr>
                <w:sz w:val="22"/>
              </w:rPr>
              <w:t>kerja</w:t>
            </w:r>
            <w:proofErr w:type="spellEnd"/>
            <w:r>
              <w:rPr>
                <w:sz w:val="22"/>
              </w:rPr>
              <w:t xml:space="preserve">, dan </w:t>
            </w:r>
            <w:proofErr w:type="spellStart"/>
            <w:r>
              <w:rPr>
                <w:sz w:val="22"/>
              </w:rPr>
              <w:t>arahan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pembimbing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lapangan</w:t>
            </w:r>
            <w:proofErr w:type="spellEnd"/>
          </w:p>
        </w:tc>
      </w:tr>
    </w:tbl>
    <w:p w14:paraId="1270E11F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t xml:space="preserve">A. Tujuan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Kegiatan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Bulanan</w:t>
      </w:r>
      <w:proofErr w:type="spellEnd"/>
    </w:p>
    <w:p w14:paraId="0F791EA8" w14:textId="77777777" w:rsidR="00621206" w:rsidRDefault="00AF52F1">
      <w:pPr>
        <w:spacing w:after="120"/>
        <w:ind w:firstLine="709"/>
        <w:jc w:val="both"/>
      </w:pPr>
      <w:proofErr w:type="spellStart"/>
      <w:r>
        <w:t>Kegiatan</w:t>
      </w:r>
      <w:proofErr w:type="spellEnd"/>
      <w:r>
        <w:t xml:space="preserve"> pada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kelima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menyelesaikan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pendaftaran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online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menyeluruh</w:t>
      </w:r>
      <w:proofErr w:type="spellEnd"/>
      <w:r>
        <w:t xml:space="preserve">,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form </w:t>
      </w:r>
      <w:proofErr w:type="spellStart"/>
      <w:r>
        <w:t>pendaftaran</w:t>
      </w:r>
      <w:proofErr w:type="spellEnd"/>
      <w:r>
        <w:t xml:space="preserve"> di </w:t>
      </w:r>
      <w:proofErr w:type="spellStart"/>
      <w:r>
        <w:t>sisi</w:t>
      </w:r>
      <w:proofErr w:type="spellEnd"/>
      <w:r>
        <w:t xml:space="preserve"> frontend, </w:t>
      </w:r>
      <w:proofErr w:type="spellStart"/>
      <w:r>
        <w:t>pembangunan</w:t>
      </w:r>
      <w:proofErr w:type="spellEnd"/>
      <w:r>
        <w:t xml:space="preserve"> backend </w:t>
      </w:r>
      <w:proofErr w:type="spellStart"/>
      <w:r>
        <w:t>berupa</w:t>
      </w:r>
      <w:proofErr w:type="spellEnd"/>
      <w:r>
        <w:t xml:space="preserve"> database dan API,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fitur</w:t>
      </w:r>
      <w:proofErr w:type="spellEnd"/>
      <w:r>
        <w:t xml:space="preserve"> dashboard admin,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integrasi</w:t>
      </w:r>
      <w:proofErr w:type="spellEnd"/>
      <w:r>
        <w:t xml:space="preserve"> dan </w:t>
      </w:r>
      <w:proofErr w:type="spellStart"/>
      <w:r>
        <w:t>pengujian</w:t>
      </w:r>
      <w:proofErr w:type="spellEnd"/>
      <w:r>
        <w:t xml:space="preserve"> </w:t>
      </w:r>
      <w:proofErr w:type="spellStart"/>
      <w:r>
        <w:t>fungsionalitas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agar </w:t>
      </w:r>
      <w:proofErr w:type="spellStart"/>
      <w:r>
        <w:t>siap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>.</w:t>
      </w:r>
    </w:p>
    <w:p w14:paraId="3499D5F1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t xml:space="preserve">B.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Rincian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Pekerjaan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Mingguan</w:t>
      </w:r>
      <w:proofErr w:type="spellEnd"/>
    </w:p>
    <w:tbl>
      <w:tblPr>
        <w:tblW w:w="9113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1715"/>
        <w:gridCol w:w="3798"/>
        <w:gridCol w:w="2324"/>
      </w:tblGrid>
      <w:tr w:rsidR="00621206" w14:paraId="2E260A16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0CB16043" w14:textId="77777777" w:rsidR="00621206" w:rsidRDefault="00AF52F1">
            <w:pPr>
              <w:jc w:val="center"/>
            </w:pPr>
            <w:proofErr w:type="spellStart"/>
            <w:r>
              <w:rPr>
                <w:b/>
                <w:color w:val="FFFFFF"/>
                <w:sz w:val="21"/>
              </w:rPr>
              <w:t>Minggu</w:t>
            </w:r>
            <w:proofErr w:type="spellEnd"/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0BC6986D" w14:textId="77777777" w:rsidR="00621206" w:rsidRDefault="00AF52F1">
            <w:pPr>
              <w:jc w:val="center"/>
            </w:pPr>
            <w:r>
              <w:rPr>
                <w:b/>
                <w:color w:val="FFFFFF"/>
                <w:sz w:val="21"/>
              </w:rPr>
              <w:t xml:space="preserve">Jenis </w:t>
            </w:r>
            <w:proofErr w:type="spellStart"/>
            <w:r>
              <w:rPr>
                <w:b/>
                <w:color w:val="FFFFFF"/>
                <w:sz w:val="21"/>
              </w:rPr>
              <w:t>Pekerjaan</w:t>
            </w:r>
            <w:proofErr w:type="spellEnd"/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5CD235E8" w14:textId="77777777" w:rsidR="00621206" w:rsidRDefault="00AF52F1">
            <w:pPr>
              <w:jc w:val="center"/>
            </w:pPr>
            <w:proofErr w:type="spellStart"/>
            <w:r>
              <w:rPr>
                <w:b/>
                <w:color w:val="FFFFFF"/>
                <w:sz w:val="21"/>
              </w:rPr>
              <w:t>Uraian</w:t>
            </w:r>
            <w:proofErr w:type="spellEnd"/>
            <w:r>
              <w:rPr>
                <w:b/>
                <w:color w:val="FFFFFF"/>
                <w:sz w:val="21"/>
              </w:rPr>
              <w:t xml:space="preserve"> </w:t>
            </w:r>
            <w:proofErr w:type="spellStart"/>
            <w:r>
              <w:rPr>
                <w:b/>
                <w:color w:val="FFFFFF"/>
                <w:sz w:val="21"/>
              </w:rPr>
              <w:t>Pelaksanaan</w:t>
            </w:r>
            <w:proofErr w:type="spellEnd"/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076AFAD9" w14:textId="77777777" w:rsidR="00621206" w:rsidRDefault="00AF52F1">
            <w:pPr>
              <w:jc w:val="center"/>
            </w:pPr>
            <w:r>
              <w:rPr>
                <w:b/>
                <w:color w:val="FFFFFF"/>
                <w:sz w:val="21"/>
              </w:rPr>
              <w:t>Output/</w:t>
            </w:r>
            <w:proofErr w:type="spellStart"/>
            <w:r>
              <w:rPr>
                <w:b/>
                <w:color w:val="FFFFFF"/>
                <w:sz w:val="21"/>
              </w:rPr>
              <w:t>Capaian</w:t>
            </w:r>
            <w:proofErr w:type="spellEnd"/>
          </w:p>
        </w:tc>
      </w:tr>
      <w:tr w:rsidR="00621206" w14:paraId="3DA4BB6C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45DAAC3" w14:textId="77777777" w:rsidR="00621206" w:rsidRDefault="00AF52F1">
            <w:proofErr w:type="spellStart"/>
            <w:r>
              <w:rPr>
                <w:sz w:val="20"/>
              </w:rPr>
              <w:t>Minggu</w:t>
            </w:r>
            <w:proofErr w:type="spellEnd"/>
            <w:r>
              <w:rPr>
                <w:sz w:val="20"/>
              </w:rPr>
              <w:t xml:space="preserve"> 1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186CBA3B" w14:textId="77777777" w:rsidR="00621206" w:rsidRDefault="00AF52F1">
            <w:proofErr w:type="spellStart"/>
            <w:r>
              <w:rPr>
                <w:sz w:val="20"/>
              </w:rPr>
              <w:t>Pengembangan</w:t>
            </w:r>
            <w:proofErr w:type="spellEnd"/>
            <w:r>
              <w:rPr>
                <w:sz w:val="20"/>
              </w:rPr>
              <w:t xml:space="preserve"> frontend form </w:t>
            </w:r>
            <w:proofErr w:type="spellStart"/>
            <w:r>
              <w:rPr>
                <w:sz w:val="20"/>
              </w:rPr>
              <w:t>pendaftaran</w:t>
            </w:r>
            <w:proofErr w:type="spellEnd"/>
            <w:r>
              <w:rPr>
                <w:sz w:val="20"/>
              </w:rPr>
              <w:t xml:space="preserve"> multi-step</w:t>
            </w:r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1E31368A" w14:textId="77777777" w:rsidR="00621206" w:rsidRDefault="00AF52F1">
            <w:proofErr w:type="spellStart"/>
            <w:r>
              <w:rPr>
                <w:sz w:val="20"/>
              </w:rPr>
              <w:t>Mengembangkan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halaman</w:t>
            </w:r>
            <w:proofErr w:type="spellEnd"/>
            <w:r>
              <w:rPr>
                <w:sz w:val="20"/>
              </w:rPr>
              <w:t xml:space="preserve"> form </w:t>
            </w:r>
            <w:proofErr w:type="spellStart"/>
            <w:r>
              <w:rPr>
                <w:sz w:val="20"/>
              </w:rPr>
              <w:t>pendaftaran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magang</w:t>
            </w:r>
            <w:proofErr w:type="spellEnd"/>
            <w:r>
              <w:rPr>
                <w:sz w:val="20"/>
              </w:rPr>
              <w:t xml:space="preserve"> multi-step </w:t>
            </w:r>
            <w:proofErr w:type="spellStart"/>
            <w:r>
              <w:rPr>
                <w:sz w:val="20"/>
              </w:rPr>
              <w:t>beserta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validasi</w:t>
            </w:r>
            <w:proofErr w:type="spellEnd"/>
            <w:r>
              <w:rPr>
                <w:sz w:val="20"/>
              </w:rPr>
              <w:t xml:space="preserve"> input dan </w:t>
            </w:r>
            <w:proofErr w:type="spellStart"/>
            <w:r>
              <w:rPr>
                <w:sz w:val="20"/>
              </w:rPr>
              <w:t>fitur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unggah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dokumen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persyaratan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sisi</w:t>
            </w:r>
            <w:proofErr w:type="spellEnd"/>
            <w:r>
              <w:rPr>
                <w:sz w:val="20"/>
              </w:rPr>
              <w:t xml:space="preserve"> frontend.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105FC16" w14:textId="77777777" w:rsidR="00621206" w:rsidRDefault="00AF52F1">
            <w:r>
              <w:rPr>
                <w:sz w:val="20"/>
              </w:rPr>
              <w:t xml:space="preserve">Halaman form </w:t>
            </w:r>
            <w:proofErr w:type="spellStart"/>
            <w:r>
              <w:rPr>
                <w:sz w:val="20"/>
              </w:rPr>
              <w:t>pendaftaran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magang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validasi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fitur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unggah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dokumen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621206" w14:paraId="769AE11C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73B6F97F" w14:textId="77777777" w:rsidR="00621206" w:rsidRDefault="00AF52F1">
            <w:proofErr w:type="spellStart"/>
            <w:r>
              <w:rPr>
                <w:sz w:val="20"/>
              </w:rPr>
              <w:t>Minggu</w:t>
            </w:r>
            <w:proofErr w:type="spellEnd"/>
            <w:r>
              <w:rPr>
                <w:sz w:val="20"/>
              </w:rPr>
              <w:t xml:space="preserve"> 2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4D8E601E" w14:textId="77777777" w:rsidR="00621206" w:rsidRDefault="00AF52F1">
            <w:proofErr w:type="spellStart"/>
            <w:r>
              <w:rPr>
                <w:sz w:val="20"/>
              </w:rPr>
              <w:t>Pengembangan</w:t>
            </w:r>
            <w:proofErr w:type="spellEnd"/>
            <w:r>
              <w:rPr>
                <w:sz w:val="20"/>
              </w:rPr>
              <w:t xml:space="preserve"> backend (database dan API)</w:t>
            </w:r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A0A36C9" w14:textId="77777777" w:rsidR="00621206" w:rsidRDefault="00AF52F1">
            <w:proofErr w:type="spellStart"/>
            <w:r>
              <w:rPr>
                <w:sz w:val="20"/>
              </w:rPr>
              <w:t>Mengembangkan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sisi</w:t>
            </w:r>
            <w:proofErr w:type="spellEnd"/>
            <w:r>
              <w:rPr>
                <w:sz w:val="20"/>
              </w:rPr>
              <w:t xml:space="preserve"> backend </w:t>
            </w:r>
            <w:proofErr w:type="spellStart"/>
            <w:r>
              <w:rPr>
                <w:sz w:val="20"/>
              </w:rPr>
              <w:t>meliputi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pembuatan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struktur</w:t>
            </w:r>
            <w:proofErr w:type="spellEnd"/>
            <w:r>
              <w:rPr>
                <w:sz w:val="20"/>
              </w:rPr>
              <w:t xml:space="preserve"> database, API </w:t>
            </w:r>
            <w:proofErr w:type="spellStart"/>
            <w:r>
              <w:rPr>
                <w:sz w:val="20"/>
              </w:rPr>
              <w:t>autentikasi</w:t>
            </w:r>
            <w:proofErr w:type="spellEnd"/>
            <w:r>
              <w:rPr>
                <w:sz w:val="20"/>
              </w:rPr>
              <w:t xml:space="preserve"> (login/register), dan API </w:t>
            </w:r>
            <w:proofErr w:type="spellStart"/>
            <w:r>
              <w:rPr>
                <w:sz w:val="20"/>
              </w:rPr>
              <w:t>untuk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penyimpanan</w:t>
            </w:r>
            <w:proofErr w:type="spellEnd"/>
            <w:r>
              <w:rPr>
                <w:sz w:val="20"/>
              </w:rPr>
              <w:t xml:space="preserve"> data </w:t>
            </w:r>
            <w:proofErr w:type="spellStart"/>
            <w:r>
              <w:rPr>
                <w:sz w:val="20"/>
              </w:rPr>
              <w:t>pendaftaran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magang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24E4BFB2" w14:textId="77777777" w:rsidR="00621206" w:rsidRDefault="00AF52F1">
            <w:r>
              <w:rPr>
                <w:sz w:val="20"/>
              </w:rPr>
              <w:t xml:space="preserve">Database </w:t>
            </w:r>
            <w:proofErr w:type="spellStart"/>
            <w:r>
              <w:rPr>
                <w:sz w:val="20"/>
              </w:rPr>
              <w:t>serta</w:t>
            </w:r>
            <w:proofErr w:type="spellEnd"/>
            <w:r>
              <w:rPr>
                <w:sz w:val="20"/>
              </w:rPr>
              <w:t xml:space="preserve"> API </w:t>
            </w:r>
            <w:proofErr w:type="spellStart"/>
            <w:r>
              <w:rPr>
                <w:sz w:val="20"/>
              </w:rPr>
              <w:t>autentikasi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pendaftaran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magang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621206" w14:paraId="3ECA3851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2EBADA05" w14:textId="77777777" w:rsidR="00621206" w:rsidRDefault="00AF52F1">
            <w:proofErr w:type="spellStart"/>
            <w:r>
              <w:rPr>
                <w:sz w:val="20"/>
              </w:rPr>
              <w:t>Minggu</w:t>
            </w:r>
            <w:proofErr w:type="spellEnd"/>
            <w:r>
              <w:rPr>
                <w:sz w:val="20"/>
              </w:rPr>
              <w:t xml:space="preserve"> 3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514ACC8E" w14:textId="77777777" w:rsidR="00621206" w:rsidRDefault="00AF52F1">
            <w:proofErr w:type="spellStart"/>
            <w:r>
              <w:rPr>
                <w:sz w:val="20"/>
              </w:rPr>
              <w:t>Pengembangan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fitur</w:t>
            </w:r>
            <w:proofErr w:type="spellEnd"/>
            <w:r>
              <w:rPr>
                <w:sz w:val="20"/>
              </w:rPr>
              <w:t xml:space="preserve"> dashboard admin</w:t>
            </w:r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3D963C27" w14:textId="77777777" w:rsidR="00621206" w:rsidRDefault="00AF52F1">
            <w:proofErr w:type="spellStart"/>
            <w:r>
              <w:rPr>
                <w:sz w:val="20"/>
              </w:rPr>
              <w:t>Mengembangkan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fitur</w:t>
            </w:r>
            <w:proofErr w:type="spellEnd"/>
            <w:r>
              <w:rPr>
                <w:sz w:val="20"/>
              </w:rPr>
              <w:t xml:space="preserve"> dashboard admin (backend dan frontend) </w:t>
            </w:r>
            <w:proofErr w:type="spellStart"/>
            <w:r>
              <w:rPr>
                <w:sz w:val="20"/>
              </w:rPr>
              <w:t>untuk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melihat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memfilter</w:t>
            </w:r>
            <w:proofErr w:type="spellEnd"/>
            <w:r>
              <w:rPr>
                <w:sz w:val="20"/>
              </w:rPr>
              <w:t xml:space="preserve">, dan </w:t>
            </w:r>
            <w:proofErr w:type="spellStart"/>
            <w:r>
              <w:rPr>
                <w:sz w:val="20"/>
              </w:rPr>
              <w:t>memverifikasi</w:t>
            </w:r>
            <w:proofErr w:type="spellEnd"/>
            <w:r>
              <w:rPr>
                <w:sz w:val="20"/>
              </w:rPr>
              <w:t xml:space="preserve"> data </w:t>
            </w:r>
            <w:proofErr w:type="spellStart"/>
            <w:r>
              <w:rPr>
                <w:sz w:val="20"/>
              </w:rPr>
              <w:t>pendaftar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magang</w:t>
            </w:r>
            <w:proofErr w:type="spellEnd"/>
            <w:r>
              <w:rPr>
                <w:sz w:val="20"/>
              </w:rPr>
              <w:t xml:space="preserve"> yang </w:t>
            </w:r>
            <w:proofErr w:type="spellStart"/>
            <w:r>
              <w:rPr>
                <w:sz w:val="20"/>
              </w:rPr>
              <w:t>masuk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sistem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478E7278" w14:textId="77777777" w:rsidR="00621206" w:rsidRDefault="00AF52F1">
            <w:r>
              <w:rPr>
                <w:sz w:val="20"/>
              </w:rPr>
              <w:t xml:space="preserve">Fitur dashboard admin </w:t>
            </w:r>
            <w:proofErr w:type="spellStart"/>
            <w:r>
              <w:rPr>
                <w:sz w:val="20"/>
              </w:rPr>
              <w:t>untuk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verifikasi</w:t>
            </w:r>
            <w:proofErr w:type="spellEnd"/>
            <w:r>
              <w:rPr>
                <w:sz w:val="20"/>
              </w:rPr>
              <w:t xml:space="preserve"> data </w:t>
            </w:r>
            <w:proofErr w:type="spellStart"/>
            <w:r>
              <w:rPr>
                <w:sz w:val="20"/>
              </w:rPr>
              <w:t>pendaftar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magang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621206" w14:paraId="503A326F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EDF4348" w14:textId="77777777" w:rsidR="00621206" w:rsidRDefault="00AF52F1">
            <w:proofErr w:type="spellStart"/>
            <w:r>
              <w:rPr>
                <w:sz w:val="20"/>
              </w:rPr>
              <w:t>Minggu</w:t>
            </w:r>
            <w:proofErr w:type="spellEnd"/>
            <w:r>
              <w:rPr>
                <w:sz w:val="20"/>
              </w:rPr>
              <w:t xml:space="preserve"> 4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625026B" w14:textId="77777777" w:rsidR="00621206" w:rsidRDefault="00AF52F1">
            <w:r>
              <w:rPr>
                <w:sz w:val="20"/>
              </w:rPr>
              <w:t xml:space="preserve">Integrasi dan </w:t>
            </w:r>
            <w:proofErr w:type="spellStart"/>
            <w:r>
              <w:rPr>
                <w:sz w:val="20"/>
              </w:rPr>
              <w:t>pengujian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sistem</w:t>
            </w:r>
            <w:proofErr w:type="spellEnd"/>
            <w:r>
              <w:rPr>
                <w:sz w:val="20"/>
              </w:rPr>
              <w:t xml:space="preserve"> (testing)</w:t>
            </w:r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54DA6DA7" w14:textId="77777777" w:rsidR="00621206" w:rsidRDefault="00AF52F1">
            <w:proofErr w:type="spellStart"/>
            <w:r>
              <w:rPr>
                <w:sz w:val="20"/>
              </w:rPr>
              <w:t>Melakukan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integrasi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penuh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antara</w:t>
            </w:r>
            <w:proofErr w:type="spellEnd"/>
            <w:r>
              <w:rPr>
                <w:sz w:val="20"/>
              </w:rPr>
              <w:t xml:space="preserve"> frontend dan backend, </w:t>
            </w:r>
            <w:proofErr w:type="spellStart"/>
            <w:r>
              <w:rPr>
                <w:sz w:val="20"/>
              </w:rPr>
              <w:t>serta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melakukan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pengujian</w:t>
            </w:r>
            <w:proofErr w:type="spellEnd"/>
            <w:r>
              <w:rPr>
                <w:sz w:val="20"/>
              </w:rPr>
              <w:t xml:space="preserve"> (testing) </w:t>
            </w:r>
            <w:proofErr w:type="spellStart"/>
            <w:r>
              <w:rPr>
                <w:sz w:val="20"/>
              </w:rPr>
              <w:t>fungsionalitas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sistem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pendaftaran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magang</w:t>
            </w:r>
            <w:proofErr w:type="spellEnd"/>
            <w:r>
              <w:rPr>
                <w:sz w:val="20"/>
              </w:rPr>
              <w:t xml:space="preserve"> online </w:t>
            </w:r>
            <w:proofErr w:type="spellStart"/>
            <w:r>
              <w:rPr>
                <w:sz w:val="20"/>
              </w:rPr>
              <w:t>secara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keseluruhan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5AAD9501" w14:textId="77777777" w:rsidR="00621206" w:rsidRDefault="00AF52F1">
            <w:proofErr w:type="spellStart"/>
            <w:r>
              <w:rPr>
                <w:sz w:val="20"/>
              </w:rPr>
              <w:t>Sistem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pendaftaran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magang</w:t>
            </w:r>
            <w:proofErr w:type="spellEnd"/>
            <w:r>
              <w:rPr>
                <w:sz w:val="20"/>
              </w:rPr>
              <w:t xml:space="preserve"> online yang </w:t>
            </w:r>
            <w:proofErr w:type="spellStart"/>
            <w:r>
              <w:rPr>
                <w:sz w:val="20"/>
              </w:rPr>
              <w:t>terintegrasi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telah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diuji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fungsionalitasnya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63ADBBD1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t xml:space="preserve">C.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Uraian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Pelaksanaan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Pekerjaan</w:t>
      </w:r>
      <w:proofErr w:type="spellEnd"/>
    </w:p>
    <w:p w14:paraId="1B0B258F" w14:textId="77777777" w:rsidR="00621206" w:rsidRDefault="00AF52F1">
      <w:pPr>
        <w:spacing w:after="120"/>
        <w:ind w:firstLine="709"/>
        <w:jc w:val="both"/>
      </w:pPr>
      <w:r>
        <w:t xml:space="preserve">Pada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kelima</w:t>
      </w:r>
      <w:proofErr w:type="spellEnd"/>
      <w:r>
        <w:t xml:space="preserve">,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/PKL </w:t>
      </w:r>
      <w:proofErr w:type="spellStart"/>
      <w:r>
        <w:t>difokuskan</w:t>
      </w:r>
      <w:proofErr w:type="spellEnd"/>
      <w:r>
        <w:t xml:space="preserve"> pada </w:t>
      </w:r>
      <w:proofErr w:type="spellStart"/>
      <w:r>
        <w:t>penyelesaian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(coding)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pendaftaran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online.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</w:t>
      </w:r>
      <w:proofErr w:type="spellStart"/>
      <w:r>
        <w:lastRenderedPageBreak/>
        <w:t>halaman</w:t>
      </w:r>
      <w:proofErr w:type="spellEnd"/>
      <w:r>
        <w:t xml:space="preserve"> form </w:t>
      </w:r>
      <w:proofErr w:type="spellStart"/>
      <w:r>
        <w:t>pendaftaran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multi-step di </w:t>
      </w:r>
      <w:proofErr w:type="spellStart"/>
      <w:r>
        <w:t>sisi</w:t>
      </w:r>
      <w:proofErr w:type="spellEnd"/>
      <w:r>
        <w:t xml:space="preserve"> frontend, </w:t>
      </w:r>
      <w:proofErr w:type="spellStart"/>
      <w:r>
        <w:t>lengkap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validasi</w:t>
      </w:r>
      <w:proofErr w:type="spellEnd"/>
      <w:r>
        <w:t xml:space="preserve"> input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fitur</w:t>
      </w:r>
      <w:proofErr w:type="spellEnd"/>
      <w:r>
        <w:t xml:space="preserve"> </w:t>
      </w:r>
      <w:proofErr w:type="spellStart"/>
      <w:r>
        <w:t>unggah</w:t>
      </w:r>
      <w:proofErr w:type="spellEnd"/>
      <w:r>
        <w:t xml:space="preserve"> </w:t>
      </w:r>
      <w:proofErr w:type="spellStart"/>
      <w:r>
        <w:t>dokumen</w:t>
      </w:r>
      <w:proofErr w:type="spellEnd"/>
      <w:r>
        <w:t xml:space="preserve"> </w:t>
      </w:r>
      <w:proofErr w:type="spellStart"/>
      <w:r>
        <w:t>persyaratan</w:t>
      </w:r>
      <w:proofErr w:type="spellEnd"/>
      <w:r>
        <w:t xml:space="preserve">, di mana </w:t>
      </w:r>
      <w:proofErr w:type="spellStart"/>
      <w:r>
        <w:t>validasi</w:t>
      </w:r>
      <w:proofErr w:type="spellEnd"/>
      <w:r>
        <w:t xml:space="preserve"> </w:t>
      </w:r>
      <w:proofErr w:type="spellStart"/>
      <w:r>
        <w:t>tipe</w:t>
      </w:r>
      <w:proofErr w:type="spellEnd"/>
      <w:r>
        <w:t xml:space="preserve"> dan </w:t>
      </w:r>
      <w:proofErr w:type="spellStart"/>
      <w:r>
        <w:t>ukuran</w:t>
      </w:r>
      <w:proofErr w:type="spellEnd"/>
      <w:r>
        <w:t xml:space="preserve"> file </w:t>
      </w:r>
      <w:proofErr w:type="spellStart"/>
      <w:r>
        <w:t>ditambahkan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proses </w:t>
      </w:r>
      <w:proofErr w:type="spellStart"/>
      <w:r>
        <w:t>unggah</w:t>
      </w:r>
      <w:proofErr w:type="spellEnd"/>
      <w:r>
        <w:t xml:space="preserve"> </w:t>
      </w:r>
      <w:proofErr w:type="spellStart"/>
      <w:r>
        <w:t>dokumen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>.</w:t>
      </w:r>
    </w:p>
    <w:p w14:paraId="15AC9041" w14:textId="77777777" w:rsidR="00621206" w:rsidRDefault="00AF52F1">
      <w:pPr>
        <w:spacing w:after="120"/>
        <w:ind w:firstLine="709"/>
        <w:jc w:val="both"/>
      </w:pPr>
      <w:proofErr w:type="spellStart"/>
      <w:r>
        <w:t>Selanjutnya</w:t>
      </w:r>
      <w:proofErr w:type="spellEnd"/>
      <w:r>
        <w:t xml:space="preserve">,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backend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pembuatan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database, API </w:t>
      </w:r>
      <w:proofErr w:type="spellStart"/>
      <w:r>
        <w:t>autentikasi</w:t>
      </w:r>
      <w:proofErr w:type="spellEnd"/>
      <w:r>
        <w:t xml:space="preserve"> (login dan register), </w:t>
      </w:r>
      <w:proofErr w:type="spellStart"/>
      <w:r>
        <w:t>serta</w:t>
      </w:r>
      <w:proofErr w:type="spellEnd"/>
      <w:r>
        <w:t xml:space="preserve"> API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penyimpanan</w:t>
      </w:r>
      <w:proofErr w:type="spellEnd"/>
      <w:r>
        <w:t xml:space="preserve"> data </w:t>
      </w:r>
      <w:proofErr w:type="spellStart"/>
      <w:r>
        <w:t>pendaftaran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,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dilanjutkan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fitur</w:t>
      </w:r>
      <w:proofErr w:type="spellEnd"/>
      <w:r>
        <w:t xml:space="preserve"> dashboard admin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backend </w:t>
      </w:r>
      <w:proofErr w:type="spellStart"/>
      <w:r>
        <w:t>maupun</w:t>
      </w:r>
      <w:proofErr w:type="spellEnd"/>
      <w:r>
        <w:t xml:space="preserve"> frontend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, </w:t>
      </w:r>
      <w:proofErr w:type="spellStart"/>
      <w:r>
        <w:t>memfilter</w:t>
      </w:r>
      <w:proofErr w:type="spellEnd"/>
      <w:r>
        <w:t xml:space="preserve">, dan </w:t>
      </w:r>
      <w:proofErr w:type="spellStart"/>
      <w:r>
        <w:t>memverifikasi</w:t>
      </w:r>
      <w:proofErr w:type="spellEnd"/>
      <w:r>
        <w:t xml:space="preserve"> data </w:t>
      </w:r>
      <w:proofErr w:type="spellStart"/>
      <w:r>
        <w:t>pendaftar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yang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sistem</w:t>
      </w:r>
      <w:proofErr w:type="spellEnd"/>
      <w:r>
        <w:t>.</w:t>
      </w:r>
    </w:p>
    <w:p w14:paraId="1826D506" w14:textId="77777777" w:rsidR="00621206" w:rsidRDefault="00AF52F1">
      <w:pPr>
        <w:spacing w:after="120"/>
        <w:ind w:firstLine="709"/>
        <w:jc w:val="both"/>
      </w:pPr>
      <w:r>
        <w:t xml:space="preserve">Pada </w:t>
      </w:r>
      <w:proofErr w:type="spellStart"/>
      <w:r>
        <w:t>minggu</w:t>
      </w:r>
      <w:proofErr w:type="spellEnd"/>
      <w:r>
        <w:t xml:space="preserve"> </w:t>
      </w:r>
      <w:proofErr w:type="spellStart"/>
      <w:r>
        <w:t>terakhir</w:t>
      </w:r>
      <w:proofErr w:type="spellEnd"/>
      <w:r>
        <w:t xml:space="preserve">,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integrasi</w:t>
      </w:r>
      <w:proofErr w:type="spellEnd"/>
      <w:r>
        <w:t xml:space="preserve"> </w:t>
      </w:r>
      <w:proofErr w:type="spellStart"/>
      <w:r>
        <w:t>penuh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frontend dan backend,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pengujian</w:t>
      </w:r>
      <w:proofErr w:type="spellEnd"/>
      <w:r>
        <w:t xml:space="preserve"> (testing) </w:t>
      </w:r>
      <w:proofErr w:type="spellStart"/>
      <w:r>
        <w:t>fungsionalitas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pendaftaran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online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. Pada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ditemukan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bug pada proses </w:t>
      </w:r>
      <w:proofErr w:type="spellStart"/>
      <w:r>
        <w:t>pengiriman</w:t>
      </w:r>
      <w:proofErr w:type="spellEnd"/>
      <w:r>
        <w:t xml:space="preserve"> data form </w:t>
      </w:r>
      <w:proofErr w:type="spellStart"/>
      <w:r>
        <w:t>pendaftaran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debugging dan </w:t>
      </w:r>
      <w:proofErr w:type="spellStart"/>
      <w:r>
        <w:t>perbaikan</w:t>
      </w:r>
      <w:proofErr w:type="spellEnd"/>
      <w:r>
        <w:t xml:space="preserve"> pada </w:t>
      </w:r>
      <w:proofErr w:type="spellStart"/>
      <w:r>
        <w:t>bagian</w:t>
      </w:r>
      <w:proofErr w:type="spellEnd"/>
      <w:r>
        <w:t xml:space="preserve"> API yang </w:t>
      </w:r>
      <w:proofErr w:type="spellStart"/>
      <w:r>
        <w:t>mengalami</w:t>
      </w:r>
      <w:proofErr w:type="spellEnd"/>
      <w:r>
        <w:t xml:space="preserve"> error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>.</w:t>
      </w:r>
    </w:p>
    <w:p w14:paraId="24C6FEA1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t xml:space="preserve">D. Hasil dan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Evaluasi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Kegiatan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Bulanan</w:t>
      </w:r>
      <w:proofErr w:type="spellEnd"/>
    </w:p>
    <w:tbl>
      <w:tblPr>
        <w:tblW w:w="8986" w:type="dxa"/>
        <w:jc w:val="center"/>
        <w:tblLayout w:type="fixed"/>
        <w:tblLook w:val="04A0" w:firstRow="1" w:lastRow="0" w:firstColumn="1" w:lastColumn="0" w:noHBand="0" w:noVBand="1"/>
      </w:tblPr>
      <w:tblGrid>
        <w:gridCol w:w="2013"/>
        <w:gridCol w:w="6973"/>
      </w:tblGrid>
      <w:tr w:rsidR="00621206" w14:paraId="2927FBA2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</w:tcPr>
          <w:p w14:paraId="012329DA" w14:textId="77777777" w:rsidR="00621206" w:rsidRDefault="00AF52F1">
            <w:proofErr w:type="spellStart"/>
            <w:r>
              <w:rPr>
                <w:b/>
                <w:sz w:val="21"/>
              </w:rPr>
              <w:t>Aspek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Evaluasi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</w:tcPr>
          <w:p w14:paraId="3D094EFC" w14:textId="77777777" w:rsidR="00621206" w:rsidRDefault="00AF52F1">
            <w:proofErr w:type="spellStart"/>
            <w:r>
              <w:rPr>
                <w:b/>
                <w:sz w:val="21"/>
              </w:rPr>
              <w:t>Uraian</w:t>
            </w:r>
            <w:proofErr w:type="spellEnd"/>
          </w:p>
        </w:tc>
      </w:tr>
      <w:tr w:rsidR="00621206" w14:paraId="6B93141B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7DED2BDF" w14:textId="77777777" w:rsidR="00621206" w:rsidRDefault="00AF52F1">
            <w:proofErr w:type="spellStart"/>
            <w:r>
              <w:rPr>
                <w:b/>
                <w:sz w:val="21"/>
              </w:rPr>
              <w:t>Capaian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Bulanan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EB908CB" w14:textId="77777777" w:rsidR="00621206" w:rsidRDefault="00AF52F1">
            <w:proofErr w:type="spellStart"/>
            <w:r>
              <w:rPr>
                <w:sz w:val="21"/>
              </w:rPr>
              <w:t>Mahasiswa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berhasil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mengembangkan</w:t>
            </w:r>
            <w:proofErr w:type="spellEnd"/>
            <w:r>
              <w:rPr>
                <w:sz w:val="21"/>
              </w:rPr>
              <w:t xml:space="preserve"> form </w:t>
            </w:r>
            <w:proofErr w:type="spellStart"/>
            <w:r>
              <w:rPr>
                <w:sz w:val="21"/>
              </w:rPr>
              <w:t>pendaftaran</w:t>
            </w:r>
            <w:proofErr w:type="spellEnd"/>
            <w:r>
              <w:rPr>
                <w:sz w:val="21"/>
              </w:rPr>
              <w:t xml:space="preserve"> multi-step </w:t>
            </w:r>
            <w:proofErr w:type="spellStart"/>
            <w:r>
              <w:rPr>
                <w:sz w:val="21"/>
              </w:rPr>
              <w:t>beserta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validasi</w:t>
            </w:r>
            <w:proofErr w:type="spellEnd"/>
            <w:r>
              <w:rPr>
                <w:sz w:val="21"/>
              </w:rPr>
              <w:t xml:space="preserve"> dan </w:t>
            </w:r>
            <w:proofErr w:type="spellStart"/>
            <w:r>
              <w:rPr>
                <w:sz w:val="21"/>
              </w:rPr>
              <w:t>unggah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dokumen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struktur</w:t>
            </w:r>
            <w:proofErr w:type="spellEnd"/>
            <w:r>
              <w:rPr>
                <w:sz w:val="21"/>
              </w:rPr>
              <w:t xml:space="preserve"> database dan API </w:t>
            </w:r>
            <w:proofErr w:type="spellStart"/>
            <w:r>
              <w:rPr>
                <w:sz w:val="21"/>
              </w:rPr>
              <w:t>autentikasi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serta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pendaftaran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fitur</w:t>
            </w:r>
            <w:proofErr w:type="spellEnd"/>
            <w:r>
              <w:rPr>
                <w:sz w:val="21"/>
              </w:rPr>
              <w:t xml:space="preserve"> dashboard admin </w:t>
            </w:r>
            <w:proofErr w:type="spellStart"/>
            <w:r>
              <w:rPr>
                <w:sz w:val="21"/>
              </w:rPr>
              <w:t>untuk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verifikasi</w:t>
            </w:r>
            <w:proofErr w:type="spellEnd"/>
            <w:r>
              <w:rPr>
                <w:sz w:val="21"/>
              </w:rPr>
              <w:t xml:space="preserve"> data </w:t>
            </w:r>
            <w:proofErr w:type="spellStart"/>
            <w:r>
              <w:rPr>
                <w:sz w:val="21"/>
              </w:rPr>
              <w:t>pendaftar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serta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sistem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pendaftaran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magang</w:t>
            </w:r>
            <w:proofErr w:type="spellEnd"/>
            <w:r>
              <w:rPr>
                <w:sz w:val="21"/>
              </w:rPr>
              <w:t xml:space="preserve"> online yang </w:t>
            </w:r>
            <w:proofErr w:type="spellStart"/>
            <w:r>
              <w:rPr>
                <w:sz w:val="21"/>
              </w:rPr>
              <w:t>telah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terintegrasi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penuh</w:t>
            </w:r>
            <w:proofErr w:type="spellEnd"/>
            <w:r>
              <w:rPr>
                <w:sz w:val="21"/>
              </w:rPr>
              <w:t xml:space="preserve"> dan </w:t>
            </w:r>
            <w:proofErr w:type="spellStart"/>
            <w:r>
              <w:rPr>
                <w:sz w:val="21"/>
              </w:rPr>
              <w:t>diuji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fungsionalitasnya</w:t>
            </w:r>
            <w:proofErr w:type="spellEnd"/>
            <w:r>
              <w:rPr>
                <w:sz w:val="21"/>
              </w:rPr>
              <w:t>.</w:t>
            </w:r>
          </w:p>
        </w:tc>
      </w:tr>
      <w:tr w:rsidR="00621206" w14:paraId="24F78A55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4775124" w14:textId="77777777" w:rsidR="00621206" w:rsidRDefault="00AF52F1">
            <w:r>
              <w:rPr>
                <w:b/>
                <w:sz w:val="21"/>
              </w:rPr>
              <w:t xml:space="preserve">Kendala yang </w:t>
            </w:r>
            <w:proofErr w:type="spellStart"/>
            <w:r>
              <w:rPr>
                <w:b/>
                <w:sz w:val="21"/>
              </w:rPr>
              <w:t>Dihadapi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707072F8" w14:textId="77777777" w:rsidR="00621206" w:rsidRDefault="00AF52F1">
            <w:r>
              <w:rPr>
                <w:sz w:val="21"/>
              </w:rPr>
              <w:t xml:space="preserve">Proses </w:t>
            </w:r>
            <w:proofErr w:type="spellStart"/>
            <w:r>
              <w:rPr>
                <w:sz w:val="21"/>
              </w:rPr>
              <w:t>unggah</w:t>
            </w:r>
            <w:proofErr w:type="spellEnd"/>
            <w:r>
              <w:rPr>
                <w:sz w:val="21"/>
              </w:rPr>
              <w:t xml:space="preserve"> dan </w:t>
            </w:r>
            <w:proofErr w:type="spellStart"/>
            <w:r>
              <w:rPr>
                <w:sz w:val="21"/>
              </w:rPr>
              <w:t>validasi</w:t>
            </w:r>
            <w:proofErr w:type="spellEnd"/>
            <w:r>
              <w:rPr>
                <w:sz w:val="21"/>
              </w:rPr>
              <w:t xml:space="preserve"> format </w:t>
            </w:r>
            <w:proofErr w:type="spellStart"/>
            <w:r>
              <w:rPr>
                <w:sz w:val="21"/>
              </w:rPr>
              <w:t>dokumen</w:t>
            </w:r>
            <w:proofErr w:type="spellEnd"/>
            <w:r>
              <w:rPr>
                <w:sz w:val="21"/>
              </w:rPr>
              <w:t xml:space="preserve"> pada form </w:t>
            </w:r>
            <w:proofErr w:type="spellStart"/>
            <w:r>
              <w:rPr>
                <w:sz w:val="21"/>
              </w:rPr>
              <w:t>pendaftaran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perlu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disesuaikan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dengan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kebutuhan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sistem</w:t>
            </w:r>
            <w:proofErr w:type="spellEnd"/>
            <w:r>
              <w:rPr>
                <w:sz w:val="21"/>
              </w:rPr>
              <w:t xml:space="preserve">. Selain </w:t>
            </w:r>
            <w:proofErr w:type="spellStart"/>
            <w:r>
              <w:rPr>
                <w:sz w:val="21"/>
              </w:rPr>
              <w:t>itu</w:t>
            </w:r>
            <w:proofErr w:type="spellEnd"/>
            <w:r>
              <w:rPr>
                <w:sz w:val="21"/>
              </w:rPr>
              <w:t xml:space="preserve">, pada </w:t>
            </w:r>
            <w:proofErr w:type="spellStart"/>
            <w:r>
              <w:rPr>
                <w:sz w:val="21"/>
              </w:rPr>
              <w:t>tahap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integrasi</w:t>
            </w:r>
            <w:proofErr w:type="spellEnd"/>
            <w:r>
              <w:rPr>
                <w:sz w:val="21"/>
              </w:rPr>
              <w:t xml:space="preserve"> dan </w:t>
            </w:r>
            <w:proofErr w:type="spellStart"/>
            <w:r>
              <w:rPr>
                <w:sz w:val="21"/>
              </w:rPr>
              <w:t>pengujian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ditemukan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beberapa</w:t>
            </w:r>
            <w:proofErr w:type="spellEnd"/>
            <w:r>
              <w:rPr>
                <w:sz w:val="21"/>
              </w:rPr>
              <w:t xml:space="preserve"> bug pada proses </w:t>
            </w:r>
            <w:proofErr w:type="spellStart"/>
            <w:r>
              <w:rPr>
                <w:sz w:val="21"/>
              </w:rPr>
              <w:t>pengiriman</w:t>
            </w:r>
            <w:proofErr w:type="spellEnd"/>
            <w:r>
              <w:rPr>
                <w:sz w:val="21"/>
              </w:rPr>
              <w:t xml:space="preserve"> data form </w:t>
            </w:r>
            <w:proofErr w:type="spellStart"/>
            <w:r>
              <w:rPr>
                <w:sz w:val="21"/>
              </w:rPr>
              <w:t>pendaftaran</w:t>
            </w:r>
            <w:proofErr w:type="spellEnd"/>
            <w:r>
              <w:rPr>
                <w:sz w:val="21"/>
              </w:rPr>
              <w:t>.</w:t>
            </w:r>
          </w:p>
        </w:tc>
      </w:tr>
      <w:tr w:rsidR="00621206" w14:paraId="6B69A9E5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4782AAA2" w14:textId="77777777" w:rsidR="00621206" w:rsidRDefault="00AF52F1">
            <w:r>
              <w:rPr>
                <w:b/>
                <w:sz w:val="21"/>
              </w:rPr>
              <w:t>Solusi/</w:t>
            </w:r>
            <w:proofErr w:type="spellStart"/>
            <w:r>
              <w:rPr>
                <w:b/>
                <w:sz w:val="21"/>
              </w:rPr>
              <w:t>Tindak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Lanjut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7AD8D4D3" w14:textId="77777777" w:rsidR="00621206" w:rsidRDefault="00AF52F1">
            <w:proofErr w:type="spellStart"/>
            <w:r>
              <w:rPr>
                <w:sz w:val="21"/>
              </w:rPr>
              <w:t>Mahasiswa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menambahkan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validasi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tipe</w:t>
            </w:r>
            <w:proofErr w:type="spellEnd"/>
            <w:r>
              <w:rPr>
                <w:sz w:val="21"/>
              </w:rPr>
              <w:t xml:space="preserve"> dan </w:t>
            </w:r>
            <w:proofErr w:type="spellStart"/>
            <w:r>
              <w:rPr>
                <w:sz w:val="21"/>
              </w:rPr>
              <w:t>ukuran</w:t>
            </w:r>
            <w:proofErr w:type="spellEnd"/>
            <w:r>
              <w:rPr>
                <w:sz w:val="21"/>
              </w:rPr>
              <w:t xml:space="preserve"> file </w:t>
            </w:r>
            <w:proofErr w:type="spellStart"/>
            <w:r>
              <w:rPr>
                <w:sz w:val="21"/>
              </w:rPr>
              <w:t>sebelum</w:t>
            </w:r>
            <w:proofErr w:type="spellEnd"/>
            <w:r>
              <w:rPr>
                <w:sz w:val="21"/>
              </w:rPr>
              <w:t xml:space="preserve"> proses </w:t>
            </w:r>
            <w:proofErr w:type="spellStart"/>
            <w:r>
              <w:rPr>
                <w:sz w:val="21"/>
              </w:rPr>
              <w:t>unggah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dokumen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dilakukan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serta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melakukan</w:t>
            </w:r>
            <w:proofErr w:type="spellEnd"/>
            <w:r>
              <w:rPr>
                <w:sz w:val="21"/>
              </w:rPr>
              <w:t xml:space="preserve"> debugging dan </w:t>
            </w:r>
            <w:proofErr w:type="spellStart"/>
            <w:r>
              <w:rPr>
                <w:sz w:val="21"/>
              </w:rPr>
              <w:t>perbaikan</w:t>
            </w:r>
            <w:proofErr w:type="spellEnd"/>
            <w:r>
              <w:rPr>
                <w:sz w:val="21"/>
              </w:rPr>
              <w:t xml:space="preserve"> pada </w:t>
            </w:r>
            <w:proofErr w:type="spellStart"/>
            <w:r>
              <w:rPr>
                <w:sz w:val="21"/>
              </w:rPr>
              <w:t>bagian</w:t>
            </w:r>
            <w:proofErr w:type="spellEnd"/>
            <w:r>
              <w:rPr>
                <w:sz w:val="21"/>
              </w:rPr>
              <w:t xml:space="preserve"> API yang </w:t>
            </w:r>
            <w:proofErr w:type="spellStart"/>
            <w:r>
              <w:rPr>
                <w:sz w:val="21"/>
              </w:rPr>
              <w:t>mengalami</w:t>
            </w:r>
            <w:proofErr w:type="spellEnd"/>
            <w:r>
              <w:rPr>
                <w:sz w:val="21"/>
              </w:rPr>
              <w:t xml:space="preserve"> error </w:t>
            </w:r>
            <w:proofErr w:type="spellStart"/>
            <w:r>
              <w:rPr>
                <w:sz w:val="21"/>
              </w:rPr>
              <w:t>hingga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sistem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berfungsi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dengan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baik</w:t>
            </w:r>
            <w:proofErr w:type="spellEnd"/>
            <w:r>
              <w:rPr>
                <w:sz w:val="21"/>
              </w:rPr>
              <w:t>.</w:t>
            </w:r>
          </w:p>
        </w:tc>
      </w:tr>
      <w:tr w:rsidR="00621206" w14:paraId="19483EB4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4FA7B126" w14:textId="77777777" w:rsidR="00621206" w:rsidRDefault="00AF52F1">
            <w:proofErr w:type="spellStart"/>
            <w:r>
              <w:rPr>
                <w:b/>
                <w:sz w:val="21"/>
              </w:rPr>
              <w:t>Kompetensi</w:t>
            </w:r>
            <w:proofErr w:type="spellEnd"/>
            <w:r>
              <w:rPr>
                <w:b/>
                <w:sz w:val="21"/>
              </w:rPr>
              <w:t xml:space="preserve"> yang </w:t>
            </w:r>
            <w:proofErr w:type="spellStart"/>
            <w:r>
              <w:rPr>
                <w:b/>
                <w:sz w:val="21"/>
              </w:rPr>
              <w:t>Dikembangkan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F43DB7D" w14:textId="77777777" w:rsidR="00621206" w:rsidRDefault="00AF52F1">
            <w:proofErr w:type="spellStart"/>
            <w:r>
              <w:rPr>
                <w:sz w:val="21"/>
              </w:rPr>
              <w:t>Pengembangan</w:t>
            </w:r>
            <w:proofErr w:type="spellEnd"/>
            <w:r>
              <w:rPr>
                <w:sz w:val="21"/>
              </w:rPr>
              <w:t xml:space="preserve"> frontend (form multi-step dan </w:t>
            </w:r>
            <w:proofErr w:type="spellStart"/>
            <w:r>
              <w:rPr>
                <w:sz w:val="21"/>
              </w:rPr>
              <w:t>validasi</w:t>
            </w:r>
            <w:proofErr w:type="spellEnd"/>
            <w:r>
              <w:rPr>
                <w:sz w:val="21"/>
              </w:rPr>
              <w:t xml:space="preserve">), </w:t>
            </w:r>
            <w:proofErr w:type="spellStart"/>
            <w:r>
              <w:rPr>
                <w:sz w:val="21"/>
              </w:rPr>
              <w:t>pengembangan</w:t>
            </w:r>
            <w:proofErr w:type="spellEnd"/>
            <w:r>
              <w:rPr>
                <w:sz w:val="21"/>
              </w:rPr>
              <w:t xml:space="preserve"> backend (database dan API), </w:t>
            </w:r>
            <w:proofErr w:type="spellStart"/>
            <w:r>
              <w:rPr>
                <w:sz w:val="21"/>
              </w:rPr>
              <w:t>integrasi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sistem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serta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kemampuan</w:t>
            </w:r>
            <w:proofErr w:type="spellEnd"/>
            <w:r>
              <w:rPr>
                <w:sz w:val="21"/>
              </w:rPr>
              <w:t xml:space="preserve"> debugging dan </w:t>
            </w:r>
            <w:proofErr w:type="spellStart"/>
            <w:r>
              <w:rPr>
                <w:sz w:val="21"/>
              </w:rPr>
              <w:t>pengujian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fungsionalitas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perangkat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lunak</w:t>
            </w:r>
            <w:proofErr w:type="spellEnd"/>
            <w:r>
              <w:rPr>
                <w:sz w:val="21"/>
              </w:rPr>
              <w:t>.</w:t>
            </w:r>
          </w:p>
        </w:tc>
      </w:tr>
    </w:tbl>
    <w:p w14:paraId="039A2F46" w14:textId="77777777" w:rsidR="005373A1" w:rsidRDefault="005373A1">
      <w:pPr>
        <w:pStyle w:val="Heading2"/>
        <w:spacing w:before="160" w:after="80"/>
        <w:rPr>
          <w:rFonts w:ascii="Times New Roman" w:eastAsia="Times New Roman" w:hAnsi="Times New Roman"/>
          <w:color w:val="1F4E79"/>
          <w:sz w:val="25"/>
        </w:rPr>
      </w:pPr>
    </w:p>
    <w:p w14:paraId="4D144687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t xml:space="preserve">E.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Catatan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Pembimbing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Lapangan</w:t>
      </w:r>
      <w:proofErr w:type="spellEnd"/>
    </w:p>
    <w:p w14:paraId="1DE2886E" w14:textId="77777777" w:rsidR="00621206" w:rsidRDefault="00AF52F1">
      <w:pPr>
        <w:spacing w:after="40"/>
      </w:pPr>
      <w:proofErr w:type="spellStart"/>
      <w:r>
        <w:rPr>
          <w:sz w:val="22"/>
        </w:rPr>
        <w:t>Catatan</w:t>
      </w:r>
      <w:proofErr w:type="spellEnd"/>
      <w:r>
        <w:rPr>
          <w:sz w:val="22"/>
        </w:rPr>
        <w:t>: ........................................................................................................................................................................................</w:t>
      </w:r>
    </w:p>
    <w:p w14:paraId="1698A035" w14:textId="77777777" w:rsidR="00621206" w:rsidRDefault="00AF52F1">
      <w:pPr>
        <w:spacing w:after="40"/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7846C63A" w14:textId="77777777" w:rsidR="00621206" w:rsidRDefault="00AF52F1">
      <w:pPr>
        <w:spacing w:after="40"/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4E2F8905" w14:textId="77777777" w:rsidR="00621206" w:rsidRDefault="00AF52F1">
      <w:pPr>
        <w:spacing w:after="40"/>
      </w:pPr>
      <w:r>
        <w:rPr>
          <w:sz w:val="22"/>
        </w:rPr>
        <w:lastRenderedPageBreak/>
        <w:t>......................................................................................................................................................................................................</w:t>
      </w:r>
    </w:p>
    <w:p w14:paraId="10A858AA" w14:textId="77777777" w:rsidR="00621206" w:rsidRDefault="00621206"/>
    <w:p w14:paraId="255E2F0D" w14:textId="77777777" w:rsidR="005373A1" w:rsidRDefault="005373A1">
      <w:pPr>
        <w:rPr>
          <w:rFonts w:cstheme="majorBidi"/>
          <w:b/>
          <w:bCs/>
          <w:color w:val="1F4E79"/>
          <w:sz w:val="25"/>
          <w:szCs w:val="26"/>
        </w:rPr>
      </w:pPr>
      <w:r>
        <w:rPr>
          <w:color w:val="1F4E79"/>
          <w:sz w:val="25"/>
        </w:rPr>
        <w:br w:type="page"/>
      </w:r>
    </w:p>
    <w:p w14:paraId="293FCF87" w14:textId="77777777" w:rsidR="005373A1" w:rsidRDefault="005373A1" w:rsidP="005373A1">
      <w:pPr>
        <w:pStyle w:val="Heading2"/>
        <w:spacing w:before="160" w:after="80"/>
        <w:rPr>
          <w:rFonts w:ascii="Times New Roman" w:eastAsia="Times New Roman" w:hAnsi="Times New Roman"/>
          <w:color w:val="1F4E79"/>
          <w:sz w:val="25"/>
        </w:rPr>
      </w:pPr>
      <w:r>
        <w:rPr>
          <w:rFonts w:ascii="Times New Roman" w:eastAsia="Times New Roman" w:hAnsi="Times New Roman"/>
          <w:color w:val="1F4E79"/>
          <w:sz w:val="25"/>
        </w:rPr>
        <w:lastRenderedPageBreak/>
        <w:t xml:space="preserve">F. Lampiran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Dokumentasi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(Foto/Gambar/Form)</w:t>
      </w:r>
    </w:p>
    <w:p w14:paraId="7B6E13C3" w14:textId="2DDB1566" w:rsidR="0047645A" w:rsidRPr="0047645A" w:rsidRDefault="005373A1" w:rsidP="0047645A">
      <w:pPr>
        <w:pStyle w:val="Heading2"/>
        <w:spacing w:before="160" w:after="80"/>
      </w:pPr>
      <w:r>
        <w:t xml:space="preserve"> </w:t>
      </w:r>
      <w:r w:rsidR="0047645A">
        <w:rPr>
          <w:noProof/>
        </w:rPr>
        <w:drawing>
          <wp:inline distT="0" distB="0" distL="0" distR="0" wp14:anchorId="752F3D35" wp14:editId="7B040BB8">
            <wp:extent cx="1790039" cy="2377440"/>
            <wp:effectExtent l="0" t="0" r="1270" b="3810"/>
            <wp:docPr id="13826661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666156" name="Picture 138266615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08274" cy="2401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645A">
        <w:rPr>
          <w:noProof/>
        </w:rPr>
        <w:drawing>
          <wp:inline distT="0" distB="0" distL="0" distR="0" wp14:anchorId="037F48AA" wp14:editId="39E3BFEA">
            <wp:extent cx="1793849" cy="2382502"/>
            <wp:effectExtent l="0" t="0" r="0" b="0"/>
            <wp:docPr id="100857095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570952" name="Picture 100857095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16078" cy="241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645A">
        <w:rPr>
          <w:noProof/>
        </w:rPr>
        <w:drawing>
          <wp:inline distT="0" distB="0" distL="0" distR="0" wp14:anchorId="48D0AF5D" wp14:editId="3AF292BE">
            <wp:extent cx="3622040" cy="2600527"/>
            <wp:effectExtent l="0" t="0" r="0" b="9525"/>
            <wp:docPr id="5358040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804013" name="Picture 53580401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37329" cy="261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645A" w:rsidRPr="0047645A" w:rsidSect="00034616">
      <w:headerReference w:type="default" r:id="rId11"/>
      <w:footerReference w:type="default" r:id="rId12"/>
      <w:pgSz w:w="11906" w:h="16838"/>
      <w:pgMar w:top="1587" w:right="1474" w:bottom="1474" w:left="181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FF9B1" w14:textId="77777777" w:rsidR="001E680F" w:rsidRDefault="001E680F">
      <w:pPr>
        <w:spacing w:after="0" w:line="240" w:lineRule="auto"/>
      </w:pPr>
      <w:r>
        <w:separator/>
      </w:r>
    </w:p>
  </w:endnote>
  <w:endnote w:type="continuationSeparator" w:id="0">
    <w:p w14:paraId="548F2BED" w14:textId="77777777" w:rsidR="001E680F" w:rsidRDefault="001E6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00585" w14:textId="77777777" w:rsidR="00621206" w:rsidRDefault="00AF52F1">
    <w:pPr>
      <w:pStyle w:val="Footer"/>
      <w:jc w:val="center"/>
    </w:pPr>
    <w:proofErr w:type="spellStart"/>
    <w:r>
      <w:rPr>
        <w:color w:val="595959"/>
        <w:sz w:val="18"/>
      </w:rPr>
      <w:t>Dokumen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ini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dapat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disesuaikan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dengan</w:t>
    </w:r>
    <w:proofErr w:type="spellEnd"/>
    <w:r>
      <w:rPr>
        <w:color w:val="595959"/>
        <w:sz w:val="18"/>
      </w:rPr>
      <w:t xml:space="preserve"> data </w:t>
    </w:r>
    <w:proofErr w:type="spellStart"/>
    <w:r>
      <w:rPr>
        <w:color w:val="595959"/>
        <w:sz w:val="18"/>
      </w:rPr>
      <w:t>mahasiswa</w:t>
    </w:r>
    <w:proofErr w:type="spellEnd"/>
    <w:r>
      <w:rPr>
        <w:color w:val="595959"/>
        <w:sz w:val="18"/>
      </w:rPr>
      <w:t xml:space="preserve">, program </w:t>
    </w:r>
    <w:proofErr w:type="spellStart"/>
    <w:r>
      <w:rPr>
        <w:color w:val="595959"/>
        <w:sz w:val="18"/>
      </w:rPr>
      <w:t>studi</w:t>
    </w:r>
    <w:proofErr w:type="spellEnd"/>
    <w:r>
      <w:rPr>
        <w:color w:val="595959"/>
        <w:sz w:val="18"/>
      </w:rPr>
      <w:t xml:space="preserve">, dan </w:t>
    </w:r>
    <w:proofErr w:type="spellStart"/>
    <w:r>
      <w:rPr>
        <w:color w:val="595959"/>
        <w:sz w:val="18"/>
      </w:rPr>
      <w:t>periode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pelaksanaan</w:t>
    </w:r>
    <w:proofErr w:type="spellEnd"/>
    <w:r>
      <w:rPr>
        <w:color w:val="595959"/>
        <w:sz w:val="18"/>
      </w:rPr>
      <w:t xml:space="preserve"> PKL.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E470E" w14:textId="77777777" w:rsidR="001E680F" w:rsidRDefault="001E680F">
      <w:pPr>
        <w:spacing w:after="0" w:line="240" w:lineRule="auto"/>
      </w:pPr>
      <w:r>
        <w:separator/>
      </w:r>
    </w:p>
  </w:footnote>
  <w:footnote w:type="continuationSeparator" w:id="0">
    <w:p w14:paraId="2829FFDD" w14:textId="77777777" w:rsidR="001E680F" w:rsidRDefault="001E6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E30A2" w14:textId="77777777" w:rsidR="00621206" w:rsidRDefault="00AF52F1">
    <w:pPr>
      <w:pStyle w:val="Header"/>
      <w:jc w:val="right"/>
    </w:pPr>
    <w:proofErr w:type="spellStart"/>
    <w:r>
      <w:rPr>
        <w:color w:val="595959"/>
        <w:sz w:val="18"/>
      </w:rPr>
      <w:t>Laporan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Kegiatan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Bulanan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Magang</w:t>
    </w:r>
    <w:proofErr w:type="spellEnd"/>
    <w:r>
      <w:rPr>
        <w:color w:val="595959"/>
        <w:sz w:val="18"/>
      </w:rPr>
      <w:t>/PKL | FST-UIN SMH Banten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25592798">
    <w:abstractNumId w:val="8"/>
  </w:num>
  <w:num w:numId="2" w16cid:durableId="328752068">
    <w:abstractNumId w:val="6"/>
  </w:num>
  <w:num w:numId="3" w16cid:durableId="1367291034">
    <w:abstractNumId w:val="5"/>
  </w:num>
  <w:num w:numId="4" w16cid:durableId="687412893">
    <w:abstractNumId w:val="4"/>
  </w:num>
  <w:num w:numId="5" w16cid:durableId="1897005327">
    <w:abstractNumId w:val="7"/>
  </w:num>
  <w:num w:numId="6" w16cid:durableId="516702501">
    <w:abstractNumId w:val="3"/>
  </w:num>
  <w:num w:numId="7" w16cid:durableId="1883325941">
    <w:abstractNumId w:val="2"/>
  </w:num>
  <w:num w:numId="8" w16cid:durableId="275454034">
    <w:abstractNumId w:val="1"/>
  </w:num>
  <w:num w:numId="9" w16cid:durableId="1022706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0A70"/>
    <w:rsid w:val="0015074B"/>
    <w:rsid w:val="001E680F"/>
    <w:rsid w:val="0029639D"/>
    <w:rsid w:val="00326F90"/>
    <w:rsid w:val="0047645A"/>
    <w:rsid w:val="005373A1"/>
    <w:rsid w:val="00621206"/>
    <w:rsid w:val="00762A7E"/>
    <w:rsid w:val="009A1669"/>
    <w:rsid w:val="009D7322"/>
    <w:rsid w:val="00AA1D8D"/>
    <w:rsid w:val="00AF52F1"/>
    <w:rsid w:val="00B22C88"/>
    <w:rsid w:val="00B47730"/>
    <w:rsid w:val="00BE0AAA"/>
    <w:rsid w:val="00CB0664"/>
    <w:rsid w:val="00D73054"/>
    <w:rsid w:val="00F16EC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B82C6C"/>
  <w14:defaultImageDpi w14:val="300"/>
  <w15:docId w15:val="{34A9EC47-882C-4910-B18C-F5E32387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ACD781F-46EA-45B8-BC93-57601DB1C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cimol sibotakk</cp:lastModifiedBy>
  <cp:revision>6</cp:revision>
  <dcterms:created xsi:type="dcterms:W3CDTF">2026-06-27T11:13:00Z</dcterms:created>
  <dcterms:modified xsi:type="dcterms:W3CDTF">2026-06-30T06:25:00Z</dcterms:modified>
</cp:coreProperties>
</file>