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0A0EB" w14:textId="77777777" w:rsidR="00621206" w:rsidRDefault="00621206"/>
    <w:p w14:paraId="116A44EB" w14:textId="77777777" w:rsidR="00BE0AAA" w:rsidRDefault="00AF52F1">
      <w:pPr>
        <w:jc w:val="center"/>
        <w:rPr>
          <w:b/>
          <w:color w:val="1F4E79"/>
          <w:sz w:val="32"/>
        </w:rPr>
      </w:pPr>
      <w:r>
        <w:rPr>
          <w:b/>
          <w:color w:val="1F4E79"/>
          <w:sz w:val="32"/>
        </w:rPr>
        <w:t>LAPORAN KEGIATAN BULANAN</w:t>
      </w:r>
    </w:p>
    <w:p w14:paraId="34E2B46D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78309741" w14:textId="77777777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IV</w:t>
      </w:r>
      <w:r>
        <w:rPr>
          <w:b/>
          <w:sz w:val="28"/>
        </w:rPr>
        <w:br/>
        <w:t>MAGANG KERJA / PRAKTIK KERJA LAPANGAN (PKL)</w:t>
      </w:r>
    </w:p>
    <w:p w14:paraId="7B279AC3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39691850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0FD67714" w14:textId="77777777" w:rsidR="00621206" w:rsidRDefault="00621206"/>
    <w:p w14:paraId="31A2EEB7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70EAC89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ACC203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89BDDA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9262F3" w14:textId="06CC756A" w:rsidR="00621206" w:rsidRDefault="00D73054">
            <w:proofErr w:type="spellStart"/>
            <w:r>
              <w:rPr>
                <w:sz w:val="22"/>
              </w:rPr>
              <w:t>Fakhori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Sabiqie</w:t>
            </w:r>
            <w:proofErr w:type="spellEnd"/>
            <w:r>
              <w:rPr>
                <w:sz w:val="22"/>
              </w:rPr>
              <w:t xml:space="preserve"> Iskandar</w:t>
            </w:r>
          </w:p>
        </w:tc>
      </w:tr>
      <w:tr w:rsidR="00621206" w14:paraId="72298E0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A1EFBAF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1AA61E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079F7F0" w14:textId="5440CB4B" w:rsidR="00621206" w:rsidRDefault="00D73054">
            <w:r>
              <w:rPr>
                <w:sz w:val="22"/>
              </w:rPr>
              <w:t>231730048</w:t>
            </w:r>
          </w:p>
        </w:tc>
      </w:tr>
      <w:tr w:rsidR="00621206" w14:paraId="5933924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F3B56B9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27AD47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36C516" w14:textId="3B7DA089" w:rsidR="00621206" w:rsidRDefault="00D73054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5CA1B98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7F1A2A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1B807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F1C52CF" w14:textId="0CD8FF1B" w:rsidR="00621206" w:rsidRDefault="00D73054">
            <w:r>
              <w:rPr>
                <w:sz w:val="22"/>
              </w:rPr>
              <w:t xml:space="preserve">Sains Dan </w:t>
            </w:r>
            <w:proofErr w:type="spellStart"/>
            <w:r>
              <w:rPr>
                <w:sz w:val="22"/>
              </w:rPr>
              <w:t>teknologi</w:t>
            </w:r>
            <w:proofErr w:type="spellEnd"/>
          </w:p>
        </w:tc>
      </w:tr>
      <w:tr w:rsidR="00621206" w14:paraId="13CB6B0B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35719DA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87A7A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2384568" w14:textId="6C7F4220" w:rsidR="00621206" w:rsidRDefault="00D73054"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banten</w:t>
            </w:r>
            <w:proofErr w:type="spellEnd"/>
          </w:p>
        </w:tc>
      </w:tr>
      <w:tr w:rsidR="00621206" w14:paraId="00A8DF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DD64AAD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0FBCC34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6D5BC61" w14:textId="4BFC92A4" w:rsidR="00621206" w:rsidRDefault="00B22C88">
            <w:r>
              <w:rPr>
                <w:sz w:val="22"/>
              </w:rPr>
              <w:t xml:space="preserve">9 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>
              <w:rPr>
                <w:sz w:val="22"/>
              </w:rPr>
              <w:t xml:space="preserve"> 2026 </w:t>
            </w:r>
            <w:proofErr w:type="spellStart"/>
            <w:r>
              <w:rPr>
                <w:sz w:val="22"/>
              </w:rPr>
              <w:t>s.d.</w:t>
            </w:r>
            <w:proofErr w:type="spellEnd"/>
            <w:r>
              <w:rPr>
                <w:sz w:val="22"/>
              </w:rPr>
              <w:t xml:space="preserve"> 22 </w:t>
            </w:r>
            <w:proofErr w:type="spellStart"/>
            <w:r>
              <w:rPr>
                <w:sz w:val="22"/>
              </w:rPr>
              <w:t>juni</w:t>
            </w:r>
            <w:proofErr w:type="spellEnd"/>
            <w:r>
              <w:rPr>
                <w:sz w:val="22"/>
              </w:rPr>
              <w:t xml:space="preserve"> 2026</w:t>
            </w:r>
          </w:p>
        </w:tc>
      </w:tr>
      <w:tr w:rsidR="00621206" w14:paraId="6F6F59C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983F10A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5C2EB7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D1246E" w14:textId="6E18084E" w:rsidR="00621206" w:rsidRDefault="00B22C88">
            <w:r>
              <w:t xml:space="preserve">Dr. Aan </w:t>
            </w:r>
            <w:proofErr w:type="spellStart"/>
            <w:r>
              <w:t>Ansori</w:t>
            </w:r>
            <w:proofErr w:type="spellEnd"/>
            <w:r>
              <w:t xml:space="preserve">, M.M., </w:t>
            </w:r>
            <w:proofErr w:type="spellStart"/>
            <w:proofErr w:type="gramStart"/>
            <w:r>
              <w:t>M.Kom</w:t>
            </w:r>
            <w:proofErr w:type="spellEnd"/>
            <w:proofErr w:type="gramEnd"/>
          </w:p>
        </w:tc>
      </w:tr>
      <w:tr w:rsidR="00621206" w14:paraId="3B872119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DD38AD3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81733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C2E6937" w14:textId="2787785E" w:rsidR="00621206" w:rsidRDefault="00B22C88">
            <w:r>
              <w:t>Dino Pramono</w:t>
            </w:r>
          </w:p>
        </w:tc>
      </w:tr>
    </w:tbl>
    <w:p w14:paraId="4A0D85D0" w14:textId="77777777" w:rsidR="00621206" w:rsidRDefault="00621206"/>
    <w:p w14:paraId="03D34C37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>
        <w:rPr>
          <w:b/>
        </w:rPr>
        <w:br/>
        <w:t>2026</w:t>
      </w:r>
    </w:p>
    <w:p w14:paraId="5C1F90AD" w14:textId="77777777" w:rsidR="00621206" w:rsidRDefault="00AF52F1">
      <w:r>
        <w:br w:type="page"/>
      </w:r>
    </w:p>
    <w:p w14:paraId="41FE2D9D" w14:textId="77777777" w:rsidR="00621206" w:rsidRDefault="00AF52F1" w:rsidP="00BE0AAA">
      <w:pPr>
        <w:pStyle w:val="Heading1"/>
        <w:spacing w:before="200" w:after="120"/>
        <w:jc w:val="center"/>
      </w:pPr>
      <w:r>
        <w:rPr>
          <w:rFonts w:ascii="Times New Roman" w:eastAsia="Times New Roman" w:hAnsi="Times New Roman"/>
          <w:color w:val="1F4E79"/>
        </w:rPr>
        <w:lastRenderedPageBreak/>
        <w:t>LAPORAN PEKERJAAN BULAN KE-4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627134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F28C809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8EDF9A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6250B17" w14:textId="77777777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>
              <w:rPr>
                <w:sz w:val="22"/>
              </w:rPr>
              <w:t>Keempat</w:t>
            </w:r>
            <w:proofErr w:type="spellEnd"/>
          </w:p>
        </w:tc>
      </w:tr>
      <w:tr w:rsidR="00621206" w14:paraId="2436374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1C2F50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84FEEB3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850C4F" w14:textId="77777777" w:rsidR="00621206" w:rsidRDefault="00AF52F1">
            <w:r>
              <w:rPr>
                <w:sz w:val="22"/>
              </w:rPr>
              <w:t xml:space="preserve">Dinas </w:t>
            </w:r>
            <w:proofErr w:type="spellStart"/>
            <w:r>
              <w:rPr>
                <w:sz w:val="22"/>
              </w:rPr>
              <w:t>Komunikasi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Informatika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Diskominfo</w:t>
            </w:r>
            <w:proofErr w:type="spellEnd"/>
            <w:r>
              <w:rPr>
                <w:sz w:val="22"/>
              </w:rPr>
              <w:t xml:space="preserve">) </w:t>
            </w:r>
            <w:proofErr w:type="spellStart"/>
            <w:r>
              <w:rPr>
                <w:sz w:val="22"/>
              </w:rPr>
              <w:t>Provinsi</w:t>
            </w:r>
            <w:proofErr w:type="spellEnd"/>
            <w:r>
              <w:rPr>
                <w:sz w:val="22"/>
              </w:rPr>
              <w:t xml:space="preserve"> Banten</w:t>
            </w:r>
          </w:p>
        </w:tc>
      </w:tr>
      <w:tr w:rsidR="00621206" w14:paraId="7B2BE9E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F2522A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146ECC6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8F647C3" w14:textId="77777777" w:rsidR="00621206" w:rsidRDefault="00AF52F1">
            <w:proofErr w:type="spellStart"/>
            <w:r>
              <w:rPr>
                <w:sz w:val="22"/>
              </w:rPr>
              <w:t>Revisi</w:t>
            </w:r>
            <w:proofErr w:type="spellEnd"/>
            <w:r>
              <w:rPr>
                <w:sz w:val="22"/>
              </w:rPr>
              <w:t xml:space="preserve"> dan </w:t>
            </w:r>
            <w:proofErr w:type="spellStart"/>
            <w:r>
              <w:rPr>
                <w:sz w:val="22"/>
              </w:rPr>
              <w:t>persetujuan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 final Figma, </w:t>
            </w:r>
            <w:proofErr w:type="spellStart"/>
            <w:r>
              <w:rPr>
                <w:sz w:val="22"/>
              </w:rPr>
              <w:t>penyusunan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dokumentasi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desain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r>
              <w:rPr>
                <w:sz w:val="22"/>
              </w:rPr>
              <w:t>serta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tahap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awal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pengembangan</w:t>
            </w:r>
            <w:proofErr w:type="spellEnd"/>
            <w:r>
              <w:rPr>
                <w:sz w:val="22"/>
              </w:rPr>
              <w:t xml:space="preserve"> (coding) </w:t>
            </w:r>
            <w:proofErr w:type="spellStart"/>
            <w:r>
              <w:rPr>
                <w:sz w:val="22"/>
              </w:rPr>
              <w:t>meliputi</w:t>
            </w:r>
            <w:proofErr w:type="spellEnd"/>
            <w:r>
              <w:rPr>
                <w:sz w:val="22"/>
              </w:rPr>
              <w:t xml:space="preserve"> setup project dan </w:t>
            </w:r>
            <w:proofErr w:type="spellStart"/>
            <w:r>
              <w:rPr>
                <w:sz w:val="22"/>
              </w:rPr>
              <w:t>pembuatan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halaman</w:t>
            </w:r>
            <w:proofErr w:type="spellEnd"/>
            <w:r>
              <w:rPr>
                <w:sz w:val="22"/>
              </w:rPr>
              <w:t xml:space="preserve"> frontend</w:t>
            </w:r>
          </w:p>
        </w:tc>
      </w:tr>
      <w:tr w:rsidR="00621206" w14:paraId="58C4D6CA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EB8B8CD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F967CBE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B3C70EB" w14:textId="77777777" w:rsidR="00621206" w:rsidRDefault="00AF52F1">
            <w:proofErr w:type="spellStart"/>
            <w:r>
              <w:rPr>
                <w:sz w:val="22"/>
              </w:rPr>
              <w:t>Dapat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disesuaikan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dengan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tanggal</w:t>
            </w:r>
            <w:proofErr w:type="spellEnd"/>
            <w:r>
              <w:rPr>
                <w:sz w:val="22"/>
              </w:rPr>
              <w:t xml:space="preserve">, unit </w:t>
            </w:r>
            <w:proofErr w:type="spellStart"/>
            <w:r>
              <w:rPr>
                <w:sz w:val="22"/>
              </w:rPr>
              <w:t>kerja</w:t>
            </w:r>
            <w:proofErr w:type="spellEnd"/>
            <w:r>
              <w:rPr>
                <w:sz w:val="22"/>
              </w:rPr>
              <w:t xml:space="preserve">, dan </w:t>
            </w:r>
            <w:proofErr w:type="spellStart"/>
            <w:r>
              <w:rPr>
                <w:sz w:val="22"/>
              </w:rPr>
              <w:t>arahan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pembimbing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lapangan</w:t>
            </w:r>
            <w:proofErr w:type="spellEnd"/>
          </w:p>
        </w:tc>
      </w:tr>
    </w:tbl>
    <w:p w14:paraId="1270E11F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A. Tujuan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p w14:paraId="0F791EA8" w14:textId="77777777" w:rsidR="00621206" w:rsidRDefault="00AF52F1">
      <w:pPr>
        <w:spacing w:after="120"/>
        <w:ind w:firstLine="709"/>
        <w:jc w:val="both"/>
      </w:pPr>
      <w:proofErr w:type="spellStart"/>
      <w:r>
        <w:t>Kegiatan</w:t>
      </w:r>
      <w:proofErr w:type="spellEnd"/>
      <w:r>
        <w:t xml:space="preserve"> 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, </w:t>
      </w:r>
      <w:proofErr w:type="spellStart"/>
      <w:r>
        <w:t>revisi</w:t>
      </w:r>
      <w:proofErr w:type="spellEnd"/>
      <w:r>
        <w:t xml:space="preserve">, dan </w:t>
      </w:r>
      <w:proofErr w:type="spellStart"/>
      <w:r>
        <w:t>persetujuan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final,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environment </w:t>
      </w:r>
      <w:proofErr w:type="spellStart"/>
      <w:r>
        <w:t>proyek</w:t>
      </w:r>
      <w:proofErr w:type="spellEnd"/>
      <w:r>
        <w:t xml:space="preserve"> dan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frontend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>.</w:t>
      </w:r>
    </w:p>
    <w:p w14:paraId="3499D5F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B.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Rincian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2E260A16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CB16043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BC6986D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5CD235E8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76AFAD9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3DA4BB6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5DAAC3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86CBA3B" w14:textId="77777777" w:rsidR="00621206" w:rsidRDefault="00AF52F1"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persetujuan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final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31368A" w14:textId="77777777" w:rsidR="00621206" w:rsidRDefault="00AF52F1"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presentasi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Figma </w:t>
            </w:r>
            <w:proofErr w:type="spellStart"/>
            <w:r>
              <w:rPr>
                <w:sz w:val="20"/>
              </w:rPr>
              <w:t>kepada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mengumpulkan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terkait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tampilan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kemudahan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penggunaan</w:t>
            </w:r>
            <w:proofErr w:type="spellEnd"/>
            <w:r>
              <w:rPr>
                <w:sz w:val="20"/>
              </w:rPr>
              <w:t xml:space="preserve"> (usability), </w:t>
            </w:r>
            <w:proofErr w:type="spellStart"/>
            <w:r>
              <w:rPr>
                <w:sz w:val="20"/>
              </w:rPr>
              <w:t>kemudian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revisi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105FC16" w14:textId="77777777" w:rsidR="00621206" w:rsidRDefault="00AF52F1">
            <w:r>
              <w:rPr>
                <w:sz w:val="20"/>
              </w:rPr>
              <w:t xml:space="preserve">Desain final Figma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direvisi</w:t>
            </w:r>
            <w:proofErr w:type="spellEnd"/>
            <w:r>
              <w:rPr>
                <w:sz w:val="20"/>
              </w:rPr>
              <w:t xml:space="preserve"> dan </w:t>
            </w:r>
            <w:proofErr w:type="spellStart"/>
            <w:r>
              <w:rPr>
                <w:sz w:val="20"/>
              </w:rPr>
              <w:t>disetujui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pembimbing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lapangan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769AE11C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B6F97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D8E601E" w14:textId="77777777" w:rsidR="00621206" w:rsidRDefault="00AF52F1">
            <w:proofErr w:type="spellStart"/>
            <w:r>
              <w:rPr>
                <w:sz w:val="20"/>
              </w:rPr>
              <w:t>Penyusunan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dokumentasi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A0A36C9" w14:textId="77777777" w:rsidR="00621206" w:rsidRDefault="00AF52F1">
            <w:r>
              <w:rPr>
                <w:sz w:val="20"/>
              </w:rPr>
              <w:t xml:space="preserve">Menyusun </w:t>
            </w:r>
            <w:proofErr w:type="spellStart"/>
            <w:r>
              <w:rPr>
                <w:sz w:val="20"/>
              </w:rPr>
              <w:t>dokumentasi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berupa</w:t>
            </w:r>
            <w:proofErr w:type="spellEnd"/>
            <w:r>
              <w:rPr>
                <w:sz w:val="20"/>
              </w:rPr>
              <w:t xml:space="preserve"> style guide, </w:t>
            </w:r>
            <w:proofErr w:type="spellStart"/>
            <w:r>
              <w:rPr>
                <w:sz w:val="20"/>
              </w:rPr>
              <w:t>spesifikasi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komponen</w:t>
            </w:r>
            <w:proofErr w:type="spellEnd"/>
            <w:r>
              <w:rPr>
                <w:sz w:val="20"/>
              </w:rPr>
              <w:t xml:space="preserve">, dan asset yang </w:t>
            </w:r>
            <w:proofErr w:type="spellStart"/>
            <w:r>
              <w:rPr>
                <w:sz w:val="20"/>
              </w:rPr>
              <w:t>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sebagai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acuan</w:t>
            </w:r>
            <w:proofErr w:type="spellEnd"/>
            <w:r>
              <w:rPr>
                <w:sz w:val="20"/>
              </w:rPr>
              <w:t xml:space="preserve"> pada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(coding).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4BFB2" w14:textId="77777777" w:rsidR="00621206" w:rsidRDefault="00AF52F1">
            <w:proofErr w:type="spellStart"/>
            <w:r>
              <w:rPr>
                <w:sz w:val="20"/>
              </w:rPr>
              <w:t>Dokumentasi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dan asset </w:t>
            </w:r>
            <w:proofErr w:type="spellStart"/>
            <w:r>
              <w:rPr>
                <w:sz w:val="20"/>
              </w:rPr>
              <w:t>siap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pakai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development.</w:t>
            </w:r>
          </w:p>
        </w:tc>
      </w:tr>
      <w:tr w:rsidR="00621206" w14:paraId="3ECA3851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EBADA05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14ACC8E" w14:textId="77777777" w:rsidR="00621206" w:rsidRDefault="00AF52F1">
            <w:r>
              <w:rPr>
                <w:sz w:val="20"/>
              </w:rPr>
              <w:t>Setup project dan environment development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D963C27" w14:textId="77777777" w:rsidR="00621206" w:rsidRDefault="00AF52F1">
            <w:proofErr w:type="spellStart"/>
            <w:r>
              <w:rPr>
                <w:sz w:val="20"/>
              </w:rPr>
              <w:t>Memulai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(coding)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melakukan</w:t>
            </w:r>
            <w:proofErr w:type="spellEnd"/>
            <w:r>
              <w:rPr>
                <w:sz w:val="20"/>
              </w:rPr>
              <w:t xml:space="preserve"> setup project, </w:t>
            </w:r>
            <w:proofErr w:type="spellStart"/>
            <w:r>
              <w:rPr>
                <w:sz w:val="20"/>
              </w:rPr>
              <w:t>instalasi</w:t>
            </w:r>
            <w:proofErr w:type="spellEnd"/>
            <w:r>
              <w:rPr>
                <w:sz w:val="20"/>
              </w:rPr>
              <w:t xml:space="preserve"> environment </w:t>
            </w:r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, dan </w:t>
            </w:r>
            <w:proofErr w:type="spellStart"/>
            <w:r>
              <w:rPr>
                <w:sz w:val="20"/>
              </w:rPr>
              <w:t>penentuan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folder </w:t>
            </w:r>
            <w:proofErr w:type="spellStart"/>
            <w:r>
              <w:rPr>
                <w:sz w:val="20"/>
              </w:rPr>
              <w:t>serta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teknologi</w:t>
            </w:r>
            <w:proofErr w:type="spellEnd"/>
            <w:r>
              <w:rPr>
                <w:sz w:val="20"/>
              </w:rPr>
              <w:t xml:space="preserve"> yang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E7278" w14:textId="77777777" w:rsidR="00621206" w:rsidRDefault="00AF52F1">
            <w:proofErr w:type="spellStart"/>
            <w:r>
              <w:rPr>
                <w:sz w:val="20"/>
              </w:rPr>
              <w:t>Struktur</w:t>
            </w:r>
            <w:proofErr w:type="spellEnd"/>
            <w:r>
              <w:rPr>
                <w:sz w:val="20"/>
              </w:rPr>
              <w:t xml:space="preserve"> project dan environment development yang </w:t>
            </w:r>
            <w:proofErr w:type="spellStart"/>
            <w:r>
              <w:rPr>
                <w:sz w:val="20"/>
              </w:rPr>
              <w:t>siap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digunakan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621206" w14:paraId="503A326F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EDF4348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625026B" w14:textId="77777777" w:rsidR="00621206" w:rsidRDefault="00AF52F1">
            <w:proofErr w:type="spellStart"/>
            <w:r>
              <w:rPr>
                <w:sz w:val="20"/>
              </w:rPr>
              <w:t>Pengembangan</w:t>
            </w:r>
            <w:proofErr w:type="spellEnd"/>
            <w:r>
              <w:rPr>
                <w:sz w:val="20"/>
              </w:rPr>
              <w:t xml:space="preserve"> frontend landing page, login, register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4DA6DA7" w14:textId="77777777" w:rsidR="00621206" w:rsidRDefault="00AF52F1">
            <w:proofErr w:type="spellStart"/>
            <w:r>
              <w:rPr>
                <w:sz w:val="20"/>
              </w:rPr>
              <w:t>Mengembangkan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halaman</w:t>
            </w:r>
            <w:proofErr w:type="spellEnd"/>
            <w:r>
              <w:rPr>
                <w:sz w:val="20"/>
              </w:rPr>
              <w:t xml:space="preserve"> frontend </w:t>
            </w:r>
            <w:proofErr w:type="spellStart"/>
            <w:r>
              <w:rPr>
                <w:sz w:val="20"/>
              </w:rPr>
              <w:t>untuk</w:t>
            </w:r>
            <w:proofErr w:type="spellEnd"/>
            <w:r>
              <w:rPr>
                <w:sz w:val="20"/>
              </w:rPr>
              <w:t xml:space="preserve"> landing page, login, dan register </w:t>
            </w:r>
            <w:proofErr w:type="spellStart"/>
            <w:r>
              <w:rPr>
                <w:sz w:val="20"/>
              </w:rPr>
              <w:t>sesuai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dengan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desain</w:t>
            </w:r>
            <w:proofErr w:type="spellEnd"/>
            <w:r>
              <w:rPr>
                <w:sz w:val="20"/>
              </w:rPr>
              <w:t xml:space="preserve"> Figma yang </w:t>
            </w:r>
            <w:proofErr w:type="spellStart"/>
            <w:r>
              <w:rPr>
                <w:sz w:val="20"/>
              </w:rPr>
              <w:t>telah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dibuat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sebelumnya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AAD9501" w14:textId="77777777" w:rsidR="00621206" w:rsidRDefault="00AF52F1">
            <w:r>
              <w:rPr>
                <w:sz w:val="20"/>
              </w:rPr>
              <w:t>Halaman landing page, login, dan register (frontend).</w:t>
            </w:r>
          </w:p>
        </w:tc>
      </w:tr>
    </w:tbl>
    <w:p w14:paraId="63ADBBD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C.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Uraian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Pelaksanaan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Pekerjaan</w:t>
      </w:r>
      <w:proofErr w:type="spellEnd"/>
    </w:p>
    <w:p w14:paraId="1B0B258F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/PKL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presentasi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Figma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lastRenderedPageBreak/>
        <w:t>terkait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dan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(usability).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menyederhanakan</w:t>
      </w:r>
      <w:proofErr w:type="spellEnd"/>
      <w:r>
        <w:t xml:space="preserve"> layout dan </w:t>
      </w:r>
      <w:proofErr w:type="spellStart"/>
      <w:r>
        <w:t>navigasi</w:t>
      </w:r>
      <w:proofErr w:type="spellEnd"/>
      <w:r>
        <w:t xml:space="preserve"> pada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rumit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final </w:t>
      </w:r>
      <w:proofErr w:type="spellStart"/>
      <w:r>
        <w:t>disetujui</w:t>
      </w:r>
      <w:proofErr w:type="spellEnd"/>
      <w:r>
        <w:t xml:space="preserve"> oleh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>.</w:t>
      </w:r>
    </w:p>
    <w:p w14:paraId="15AC9041" w14:textId="77777777" w:rsidR="00621206" w:rsidRDefault="00AF52F1">
      <w:pPr>
        <w:spacing w:after="120"/>
        <w:ind w:firstLine="709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disetujui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style guide,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, dan asset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(coding), </w:t>
      </w:r>
      <w:proofErr w:type="spellStart"/>
      <w:r>
        <w:t>sehingga</w:t>
      </w:r>
      <w:proofErr w:type="spellEnd"/>
      <w:r>
        <w:t xml:space="preserve"> proses development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>.</w:t>
      </w:r>
    </w:p>
    <w:p w14:paraId="1826D506" w14:textId="77777777" w:rsidR="00621206" w:rsidRDefault="00AF52F1">
      <w:pPr>
        <w:spacing w:after="120"/>
        <w:ind w:firstLine="709"/>
        <w:jc w:val="both"/>
      </w:pPr>
      <w:r>
        <w:t xml:space="preserve">Pada </w:t>
      </w:r>
      <w:proofErr w:type="spellStart"/>
      <w:r>
        <w:t>minggu-minggu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memulai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(coding)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setup project, </w:t>
      </w:r>
      <w:proofErr w:type="spellStart"/>
      <w:r>
        <w:t>instalasi</w:t>
      </w:r>
      <w:proofErr w:type="spellEnd"/>
      <w:r>
        <w:t xml:space="preserve"> environment </w:t>
      </w:r>
      <w:proofErr w:type="spellStart"/>
      <w:r>
        <w:t>pengembangan</w:t>
      </w:r>
      <w:proofErr w:type="spellEnd"/>
      <w:r>
        <w:t xml:space="preserve">, dan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folder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.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frontend </w:t>
      </w:r>
      <w:proofErr w:type="spellStart"/>
      <w:r>
        <w:t>untuk</w:t>
      </w:r>
      <w:proofErr w:type="spellEnd"/>
      <w:r>
        <w:t xml:space="preserve"> landing page, login, dan register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Figma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>.</w:t>
      </w:r>
    </w:p>
    <w:p w14:paraId="24C6FEA1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D. Hasil dan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Evaluasi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Kegiatan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927FBA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012329DA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3D094EFC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6B93141B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DED2BDF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B908CB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memperoleh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final Figma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disetujui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dokumentasi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(style guide dan asset) </w:t>
            </w:r>
            <w:proofErr w:type="spellStart"/>
            <w:r>
              <w:rPr>
                <w:sz w:val="21"/>
              </w:rPr>
              <w:t>siap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pakai</w:t>
            </w:r>
            <w:proofErr w:type="spellEnd"/>
            <w:r>
              <w:rPr>
                <w:sz w:val="21"/>
              </w:rPr>
              <w:t xml:space="preserve">, environment development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disiapkan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frontend landing page, login, dan register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dikembangkan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24F78A5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4775124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07072F8" w14:textId="77777777" w:rsidR="00621206" w:rsidRDefault="00AF52F1">
            <w:proofErr w:type="spellStart"/>
            <w:r>
              <w:rPr>
                <w:sz w:val="21"/>
              </w:rPr>
              <w:t>Terdapat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dari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untuk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menyederhanakan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beberapa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tampilan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agar </w:t>
            </w:r>
            <w:proofErr w:type="spellStart"/>
            <w:r>
              <w:rPr>
                <w:sz w:val="21"/>
              </w:rPr>
              <w:t>lebih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mudah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dipahami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pengguna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sehingga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memerlukan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revisi</w:t>
            </w:r>
            <w:proofErr w:type="spellEnd"/>
            <w:r>
              <w:rPr>
                <w:sz w:val="21"/>
              </w:rPr>
              <w:t xml:space="preserve"> pada </w:t>
            </w:r>
            <w:proofErr w:type="spellStart"/>
            <w:r>
              <w:rPr>
                <w:sz w:val="21"/>
              </w:rPr>
              <w:t>tahap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akhir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sebelum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masuk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ke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pengembangan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6B69A9E5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782AAA2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AD8D4D3" w14:textId="77777777" w:rsidR="00621206" w:rsidRDefault="00AF52F1">
            <w:proofErr w:type="spellStart"/>
            <w:r>
              <w:rPr>
                <w:sz w:val="21"/>
              </w:rPr>
              <w:t>Mahasiswa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menyederhanakan</w:t>
            </w:r>
            <w:proofErr w:type="spellEnd"/>
            <w:r>
              <w:rPr>
                <w:sz w:val="21"/>
              </w:rPr>
              <w:t xml:space="preserve"> layout dan </w:t>
            </w:r>
            <w:proofErr w:type="spellStart"/>
            <w:r>
              <w:rPr>
                <w:sz w:val="21"/>
              </w:rPr>
              <w:t>navigasi</w:t>
            </w:r>
            <w:proofErr w:type="spellEnd"/>
            <w:r>
              <w:rPr>
                <w:sz w:val="21"/>
              </w:rPr>
              <w:t xml:space="preserve"> pada </w:t>
            </w:r>
            <w:proofErr w:type="spellStart"/>
            <w:r>
              <w:rPr>
                <w:sz w:val="21"/>
              </w:rPr>
              <w:t>beberapa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halaman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dianggap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rumit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pembimbing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lapangan</w:t>
            </w:r>
            <w:proofErr w:type="spellEnd"/>
            <w:r>
              <w:rPr>
                <w:sz w:val="21"/>
              </w:rPr>
              <w:t xml:space="preserve">, </w:t>
            </w:r>
            <w:proofErr w:type="spellStart"/>
            <w:r>
              <w:rPr>
                <w:sz w:val="21"/>
              </w:rPr>
              <w:t>hingga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final </w:t>
            </w:r>
            <w:proofErr w:type="spellStart"/>
            <w:r>
              <w:rPr>
                <w:sz w:val="21"/>
              </w:rPr>
              <w:t>disetujui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siap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dijadikan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acuan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pengembangan</w:t>
            </w:r>
            <w:proofErr w:type="spellEnd"/>
            <w:r>
              <w:rPr>
                <w:sz w:val="21"/>
              </w:rPr>
              <w:t>.</w:t>
            </w:r>
          </w:p>
        </w:tc>
      </w:tr>
      <w:tr w:rsidR="00621206" w14:paraId="19483EB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FA7B126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6F43DB7D" w14:textId="77777777" w:rsidR="00621206" w:rsidRDefault="00AF52F1">
            <w:proofErr w:type="spellStart"/>
            <w:r>
              <w:rPr>
                <w:sz w:val="21"/>
              </w:rPr>
              <w:t>Kemampuan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menerima</w:t>
            </w:r>
            <w:proofErr w:type="spellEnd"/>
            <w:r>
              <w:rPr>
                <w:sz w:val="21"/>
              </w:rPr>
              <w:t xml:space="preserve"> dan </w:t>
            </w:r>
            <w:proofErr w:type="spellStart"/>
            <w:r>
              <w:rPr>
                <w:sz w:val="21"/>
              </w:rPr>
              <w:t>menindaklanjuti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masukan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(design review), </w:t>
            </w:r>
            <w:proofErr w:type="spellStart"/>
            <w:r>
              <w:rPr>
                <w:sz w:val="21"/>
              </w:rPr>
              <w:t>penyusunan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dokumentasi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teknis</w:t>
            </w:r>
            <w:proofErr w:type="spellEnd"/>
            <w:r>
              <w:rPr>
                <w:sz w:val="21"/>
              </w:rPr>
              <w:t xml:space="preserve"> (style guide), setup environment development, </w:t>
            </w:r>
            <w:proofErr w:type="spellStart"/>
            <w:r>
              <w:rPr>
                <w:sz w:val="21"/>
              </w:rPr>
              <w:t>serta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dasar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pengembangan</w:t>
            </w:r>
            <w:proofErr w:type="spellEnd"/>
            <w:r>
              <w:rPr>
                <w:sz w:val="21"/>
              </w:rPr>
              <w:t xml:space="preserve"> frontend </w:t>
            </w:r>
            <w:proofErr w:type="spellStart"/>
            <w:r>
              <w:rPr>
                <w:sz w:val="21"/>
              </w:rPr>
              <w:t>sesuai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desain</w:t>
            </w:r>
            <w:proofErr w:type="spellEnd"/>
            <w:r>
              <w:rPr>
                <w:sz w:val="21"/>
              </w:rPr>
              <w:t xml:space="preserve"> yang </w:t>
            </w:r>
            <w:proofErr w:type="spellStart"/>
            <w:r>
              <w:rPr>
                <w:sz w:val="21"/>
              </w:rPr>
              <w:t>telah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dibuat</w:t>
            </w:r>
            <w:proofErr w:type="spellEnd"/>
            <w:r>
              <w:rPr>
                <w:sz w:val="21"/>
              </w:rPr>
              <w:t>.</w:t>
            </w:r>
          </w:p>
        </w:tc>
      </w:tr>
    </w:tbl>
    <w:p w14:paraId="039A2F46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4D144687" w14:textId="77777777" w:rsidR="00621206" w:rsidRDefault="00AF52F1">
      <w:pPr>
        <w:pStyle w:val="Heading2"/>
        <w:spacing w:before="160" w:after="80"/>
      </w:pPr>
      <w:r>
        <w:rPr>
          <w:rFonts w:ascii="Times New Roman" w:eastAsia="Times New Roman" w:hAnsi="Times New Roman"/>
          <w:color w:val="1F4E79"/>
          <w:sz w:val="25"/>
        </w:rPr>
        <w:t xml:space="preserve">E.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Catatan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Pembimbing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Lapangan</w:t>
      </w:r>
      <w:proofErr w:type="spellEnd"/>
    </w:p>
    <w:p w14:paraId="1DE2886E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1698A03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7846C63A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E2F8905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10A858AA" w14:textId="77777777" w:rsidR="00621206" w:rsidRDefault="00621206"/>
    <w:p w14:paraId="255E2F0D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293FCF87" w14:textId="77777777" w:rsidR="005373A1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  <w:r>
        <w:rPr>
          <w:rFonts w:ascii="Times New Roman" w:eastAsia="Times New Roman" w:hAnsi="Times New Roman"/>
          <w:color w:val="1F4E79"/>
          <w:sz w:val="25"/>
        </w:rPr>
        <w:lastRenderedPageBreak/>
        <w:t xml:space="preserve">F. Lampiran </w:t>
      </w:r>
      <w:proofErr w:type="spellStart"/>
      <w:r>
        <w:rPr>
          <w:rFonts w:ascii="Times New Roman" w:eastAsia="Times New Roman" w:hAnsi="Times New Roman"/>
          <w:color w:val="1F4E79"/>
          <w:sz w:val="25"/>
        </w:rPr>
        <w:t>Dokumentasi</w:t>
      </w:r>
      <w:proofErr w:type="spellEnd"/>
      <w:r>
        <w:rPr>
          <w:rFonts w:ascii="Times New Roman" w:eastAsia="Times New Roman" w:hAnsi="Times New Roman"/>
          <w:color w:val="1F4E79"/>
          <w:sz w:val="25"/>
        </w:rPr>
        <w:t xml:space="preserve"> (Foto/Gambar/Form)</w:t>
      </w:r>
    </w:p>
    <w:p w14:paraId="100944AA" w14:textId="07F1CFAF" w:rsidR="005373A1" w:rsidRDefault="005373A1" w:rsidP="00B1241A">
      <w:pPr>
        <w:pStyle w:val="Heading2"/>
        <w:spacing w:before="160" w:after="80"/>
      </w:pPr>
      <w:r>
        <w:t xml:space="preserve"> </w:t>
      </w:r>
      <w:r w:rsidR="00B1241A">
        <w:rPr>
          <w:noProof/>
        </w:rPr>
        <w:drawing>
          <wp:inline distT="0" distB="0" distL="0" distR="0" wp14:anchorId="457B1CC8" wp14:editId="161FDF31">
            <wp:extent cx="1796994" cy="2396061"/>
            <wp:effectExtent l="0" t="0" r="0" b="4445"/>
            <wp:docPr id="127787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878004" name="Picture 12778780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4450" cy="240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41A">
        <w:rPr>
          <w:noProof/>
        </w:rPr>
        <w:drawing>
          <wp:inline distT="0" distB="0" distL="0" distR="0" wp14:anchorId="5453EFA3" wp14:editId="3B5592B2">
            <wp:extent cx="1807998" cy="2401294"/>
            <wp:effectExtent l="0" t="0" r="1905" b="0"/>
            <wp:docPr id="11637362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736245" name="Picture 11637362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0100" cy="243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241A">
        <w:rPr>
          <w:noProof/>
        </w:rPr>
        <w:drawing>
          <wp:inline distT="0" distB="0" distL="0" distR="0" wp14:anchorId="62B92B5D" wp14:editId="4DFB04EF">
            <wp:extent cx="1812290" cy="2401294"/>
            <wp:effectExtent l="0" t="0" r="0" b="0"/>
            <wp:docPr id="20267236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723631" name="Picture 20267236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1576" cy="242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3A1" w:rsidSect="00034616">
      <w:headerReference w:type="default" r:id="rId11"/>
      <w:footerReference w:type="default" r:id="rId12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0037D" w14:textId="77777777" w:rsidR="00A55329" w:rsidRDefault="00A55329">
      <w:pPr>
        <w:spacing w:after="0" w:line="240" w:lineRule="auto"/>
      </w:pPr>
      <w:r>
        <w:separator/>
      </w:r>
    </w:p>
  </w:endnote>
  <w:endnote w:type="continuationSeparator" w:id="0">
    <w:p w14:paraId="074171CD" w14:textId="77777777" w:rsidR="00A55329" w:rsidRDefault="00A5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00585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D77FA" w14:textId="77777777" w:rsidR="00A55329" w:rsidRDefault="00A55329">
      <w:pPr>
        <w:spacing w:after="0" w:line="240" w:lineRule="auto"/>
      </w:pPr>
      <w:r>
        <w:separator/>
      </w:r>
    </w:p>
  </w:footnote>
  <w:footnote w:type="continuationSeparator" w:id="0">
    <w:p w14:paraId="5E6BB387" w14:textId="77777777" w:rsidR="00A55329" w:rsidRDefault="00A5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30A2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592798">
    <w:abstractNumId w:val="8"/>
  </w:num>
  <w:num w:numId="2" w16cid:durableId="328752068">
    <w:abstractNumId w:val="6"/>
  </w:num>
  <w:num w:numId="3" w16cid:durableId="1367291034">
    <w:abstractNumId w:val="5"/>
  </w:num>
  <w:num w:numId="4" w16cid:durableId="687412893">
    <w:abstractNumId w:val="4"/>
  </w:num>
  <w:num w:numId="5" w16cid:durableId="1897005327">
    <w:abstractNumId w:val="7"/>
  </w:num>
  <w:num w:numId="6" w16cid:durableId="516702501">
    <w:abstractNumId w:val="3"/>
  </w:num>
  <w:num w:numId="7" w16cid:durableId="1883325941">
    <w:abstractNumId w:val="2"/>
  </w:num>
  <w:num w:numId="8" w16cid:durableId="275454034">
    <w:abstractNumId w:val="1"/>
  </w:num>
  <w:num w:numId="9" w16cid:durableId="102270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0A70"/>
    <w:rsid w:val="0015074B"/>
    <w:rsid w:val="0029639D"/>
    <w:rsid w:val="00326F90"/>
    <w:rsid w:val="005373A1"/>
    <w:rsid w:val="00621206"/>
    <w:rsid w:val="00762A7E"/>
    <w:rsid w:val="009D7322"/>
    <w:rsid w:val="00A55329"/>
    <w:rsid w:val="00AA1D8D"/>
    <w:rsid w:val="00AF52F1"/>
    <w:rsid w:val="00B1241A"/>
    <w:rsid w:val="00B22C88"/>
    <w:rsid w:val="00B47730"/>
    <w:rsid w:val="00BE0AAA"/>
    <w:rsid w:val="00CB0664"/>
    <w:rsid w:val="00D31CEB"/>
    <w:rsid w:val="00D73054"/>
    <w:rsid w:val="00F16EC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82C6C"/>
  <w14:defaultImageDpi w14:val="300"/>
  <w15:docId w15:val="{34A9EC47-882C-4910-B18C-F5E32387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cimol sibotakk</cp:lastModifiedBy>
  <cp:revision>6</cp:revision>
  <dcterms:created xsi:type="dcterms:W3CDTF">2026-06-27T11:13:00Z</dcterms:created>
  <dcterms:modified xsi:type="dcterms:W3CDTF">2026-06-29T16:57:00Z</dcterms:modified>
</cp:coreProperties>
</file>